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неустановленное время с декабря 2021 года по май 2022 года ФИО2, использовавший при общении в электронных и информационно - телекоммуникационных сетях, включая сеть «Интернет» через программу мгновенного обмена сообщениями, аудио- и видеосвязи «Telegram» (далее – программа «Telegram») имя пользователя &lt;данные изъяты&gt; и псевдоним &lt;данные изъяты&gt;, имя пользователя &lt;данные изъяты&gt; и псевдонимы &lt;данные изъяты&gt; и «&lt;данные изъяты&gt;, соответственно, обладающий организаторскими способностями и лидерскими качествами, заведомо зная, что незаконный оборот наркотических средств запрещен на территории Российской Федерации, преследуя цель незаконного обогащения, создал на территории Ульяновской и Самарской областей преступное сообщество (преступную организацию), представляющее из себя структурированную по территориальному и функциональному признакам организованную группу, и осуществлявшее систематические незаконные приобретение, хранение и сбыт наркотических средств в значительном, крупном и особо крупном размерах с использованием электронных и информационно - телекоммуникационных сетей, включая сеть «Интернет», направленное на совершение особо тяжких преступлений, на территории указанных субъектов Российской Федерации, руководство которым возложил на себя (руководитель преступной организации). В основу функционирования преступного сообщества (преступной организации) его организатором и руководителем (далее – руководитель) был положен бесконтактный способ незаконного сбыта наркотических средств путём оборудования тайников (закладок) с ними. При этом участниками преступного сообщества (преступной организации) для осуществления взаимодействия как между собой, так и с приобретателями наркотических средств, а также осуществления финансовых взаиморасчетов (получения денежных средств от потребителей наркотических средств, оплаты противоправных действий участников преступного сообщества) использовались электронные и информационно-телекоммуникационные сети, включая сеть «Интернет». Для осуществления незаконного сбыта наркотических средств на территориях Ульяновской и Самарской областей руководителем преступного сообщества (преступной организации) с использованием электронных и информационно - телекоммуникационных сетей, включая сеть «Интернет» и программы «Telegram» был создан интернет-магазин &lt;данные изъяты&gt;. Взаимодействие между участниками преступного сообщества (преступной организации) происходило путем аудио переговоров, текстовой переписки, а также обмена видео- и голосовыми сообщениями с использованием электронных и информационно-телекоммуникационных сетей, включая сеть «Интернет» через программу «Telegram», с использованием технических устройств, что позволяло, в необходимых руководителю преступного сообщества (преступной организации) случаях, исключить как непосредственный, так и любые визуальные и голосовые контакты, что, при задержании правоохранительными органами одних участников преступного сообщества (преступной организации), позволяло остальным его участникам оставаться вне поля зрения правоохранительных органов и продолжать осуществление преступной деятельности. При этом нижестоящие участники преступного сообщества (преступной организации) при взаимодействии с вышестоящими не использовали голосовые и видеосообщения, аудио- и видеозвонки, в целях исключения их идентификации и контроля за использованием принадлежащих им технических устройств сотрудниками правоохранительных органов. При этом обязательность для нижестоящих участников подразделений преступного сообщества (преступной организации) осуществлять взаимодействие путем исключительно текстовой переписки посредством электронных и информационно-телекоммуникационных сетей, включая сеть «Интернет», через программу «Telegram» исходила от его руководителя. Указанный способ взаимодействия позволял руководителю централизованно координировать все совершаемые участниками преступного сообщества (преступной организации) преступные действия, направленные на незаконный сбыт наркотических средств в значительном, крупном и особо крупном размерах. Для организации взаимодействия между участниками преступного сообщества (преступной организации) его руководителем было создано не менее двух территориально обособленных структурных подразделений, в которые вошли: 1) возглавляющее одно из подразделений «оператор-оптовик» - неустановленное следствием лицо, использовавшее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функционировавший на территории Самарской области, и неустановленные следствием лица, в том числе неустановленное следствием лицо, использовавшее при общении в электронных и информационно - телекоммуникационных сетях, включая сеть «Интернет» через программу «Telegram» псевдоним &lt;данные изъяты&gt;, выполнявшие роль «курьеров», а также 2) возглавляющий второе подразделение «оператор-оптовик» - А*, использовавший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имя пользователя &lt;данные изъяты&gt; и псевдоним &lt;данные изъяты&gt;, имя пользователя &lt;данные изъяты&gt; и псевдоним &lt;данные изъяты&gt;», функционировавший на территории Ульяновской области, и В*, Д*, Г*, Е*, И*, З*, и иные неустановленные следствием лица, выполнявшие роль «курьеров». Также было создано функционально обособленное структурное подразделение «межрегиональные курьеры», в которое вошли неустановленное в ходе следствия лицо, возглавляющее данное подразделение, Б*, использовавший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имя пользователя &lt;данные изъяты&gt; и псевдоним &lt;данные изъяты&gt; и иные неустановленные следствием лица. Для организации незаконного сбыта наркотических средств руководителем преступного сообщества (преступной организации) были созданы интернет-сайт &lt;данные изъяты&gt;, функционирующей с использованием электронных и информационно-телекоммуникационных сетей, включая сеть «Интернет», а также в программе «Telegram» был создан специальный аккаунт &lt;данные изъяты&gt; (имя пользователя &lt;данные изъяты&gt;). При этом указанные интернет-сайт и аккаунт &lt;данные изъяты&gt; отдельные функции выполняли в автоматическом режиме, предоставляя приобретателям наркотических средств сведения о местонахождении тайников с ними после оплаты приобретателями их стоимости удобным для себя способом. Созданная руководителем преступного сообщества (преступной организации) его разветвленная структура и схема его преступной деятельности предполагала наличие ряда структурных подразделений, участники которых непосредственно подчинялись курирующим их деятельность лицам. При этом руководителем преступного сообщества (преступной организации) осуществлялось общее руководство его деятельностью. Все участники преступного сообщества (преступной организации) осознавали общие цели функционирования данного преступного сообщества (преступной организации) и свою принадлежность к нему, устойчивость возникших между ними преступных связей, в том числе при соблюдении мер конспирации. Так, руководитель преступного сообщества (преступной организации) возложил на себя функции: - разработки общего плана функционирования преступного сообщества (преступной организации), то есть его структуры, функциональных обязанностей каждого из входящих в преступное сообщество (преступную организацию) подразделений и отдельных их участников, распределив между ними обязанности по подготовке и совершению конкретных особо тяжких преступлений, связанных с незаконным сбытом наркотических средств в значительном, крупном и особо крупном размерах; - совершения действий, направленных на достижение общей цели, поставленной перед преступным сообществом (преступной организацией) в целом и входящими в его структуру подразделениями, в частности: организация подбора и вербовки участников в каждое подразделение; определение преступных ролей и обязанностей участников подразделений преступного сообщества (преступной организации); разъяснение последним через руководителей нижестоящих структурных подразделений разработанных руководителем преступного сообщества (преступной организации) и обязательных к исполнению методик сокрытия совершаемых преступлений, а также мер безопасности и конспирации; обеспечение участников преступного сообщества (преступной организации) наркотическими средствами, предназначенными для незаконного сбыта, в необходимом количестве; обеспечение участников преступного сообщества (преступной организации) денежными средствами для организации незаконного сбыта наркотических средств на территории различных субъектов РФ (оплата транспорта, жилья и иных целевых расходов); распределение между участниками преступного сообщества (преступной организации) денежных средств, получаемых от преступной деятельности в соответствии с получаемыми от «операторов-оптовиков» заявками, в соответствии с заранее оговоренным за выполнение конкретных действий при совершении преступлений вознаграждением; - общего руководства преступным сообществом (преступной организацией) и поддержания устойчивых связей между созданными им структурными подразделениями и входящими в них участниками, координация их преступных действий и создание для них условий для совершения преступлений, с использованием электронных и информационно-телекоммуникационных сетей, включая сеть «Интернет»; - непосредственного руководства деятельностью, обеспечивающих деятельность преступного сообщества (преступной организации) подразделений «операторов-оптовиков», «межрегиональных курьеров», «курьеров» (розничных курьеров, «закладчиков») - далее по тексту «курьеры»; - определения субъекта РФ, в котором «операторы-оптовики», «межрегиональные курьеры», «курьеры» должны были осуществлять свою преступную деятельность; - установления общей ценовой политики на реализуемые преступным сообществом (преступной организацией) наркотические средства с учетом особенностей социально-экономического развития субъекта Российской Федерации, на территории которого осуществлялся их незаконный сбыт, в том числе Ульяновской и Самарской областей; - организации размещения сведений о наименованиях, количестве и стоимости доступных для незаконного сбыта наркотических средств, способах оплаты их стоимости, в специальном аккаунте, созданном в программе «Telegram», и интернет-сайте &lt;данные изъяты&gt;, функционирующих с использованием электронных и информационно-телекоммуникационных сетей, включая сеть «Интернет», и позволяющих осуществлять незаконный сбыт наркотических средств в автоматическом режиме; - разрешения спорных и конфликтных ситуаций с приобретателями наркотических средств. В качестве структурного звена преступного сообщества (преступной организации), предназначенного для непосредственного руководства подразделениями «курьеров», являвшимися наиболее многочисленными, руководителем преступного сообщества (преступной организации) были созданы подчиненные непосредственно ему подразделения «операторов-оптовиков», в которое вошли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а также А*, осуществлявшие функции: - определения населенного пункта и его района, в котором «курьеры» должны были осуществлять свою преступную деятельность; - постоянного обучения «курьеров» методам конспирации и механизмам выполнения ими своих обязанностей; - координации деятельности «курьеров» (указание вида и количества оптовых и мелкооптовых партий наркотических средств, которые они должны были забирать из оборудованных тайников, фасовать и размещать в тайники (закладки), получение от «курьеров» сведений о местонахождении оборудованных ими тайников (закладок) с наркотическими средствами), а также оплаты их преступной деятельности; - размещения сведений о наименованиях, количестве и стоимости доступных для незаконного сбыта наркотических средств, способах оплаты их стоимости, в специальном аккаунте, созданном в программе «Telegram», и интернет-сайте &lt;данные изъяты&gt;, функционирующих с использованием электронных и информационно-телекоммуникационных сетей, включая сеть «Интернет», и позволяющих осуществлять незаконный сбыт наркотических средств в автоматическом режиме; - разрешения спорных и конфликтных ситуаций с приобретателями наркотических средств; - составления для руководителя преступного сообщества (преступной организации) отчетов о своей работе, а также работе подчиненных подразделений, контроля остатков наркотических средств у «курьеров», уведомление руководителя преступного сообщества (преступной организации) о возникновении потребности в новых партиях наркотических средств, для организации их перевозки; - получения от руководителя преступного сообщества (преступной организации) сведений о местонахождении тайников с оптовыми партиями наркотических средств, предназначенных для незаконного сбыта, их незаконного хранения и расфасовки в удобные для мелкооптового сбыта упаковки; - оборудования тайников с оптовыми партиями наркотических средств, обозначения их местонахождения путем привязки к определенным адресам и координатам и передачи сообщений со сведениями об их местонахождении «курьерам» с целью незаконного сбыта находящихся в них наркотических средств потребителям. При этом при необходимости «операторы-оптовики», в том числе А*, могли выполнять роли «курьеров». В качестве структурного звена, предназначенного для перемещения наркотических средств по территории Российской Федерации в соответствии с возникающей необходимостью, руководителем преступного сообщества (преступной организации) было создано функционально обособленное структурное подразделение «межрегиональных курьеров», в которое вошли неустановленное в ходе следствия лицо, возглавляющее данное подразделение, а также Б*, использовавший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имя пользователя &lt;данные изъяты&gt; и псевдоним &lt;данные изъяты&gt;, и иные неустановленные в ходе следствия лица, осуществлявшие функции: - незаконной перевозки между субъектами Российской Федерации и городами оптовых партий наркотических средств, предназначенных для дальнейшего незаконного сбыта, а также для передачи «операторам-оптовикам» и последующей передачи «курьерам» с той же целью; - по составлению и сдаче еженедельного отчета о проделанной работе руководству преступного сообщества (преступной организации) и предоставление ему реквизитов для получения денежного вознаграждения за работу. В качестве низшего структурного звена преступного сообщества (преступной организации), предназначенного для оборудования тайников с наркотическими средствами для их непосредственного незаконного сбыта потребителям руководителем преступного сообщества (преступной организации) было создано подразделение «курьеров», в которое вошли неустановленные лица, в том числе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псевдоним &lt;данные изъяты&gt;, функционирующие на территории Самарской области, а также В*, использовавший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Д*, Г*, совместно использовавшие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Е*, И*, совместно использовавшие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З*, использовавший при общении в электронных и информационно - телекоммуникационных сетях, включая сеть «Интернет», через программу «Telegram» имя пользователя &lt;данные изъяты&gt;, псевдонимы &lt;данные изъяты&gt; и &lt;данные изъяты&gt;, и иные неустановленные следствием лица, функционирующие на территории Ульяновской области, осуществлявшие функции: - получения от руководящих их деятельностью «операторов-оптовиков» сведений о местонахождении оборудованных «оптовиками-оптовиками» тайников с оптовыми партиями наркотических средств, предназначенными для незаконного сбыта, их незаконного хранения и расфасовки (при необходимости) в удобные для розничного и мелкооптового сбыта упаковки; - оборудования тайников с розничными и мелкооптовыми партиями наркотических средств, обозначения их местонахождения путем привязки к определенным адресам и координатам и передачи сообщений со сведениями об их местонахождении «оператору-оптовику» или руководителю преступного сообщества (преступной организации) для дальнейшего непосредственного незаконного сбыта находящихся в них наркотических средств потребителям; - составления еженедельных отчетов о проделанной работе, а также их предоставления руководящим их деятельностью «операторам-оптовикам» или руководителю преступного сообщества (преступной организации). При этом руководитель преступного сообщества (преступной организации) планировал и обсуждал с А* планы по созданию структурного подразделения «химиков», предназначенного для самостоятельного незаконного производства предназначенных для незаконного сбыта наркотических средств, а также формирование территориальных структурных подразделений, кроме Ульяновской и Самарской областей, в других субъектах РФ с целью достижения общих целей участников преступного сообщества (преступной организации) по получению и увеличению незаконного обогащения. Среди обязательных условий при вступлении в состав преступного сообщества (преступной организации) для лиц, желающих быть его участниками, в целях заручиться доверием руководителя преступного сообщества (преступной организации), обеспечить исполнение возлагаемых на себя обязательств, и предотвратить возможную утрату предназначенных для дальнейшего незаконного сбыта и передаваемых им наркотических средств, были (по выбору лиц, желающих вступить в состав преступного сообщества (преступной организации) предусмотрены взнос денежных средств в качестве залога в определяемом руководителем преступного сообщества (преступной организации) объеме, на указанные им счета, либо предоставление копий паспортов и данных о личности указанных лиц. Дисциплина в преступном сообществе (преступной организации) поддерживалась системой наказаний и поощрений. Так, наиболее активные участники преступного сообщества (преступной организации) поощрялись денежными премиями. За снижение объемов продаж, плохую организацию тайников (закладок), уменьшение клиентской базы - снижение вклада в деятельность преступного сообщества (преступной организации) применялась система штрафов и депремирования. Так, руководителем преступного сообщества (преступной организации) в период с декабря 2021 года по 14 сентября 2022 года, для обеспечения функционирования созданного им интернет-магазина наркотических средств &lt;данные изъяты&gt;, через который осуществлялось распространение наркотических средств на территории Ульяновской и Самарской областей, с использованием электронных и информационно-телекоммуникационных сетей, включая сеть «Интернет», и программы «Telegram» были привлечены А*, Б*, В*, Г*, Д*, Е*, З*, а также иные, неустановленные лица, в том числе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выполнявший роль «оператора-оптовика» и руководящий территориальным структурным подразделением на территории Самарской области, и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псевдоним &lt;данные изъяты&gt;. Е*, в свою очередь, действуя в интересах всех членов преступного сообщества (преступной организации), используя доверительные дружеские отношения, лично вовлек в её состав И*, которому были разъяснены цели и задачи деятельности преступного сообщества (преступной организации), общая схема и его непосредственная роль при осуществлении незаконного сбыта наркотических средств. Таким образом, А*, Б*, В*, Г*, Д*, Е*, И*, З*, а также иные неустановленные лица, умышленно вошли в состав преступного сообщества (преступной организации), деятельность которого была направлена на совместное систематическое совершение особо тяжких преступлений, связанных с незаконным сбытом наркотических средств в значительном, крупном и особо крупном размерах на территории Ульяновской и Самарской областей. Преступное сообщество (преступная организация), в которое входили А*, Б*, В*, Г*, Д*, Е*, И*, З*, а также иные неустановленные следствием лица, обладало следующими признаками, присущими преступному сообществу (преступной организации): - структурированностью - сложной внутренней структурой, заключающейся в наличии единого руководства всем преступным сообществом (преступной организацией), наличии структурных подразделений преступного сообщества (преступной организации), сформированных по функциональному и территориальному признакам, состоящих из двух или более лиц (включая руководителя этой группы), каждое из которых в рамках и в соответствии с целями преступного сообщества (преступной организации) осуществляло преступную деятельность, между участниками, в соответствии с целями преступного сообщества (преступной организации), были распределены роли для совершения преступлений; - устойчивостью, обусловленной непрерывностью функционирования преступного сообщества (преступной организации) на протяжении длительного времени, которая обеспечивалась постоянной деятельностью её структурных подразделений, основанных на прочности постоянных связей между участниками каждого подразделения, заинтересованности участников преступного сообщества (преступной организации) в сохранении своего участия в его деятельности и использовании возможностей, которые им предоставлялись в результате этого – получать денежные доходы и возможность употреблять наркотические средства, и, соответственно, в длительности существования преступного сообщества (преступной организации); - наличием общей «кассы» преступного сообщества (преступной организации), из которой осуществлялись выплата денежного вознаграждения его участникам и приобретение новых партий наркотических средств; - организованностью, заключавшейся в четком распределении функций, ролей и обязанностей между всеми участниками преступного сообщества (преступной организации), постоянстве форм и методов совершения преступлений, тщательном планировании и подготовке как отдельных преступлений, так и всей преступной деятельности в целом, слаженностью и взаимной согласованностью действий как отдельных участников преступного сообщества (преступной организации), так и его структурных подразделений, высокой степенью взаимодействия друг с другом, постоянным инструктажем руководителем преступного сообщества (преступной организации) и структурных подразделений их членов по мерам безопасности при совершении незаконного сбыта наркотических средств, способах, времени и месте совершения преступлений; - соблюдением мер конспирации, которая предполагала общение членов структурных подразделений преступного сообщества (преступной организации) между собой, а также с членами иных его подразделений путем текстовой переписки с использованием электронных и информационно-телекоммуникационных сетей, включая сеть «Интернет», через программу «Telegram», исключая непосредственные контакты; отсутствие у лиц, выполнявших роли «межрегиональных курьеров» и «курьеров», подвергавшихся максимальному риску быть задержанными правоохранительными органами, каких-либо сведений друг о друге и других участниках преступного сообщества (преступной организации), что позволяло беспрепятственно функционировать преступному сообществу (преступной организации) в целом даже в случае задержания отдельных ее членов; передача наркотических средств между членами преступного сообщества (преступной организации), а также непосредственный незаконный сбыт наркотических средств приобретателям осуществлялся только через заранее оборудованные тайники (закладки), исключая какой-либо непосредственный контакт между «курьерами» и приобретателями; для осуществления финансовых взаиморасчетов использовались банковские счета; - особым механизмом руководства преступным сообществом (преступной организацией) и входящими в его состав структурными подразделениями, который осуществлялся дистанционно, с использованием электронных и информационно-телекоммуникационных сетей, включая сеть «Интернет», через программу «Telegram». Размах деятельности указанного преступного сообщества (преступной организации) охватывал значительное число лиц, вовлеченных в его деятельность в качестве участников и предполагал формирование значительной клиентской базы из числа лиц, являющихся потребителями наркотических средств. За период с декабря 2021 года по 14 сентября 2022 года участники преступного сообщества (преступной организации) под руководством ФИО2, в которое входили: А*, Б*, В*, Г*, Д*, Е*, И*, З*, и иные неустановленные лица, в том числе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и неустановленное лицо, использовавшее при общении в электронных и информационно - телекоммуникационных сетях, включая сеть «Интернет», через программу «Telegram» псевдоним &lt;данные изъяты&gt;, выполняя цели и задачи преступного сообщества (преступной организации), в соответствии с отведенными каждому участнику ролями, совершили ряд особо тяжких преступлений, связанных с незаконным сбытом наркотических средств, в целях получения дохода от осуществления преступной деятельности. Деятельность преступного сообщества (преступной организации) под руководством ФИО2, в которое входили: А*, Б*, В*, Г*, Д*, Е*, И*, З*, и иные неустановленные лица, в том числе неустановленное следствием лицо, использовавшее при общении в электронных и информационно - телекоммуникационных сетях, включая сеть «Интернет», через программу «Telegram» имя пользователя &lt;данные изъяты&gt; и псевдоним &lt;данные изъяты&gt; и неустановленное следствием лицо, использовавшее при общении в электронных и информационно - телекоммуникационных сетях, включая сеть «Интернет», через программу «Telegram» псевдоним &lt;данные изъяты&gt;, выполнявшие функции «операторов-оптовиков», «межрегиональных курьеров», «курьеров», осуществлявшего преступную деятельность, связанную с незаконным оборотом наркотических средств, на территории Ульяновской и Самарской областей, представляла реальную угрозу обществу на территории Российской Федерации, поскольку организованный систематический незаконный сбыт наркотических средств подрывал жизненно важные интересы общества – здоровье населения и общественную нравственность, нарушал установленный государством порядок обращения наркотических средств, представляющих повышенную опасность для жизни и здоровья граждан. Реализуя совместный преступный умысел, направленный на незаконный сбыт наркотических средств, руководитель преступного сообщества (преступной организации), иные неустановленные лица, а также В*, Г*, Д*, Е*, И*, З*, А*, Б*, действуя в составе преступного сообщества (преступной организации), совершили преступления при следующих обстоятельствах: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являясь руководителем преступного сообщества (преступной организации) в период времени с июня 2022 года по 19 августа 2022 года, более точное время не установлено, в неустановленном месте при неустановленных обстоятельствах незаконно приобрело у неустановленного лица вещество, содержащее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в значительном размере, массой не менее 0,936 грамма; вещество, содержащее в своем составе наркотическое средство мефедрон (4-метилметкатинон), в особо крупном размере, общей массой не менее 556,031 грамма; вещество, содержащее в своем составе наркотическое средство метадон (фенадон, долофин), в особо крупном размере, общей массой не менее 393,698 грамма и неустановленным следствием способом организовал его помещение в тайник, расположенный в неустановленном месте. Сведения о местонахождении указанного тайника с наркотическими средствами ФИО2 в указанный период времени неустановленным способом передал Б*, выполнявшего роль «межрегионального курьера», с целью последующего незаконного сбыта в составе преступного сообщества (преступной организации) неопределенному кругу лиц. Б*, выполняя отведенную ему преступную роль, в период времени с июня 2022 года по 19 августа 2022 года извлек из указанного тайника, перечисленные выше вещества, незаконно перевез в Ульяновскую область, с целью последующего незаконного сбыта в составе преступного сообщества (преступной организации) неопределенному кругу лиц и в дальнейшем, на участке местности, расположенном в 2,2 км в восточном направлении от дома № 2 по ул. Димитровградская п. Мирный Чердаклинского района Ульяновской области передал А*, выполнявшего роль «оператора-оптовика». А*, выполняя отведенную ему преступную роль, действуя в соответствии с указаниями руководителя преступного сообщества (преступной организации), в указанный период времени, получив указанные вещества, стал незаконно хранить их по месту своего жительства по адресу: &lt;адрес&gt;, а в период времени с июня 2022 года до 13 часов 03 минут 29.08.2022, поместил вещество, содержащее в своем составе наркотическое средство метадон (фенадон, долофин), в крупном размере, общей массой не менее 55,013 грамма, вещество, содержащее в своем составе наркотическое средство мефедрон (4-метилметкатинон), в крупном размере, общей массой не менее 51,726 грамма в удобную для дальнейшего незаконного сбыта упаковку, при этом часть указанного вещества, содержащего в своем составе наркотическое средство метадон (фенадон, долофин), в крупном размере, общей массой не менее 17,209 грамма, часть вещества, содержащего в своем составе наркотическое средство мефедрон (4-метилметкатинон), в значительном размере, общей массой не менее 0,674 грамма А* поместил в свой автомобиль «Ситроен С4» (государственный номерной знак №*) с целью последующего незаконного сбыта в составе преступного сообщества (преступной организации) неопределенному кругу лиц, часть вещества, содержащего в своем составе наркотическое средство мефедрон (4-метилметкатинон), в значительном размере, общей массой не менее 1,225 грамма А* стал незаконно хранить по месту своего жительства в &lt;адрес&gt;, часть вещества, содержащего в своем составе наркотическое средство метадон (фенадон, долофин), в крупном размере, общей массой не менее 37,804 грамма, часть вещества, содержащего в своем составе наркотическое средство мефедрон (4-метилметкатинон), в крупном размере, общей массой не менее 49,827 грамма А* стал хранить при себе с целью последующего незаконного сбыта в составе преступного сообщества (преступной организации) неопределенному кругу лиц. При этом оставшиеся части вещества, содержащего в своем составе наркотическое средство метадон (фенадон, долофин), в особо крупном размере, общей массой не менее 252,754 грамма, вещества, содержащего в своем составе наркотическое средство мефедрон (4-метилметкатинон), в особо крупном размере, общей массой не менее 500,662 грамма, А*, продолжил незаконно хранить по месту своего жительства в &lt;адрес&gt;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29.08.2022, поместил находившееся при нем вещество, содержащее в своем составе наркотическое средство метадон (фенадон, долофин), в крупном размере, общей массой не менее 29,905 грамма, вещество, содержащее в своем составе наркотическое средство мефедрон (4-метилметкатинон), в крупном размере, общей массой не менее 49,827 грамма, в тайник, оборудованный им на лестничной площадке 2 этажа подъезда № 4 дома № 2 по ул. Минаева г. Ульяновска. 29.08.2022 в 13 часов 05 минут у дома № 28 по ул. Стасова г. Ульяновска, в ходе проведения ОРМ А* был задержан сотрудниками полиции. 14.09.2022 в 08 часов 55 минут у дома № 11 по б-ру ФИО3 г. Самара, в ходе проведения ОРМ Б* был задержан сотрудниками полиции. 25.07.2025 в 19 часов 30 минут в международном аэропорту Шереметьево им. А.С. Пушкина, расположенном в г. Москва, в ходе проведения ОРМ ФИО2 был задержан сотрудниками полиции. В ходе осмотра места происшествия, проведенного 01.09.2022 в период времени с 18 часов 10 минут до 18 часов 43 минуты, на лестничной площадке 2 этажа подъезда № 4 дома № 2 по ул. Минаева г. Ульяновска, сотрудниками полиции обнаружено и изъято вещество содержащее в своем составе наркотическое средство метадон (фенадон, долофин), общей массой 29,905 грамма, в крупном размере, и вещество, содержащее в своем составе наркотическое средство мефедрон (4-метилметкатинон), общей массой 49,827 грамма, в крупном размере, которые ФИО2 (руководитель преступного сообщества (преступной организации)), иные неустановленные лица, Б* и А*, действуя в составе преступного сообщества (преступной организации), покушались незаконно сбыть неопределенному кругу лиц. Таким образом,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указанных наркотических средств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наркотические средства были изъяты из незаконного оборота.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Продолжая реализацию вышеуказанного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крупном размере, общей массой не менее 1,017 грамма, в тайник, оборудованный им на лестничной площадке 2 этажа подъезда № 1 дома № 57 по ул. Октябрьская г. Ульяновска. Данное вещество в последующем было изъято сотрудниками полиции в ходе осмотра места происшествия 02.09.2022 в период времени с 14 часов 01 минуты до 14 часов 29 минуты, в связи с чем, совместный преступный умысел ФИО2 (руководителя преступного сообщества (преступной организации)),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Продолжая реализацию единого вышеуказанного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крупном размере, общей массой не менее 1,008 грамма, в тайник, оборудованный им на лестничной площадке 4 этажа подъезда № 1 дома № 57 по ул. Октябрьская г. Ульяновска. Данное вещество в последующем было изъято сотрудниками полиции в ходе осмотра места происшествия 02.09.2022 в период времени с 14 часов 30 минут до 14 часов 55 минут, в связи с чем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значительном размере, общей массой не менее 0,983 грамма, в тайник, оборудованный им на лестничной площадке 2 этажа подъезда № 1 дома № 55 по ул. Октябрьская г. Ульяновска. Данное вещество в последующем было изъято сотрудниками полиции в ходе осмотра места происшествия, проведенного 02.09.2022 в период времени с 15 часов 00 минут до 15 часов 30 минут, в связи с чем,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 ходе следствия время 29.08.2022,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значительном размере, общей массой не менее 0,988 грамма, в тайник, оборудованный им на лестничной площадке 3 этажа подъезда № 1 дома № 55 по ул. Октябрьская г. Ульяновска. Данное вещество в последующем было изъято сотрудниками полиции в ходе осмотра места происшествия, проведенного 02.09.2022 в период времени с 15 часов 32 минуты до 15 часов 57 минут, в связи с чем,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значительном размере, общей массой не менее 0,995 грамма, в тайник, оборудованный им на лестничной площадке 2 этажа подъезда № 2 дома № 30 по ул. Стасова г. Ульяновска. Данное вещество в последующем было изъято сотрудниками полиции в ходе осмотра места происшествия, проведенного 02.09.2022 в период времени с 16 часов 20 минут до 16 часов 45 минут, в связи с чем, совместный преступный умысел ФИО2 (руководителя преступного сообщества (преступной организации)),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А* в неустановленное время 29.08.2022, но не позднее 13 часов 03 минут,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значительном размере, общей массой не менее 0,989 грамма, в тайник, оборудованный им на лестничной площадке 3 этажа подъезда № 2 дома № 30 по ул. Стасова г. Ульяновска. Данное вещество в последующем было изъято сотрудниками полиции в ходе осмотра места происшествия, проведенного 02.09.2022 в период времени с 16 часов 47 минут до 17 часов 15 минут, в связи с чем,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в ходе личного досмотра, проведенного сотрудниками полиции 29.08.2022 в период времени с 13 часов 35 минут до 14 часов 15 минут в помещении служебного кабинета № 310 ОНК ОМВД России по Засвияжскому району г. Ульяновска, расположенного по адресу: &lt;...&gt;, у А*, сотрудниками полиции была обнаружена и изъята находившаяся при нем часть ранее полученного последовательно от ФИО2 и Б* вещества, содержащего в своем составе наркотическое средство метадон (фенадон, долофин), общей массой 1,919 грамма, то есть в крупном размере. В ходе досмотра транспортного средства - автомобиля «Ситроен С4» (государственный номерной знак №*), проведенного сотрудниками полиции 29.08.2022 в период времени с 15 часов 15 минут до 16 часов 30 минут у дома № 28 по ул. Стасова г. Ульяновска, у А*,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метадон (фенадон, долофин), общей массой 17,209 грамма, то есть в крупном размере, и вещества, содержащего в своем составе наркотическое средство мефедрон (4-метилметкатинон), общей массой 0,674 грамма, то есть в значительном размере. Также, в ходе проведения обыска, проведенного сотрудниками полиции, 29 августа 2022 года в период времени с 17 часов 01 минуты до 18 часов 05 минут по месту жительства А* - в &lt;адрес&gt;,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метадон (фенадон, долофин), общей массой 252,754 грамма, в особо крупном размере, и вещества, содержащего в своем составе наркотическое средство мефедрон (4-метилметкатинон), общей массой 500,662 грамма, в особо крупном размере. Также в ходе проведения обыска, проведенного сотрудниками полиции, 29.08.2022 в период времени с 18 часов 40 минут до 19 часов 20 минут по месту жительства А* - в &lt;адрес&gt;,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мефедрон (4-метилметкатинон), общей массой 1,225 грамма, в значительном размере. Указанные наркотические средства ФИО2, иные неустановленные лица, Б* и А*, действуя в составе преступного сообщества (преступной организации), покушались незаконно сбыть в особо крупном размере неопределенному кругу лиц. Совместный преступный умысел ФИО2, иных неустановленных лиц, Б* и А*, направленный на незаконный сбыт с использованием электронных и информационно-телекоммуникационных сетей (включая сеть «Интернет») указанных наркотических средств в особо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наркотические средства были изъяты из незаконного оборота.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А* в неустановленные дату и время, но не позднее 15 часов 47 минут 22 августа 2022 года, поместил часть ранее полученного последовательно от ФИО2 и Б* вещества, содержащего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в значительном размере, массой не менее 0,936 грамма, и вещества, содержащее в своем составе наркотическое средство метадон (фенадон, долофин), в крупном размере, общей массой не менее 16,431 грамма в тайник, расположенный в неустановленном следствием месте, после чего использовуя электронные и информационно-телекоммуникационные сети (включая сеть «Интернет») и программу «Telegram», 22.08.2022 в 15 часов 47 минут сообщил сведения о местонахождении оборудованного им тайника – В*, руководство деятельностью которого он осуществлял. В* выполняя отведенную ему преступную роль, 22.08.2022 в 18 часов 45 минут, извлек из указанного тайника, расположенного в неустановленном следствием месте, вещество, содержащее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в значительном размере, массой не менее 0,936 грамма, вещество, содержащее в своем составе наркотическое средство метадон (фенадон, долофин), в крупном размере, общей массой не менее 16,431 грамма, перенес по месту своего жительства, по адресу: &lt;адрес&gt;, где стал незаконно хранить, с целью последующего незаконного сбыта в составе преступного сообщества (преступной организации) неопределенному кругу лиц. Выполняя свою преступную роль и действуя в соответствии с указанием А*, В*, находясь по месту своего жительства в &lt;адрес&gt; в период времени с 18 часов 45 минут 22.08.2022 до 14 часов 29 минут 25.08.2022, поместил вещество, содержащее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в значительном размере, массой не менее 0,936 грамма, и часть вещества, содержащего в своем составе наркотическое средство метадон (фенадон, долофин), в крупном размере, общей массой не менее 6,832 грамма, в удобную для дальнейшего незаконного сбыта упаковку, при этом оставшиеся части вещества, содержащего в своем составе наркотическое средство метадон (фенадон, долофин), в крупном размере, общей массой не менее 9,599 грамма, В*, продолжил незаконно хранить по месту своего жительства в &lt;адрес&gt;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В* в период времени с 14 часов 29 минут до 22 часов 19 минут 25.08.2022, поместил находившееся при нем вещество, содержащее в своем составе наркотическое средство метадон (фенадон, долофин) массой не менее 1,000 грамма, то есть в значительном размере, в тайник, оборудованный им на участке местности, расположенном в 10 метрах в восточном направлении от дома № 5 по пер. Тургенева г. Ульяновска (географические координаты 54.289458, 48.35613). 25.08.2022 в 22 часа 20 минут у дома № 22 по ул. Тургенева г. Ульяновска, в ходе проведения ОРМ В* был задержан сотрудниками полиции. В ходе осмотра места происшествия, проведенного 01.09.2022 в период времени с 15 часов 05 минут до 15 часов 36 минут, вышеуказанное вещество в тайнике, расположенном в 10 метрах в восточном направлении от дома № 5 по пер. Тургенева г. Ульяновска (географические координаты 54.289458, 48.35613), сотрудниками полиции было обнаружено и изъято, в связи с чем, совместный преступный умысел ФИО2, иных неустановленных лиц, Б*, А* и В*,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В* в период времени с 14 часов 29 минут до 22 часов 19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0,966 грамма, то есть в значительном размере, в тайник, оборудованный им на участке местности, расположенном в 15 метрах в западном направлении от дома № 1а по пер. Тургенева г. Ульяновска (географические координаты 54.289177, 48.357675). Данное вещество в последующем было изъято сотрудниками полиции в ходе осмотра места происшествия, проведенного 01.09.2022 в период времени с 15 часов 47 минут до 16 часов 22 минут, в связи с чем, совместный преступный умысел ФИО2, иных неустановленных лиц, Б*, А* и В*,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В* в период времени с 14 часов 29 минут до 22 часов 19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массой не менее 0,936 грамма, то есть в значительном размере, в тайник, оборудованный им на участке местности, расположенном в 10 метрах в восточном направлении от дома № 2 по ул. Транспортная г. Ульяновска (географические координаты 54.28918, 48.35918). Данное вещество в последующем было изъято сотрудниками полиции в ходе осмотра места происшествия, проведенного 01.09.2022 в период времени с 16 часов 31 минуты до 17 часов 03 минут, в связи с чем, совместный преступный умысел ФИО2, иных неустановленных лиц, Б*, А* и В*,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В* в период времени с 14 часов 29 минут до 22 часов 19 минут 25.08.2022, поместил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0,983 грамма, то есть в значительном размере, в тайник, оборудованный им на участке местности, расположенном в 10 метрах в западном направлении от дома № 105 по ул. Транспортная г. Ульяновска (географические координаты 54.289873, 48.360322). Данное вещество в последующем было изъято сотрудниками полиции, в ходе осмотра места происшествия, проведенного 01.09.2022 в период времени с 17 часов 14 минут до 17 часов 47 минут, в связи с чем, совместный преступный умысел ФИО2 (руководителя преступного сообщества (преступной организации)), иных неустановленных лиц, Б*, А* и В*,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в ходе личного досмотра, проведенного сотрудниками полиции 25.08.2022 в период времени с 22 часов 55 минут до 23 часов 30 минут в салоне служебного автомобиля «Соболь» (государственный номерной знак №*), припаркованного по адресу: &lt;...&gt;, у задержанного В*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3,883 грамма, в крупном размере, а в ходе проведения оперативно-розыскного мероприятия «Обследование помещений, зданий, сооружений, участков местности, транспортных средств», проведенного 26.08.2022 в период времени с 01 час 50 минут до 02 часов 35 минут по месту жительства В* -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9,599 грамма, в крупном размере. Указанные наркотические средства ФИО2, иные неустановленные лица, Б*, А* и В*, действуя в составе преступного сообщества (преступной организации), покушались незаконно сбыть неопределенному кругу лиц. В связи с изъятием вещества сотрудниками полиции, совместный преступный умысел ФИО2, иных неустановленных лиц, Б*, А* и В*,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оперативно-розыскных мероприятий,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А* в период с 19.08.2022 до 22.08.2022, более точное время не установлено,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крупном размере, общей массой не менее 42,993 грамма в тайник, расположенный в неустановленном следствием месте, о чём используя электронную и информационно-телекоммуникационную сеть (включая сеть «Интернет») и программу «Telegram», в период с 19.08.2022 до 22.08.2022, более точное время не установлено, сообщил Г* и Д*, руководство деятельностью которых он осуществлял. Г* и Д* выполняя отведенную им преступную роль, в период с 19.08.2022 до 22.08.2022, более точное время не установлено, извлекли из указанного тайника, содержащее в своем составе наркотическое средство метадон (фенадон, долофин), в крупном размере, общей массой не менее 42,993 грамма, которое Г* и Д* перенесли по месту жительства Д* – &lt;адрес&gt;, где стали незаконно хранить, с целью последующего незаконного сбыта в составе преступного сообщества (преступной организации) неопределенному кругу лиц. Выполняя свою преступную роль и действуя в соответствии с указанием А*, Г* и Д*, находясь по месту жительства Д* - в &lt;адрес&gt; в период с 19.08.2022 до 23 часов 59 минут 22.08.2022, более точное время не установлено, поместили вещество, содержащее в своем составе наркотическое средство метадон (фенадон, долофин), в крупном размере, общей массой не менее 6,82 грамма, в удобную для дальнейшего незаконного сбыта упаковку, при этом оставшиеся части вещества, содержащего в своем составе наркотическое средство метадон (фенадон, долофин), в крупном размере, общей массой не менее 36,173 грамма, Г* и Д*, продолжили незаконно хранить по месту жительства Д* - в &lt;адрес&gt;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часть находившегося при нем вещества, содержащего в своем составе наркотическое средство метадон (фенадон, долофин) массой не менее 0,496 грамма, то есть в значительном размере, в тайник, оборудованный им на участке местности, расположенном в 35 метрах в северо-восточном направлении от дома № 119 по ул. ФИО4 г. Ульяновска (географические координаты 54.275787, 48.279425). 25.08.2022 в 16 часов 10 минут у дома № 105 по ул. ФИО4 г. Ульяновска, в ходе проведения ОРМ Д* был задержан сотрудниками полиции. 25.08.2022 в 18 часов 10 минут у дома № 12б по ул. Амурская г. Ульяновска, в ходе проведения ОРМ Г* был задержан сотрудниками полиции. В ходе осмотра места происшествия, проведенного 08.09.2022 в период времени с 08 часов 00 минут до 08 часов 30 минут, на участке местности, расположенном в 35 метрах в северо-восточном направлении от дома № 119 по ул. ФИО4 г. Ульяновска (географические координаты 54.275787, 48.279425), сотрудниками полиции было обнаружено и изъято вещество, содержащее в своем составе наркотическое средство метадон (фенадон, долофин), массой 0,496 грамма, в значительном размере, которое ФИО2, иные неустановленные лица, Б*, А*, Г* и Д*, действуя в составе преступного сообщества (преступной организации), покушались незаконно сбыть неопределенному кругу лиц. В связи с изъятием вещества сотрудниками полиции,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0,466 грамма, то есть в значительном размере, в тайник, оборудованный им на участке местности, расположенном в 54 метрах в северо-западном направлении от дома № 117 по ул. ФИО4 г. Ульяновска (географические координаты 54.276848, 48.28017). Данное вещество в последующем было изъято сотрудниками полиции в ходе осмотра места происшествия, проведенного 08.09.2022 в период времени с 09 часов 20 минут до 09 часов 50 минут,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0,475 грамма, то есть в значительном размере, в тайник, оборудованный им на участке местности, расположенном в 35 метрах в северо-восточном направлении от дома № 44 по ул. Камышинская г. Ульяновска (географические координаты 54.276944, 48.281327). Данное вещество в последующем было изъято сотрудниками полиции в ходе осмотра места происшествия, проведенного 08.09.2022 в период времени с 10 часов 00 минут до 10 часов 30 минут,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0,520 грамма, то есть в значительном размере, в тайник, оборудованный им на участке местности, расположенном в 30 метрах в северо-восточном направлении от дома № 121 по ул. ФИО4 г. Ульяновска (географические координаты 54.275161, 48.279163). Данное вещество в последующем было изъято сотрудниками полиции в ходе осмотра места происшествия, проведенного 08.09.2022 в период времени с 10 часов 40 минут до 11 часов 10 минут,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0,492 грамма, то есть в значительном размере, в тайник, оборудованный им на участке местности, расположенном в 70 метрах в северо-восточном направлении от дома № 59 по ул. Камышинская г. Ульяновска (географические координаты 54.279047, 48.282045). Однако, данное вещество в последующем было изъято сотрудниками полиции в ходе осмотра места происшествия, проведенного 08.09.2022 в период времени с 11 часов 20 минут до 11 часов 45 минут,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0,487 грамма, то есть в значительном размере, в тайник, оборудованный им на участке местности, расположенном в 20 метрах в северо-восточном направлении от дома № 59 по ул. Камышинская г. Ульяновска (географические координаты 54.279663, 48.282317). Однако, данное вещество в последующем было изъято сотрудниками полиции в ходе осмотра места происшествия, проведенного 08.09.2022 в период времени с 11 часов 20 минут до 11 часов 45 минут,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Д* в период времени с 00 часов 00 минут до 16 часов 10 минут 25.08.2022,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массой не менее 0,505 грамма, то есть в значительном размере, в тайник, оборудованный им на участке местности, расположенном в 65 метрах в северо-восточном направлении от дома № 59 по ул. Камышинская г. Ульяновска (географические координаты 54.279036, 48.282118). Однако, данное вещество в последующем было изъято сотрудниками полиции в ходе осмотра места происшествия, проведенного 08.09.2022 в период времени с 12 часов 25 минут до 12 часов 40 минут, в связи с чем, совместный преступный умысел ФИО2 (руководителя преступного сообщества (преступной организации)),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Кроме того, в ходе личного досмотра, проведенного сотрудниками полиции 25.08.2022 в период времени с 16 часов 40 минут до 17 часов 30 минут в помещении служебного кабинета № 310 ОНК ОМВД России по Засвияжскому району г. Ульяновска, расположенного по адресу: &lt;...&gt;, у задержанного Д*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2,444 грамма, в крупном размере. Кроме того, в ходе проведения оперативно-розыскного мероприятия «Обследование помещений, зданий, сооружений, участков местности, транспортных средств», проведенного 25.08.2022 в период времени с 21 час 50 минут до 22 часов 40 минут по месту жительства Д* -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36,173 грамма, в крупном размере. Указанные наркотические средства ФИО2, иные неустановленные лица, Б*, А*, Г* и Д*, действуя в составе преступного сообщества (преступной организации), покушались незаконно сбыть неопределенному кругу лиц. В связи с изъятием вещества сотрудниками полиции,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Также, в ходе личного досмотра, проведенного сотрудниками полиции 25.08.2022 в период времени с 19 часов 10 минут до 19 часов 42 минут в салоне служебного автомобиля «Ford», припаркованного по адресу: &lt;...&gt;, у задержанного Г*,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0,935 грамма, в значительном размере, которое ФИО2, иные неустановленные лица, Б*, А*, Г* и Д*, действуя в составе преступного сообщества (преступной организации), покушались незаконно сбыть неопределенному кругу лиц, в связи с чем, совместный преступный умысел ФИО2, иных неустановленных лиц, Б*, А*, Г* и Д*,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А* в неустановленное следствием время 23.08.2022, поместил находившуюся при нем часть ранее полученного последовательно от ФИО2 и Б* вещества, содержащего в своем составе наркотическое средство метадон (фенадон, долофин), в крупном размере, общей массой не менее 13,564 грамма в тайник, расположенный в неустановленном следствием месте и сообщил сведения о местонахождении тайника, оборудованного им – З*, руководство деятельностью которого он осуществлял. З* выполняя отведенную ему преступную роль, в период времени с 23.08.2022 до 16 часов 38 минут 29.08.2022, извлек из указанного тайника, расположенного в неустановленном следствием месте, вещество, содержащее в своем составе наркотическое средство метадон (фенадон, долофин), в крупном размере, общей массой не менее 13,564 грамма, которое перенес по месту своего жительства, по адресу: &lt;адрес&gt;, где стал незаконно хранить, с целью последующего незаконного сбыта в составе преступного сообщества (преступной организации) неопределенному кругу лиц. Выполняя свою преступную роль и действуя в соответствии с указанием А*, З*, находясь по месту своего жительства в &lt;адрес&gt; в период времени с 23.08.2022 до 16 часов 38 минут 29.08.2022, более точное время не установлено, поместил вещество, содержащее в своем составе наркотическое средство метадон (фенадон, долофин), в крупном размере, общей массой не менее 13,564 грамма, в удобную для дальнейшего незаконного сбыта упаковку,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в ходе следствия не установлено, поместил находившееся при нем вещество, содержащее в своем составе наркотическое средство метадон (фенадон, долофин), общей массой не менее 0,398 грамма, то есть в значительном размере, в тайник, оборудованный им на участке местности, расположенном в 600 метрах в северо-восточном направлении от дома № 380 по ул. Куйбышева г. Димитровграда Ульяновской области (географические координаты 54.269865, 49.586455).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30.08.2022 в 20 часа 05 минут у дома № 11 стр. 3 по 44-му пр-ду Инженерному г. Ульяновска, в ходе проведения ОРМ З* был задержан сотрудниками полиции. В ходе осмотра места происшествия, проведенного 31.08.2022 в период времени с 16 часов 00 минут до 16 часов 15 минут, на участке местности, расположенном в 600 метрах в северо-восточном направлении от дома № 380 по ул. Куйбышева г. Димитровграда Ульяновской области (географические координаты 54.269865, 49.586455), сотрудниками полиции вышеуказанное вещество обнаружено и изъято, в связи с чем,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Продолжая выполнять свою преступную роль и действуя в соответствии с указанием А*, З*, в период времени с 00 часов 01 минуты до 16 часов 38 минут 29.08.2022, более точное время в ходе следствия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0,445 грамма, то есть в значительном размере, в тайник, оборудованный им на участке местности, расположенном в 596 метрах в северо-восточном направлении от дома № 380 по ул. Куйбышева г. Димитровграда Ульяновской области (географические координаты 54.2698, 49.586767),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16 часов 20 минут до 16 часов 35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0,401 грамма, то есть в значительном размере, в тайник, оборудованный им на участке местности, расположенном в 593 метрах в северо-восточном направлении от дома № 380 по ул. Куйбышева г. Димитровграда Ульяновской области (географические координаты 54.2697, 49.586282).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16 часов 40 минут до 16 часов 55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Продолжая выполнять свою преступную роль и действуя в соответствии с указанием А*, З*, в период времени с 00 часов 01 минуты до 16 часов 38 минут 29.08.2022, более точное время не установлено, поместил часть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0,442 грамма, то есть в значительном размере, в тайник, оборудованный им на участке местности, расположенном в 590 метрах в северо-восточном направлении от дома № 380 по ул. Куйбышева г. Димитровграда Ульяновской области (географические координаты 54.26978, 49.586272).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17 часов 00 минут до 17 часов 15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0,418 грамма, то есть в значительном размере, в тайник, оборудованный им на участке местности, расположенном в 589 метрах в северо-восточном направлении от дома № 380 по ул. Куйбышева г. Димитровграда Ульяновской области (географические координаты 54.269695, 49.586353).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17 часов 20 минут до 17 часов 35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0,436 грамма, то есть в значительном размере, в тайник, оборудованный им на участке местности, расположенном в 587 метрах в северо-восточном направлении от дома № 380 по ул. Куйбышева г. Димитровграда Ульяновской области (географические координаты 54.269658, 49.58638).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17 часов 40 минут до 17 часов 55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0,427 грамма, то есть в значительном размере, в тайник, оборудованный им на участке местности, расположенном в 585 метрах в северо-восточном направлении от дома № 380 по ул. Куйбышева г. Димитровграда Ульяновской области (географические координаты 54.269645, 49.586367).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18 часов 00 минут до 18 часов 15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0,415 грамма, то есть в значительном размере, в тайник, оборудованный им на участке местности, расположенном в 583 метрах в северо-восточном направлении от дома № 380 по ул. Куйбышева г. Димитровграда Ульяновской области (географические координаты 54.269567, 49.586373).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18 часов 20 минут до 18 часов 35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0,434 грамма, то есть в значительном размере, в тайник, оборудованный им на участке местности, расположенном в 580 метрах в северо-восточном направлении от дома № 380 по ул. Куйбышева г. Димитровграда Ульяновской области (географические координаты 54.269568, 49.588315).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18 часов 40 минут до 18 часов 55 минут, в связи с чем,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0,911 грамма, то есть в значительном размере, в тайник, оборудованный им на участке местности, расположенном в 579 метрах в северо-восточном направлении от дома № 380 по ул. Куйбышева г. Димитровграда Ульяновской области (географические координаты 54.269482, 49.586372).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19 часов 00 минут до 19 часов 15 минут, в связи с чем,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0,452 грамма, то есть в значительном размере, в тайник, оборудованный им на участке местности, расположенном в 575 метрах в северо-восточном направлении от дома № 380 по ул. Куйбышева г. Димитровграда Ульяновской области (географические координаты 54.269448, 49.586185).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31.08.2022 в период времени с 19 часов 20 минут до 19 часов 35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0,917 грамма, то есть в значительном размере, в тайник, оборудованный им на участке местности, расположенном в 570 метрах в северо-восточном направлении от дома № 380 по ул. Куйбышева г. Димитровграда Ульяновской области (географические координаты 54.269387, 49.586233).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09 часов 00 минут до 09 часов 10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 августа 2022 года, более точное время в ходе следствия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0,927 грамма, то есть в значительном размере, в тайник, оборудованный им на участке местности, расположенном в 568 метрах в северо-восточном направлении от дома № 380 по ул. Куйбышева г. Димитровграда Ульяновской области (географические координаты 54.26945, 49.586147).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09 часов 15 минут до 09 часов 30 минут, в связи с чем,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0,419 грамма, то есть в значительном размере, в тайник, оборудованный им на участке местности, расположенном в 565 метрах в северо-восточном направлении от дома № 380 по ул. Куйбышева г. Димитровграда Ульяновской области (географические координаты 54.269467, 49.586305).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29.08.2022,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09 часов 35 минут до 09 часов 50 минут, в связи с чем,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0,448 грамма, то есть в значительном размере, в тайник, оборудованный им на участке местности, расположенном в 558 метрах в северо-восточном направлении от дома № 380 по ул. Куйбышева г. Димитровграда Ульяновской области (географические координаты 54.269355, 49.586537).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10 часов 15 минут до 10 часов 30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0,439 грамма, то есть в значительном размере, в тайник, оборудованный им на участке местности, расположенном в 555 метрах в северо-восточном направлении от дома № 380 по ул. Куйбышева г. Димитровграда Ульяновской области (географические координаты 54.269357, 49.586372).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10 часов 55 минут до 11 часов 10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0,424 грамма, то есть в значительном размере, в тайник, оборудованный им на участке местности, расположенном в 540 метрах в северо-восточном направлении от дома № 380 по ул. Куйбышева г. Димитровграда Ульяновской области (географические координаты 54.269277, 49.586647).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12 часов 10 минут до 12 часов 35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0,449 грамма, то есть в значительном размере, в тайник, оборудованный им на участке местности, расположенном в 538 метрах в северо-восточном направлении от дома № 380 по ул. Куйбышева г. Димитровграда Ульяновской области (географические координаты 54.269358, 49.586812).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12 часов 40 минут до 12 часов 55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З* в период времени с 00 часов 01 минуты до 16 часов 38 минут 29.08.2022, более точное время не установлено, поместил находившуюся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0,409 грамма, то есть в значительном размере, в тайник, оборудованный им на участке местности, расположенном в 535 метрах в северо-восточном направлении от дома № 380 по ул. Куйбышева г. Димитровграда Ульяновской области (географические координаты 54.269402, 49.58683). Сведения о местонахождении указанного тайника с наркотическим средством после его размещения З* с использованием электронных и информационно-телекоммуникационных сетей (включая сеть «Интернет») и программы «Telegram» в период времени с 16 часов 37 минут по 16 часов 38 минут 29 августа 2022 года, передал руководящему его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01.09.2022 в период времени с 13 часов 00 минут до 13 часов 15 минут, в связи с чем, совместный преступный умысел ФИО2,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Кроме того, в ходе личного досмотра, проведенного сотрудниками полиции 30.08.2022 в период времени с 21 часа 00 минут до 21 часа 45 минут в помещении служебного кабинета № 213 ОМВД России по Заволжскому району г. Ульяновска, расположенного по адресу: &lt;...&gt;, у З*, сотрудниками полиции была обнаружена и изъята находившаяся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3,953 грамма, в крупном размере, которое ФИО2, иные неустановленные лица, Б*, А* и З*, действуя в составе преступного сообщества (преступной организации), покушались незаконно сбыть неопределенному кругу лиц. Вместе с тем, совместный преступный умысел ФИО2 (руководителя преступного сообщества (преступной организации)), иных неустановленных лиц, Б*, А* и З*,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оперативно-розыскных мероприятий,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А* в период с 22.08.2022 до 23.08.2022, более точное время не установлено, поместил часть ранее полученного последовательно от ФИО2 и Б* вещества, содержащего в своем составе наркотическое средство метадон (фенадон, долофин), в крупном размере, общей массой не менее 12,943 грамма, и вещество, содержащее в своем составе наркотическое средство мефедрон (4-метилметкатинон), в крупном размере, общей массой не менее 3,643 грамма в тайник, расположенный в неустановленном следствием месте. Сведения о месте нахождения данного тайника А* с использованием электронных и информационно-телекоммуникационных сетей (включая сеть «Интернет») и программы «Telegram», сообщил Е* и И*, руководство деятельностью которых он осуществлял. Е* и И* выполняя отведенную им преступную роль, в период времени с 22.08.2022 до 23.08.2022, извлекли из указанного тайника, расположенного в неустановленном следствием месте, вещество, содержащее в своем составе наркотическое средство метадон (фенадон, долофин), в крупном размере, общей массой не менее 12,943 грамма, вещество, содержащее в своем составе наркотическое средство мефедрон (4-метилметкатинон), в крупном размере, общей массой не менее 3,643 грамма, которые Е* и И* перенесли по месту жительства И* – &lt;адрес&gt;, где стали незаконно хранить, с целью последующего незаконного сбыта в составе преступного сообщества (преступной организации) неопределенному кругу лиц. Выполняя свою преступную роль и действуя в соответствии с указанием А*, Е* и И*, находясь по месту жительства И* - в &lt;адрес&gt; в период времени с 22 августа 2022 года до 20 часов 45 минут 28 августа 2022 года, более точное время не установлено, поместили вещество, содержащее в своем составе наркотическое средство метадон (фенадон, долофин), в крупном размере, общей массой не менее 3,76 грамма, в удобную для дальнейшего незаконного сбыта упаковку, при этом части вещества, содержащего в своем составе наркотическое средство метадон (фенадон, долофин), в крупном размере, общей массой не менее 8,491 грамма, вещества, содержащего в своем составе наркотическое средство мефедрон (4-метилметкатинон), в крупном размере, общей массой не менее 3,643 грамма Е* и И*, продолжили незаконно хранить по месту жительства И* - в &lt;адрес&gt;, а оставшиеся части вещества, содержащего в своем составе наркотическое средство метадон (фенадон, долофин), в значительном размере, общей массой не менее 0,692 грамма Е* и И*, продолжили незаконно хранить по месту жительства Е* - в &lt;адрес&gt;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Е* и И* в период времени с 22.08.2022 до 20 часов 45 минут 28.08.2022, более точное время не установлено, поместили находившееся при них вещество, содержащее в своем составе наркотическое средство метадон (фенадон, долофин) массой не менее 0,549 грамма, то есть в значительном размере, в тайник, оборудованный ими на лестничной площадке 8 этажа подъезда № 1 дома № 6 по б-ру Новосондецкий г. Ульяновска. Сведения о местонахождении указанного тайника с наркотическим средством после его размещения Е* с использованием электронных и информационно-телекоммуникационных сетей (включая сеть «Интернет») и программы «Telegram» в 20 часов 45 минут 28.08.2022, передал руководящему его с И* деятельностью А*, с целью последующего незаконного сбыта в составе преступного сообщества (преступной организации) неопределенному кругу лиц. 30.08.2022 в 13 часов 55 минут на участке местности, расположенном в 70 метрах в восточном направлении от дома № 54б корп. 2 по ул. Любови Шевцовой г. Ульяновска, в ходе проведения ОРМ Е* был задержан сотрудниками полиции. 30.08.2022 в 13 часов 55 минут на участке местности, расположенном в 70 метрах в восточном направлении от дома № 54б корп. 2 по ул. Любови Шевцовой г. Ульяновска, в ходе проведения ОРМ И* был задержан сотрудниками полиции. В ходе осмотра места происшествия, проведенного 09.09.2022 в период времени с 11 часов 00 минут до 11 часов 27 минут, на лестничной площадке 8 этажа подъезда № 1 дома № 6 по б-ру Новосондецкий г. Ульяновска, сотрудниками полиции было обнаружено и изъято вещество, содержащее в своем составе наркотическое средство метадон (фенадон, долофин), общей массой 0,549 грамма, в значительном размере, которое ФИО2, иные неустановленные лица, Б*, А*, Е* и И*, действуя в составе преступного сообщества (преступной организации), покушались незаконно сбыть неопределенному кругу лиц. Совместный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Е* и И* в период времени с 22.08.2022 до 20 часов 45 минут 28.08.2022, более точное время не установлено, поместили находившуюся при них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0,346 грамма, то есть в значительном размере, в тайник, оборудованный ими на лестничной площадке 6 этажа подъезда № 1 дома № 6 по б-ру Новосондецкий г. Ульяновска. Сведения о местонахождении указанного тайника с наркотическим средством после его размещения Е* с использованием электронных и информационно-телекоммуникационных сетей (включая сеть «Интернет») и программы «Telegram» в 20 часов 45 минут 28.08.2022, передал руководящему его с И*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09.09.2022 в период времени с 11 часов 30 минут до 11 часов 55 минут, в связи с чем, совместный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Е* и И* в период времени с 22.08.2022 до 20 часов 45 минут 28.08.2022, более точное время не установлено, поместили находившуюся при них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0,271 грамма, то есть в значительном размере, в тайник, оборудованный ими на лестничной площадке между 5 и 6 этажами подъезда № 1 дома № 13 по пр-ту Генерала ФИО5 г. Ульяновска. Сведения о местонахождении указанного тайника с наркотическим средством после его размещения Е* с использованием электронных и информационно-телекоммуникационных сетей (включая сеть «Интернет») и программы «Telegram» в 20 часов 45 минут 28.08.2022, передал руководящему его с И*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09.09.2022 в период времени с 12 часов 07 минут до 12 часов 33 минут, в связи с чем, совместный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Е* и И* в период времени с 22.08.2022 до 20 часов 45 минут 28.08.2022, более точное время не установлено, поместили находившуюся при них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0,341 грамма, то есть в значительном размере, в тайник, оборудованный ими на лестничной площадке 8 этажа подъезда № 14 дома № 1 по пр-ту Врача Сурова г. Ульяновска. Сведения о местонахождении указанного тайника с наркотическим средством после его размещения Е* с использованием электронных и информационно-телекоммуникационных сетей (включая сеть «Интернет») и программы «Telegram» в 20 часов 45 минут 28.08.2022, передал руководящему его с И*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09.09.2022 в период времени с 12 часов 48 минут до 13 часов 15 минут, в связи с чем, совместный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Е* и И* в период времени с 22.08.2022 до 20 часов 45 минут 28.08.2022, более точное время не установлено, поместили находившуюся при них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не менее 0,333 грамма, то есть в значительном размере, в тайник, оборудованный ими на лестничной площадке между 4 и 5 этажами подъезда № 14 дома № 1 по пр-ту Врача Сурова г. Ульяновска. Сведения о местонахождении указанного тайника с наркотическим средством после его размещения Е* с использованием электронных и информационно-телекоммуникационных сетей (включая сеть «Интернет») и программы «Telegram» в 20 часов 45 минут 28.08.2022, передал руководящему его с И* деятельностью А*, с целью последующего незаконного сбыта в составе преступного сообщества (преступной организации) неопределенному кругу лиц. Однако, данное вещество в последующем было изъято сотрудниками полиции в ходе осмотра места происшествия, проведенного 09.09.2022 в период времени с 13 часов 18 минут до 13 часов 47 минут, в связи с чем, совместный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Кроме того, в ходе личного досмотра, проведенного сотрудниками полиции 30.08.2022 в период времени с 15 часов 50 минут до 16 часов 30 минут в помещении служебного кабинета № 223 УНК УМВД России по Ульяновской области, расположенного по адресу: &lt;...&gt;, у Е*, сотрудниками полиции было обнаружено и изъято вещество, содержащее в своем составе наркотическое средство метадон (фенадон, долофин), общей массой 0,929 грамма, в значительном размере. Также в ходе проведения обыска, проведенного сотрудниками полиции, 30.08.2022 в период времени с 20 часов 40 минут до 21 часа 40 минут по месту жительства Е* - в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0,692 грамма, в значительном размере. Указанные наркотические средства ФИО2, иные неустановленные лица, Б*, А*, Е* и И*, действуя в составе преступного сообщества (преступной организации), покушались незаконно сбыть неопределенному кругу лиц. Преступный умысел ФИО2,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значительном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оперативно-розыскных мероприятий,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Кроме того, в ходе личного досмотра, проведенного сотрудниками полиции 30.08.2022 в период времени с 14 часов 45 минут до 15 часов 30 минут в помещении служебного кабинета № 227 УНК УМВД России по Ульяновской области, расположенного по адресу: &lt;...&gt;, у И*, сотрудниками полиции была обнаружена и изъята находившаяся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0,991 грамма в значительном размере. В ходе проведения обыска, проведенного сотрудниками полиции, 30.08.2022 в период времени с 19 часов 25 минут до 20 часов 20 минут по месту жительства И* - в &lt;адрес&gt;, сотрудниками полиции были обнаружены и изъяты части ранее полученного последовательно от ФИО2, Б* и А* вещества, содержащего в своем составе наркотическое средство метадон (фенадон, долофин), общей массой 8,491 грамма, в крупном размере, и вещества, содержащего в своем составе наркотическое средство мефедрон (4-метилметкатинон), общей массой 3,643 грамма, в крупном размере. Указанные наркотические средства ФИО2, иные неустановленные лица, Б*, А*, Е* и И*, действуя в составе преступного сообщества (преступной организации), покушались незаконно сбыть неопределенному кругу лиц. Совместный преступный умысел ФИО2 (руководителя преступного сообщества (преступной организации)), иных неустановленных лиц, Б*, А*, Е* и И*,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наркотические средства были изъяты из незаконного оборота.</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Кроме того, ФИО2, реализуя преступный умысел, направленный на незаконный сбыт наркотических средств, в период времени с июня 2022 года по 12.09.2022, более точное время не установлено, в неустановленном месте при неустановленных обстоятельствах незаконно приобрел у неустановленного следствием лица вещество, содержащее в своем составе наркотическое средство мефедрон (4-метилметкатинон), в крупном размере, общей массой не менее 50,627 грамма, вещество, содержащее в своем составе наркотическое средство метадон (фенадон, долофин), в крупном размере, общей массой не менее 31,297 грамма и в неустановленное время 12.09.2022, находясь в неустановленном месте на территории г. Сочи при неустановленных следствием обстоятельствах передал Б*, выполнявшего роль «межрегионального курьера», с целью последующего незаконного сбыта в составе преступного сообщества (преступной организации) неопределенному кругу лиц. Б*, выполняя отведенную ему преступную роль, в период времени с 12.09.2022 по 14.09.2022, более точное время не установлено, незаконно перевез в Самарскую область указанные наркотические средства и стал хранить при себе, с целью последующего незаконного сбыта в составе преступного сообщества (преступной организации) неопределенному кругу лиц. 14.09.2022 в 08 часов 55 минут у дома № 11 по б-ру ФИО3 г. Самара, в ходе проведения ОРМ Б* был задержан сотрудниками полиции. В ходе личного досмотра, проведенного сотрудниками полиции 14.09.2022 в период времени с 09 часов 30 минут до 10 часов 20 минут в салоне служебного автомобиля «Лада Веста» (государственный номерной знак №*), припаркованного по адресу: &lt;...&gt;, у Б*, сотрудниками полиции обнаружено и изъято вещество, содержащее в своем составе наркотическое средство метадон (фенадон, долофин), общей массой 31,297 грамма, в крупном размере, и вещество, содержащее в своем составе наркотическое средство мефедрон (4-метилметкатинон), общей массой 50,627 грамма, в крупном размере, которые ФИО2, иные неустановленные лица и Б*, действуя в составе преступного сообщества (преступной организации), покушались незаконно сбыть неопределенному кругу лиц. Совместный преступный умысел ФИО2, иных неустановленных лиц и Б*, направленный на незаконный сбыт с использованием электронных и информационно-телекоммуникационных сетей (включая сеть «Интернет») указанных наркотических средств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оперативно-розыскных мероприятий,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52. Выводы</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Он же, ФИО2, реализуя преступный умысел, направленный на незаконный сбыт наркотических средств, в период времени с июня 2022 года по 14.09.2022, более точное время не установлено, в неустановленном месте при неустановленных обстоятельствах незаконно приобрел у неустановленного лица вещество, содержащее в своем составе наркотическое средство мефедрон (4-метилметкатинон), в крупном размере, общей массой не менее 104,721 грамма и неустановленным способом организовал его помещение в тайник, расположенный в неустановленном месте. Сведения о местонахождении указанного тайника с наркотическими средствами неустановленным способом были переданы Б*, выполнявшего роль «межрегионального курьера», с целью последующего незаконного сбыта в составе преступного сообщества (преступной организации) неопределенному кругу лиц. Б*, выполняя отведенную ему преступную роль, в период времени с июня 2022 года по 14.09.2022, более точное время не установлено, извлек из вышеуказанного тайника, расположенного в неустановленном месте, вещество, содержащее в своем составе наркотическое средство мефедрон (4-метилметкатинон), в крупном размере, общей массой не менее 104,721 грамма, которое незаконно перевез в Самарскую область, с целью последующего незаконного сбыта в составе преступного сообщества (преступной организации) неопределенному кругу лиц. Продолжая реализацию единого преступного умысла, направленного на незаконный сбыт наркотических средств в составе преступного сообщества (преступной организации) неопределенному кругу лиц, Б* в период времени с июня 2022 года до 08 часов 55 минут 14.09.2022, более точное время не установлено, поместил находившееся при нем вещество, содержащее в своем составе наркотическое средство мефедрон (4-метилметкатинон), в крупном размере, общей массой не менее 104,721 грамма, в тайник, оборудованный им на участке местности, расположенном в 1,5 км в северо-восточном направлении от дома № 70 по ул. Овражная с. Малая Царевщина Красноярского района Самарской области (географические координаты 53.472313, 50.198342). После задержания Б* сотрудниками полиции, в ходе осмотра места происшествия, проведенного 14.02.2023 в период времени с 15 часов 05 минут до 16 часов 00 минут, на участке местности, расположенном в 1,5 км в северо-восточном направлении от дома № 70 по ул. Овражная с. Малая Царевщина Красноярского района Самарской области (географические координаты 53.472313, 50.198342), было обнаружено и изъято вышеуказанное вещество, содержащее в своем составе наркотическое средство мефедрон (4-метилметкатинон), общей массой 104,721 грамма, в крупном размере, которое ФИО2, иные неустановленные лица и Б*, действуя в составе преступного сообщества (преступной организации), покушались незаконно сбыть неопределенному кругу лиц. Преступный умысел ФИО2, иных неустановленных лиц и Б*, направленный на незаконный сбыт с использованием электронных и информационно-телекоммуникационных сетей (включая сеть «Интернет») указанного наркотического средства в крупном размере, не был доведен до конца по не зависящим от них обстоятельствам, поскольку их преступная деятельность была пресечена сотрудниками полиции, в ходе проведения следственных действий, наркотическое средство было изъято из незаконного оборота. Подсудимый ФИО2 в судебном заседании вину в предъявленном обвинении признал полностью, заявил о раскаянии в содеянном, от дачи показаний по существу обвинения отказался, воспользовавшись правом, предоставленным ему ст. 51 Конституции РФ. Виновность подсудимого в инкриминируемых ему преступлениях подтверждается следующими доказательствами: Свидетель Свидетель №1, старший оперуполномоченный по особо важным делам управления по контролю за незаконным оборотом наркотиков УМВД России по Ульяновской области, в судебном заседании показал, что в 2022 году на территории г.Ульяновска действовал интернет-магазин под названием &lt;данные изъяты&gt;, который осуществлял сбыт наркотиков посредством интернет-приложения Телеграмм. В управлении производилось документирование деятельности данного магазина. В результате были установлены закладчики наркотических средств, операторы, фасовщики, данные лица были задержаны. Было установлено, что Выговский являлся организатором данного магазина, А* являлся фасовщиком и закладчиком, Б* осуществлял деятельность в г.Тольятти, в г. Ульяновске являлись закладчиками Д*, Г* и другие лица. Д* был задержан в августе 2022 года на территории Засвияжского района, на ул.Рябикова. Г* был задержан на территории Железнодорожного района на ул.Амурской г.Ульяновска. В ходе задержания указанных лиц, были проведены их личные досмотры, были изъяты наркотические вещества, мобильные телефоны. Телефоны в последующем были осмотрены, обнаружена переписка, свидетельствующая о причастности данных лиц к работе магазина &lt;данные изъяты&gt;. Он проводил личный досмотр Г*, были изъяты несколько свертков с веществом, мобильный телефон и банковская карта. Был составлен протокол личного досмотра, в котором все участвующие лица ставили подпись. Досмотр производился в присутствии понятых. Принимал ли он участие в других мероприятиях, не помнит из-за давности событий. Свидетель Свидетель №2, старший оперуполномоченный ОНК УМВД России по Ульяновской области, в судебном заседании показал, что сотрудниками ОНК производилась оперативная разработка незаконной деятельности интернет-магазина &lt;данные изъяты&gt;, осуществлявшего незаконный сбыт наркотических средств на территории Ульяновской области. Основным разработчиком при осуществлении оперативной деятельности являлся оперуполномоченный Свидетель №3, а остальные сотрудники оказывали ему содействие. Первым из лиц, осуществлявших деятельность в указанном магазине, был задержан В*, в дальнейшем был задержан А*, где он принимал участие в обыске, а в дальнейшем были задержаны Е* и И*. По поручению следователя им, совместно с другими сотрудниками на территории г.Тольятти Самарской области был задержан Б* и проведен обыск в жилище. Он запомнил задержание В*, так как тот ходил в футболке с надписью «полиция». У В* при себе были обнаружены и изъяты свертки с наркотическим средством. В ходе обыска дома у В* также было обнаружено вещество. Также были изъяты телефон, банковские карты, стрип-пакеты, изолента. У А* также были изъяты стрип-пакеты, упаковочный материал. Все следственные действия проводились в присутствии понятых, владельцев квартир, все права и обязанности участвующим разъяснялись. Со слов ФИО6 ему известно об изъятых предметах у Б*. Указанные мероприятия проводись в период с августа 2022 года. Со слов коллег, ему известно, что в изъятых у указанных лиц телефонах имелась переписка о работе магазина по сбыту наркотических средств. По обнаруженной в телефонах информации в последствии изымались наркотические средства на территории Ульяновской области. Свидетель Свидетель №4, старший оперуполномоченный ОНК УМВД России по Ульяновской области, в судебном заседании показал, что в 2022 году на территории г.Ульяновска действовал интернет-магазин под названием &lt;данные изъяты&gt;, который осуществлял сбыт наркотиков посредством интернет-приложения Телеграмм. В управлении производилось документирование деятельности данного магазина. Он участвовал при проведении мероприятий в отношении граждан И* и Е*, производил их задержание. В дальнейшем он проводил обыск в жилище И*. В ходе обыска было изъято наркотическое средство в двух пакетах, весы, стрип-пакеты, упаковочный материал. По поручению следователя он проводил осмотры мест происшествий, по полученным в ходе осмотра телефона А* сведений, с целью обнаружения и изъятия свертков с наркотическими средствами. Он провел 4 или 5 осмотров мест происшествия в &lt;...&gt; в ходе которых были обнаружены свертки из изоленты с наркотическими средствами. Также он принимал участие при осмотре места происшествия на территории возле с.Малая Царевщина Красноярского района Самарской области, где под снежным покровом была обнаружена капсула с наркотическим средством. Во всех следственных действиях принимали участие понятые, с протоколами все были ознакомлены, замечаний ни у кого не было. Из результатов разработки ему известно, что Выговский являлся организатором интернет-магазина. Свидетель Свидетель №5, оперуполномоченный по особо важным делам ОНК УМВД России по Ульяновской области, в судебном заседании показал, что в 2022 года на территории г.Ульяновска действовал интернет-магазин под названием &lt;данные изъяты&gt;, который осуществлял сбыт наркотиков посредством интернет-приложения Телеграмм. 25.08.2022 был задержан В*. В ходе личного досмотра В* были обнаружены свертки с наркотическим средством. Также он принимал участие в проведении обыска по месту жительства В* по &lt;адрес&gt;. В ходе обыска были обнаружены наркотические средства, весы, стрип-пакеты, упаковочный материал. Также он принимал участие в задержании А*. У А* при себе были обнаружены свертки с наркотическими веществами, а также в его машине были обнаружены пакеты с наркотическими веществами. Он принимал участие в задержании Е* и И*. Проводил личный досмотр И*, в ходе которого были изъяты 3 свертка с наркотическим веществом. Также он принимал участие в осмотрах мест происшествия – изъятии закладок с наркотическим веществом по ул.Октябрьской, 55 и 57 г.Ульяновска. Данные закладки делал А*. Также на этой улице изымал Свидетель №4. В Заволжском районе, на ул.Сурова и Киевский Бульвар, он производил осмотр мест происшествия, изымал закладки, которые делали Е* и И*. Он также принимал участие в обыске у И*, там было обнаружено наркотическое вещество. Он составлял 3 протокола осмотров мест происшествия, в остальных случаях он участвовал в осмотрах, проводимых следователем. Во всех осмотрах принимали участие понятые. В ходе осмотров телефонов А* и остальных лиц были обнаружены места закладок, которые в последующем изымались. Ему известно, что были задержаны и другие лица по данному делу, одно лицо на территории Самарской области, подробности ему не известны. Свидетель Свидетель №6, оперуполномоченный ОНК УМВД России по Ульяновской области, в судебном заседании показал, а также подтвердил оглашенные в судебном заседании на основании ч.3 ст. 281 УПК РФ показания, данные им в ходе предварительного расследования (т.20 л.д.203), о том, что в 2022 года на территории г.Ульяновска действовал интернет-магазин под названием &lt;данные изъяты&gt;. Проводились оперативные мероприятия по установлению и задержанию лиц, осуществлявших сбыт наркотических средств. Это были закладчики Е*, И* В*, З*, Г* и Д*. Их работу курировал А*, который в свою очередь пересылал отчеты о работе Выговскому, и получал от Выговского денежные средства. Также был гражданин Б*, который отвечал за перевозку наркотических средств. Выговского задержать не представилось возможным, в связи с чем, он был объявлен в розыск. Остальные были задержаны. В ходе проводимых мероприятий у задержанных лиц изымались сотовые телефоны, наркотические средства. У А* при обыске также изымались оружие, наркотики, банковские карты. У Б* были изъяты мобильный телефон, наркотические средства, упаковочные материалы. В изъятых у указанных лиц мобильных телефонах имелись данные о закладках наркотических средств, в последствии проводились осмотры мест происшествия и в тайниках обнаружены и изъяты наркотические средства. В телефоне А* была обнаружена переписка с закладчиками наркотических средств, а также с Выговским и Б*. Осмотры производились им. Закладчики Е*, И* В*, З*, Г* и Д* принимали мелкие партии наркотических средств, из которых делали тайники-закладки, отвечали каждый за свой район в г.Ульяновске и в г.Димитровграде где делали закладки. Данные лица пересылали отчет о проделанной работе А*, который в свою очередь отчитывался о проделанной работе перед Выговским. А* принимал крупные партии наркотических средств, фасовал их на более мелкие партии, делал тайники для закладчиков. Потом А* получал деньги от Выговского и распределял их между закладчиками. Б* осуществлял перевозку наркотических средств, передавал их А*. Б*, А* и Выговский знали друг друга лично. Остальные лица других не знали. Общение между указанными лицами происходило посредством интернет-мессенджера. Он задерживал В*, проводил его личный досмотр, обыск в жилище В*, проводил осмотры места происшествий, где обнаруживались наркотические средства и тайники-закладки с наркотическими средствами. Также проводил личный досмотр А*, после задержания, изымались наркотические средства и телефон, участвовал при обыске в жилище А*, где были изъяты наркотические средства. Он провел несколько осмотров мест происшествия, в присутствии понятых. Составлялись протоколы, участвующие лица расписывались. Он проводил личный досмотр Б*. Также он проводил обыски по месту жительства и регистрации А*. Свидетель Свидетель №7 в судебном заседании показал, что он принимал участие в качестве понятого при осмотрах мест происшествия. В его присутствии, а также в присутствии второго понятого 31.08.2022 и 01.09.2022, осматривались места в лесном массиве по ул.Куйбышева г.Димитровграда, неподалеку от дома 380, через дорогу. В те дни проводилось более 10 осмотров мест происшествия. В ходе осмотров изымались свертки в желтой изоленте, со стрип-пакетами внутри, с порошкообразным веществом светлого цвета. По всем осмотрам составлялись протоколы, к которым ни у кого из участвующих замечаний не было. 14.02.2023 он участвовал в качестве понятого при проведении осмотра места происшествия в Самарской области, с.Малая Царевщина Красноярского района, в лесном массиве. Там сотрудники полиции раскопали снег, была обнаружена доска, под которой был контейнер желтого цвета, внутри которого было 2 пакета с веществом светлого цвета. Также сотрудниками полиции был составлен протокол осмотра места происшествия, в котором всё было верно отражено, после прочтения он подписал данный протокол. Вышеуказанные осмотры проводились сотрудниками полиции на местах, которые обнаруживались по координатам на фотографиям, которые у них имелись. Упаковка на свертках по ул.Куйбышева была одинаковой, все свертки были закопаны в землю. Б* в судебном заседании показал, что он отбывает наказание по приговору Димитровградского городского суда Ульяновской области, осужден при заключении досудебного соглашения о сотрудничестве. У него имеется хороший знакомый Выговский, с которым он знаком с 1998 года. Выговский предложил ему перевозить наркотические средства из г.Самары в г.Ульяновск. Он согласился, и занимался этим до момента его задержания. Он перевозил наркотические средства и передавал их А* в г.Ульяновске. С А* он познакомился у Выговского, в мае 2022 года, в г.Сочи. После этого он и стал перевозить наркотические средства от Выговского А*. Наркотики он получал из тайников-закладок, информацию о которых ему сбрасывал Выговский посредством мессенджера Телеграмм. Дважды они ездили в г.Ульяновск вместе с Выговским, где последний передавал наркотики А*. Он передавал А* наркотические средства 3 или 4 раза. В дальнейшем А* распространял наркотические средства среди закладчиков, которые осуществляли сбыл. Он познакомился с закладчиками уже в СИЗО. До этого их не знал. Сбыт наркотических средств потребителям осуществлялся посредством тайников-закладок, через интернет-магазин &lt;данные изъяты&gt;. Один раз он перевозил наркотические средства от А* в г.Тольятти. После его задержания в сентябре 2022 года, у него были обнаружены и изъяты наркотические средства и мобильные телефоны. При обыске в его жилище, у него также были изъяты наркотические средства, ноутбук, мобильный телефон, банковские карты. Руководителями магазина &lt;данные изъяты&gt; являлся К* и Выговский. Наркотики поставлялись из г.Санкт-Петербург, неким лицом по имени Мартин. О местах встречи с Мартиным ему говорил Выговский. Организатором магазина являлся Выговский, оператором и складом являлся А*, а он являлся межрегиональным курьером, перевозил оптовые партии наркотиков. Также на магазин работали закладчики. Выговский заказывал наркотики, руководил участниками группы. Выговским были созданы подразделения магазина, которые действовали на территории Ульяновской, Самарской областей. Выговский устанавливал цены на наркотики, анализировал потребность и виды наркотических средств, способы оплаты, разрешал спорные и конфликтные ситуации, приобретал оптовые партии наркотических средств, руководил операторами, распределял денежные средства. Существовали системы премирования и штрафов за проделанную работу. В Ульяновское подразделение входили А*, который руководил курьерами Е*, В*, Д*, И*, Г* и другие. Кроме него были и другие оптовые межрегиональные курьеры. Также Б* полностью подтвердил данные им в ходе предварительного расследования показания, оглашенные на основании ч.3 ст. 281 УПК РФ (т.17 л.д.244-246, т.23 л.д.145-149, т.24 л.д.186-187). А* в судебном заседании показал, что он отбывает наказание по приговору Димитровградского городского суда Ульяновской области, осужден при заключении досудебного соглашения о сотрудничестве. В сети интернет существовал магазин &lt;данные изъяты&gt;, который занимался продажей наркотиков. Он являлся оператором в данном магазине, отвечал клиентам, мониторил ситуацию, принимал отчеты от курьеров которые работали в магазине, направлял отчет Выговскому. С Выговским познакомился в мае 2022 года, в г.Сочи. В аэропорту его встретили Выговский и Б*. В ходе общения ему предложили роль оператора, объяснили, что нужно делать. Он согласился. Через 3 дня он улетел домой. Всё дальнейшее общение между ними происходило в сети интернет, через мессенджер телеграмм. Иногда Выговский и Б* приезжали в г.Ульяновск, привозили оптовые партии наркотических средств, которые он в последующем передавал закладчикам. Деньги он получал от Выговского. Заработная плата выплачивалась в Биткоинах. Он обналичивал деньги, раздавал закладчикам. Второй раз они встречались в августе 2022 года, пару дней совместно отдыхали. После возвращения в Ульяновск, через несколько дней, 29.08.2022 его задержали сотрудники полиции. Сотрудники полиции изъяли у него сотовые телефоны, наркотические средства – метадон 5 или 10 свертоков. Дома изъято наркотическое средство метадон, около 300 грамм, мефедрон около 500 грамм, каннабис около 60 грамм, пистолет, удостоверение сотрудника полиции. Все эти наркотические средства были получены от Выговского и Б*. Из полученных партий от Выговского и Б* он передавал наркотики закладчикам. Он сотрудничал со следствием. В переписках с Выговским он общался о работе интернет-магазина. У Выговского было 2 или 3 аккаунта. Курьерами в магазине являлись Д*, Г*, В*, З*, Е*. Фамилии их он узнал уже в ходе расследования дела, до этого общались только через интернет. У него был доступ к магазину &lt;данные изъяты&gt;, за исключением доступа к финансам. Полный доступ к магазину, в том числе и к финансам, был у Выговского и Б*. Низшей ступенью магазина были закладчики, их было 8 или 10. Над закладчиками руководил он, выдавал им веса наркотических средств, зарплату. Над ним стояли Выговский и Б*, которые привозили оптовые веса наркотиков, выдавали зарплату. Привозили в основном метадон и мефедрон. Где Выговский и Б* брали наркотики, ему не известно. Из оглашенных в судебном заседании на основании ч.1 ст. 281 УПК РФ показаний свидетеля Свидетель №8, данных им в ходе предварительного расследования (т.1 л.д.99-101), следует, что 25.08.2022 в ночное время суток он принимал участие в качестве понятого при проведении личного досмотра В* В* сотрудникам полиции пояснил, что при себе имеет наркотическое средство. В ходе проведения личного досмотра гр. В* в левом кармане штанов надетых на нем обнаружен и изъят мобильный телефон марки «Redmi» в корпусе светлого цвета, в правом кармане штанов обнаружен кошелек, внутри которого обнаружено и изъято 4 свертка из изоленты черного цвета с веществом внутри в каждом и магнитами. В* по поводу изъятого пояснил, что все изъятое принадлежит ему (В*), в свертках находятся наркотические средства для дальнейшего сбыта путем закладок. Затем он принимал участие при досмотре автомобиля, которым управлял В*, марки «Рено Логан», припаркованного у &lt;...&gt;. В ходе досмотра в бардачке указанного автомобиля обнаружена и изъята банковская карта «Сбербанк» на имя В* После, 26.08.2022 он также принимал участие в качестве понятого в обследовании квартиры по адресу: &lt;адрес&gt;. В обследовании также участвовал В* и девушка, которая проживала в данной квартире. В ходе проведения мероприятия было обнаружено и изъято: в кухонной комнате в верхнем шкафу над вытяжкой обнаружен и изъят полиэтиленовый пакет с веществом внутри, в верхнем шкафу слева от вытяжки обнаружены стрип-пакеты, электронные весы в корпусе серебристого цвета с остатками вещества, 4 рулона изоленты разных цветов, также на холодильнике обнаружена банковская карта «QIWI» на имя В* В* пояснил, что полиэтиленовый пакет с веществом принадлежит ему, в нем находится наркотическое средство метадон. Из оглашенных в судебном заседании на основании ч.1 ст. 281 УПК РФ показаний свидетеля Свидетель №9, данных им в ходе предварительного расследования (т.3 л.д.5-7), следует, что 25.08.2022 он принимал участие в качестве понятого при проведении личного досмотра Д* На вопрос сотрудников полиции Д* пояснил, что при себе имеет наркотическое средство «метадон». В ходе личного досмотра у Д* обнаружены и изъяты банковская карта «Сбербанк», мобильный телефон марки «Ксяоми», мобильный телефон марки «ЗТЕ», черная перчатка, внутри которой было обнаружено и изъято 5 свертков из пластилина розового цвета с содержимым внутри. Д* пояснил, что всё изъятое принадлежит ему, в 5 свертках из пластилина находится наркотическое средство «метадон» для цели сбыта путем «закладок». В этот же день 25.08.2022 в вечернее время он принимал участие в качестве понятого при проведении обследования &lt;адрес&gt;. В ходе обследования квартиры присутствовали он, второй понятой, сотрудники полиции и Д* В ходе обследования квартиры, в комнате, внутри дивана было обнаружено и изъято: два мотка изоленты, моток скотча, двое электронных весов, картонная коробка со стрип-пакетами внутри, упаковка с пластилином внутри, три пары тканевых перчаток, тетрадь с рукописными записями, ручка, канцелярский нож, магниты, два стеклянных пузырька с веществом внутри, три стрип-пакета с веществом внутри каждого. На кухне, в морозилке холодильника было обнаружено и изъято 27 свертков из пластилина розового цвета с содержимом внутри. Все описанное было изъято. Д* по поводу изъятого пояснил, что все обнаруженное принадлежит ему (Д*) и Г*. В свертках из пластилина находится наркотическое средство «метадон», которое предназначено для сбыта путём закладок потребителям им совместно с Г* по указанию оператора магазина &lt;данные изъяты&gt;, в двух стрип-пакетах находится «метадон» предназначенный для дальнейшей фасовки и сбыта потребителям, весы предназначены для фасовки наркотиков в количестве, указанном оператором. Из оглашенных в судебном заседании на основании ч.1 ст. 281 УПК РФ показаний свидетеля Свидетель №10, данных им в ходе предварительного расследования (т.5 л.д. 241-243, т.11 л.д.165-168), следует, что он 29.08.2022 принимал участие в качестве понятого при проведении личного досмотра А* В ходе проведения личного досмотра у А* было обнаружено и изъято два свертка из изоленты синего цвета с веществом внутри в каждом, мобильный телефон марки «Redmi», мобильный телефон марки «iPhone». А* по поводу изъятого пояснил, что в свертках находится наркотическое средство «метадон» для дальнейшего сбыта путем закладок. В тот же день он принимал участие в качестве понятого при досмотре автомобиля А*. В ходе досмотра указанного автомобиля на переднем пассажирском сиденье обнаружена сумка, внутри которой, в переднем кармане обнаружен и изъят стрип-пакет с веществом внутри, стрип-пакет внутри которого был обнаружен и изъят 31 сверток из изоленты черного цвета с веществом внутри в каждом и 3 свертка из изоленты белого цвета с веществом внутри в каждом, служебное удостоверение сотрудника полиции на имя А* В бардачке досматриваемого автомобиля обнаружены и изъяты электронные весы в корпусе серебристого цвета с остатками вещества и предмет конструктивно схожий на пистолет с патроном внутри. В подлокотнике досматриваемого автомобиля обнаружен и изъят сверток из бумаги с веществом внутри, в портмоне было обнаружено и изъято 5 банковских карт, мобильный телефон марки «Самсунг» в корпусе черного цвета. На заднем сиденье обнаружен и изъят блокнот с записями. По поводу изъятого А* пояснил, что все принадлежит ему, он является оператором интернет магазина &lt;данные изъяты&gt; по продаже наркотиков, в свертках и стрип-пакетах находятся наркотики для дальнейшего сбыта путем оставления закладок, на электронных весах он взвешивал мелкие партии закладок. 29.08.2022 он принимал участие в качестве понятого при проведении обыска &lt;адрес&gt;. В ходе обыска квартиры присутствовал также А*. В ходе обыска в холодильнике, был обнаружен полимерный пакет, внутри которого находилась стеклянная банка с веществом растительного происхождения внутри. В зале, в шкафу, был обнаружен и изъят пластиковый контейнер с таблетками внутри в количестве 19 штук. В комнате, в гардеробной, на полке шкафа был обнаружен полимерный пакет внутри которого обнаружено и изъято 4 (четыре) полимерных пакета-замка с веществом внутри каждого, полимерный пакет с веществом внутри, сверток из липкой ленты полимерным пакетом-замком и веществом внутри, электронные весы с остатками вещества, упаковочный материал в виде полимерных пакетов-замков и мотков липкой ленты. Также в гардеробной, в сумке был обнаружен пистолет и 23 патрона. А* по поводу изъятого пояснил, что все изъятые предметы и вещества принадлежат ему. Также что изъятым веществом является марихуана, метадон и мефедрон, электронные весы предназначены для взвешивания наркотических средств, для дальнейшей фасовки, наркотические средства предназначены для дальнейшего сбыта бесконтактным способом с использованием сети интернет в мессенджере «Телеграмм», сбыт осуществлялся через интернет магазин &lt;данные изъяты&gt;, где он является оператором. Затем, 29.08.2022 он участвовал в качестве понятого при проведении обыска &lt;адрес&gt;. Там также присутствовал А* В ходе обыска были обнаружены сверток из бумаги с веществом внутри, блокнот с рукописным текстом. А* по поводу изъятого пояснил, что в свертке находится наркотическое средство «мефедрон» для личного потребления, блокнот также принадлежит ему, где он записывал личные записи. Из оглашенных в судебном заседании на основании ч.1 ст. 281 УПК РФ показаний свидетеля Свидетель №11, данных ею в ходе предварительного расследования (т.15 л.д.167-169), следует, что она принимала участие в качестве понятого при проведении обыска по адресу: &lt;адрес&gt;. Обыск проводилсЯ в присутствии также Б* и Свидетель №12 В ходе проведения обыска на кухне в левом крайнем шкафу кухонного гарнитура рядом с котлом было обнаружено и изъято: ноутбук «Lenovo» с зарядным устройством и планшет «Dexp». На верхней полке кухонного гарнитура справа обнаружена коробка с набором рулона для вакуумной упаковки. В ноутбуке был обнаружен и изъят предварительный договор купли-продажи земельного участка с задатком от 22.07.2022. В коридоре на полке шкафа была обнаружена женская сумка, внутри которой был обнаружен кошелек, в котором были обнаружены и изъяты 4 банковские карты, две карты Сбербанк, одна карта ВТБ, и карта Тинькофф. Также на полке был обнаружен и изъят мобильный телефон «iPhone 13 Pro». В шкафу-купе в черной дорожной сумке был обнаружен и изъят договор оказания услуг связи от 28.06.2022 с двумя прикрепленными чеками. В ящике для инструментов было обнаружено и изъято два рулона изоленты черного и синего цвета. В спальне в шкафу справа был обнаружен кошелек черного цвета, в котором были обнаружены и изъяты денежные средства в сумме 35000 рублей и 200 долларов. Также она принимала участие в качестве понятого при проведении досмотра автомобиля марки «Линкольн Навигатор», г/н №* регион, находящийся в пользовании Б* В ходе досмотра автомобиля в водительской двери обнаружена и изъята банковская карта Тинькофф на имя Б*, за пассажирским сидением с левой стороны изъят стрип-пакет со стрип-пакетами. Изъятые предметы упакованы в бумажный конверт оклеен отрезком бумаги с оттиском печати «38» УНК УМВД России по Ульяновской области и подписями участвующих лиц, и сопроводительной надписью. По факту изъятого Б* заявил, что все изъятое принадлежит ему, стрип-пакеты ему необходимы для фасовки специй и приправ. Как следует из протокола личного досмотра В* от 25.08.2022, у него были изъяты мобильный телефон «Redmi», 4 свертка из изоленты черного цвета с веществом внутри каждого и магнитом. По поводу изъятого В* пояснил, что все принадлежит ему, в свертках находится наркотическое средство для дальнейшего сбыта путем «закладок» (т.1 л.д. 71-73). Согласно акту ОРМ «Обследование помещений, зданий, сооружений, участков местности и транспортных средств» от 26.08.2022 по месту жительства В* в &lt;адрес&gt; были изъяты стрип-пакеты, магниты, 4 рулона изоленты разного цвета, электронные весы, банковская карта «QIWI Кошелек», полиэтиленовый пакет с веществом внутри. По поводу изъятого В* пояснил, что все принадлежит ему, в полиэтиленовом пакете находится наркотическое средство «метадон»(т.1 л.д.93-96). Как следует из протокола личного досмотра Д* от 25.08.2022 у него были изъяты мобильный телефон «Ксяоми», мобильный телефон «ЗТЕ», банковская карта «Сбербанк», 5 свертков из пластилина розового цвета с содержимым внутри. По поводу изъятого Д* пояснил, что все принадлежит ему, в свертках находится наркотическое средство «метадон» для целей сбыта путем «закладок» (т.2 л.д. 205-207). Согласно протоколу личного досмотра Г* от 25.08.2022 у него были изъяты мобильный телефон «Росо», 2 свертка из пластилина розового цвета с веществом внутри. По поводу изъятого Г* пояснил, что все принадлежит ему, в свертках находится наркотическое средство «метадон» для личного употребления (т.2 л.д. 243-245). Согласно протоколу осмотра от 25.08.2022 в автомобиле марки «Опель Астра» рег/знак №* было обнаружено 5 банковских карт и мобильный телефон «Redmi». По поводу изъятого Г* пояснил, что банковская карта «Тинькофф» и мобильный телефон принадлежат ему (т.2 л.д. 248-250). Согласно акту ОРМ «Обследование помещений, зданий, сооружений, участков местности, транспортных средств» от 25.08.2022 по адресу в &lt;адрес&gt;222 было обнаружено и изъято 2 мотка изоленты, моток скотча, 2 электронных весов, коробка со стрип-пакетами, упаковка пластилина с пластилином внутри, 3 пары тканевых перчаток, тетрадь с рукописными записями, ручка, канцелярский нож, магниты, 2 стеклянные емкости с веществом внутри, 3 стрип-пакета с веществом внутри каждого, 27 свертков из пластилина с содержимым внутри каждого. По факту изъятого участвующий в обследовании Д* пояснил, что все принадлежит ему и Г*, в свертках из пластилина находится наркотическое средство метадон, которое предназначалось для сбыта путем закладок им и Г* по указанию оператора магазина &lt;данные изъяты&gt;, пластилин, скотч, изолента является упаковочным материалом для изготовления вышеуказанных свертков. В двух стрип-пакетах находится метадон, предназначенный для дальнейшей фасовки и сбыта. Весы предназначались для фасовки им и Г* наркотиков в количестве, указанном оператором (т.2 л.д. 215-227). Согласно протоколу личного досмотра Е* от 30.08.2022 у него было изъято 3 свертка в изоленте черного цвета с веществом внутри и мобильный телефона «Redmi». Е* пояснил, что изъятые предметы принадлежат ему, назвал пароль от мобильного телефона, указал, что наркотическое вещество в свертках предназначено для сбыта, сообщил сведения о втором пространстве на мобильном телефоне пароль &lt;***&gt; (т.13 л.д. 189-191). Согласно протоколу личного досмотра И* от 30.08.2022 у него изъято 3 свертка из изоленты черного цвета с веществом внутри, мобильный телефон и банковская карта. И* пояснил, что все принадлежит ему, в свертках находятся наркотики для личного употребления, на мобильном телефоне имеется два пространства, назвал пароли 1402 и 1988 (т.13 л.д. 206-208). Как следует из протокола личного досмотра З* от 30.08.2022, у него было обнаружено и изъято 4 свертка из изоленты черного цвета с веществом внутри, 2 мобильных телефона «Redmi», банковская карта «Сбербанк». З* пояснил, что все изъятое принадлежит ему, наркотическое средство приобрел у лица с псевдонимом &lt;данные изъяты&gt; в мессенджере «Телеграм» через магазин &lt;данные изъяты&gt; (т.11 л.д.228-230). Как следует из протоколов осмотра места происшествия от 01.09.2022 были осмотрены участки местности - в 10 метрах в восточном направлении от д.5 по пер. Тургенева г.Ульяновска, в 15 метрах в западном направлении от д.1а по пер. Тургенева г. Ульяновска, в 10 метрах в восточном направлении от д.2 по ул. Транспортная г. Ульяновска, в 10 метрах в восточном направлении от д.2 по ул. Транспортная г. Ульяновска, а также 2 этаж подъезда №4 дома №2 по ул. Минаева г. Ульяновска, обнаружены и изъяты свертки с веществом (т.2 л.д.65-84). Как следует из протоколов осмотра места происшествия от 08.09.2022 были осмотрены участки местности - в 35 метрах в северо-восточном направлении от &lt;...&gt;, в 54 метрах в северо-восточном направлении от &lt;...&gt;, в 35 метрах в северо-восточном направлении от &lt;...&gt;, в 30 метрах в северо-восточном направлении от &lt;...&gt;, в 70 метрах в северо-восточном направлении от &lt;...&gt;, в 20 метрах в северо-восточном направлении от &lt;...&gt;, в 65 метрах в северо-восточном направлении от &lt;...&gt;, обнаружены и изъяты свертки с веществом (т.4 л.д. 197-200, 201-204, 205-207, 209-211, 213-215, 217-219, 221-223, 225-227). Согласно протоколу осмотра места происшествия от 16.03.2023 была осмотрена лестничная площадка между 2 и 3 этажами подъезда 1 д.28 по ул.Стасова г.Ульяновска, участвующий в осмотре Д* пояснил, что 22.08.2022 они с Г* забрали оптовую закладку с наркотическим средством (т.5 л.д. 81-82). Согласно протоколу осмотра места происшествия от 14.07.2023 был осмотрен участок местности, расположенный в 2,2 км в восточном направлении от дома № 2 по ул. Димитровградская п. Мирный Чердаклинского района Ульяновской области, со слов участвующего в осмотре А* в этом месте в период с июня 2022 года по 19 августа 2022 года Б* передавал ему наркотические средства для последующего сбыта (т.11 л.д. 214-216). Как следует из протоколов осмотра места происшествия от 31.08.2022 и от 01.09.2022 были осмотрены - участки местности в 600 метрах в северо-восточном направлении от &lt;...&gt; в 596 метрах в северо-восточном направлении от &lt;...&gt; в 593 метрах в северо-восточном направлении от &lt;...&gt; в 590 метрах в северо-восточном направлении от &lt;...&gt; в 589 метрах в северо-восточном направлении от &lt;...&gt; в 587 метрах в северо-восточном направлении от &lt;...&gt; в 585 метрах в северо-восточном направлении от &lt;...&gt; в 583 метрах в северо-восточном направлении от &lt;...&gt; в 580 метрах в северо-восточном направлении от &lt;...&gt; в 579 метрах в северо-восточном направлении от &lt;...&gt; в 575 метрах в северо-восточном направлении от &lt;...&gt; в 570 метрах в северо-восточном направлении от &lt;...&gt; в 568 метрах в северо-восточном направлении от &lt;...&gt; в 565 метрах в северо-восточном направлении от &lt;...&gt; в 558 метрах в северо-восточном направлении от &lt;...&gt; в 555 метрах в северо-восточном направлении от &lt;...&gt; в 540 метрах в северо-восточном направлении от &lt;...&gt; в 538 метрах в северо-восточном направлении от &lt;...&gt; в 535 метрах в северо-восточном направлении от &lt;...&gt; обнаружены и изъяты свертки с веществом (т.12 л.д.137-192, 197-200, 205-208, 222-234). Как следует из протоколов осмотра места происшествия от 09.09.2022 были осмотрены - лестничная площадка 8 этажа 1 подъезда д. 6 по б-ру Новосондецкий г. Ульяновска, лестничная площадка 6 этажа 1 подъезда д. 6 по б-ру Новосондецкий г. Ульяновска, лестничная площадка между 5 и 6 этажами 1 подъезда д. 13 по пр-ту Генерала ФИО5 г. Ульяновска, лестничная площадка 8 этажа 14 подъезда д. 1 по пр-ту Врача Сурова г. Ульяновска, лестничная площадка между 4 и 5 этажами 14 подъезда д. 1 по пр-ту Врача Сурова г. Ульяновска, обнаружены и изъяты свертки с веществом (т.14 л.д. 241-248, т.15 л.д. 1-12). Согласно протоколу обыска от 29.08.2022, проведенного в жилище А* в &lt;адрес&gt;, были изъяты - банка с веществом растительного происхождения, пластиковый контейнер с таблетками внутри в количестве 19 штук, 4 полимерных пакета-замка с веществом внутри каждого, полимерный пакет с веществом внутри, сверток из липкой ленты с полимерным пакетом-замком с веществом внутри, электронные весы, упаковочный материал. А* пояснил, что изъятым веществом является марихуана, метадон и мефедрон, электронные весы предназначены для взвешивания наркотических средств, наркотические средства предназначены для дальнейшего сбыта бесконтактным способом с использованием сети Интернет в мессенджере Телеграм, сбыт осуществлялся через интернет-магазин &lt;данные изъяты&gt;, он являлся оператором, все изъятые предметы и вещества принадлежат ему (т.5 л.д. 141-148). Как следует из протокола обыска от 31.08.2022, проведенного в жилище З* в &lt;адрес&gt;, были изъяты пустые стрип-пакеты, изолента и листок с записями (т.12 л.д. 62-63). Согласно протоколу обыска от 30.08.2022, проведенного в жилище Е* в &lt;адрес&gt;, были изъяты стрип-пакет с веществом, электронные весы, стрип-пакет с фрагментом черной изоленты с веществом внутри, 8 мотков изоленты (т.13 л.д.126-129). Согласно протоколу обыска от 30.08.2022, проведенного в жилище И* в &lt;адрес&gt; были изъяты электронные весы, пустые стрип-пакеты, моток изоленты, 2 стрип-пакета с веществом внутри каждого, блокнот с записями. Со слов И* все обнаруженное принадлежит ему и Е* (т.13 л.д.136-139). Согласно справке об исследовании № И2/1138 от 26.08.2022 представленное на исследование вещество общей массой 3,883 грамма, изъятое 25.08.2022 в ходе личного досмотра В*, содержит в своем составе наркотическое средство метадон (фенадон, долофин) (т.1 л.д.75). Согласно заключению эксперта № Э2/950 от 08.09.2022 представленное на экспертизу вещество общей массой 3,843 грамма, изъятое 25.08.2022 в ходе личного досмотра В* содержит в своем составе наркотическое средство метадон (фенадон, долофин) (т.1 л.д.135-136). Согласно справке об исследовании № И2/1137 от 26.08.2022 представленное на исследование вещество массой 9, 599 грамма, изъятое 26.08.2022 в ходе проведения ОРМ «Обследование помещений, зданий, сооружений, участков местности и транспортных средств» по месту жительства В* в &lt;адрес&gt; содержит в своем составе наркотическое средство метадон (фенадон, долофин) (т.1 л.д.98). Согласно заключению эксперта № Э2/949 от 08.09.2022 представленное на экспертизу вещество массой 9,589 грамма, изъятое 26.08.2022 в ходе проведения ОРМ «Обследование помещений, зданий, сооружений, участков местности и транспортных средств» по месту жительства В* в &lt;адрес&gt; содержит в своем составе наркотическое средство метадон (фенадон, долофин) (т.1 л.д.162-163). Как следует из заключения эксперта № Э2/951 от 14.09.2022 на представленных на экспертизу весах и пакетах № 6, 7, изъятых 26.08.2022 в ходе проведения ОРМ «Обследование помещений, зданий, сооружений, участков местности и транспортных средств» по месту жительства В* в &lt;адрес&gt; обнаружены следы наркотического средства мефедрон (4-метилметкатинон) и метадон (фенадон, долофин) (т.1 л.д.174-178). Согласно заключению эксперта № Э2/1024 от 30.09.2022 представленное на экспертизу вещество массой 1,000 грамма, изъятое 01.09.2022 на участке местности в 10 метрах в восточном направлении от д.5 по пер. Тургенева г.Ульяновска) содержит в своем составе наркотическое средство метадон (фенадон, долофин), массой 0,936 грамма, изъятое 01.09.2022 на участке местности в 10 метрах в восточном направлении от д.2 по ул. Транспортная г. Ульяновска) содержит в своем составе наркотическое средство альфа-пирролидиновалерофенон, химическое название: 2-пирролидин-1-ил-1-фенилпентан-1-он, которое является производным наркотического средства N-метилэфедрон, массой 0,966 грамма, изъятое 01.09.2022 на участке местности в 15 метрах в западном направлении от д.1а по пер. Тургенева г. Ульяновска содержит в своем составе наркотическое средство метадон (фенадон, долофин), массой 0,983 грамма, изъятое 01.09.2022 на участке местности в 10 метрах в западном направлении от д.105 по ул. Транспортная г. Ульяновска содержит в своем составе наркотическое средство метадон (фенадон, долофин) (т.2 л.д.95-103). Как следует из справки об исследовании № И2/1135 от 25.08.2022 представленное на исследование вещество общей массой 2,444 грамма, изъятое 25.08.2022 в ходе личного досмотра Д*, содержит в своем составе наркотическое средство метадон (фенадон, долофин) (т.2 л.д.209). Как следует из справки об исследовании № И2/1136 от 26.08.2022 представленное на исследование вещество общей массой 0,935 грамма, изъятое 25.08.2022 в ходе личного досмотра Г*, содержит в своем составе наркотическое средство метадон (фенадон, долофин) (т.2 л.д.247). Согласно заключению эксперта № Э2/940 от 08.09.2022 на представленных двух электронных весах, изъятых в ходе проведения ОРМ «Обследование помещений, зданий, сооружений, участков местности и транспортных средств» в жилище Д* в &lt;адрес&gt;, обнаружены следы наркотического средства мефедрон (4- метилметкатинон) и метадон (фенадон, долофин) (т.3 л.д.66-68). Согласно заключению эксперта № Э2/942 от 07.09.2022 представленное на экспертизу вещество общей массой 2,394 грамма, изъятое 25.08.2022 в ходе личного досмотра Д*, содержит в своем составе наркотическое средство метадон (фенадон, долофин) (т.3 л.д.79-80). Согласно заключению эксперта № Э2/941 от 07.09.2022 представленное на экспертизу вещество общей массой 0,915 грамма, изъятое 25.08.2022 в ходе личного досмотра Г*, содержит в своем составе наркотическое средство метадон (фенадон, долофин) (т.3 л.д.104-105). Согласно справки об исследовании № И2/1139 от 29.08.2022 представленное на исследование вещество общей массой 36,173 грамма, изъятое 25.08.2022 в ходе ОРМ «Обследование помещений, зданий, сооружений, участков местности и транспортных средств» по месту жительства Д* в &lt;адрес&gt; содержит в своем составе наркотическое средство метадон (фенадон, долофин) (т.3 л.д.126-127). Согласно заключению эксперта № Э2/966 от 13.09.2022 представленное на экспертизу вещество, изъятое 25.08.2022 в ходе ОРМ «Обследование помещений, зданий, сооружений, участков местности и транспортных средств» по месту жительства Д* содержит в своем составе наркотическое средство метадон (фенадон, долофин) (т.3 л.д.138-140). Согласно заключению эксперта № Э2/1037 от 28.09.2022 представленное на экспертизу вещество, изъятое 08 сентября 2022 на участке местности в 70 метрах в северо-восточном направлении от &lt;...&gt; грамма (после произведённых физико-химических исследований 0,482 грамма), содержит в своем составе наркотическое средство метадон (фенадон, долофин); вещество, изъятое 08 сентября 2022 года на участке местности в 54 метрах в северо-западном направлении от &lt;...&gt; массой 0,466 грамма (после произведённых физико-химических исследований 0,456 грамма), содержит в своем составе наркотическое средство метадон (фенадон, долофин); вещество, изъятое 08 сентября 2022 года на участке местности в 20 метрах в северо-восточном направлении от &lt;...&gt; грамма (после произведённых физико-химических исследований 0,477 грамма), содержит в своем составе наркотическое средство метадон (фенадон, долофин); вещество, изъятое 08 сентября 2022 года на участке местности в 35 метрах в северо-восточном направлении от &lt;...&gt; грамма (после произведённых физико-химических исследований 0,486 грамма), содержит в своем составе наркотическое средство метадон (фенадон, долофин); вещество, изъятое 08 сентября 2022 года на участке местности, расположенном на расстоянии 65 метров в северо-восточном направлении от &lt;...&gt; грамма (после произведённых физико-химических исследований 0,495 грамма), содержит в своем составе наркотическое средство метадон (фенадон, долофин); вещество, изъятое 08 сентября 2022 года на участке местности, расположенном на расстоянии 30 метров в северо-восточном направлении от &lt;...&gt; грамма (после произведённых физико-химических исследований 0,510 грамма), содержит в своем составе наркотическое средство метадон (фенадон, долофин); вещество, изъятое 08 сентября 2022 года на участке местности, расположенном на расстоянии 35 метров в северо-восточном направлении от &lt;...&gt; грамма (после произведённых физико-химических исследований 0,465 грамма), содержит в своем составе наркотическое средство метадон (фенадон, долофин)(т.4 л.д.242-244). Согласно справки об исследовании № И2/1169 от 31.08.2022 представленное на исследование вещество общей массой 3,953 грамма, изъятое 30.08.2022 в ходе личного досмотра З*, содержит в своем составе наркотическое средство метадон (фенадон, долофин) (т.11 л.д.232). Как следует из заключения эксперта № Э2/962 от 15.09.2022 представленное на экспертизу вещество общей массой 3,933 грамма, изъятое 30.08.2022 в ходе личного досмотра З*, содержит в своем составе наркотическое средство метадон (фенадон, долофин)(т.12 л.д.22-24). Как следует из заключения эксперта № Э2/961 от 09.09.2022 на представленном на экспертизу ватном диске со смывами с рук З* обнаружены следы наркотического средства метадон (фенадон, долофин)(т.12 л.д.35-36). Согласно заключению эксперта № Э2/1027 от 23.09.2022 представленное на экспертизу вещество - массой 0,911 грамма, изъятое 31.08.2022 на участке местности в 579 метрах в северо-восточном направлении от &lt;...&gt; массой 0,449 грамма, изъятое 01.09.2022 на участке местности в 538 метрах в северо-восточном направлении от &lt;...&gt; массой 0,442 грамма, изъятое 31.08.2022 на участке местности в 590 метрах в северо-восточном направлении от &lt;...&gt; массой 0,445 грамма, изъятое 31.08.2022 на участке местности в 596 метрах в северо-восточном направлении от &lt;...&gt; массой 0,409 грамма, изъятое 01.09.2022 на участке местности, расположенном в 535 метрах в северо-восточном направлении от &lt;...&gt; массой 0,424 грамма, изъятое 01.09.2022 на участке местности в 540 метрах в северо-восточном направлении от &lt;...&gt; массой 0,448 грамма, изъятое 01.09.2022 на участке местности в 558 метрах в северо-восточном направлении от &lt;...&gt; массой 0,427 грамма, изъятое 31.08.2022 на участке местности в 585 метрах в северо-восточном направлении от &lt;...&gt; массой 0,401 г., изъятое 31.08.2022 на участке местности в 593 метрах в северо-восточном направлении от &lt;...&gt; массой 0,418 грамма, изъятое 31.08.2022 на участке местности в 589 метрах в северо-восточном направлении от &lt;...&gt; массой 0,436 грамма, изъятое 31.08.2022 на участке местности в 587 метрах в северо-восточном направлении от &lt;...&gt; массой 0,439 грамма, изъятое 01.09.2022 на участке местности в 555 метрах в северо-восточном направлении от &lt;...&gt; массой 0,415 грамма, изъятое 31.08.2022 на участке местности в 583 метрах в северо-восточном направлении от &lt;...&gt; массой 0,434 грамма, изъятое 31.08.2022 на участке местности в 580 метрах в северо-восточном направлении от &lt;...&gt; массой 0,927 грамма, изъятое 01.09.2022 на участке местности в 568 метрах в северо-восточном направлении от &lt;...&gt; массой 0,419 грамма, изъятое 01.09.2022 на участке местности в 565 метрах в северо-восточном направлении от &lt;...&gt; массой 0,917 грамма, изъятое 01.09.2022 на участке местности в 570 метрах в северо-восточном направлении от &lt;...&gt; массой 0,452 грамма, изъятое 31.08.2022 на участке местности, расположенном в 575 метрах в северо-восточном направлении от &lt;...&gt; массой 0,398 грамма, изъятое 31.08.2022 на участке местности в 600 метрах в северо-восточном направлении от &lt;...&gt; содержит в своем составе наркотическое средство метадон (фенадон, долофин)(т.12 л.д.249-252). Согласно заключению эксперта № Э2/984 от 21.09.2022 представленное на экспертизу вещество, изъятое 30.08.2022 в ходе обыска по месту жительства И* – в &lt;адрес&gt; массой 3,643 грамма, содержит в своем составе наркотическое средство мефедрон (4-метилметкатинон), массой 8,491 грамма содержит в своем составе наркотическое средство метадон (фенадон, долофин). Вещество, изъятое 30.08.2022 в ходе обыска по месту жительства Е* – в &lt;адрес&gt; общей массой 0,692 грамма, содержит в своем составе наркотическое средство метадон (фенадон, долофин). На представленных на экспертизу электронных весах, изоленте, блокноте и пакетах, изъятых 30.08.2022 в ходе обыска по месту жительства И* обнаружены следы наркотического средства метадон (фенадон, долофин). На представленных на экспертизу электронных весах и изолентах, изъятых 30.08.2022 в ходе обыска по месту жительства Е* обнаружены следы наркотического средства метадон (фенадон, долофин) (т.13 л.д.156-161). Как следует из справки об исследовании № И2/1167 от 30.08.2022 представленное на исследование вещество общей массой 0,929 грамма, изъятое в ходе личного досмотра Е*, содержит в своем составе наркотическое средство метадон (фенадон, долофин) (т.13 л.д.193). Согласно справке об исследовании № И2/1168 от 30.08.2022 представленное на исследование вещество общей массой 0,991 грамма, изъятое в ходе личного досмотра И*, содержит в своем составе наркотическое средство метадон (фенадон, долофин) (т.13 л.д.210). Согласно заключению эксперта № Э2/963 от 14.09.2022 представленное на экспертизу вещество общей массой 0,914 грамма, изъятое в ходе личного досмотра Е*, содержит в своем составе наркотическое средство метадон (фенадон, долофин). На представленном на экспертизу ватном диске со смывами с рук, изъятыми у Е*, обнаружены следы наркотического средства метадон (фенадон, долофин)(т.14 л.д.15-18). Согласно заключению эксперта № Э2/965 от 15.09.2022 представленное на экспертизу вещество общей массой 0,976 грамма, изъятое в ходе личного досмотра И*, содержит в своем составе наркотическое средство метадон (фенадон, долофин). На представленном на экспертизу ватном диске со смывами с рук, изъятыми у И*, обнаружены следы наркотического средства метадон (фенадон, долофин) (т.14 л.д.30-33). Согласно заключению эксперта № Э2/1026 от 26.09.2022 представленное на экспертизу вещество массой 0,341 грамма, изъятое на лестничной площадке 8 этажа 14 подъезда &lt;...&gt; содержит в своем составе наркотическое средство метадон (фенадон, долофин); представленное на экспертизу вещество массой 0,333 грамма, изъятое на лестничной площадке между 4 и 5 этажами 14 подъезда &lt;...&gt; содержит в своем составе наркотическое средство метадон (фенадон, долофин); представленное на экспертизу вещество массой 0,346 грамма, изъятое на лестничной площадке 6 этажа 1 подъезда д.6 по б-ру Новосондецкий г. Ульяновска, содержит в своем составе наркотическое средство метадон (фенадон, долофин); представленное на экспертизу вещество массой 0,271 грамма, изъятое на лестничной площадке между 5 и 6 этажами 1 подъезда &lt;...&gt; содержит в своем составе наркотическое средство метадон (фенадон, долофин); представленное на экспертизу вещество массой 0,549 грамма, изъятое на лестничной площадке 8 этажа 1 подъезда д. 6 по б-ру Новосондецкий г. Ульяновска, содержит в своем составе наркотическое средство метадон (фенадон, долофин) (т.15 л.д.26-28). Изъятые предметы и вещества были осмотрены, признаны вещественными доказательствами и приобщены к делу в качестве таковых. В сотовых телефонах, изъятых у В*, Е*, И*, Г*, З*, А* и Б*, имеется информация, свидетельствующая об их причастности к незаконному обороту (сбыту) наркотических средств и о руководстве магазином подсудимым (т.1 л.д. 211-256, т.2 л.д. 1-63, 123-128, 130-139, 141-145, т.3 л.д.198-250, т.4 л.д.1-152,153,155, 157-194, 248-256, т.5 л.д.33-44, 46-52, 54-56, 58-61, т.6 л.д. 108-250, т.7 л.д.1-250, т.8 л.д.1-250, т.9, л.д.1-250, т.10 л.д.1-189, т.11 л.д. 2-8, 23-25, 90-93, 95-106, 111-114, 116-129, т.12 л.д.75-133, т.13 л.д.62-64, 66-86, 88-92, т.14 л.д.78-219, 221-239, т.15 л.д.59-68, 71-81, т.17 л.д.70-92, 106-121, 125-128, 132-140, 163-181, 206-209, т.20 л.д. 167-174). Анализируя приведенные выше доказательства, которые суд считает относимыми, допустимыми, согласующимися между собой и с другими материалами дела, находит их собранными с соблюдением норм УПК РФ и подтверждающими виновность подсудимого. По смыслу закона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(далее - приобретателю).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введения инъекции. Об умысле на сбыт указанных средств, веществ, растений могут свидетельствовать при наличии к тому оснований их приобретение, изготовление, переработка, хранение, перевозка лицом, самим их не употребляющим, количество (объем), размещение в удобной для передачи расфасовке, наличие соответствующей договоренности с потребителями и т.п.. Если лицо в целях осуществления умысла на незаконный сбыт наркотических средств, психотропных веществ или их аналогов,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незаконно приобретает, хранит, перевозит, изготавливает, перерабатывает эти средства, вещества, растения,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вещества, растения приобретателю, то такое лицо несет уголовную ответственность за покушение на незаконный сбыт этих средств, веществ, растений. Добровольная сдача наркотических средств, психотропных веществ или их аналогов,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означает выдачу лицом таких средств, веществ или растений представителям власти при наличии у этого лица реальной возможности распорядиться ими иным способом. При задержании лица, а также при проведении следственных действий по обнаружению и изъятию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выдача таких средств, веществ или растений по предложению должностного лица, осуществляющего указанные действия, не может являться основанием для применения примечания 1 к статье 228 УК РФ . В судебном заседании нашел свое полное подтверждение квалифицирующий признак незаконного сбыта наркотических средств, совершенного с использованием электронных и информационно-телекоммуникационных сетей (включая сеть «Интернет»), поскольку в процессе осуществления преступной деятельности Выговский, А*, Б*, Е*, И*, В*, Г*, Д* и З* использовали мобильные устройства с возможностью доступа в Интернет и установленные в них интернет-приложения, в частности мессенджер Телеграм. Суд на основании исследованных в судебном заседании доказательств считает установленным, что незаконный сбыт наркотического средства совершен в составе организованной группы. Кроме того, суд полагает установленным и доказанным, что ФИО2 являлся руководителем преступного сообщества (преступной организацией), в которое вошли А*, Б*, Е*, И*, В*, Г*, Д*, З* и иные неустановленные лица, Выговский планировал и координировал действия данного сообщества, создавал условия для совершения преступлений организованными группами, распределял сферы влияния по территориальному признаку и распределял преступные доходы Указанные обстоятельства в полном объеме подтверждаются перепиской, обнаруженной в телефонах участников сообщества, показаниями участников, в том числе А* и Б*, знавших Выговского лично. Как следует из положений ч.4 ст. 35 УК РФ преступление признается совершенным преступным сообществом (преступной организацией), если оно совершено структурированной организованной группой, действующей под единым руководством, члены которой объединены в целях совместного совершения одного или нескольких тяжких либо особо тяжких преступлений для получения прямо или косвенно финансовой или иной материальной выгоды. Из установленных судом на основании исследованных доказательств фактических обстоятельств дела видно, что для осуществления действий по распространению наркотических веществ в 2022 году была создана сплоченная организация, члены которой объединились для систематического совместного распространения наркотиков бесконтактным способом через сеть "Интернет" от имени интернет-магазина &lt;данные изъяты&gt; для получения финансовой выгоды на протяжении неограниченного времени. Сообщество отличалось сложной иерархической структурой с наличием обособленных по функциональному и территориальному признакам подразделений, действующих в Ульяновской и Самарской областях. Сообщество характеризовалось единым руководством, которое финансировало его деятельность, длительностью периода деятельности, отработанной системой распространения наркотиков, распределением ролей между участниками, едиными для всех мерами конспирации, предполагающими обмен информацией только через шифрованную связь интернет-мессенджера с использованием вымышленных имен, передачу наркотиков «курьерам» бесконтактным способом через "оператора", обучение правилам оборудования тайников. Иерархия сообщества и подразделений включала разнообразие участников, выполняющих отведенные им роли "организатора-руководителя", "операторов", "межрегиональных курьеров», "курьеров-закладчиков". При этом действия участников сообщества выразились в том, что они, узнав из сообщений о наборе "курьеров", соглашались участвовать в деятельности сообщества, с мерами конспирации, размером вознаграждения за один оборудованный ими тайник с наркотиками, получали инструкции в мессенджере от "оператора". Деятельность их носила бессрочный характер в соответствии с отведенной ролью. Получив указания от «оператора» и оптовую партию наркотического средства, они фасовали их в розничные упаковки и через оборудованные тайники распространяли неопределенному кругу потребителей. В составе сообщества они на регулярной основе совершали деяния, связанные со сбытом конкретных партий наркотиков, привлекая после разъяснения схемы деятельности и порядка выплаты вознаграждения к распространению наркотических веществ других лиц. Отсутствие какого-либо личного общения между соучастниками, не свидетельствует об отсутствии признаков преступного сообщества (преступной организации), которое отличается от иных видов преступных групп, в том числе от организованной группы, более сложной внутренней структурой (в данном случае структурированная группа), целью совместного совершения тяжких или особо тяжких преступлений для получения материальной выгоды, и не зависит от способов общения входящих в него участников. Все существенные признаки преступного сообщества (преступной организации) установлены судом. Как видно из фактических обстоятельств дела, отсутствие личных контактов между операторами и курьерами-закладчиками являлось средством конспирации преступной деятельности членов сообщества, а избранный способ передачи информации через скрытую от посторонних лиц переписку в интернет-мессенджерах с использованием псевдонимов позволял обеспечить устойчивость сообщества и был направлен на достижение его преступных целей. С учетом изложенного, суд приходит к выводу, что подсудимый осознавал свою принадлежность к организованному им преступному сообществу, и участвуя в нем, совершал совместно с иными лицами особо тяжкие преступления. На основании исследованных в судебном заседании доказательств по делу и их совокупности, суд приходит к выводу о виновности ФИО2 в совершении инкриминируемых ему преступлений. В то же время, рассматривая вопросы о квалификации действий подсудимого, анализируя представленные доказательства и установленные обстоятельства, суд приходит к следующему. В ходе личного досмотра, проведенного сотрудниками полиции 29.08.2022 в период времени с 13 часов 35 минут до 14 часов 15 минут в помещении служебного кабинета № 310 ОНК ОМВД России по Засвияжскому району г. Ульяновска, расположенного по адресу: &lt;...&gt;, у А*, сотрудниками полиции была обнаружена и изъята находившаяся при нем часть ранее полученного последовательно от ФИО2 и Б* вещества, содержащего в своем составе наркотическое средство метадон (фенадон, долофин), общей массой 1,919 грамма, то есть в крупном размере. Действия ФИО2 по данному эпизоду органами расследования квалифицированы по ч.3 ст.30, п. «а,г» ч.4 ст. 228.1 УК РФ . Также, в ходе досмотра транспортного средства - автомобиля «Ситроен С4» (государственный номерной знак №* региона), проведенного сотрудниками полиции 29.08.2022 в период времени с 15 часов 15 минут до 16 часов 30 минут у &lt;адрес&gt;, у А*,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метадон (фенадон, долофин), общей массой 17,209 грамма, то есть в крупном размере, и вещества, содержащего в своем составе наркотическое средство мефедрон (4-метилметкатинон), общей массой 0,674 грамма, то есть в значительном размере. Действия ФИО2 по данному эпизоду органами расследования квалифицированы по ч.3 ст.30, п. «а,г» ч.4 ст. 228.1 УК РФ . Также, в ходе проведения обыска, проведенного сотрудниками полиции, 29 августа 2022 года в период времени с 17 часов 01 минуты до 18 часов 05 минут по месту жительства А* - в &lt;адрес&gt;,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метадон (фенадон, долофин), общей массой 252,754 грамма, в особо крупном размере, и вещества, содержащего в своем составе наркотическое средство мефедрон (4-метилметкатинон), общей массой 500,662 грамма, в особо крупном размере. Действия ФИО2 по данному эпизоду органами расследования квалифицированы по ч.3 ст. , ч.5 ст. 228.1 УК РФ . В ходе проведения обыска, проведенного сотрудниками полиции, 29.08.2022 в период времени с 18 часов 40 минут до 19 часов 20 минут по месту жительства А* - в &lt;адрес&gt;, сотрудниками полиции была обнаружена и изъята часть ранее полученного последовательно от ФИО2 и Б* вещества, содержащего в своем составе наркотическое средство мефедрон (4-метилметкатинон), общей массой 1,225 грамма, в значительном размере. Действия ФИО2 по данному эпизоду органами расследования квалифицированы по ч.3 ст. , п. «а» ч.4 ст. 228.1 УК РФ . Наркотические средства по указанным эпизодам изъяты у одного и того же лица – А*, предназначались для сбыта неопределенному кругу лиц. Из предъявленного ФИО2 обвинения следует, что Выговский, приобрел у неустановленного следствием лица вещество, содержащее в своем составе наркотическое средство альфа-пирролидиновалерофенон, химическое название: 2-пирролидин-1-ил-1-фенилпентан-1-он, являющееся производным наркотического средства N-метилэфедрон, в значительном размере, массой не менее 0,936 грамма; вещество, содержащее в своем составе наркотическое средство мефедрон (4-метилметкатинон), в особо крупном размере, общей массой не менее 556,031 грамма; вещество, содержащее в своем составе наркотическое средство метадон (фенадон, долофин), в особо крупном размере, общей массой не менее 393,698 грамма и неустановленным способом организовал его помещение в тайник, расположенный в неустановленном следствием месте. Из тайника данные вещества получил Б* и затем передал их А*, выполнявшего роль «оператора-оптовика», с целью последующего незаконного сбыта в составе преступного сообщества (преступной организации) неопределенному кругу лиц. Исходя из текста предъявленного обвинения, сделать вывод о том, что указанные наркотические средства получены А* в разное время, не возможно. Изъятые у А* наркотические средства не закладывались раздельно в тайники, предназначенные для дальнейшего сбыта. В соответствии со ст. 252 УПК РФ , судебное разбирательство проводится только в отношении обвиняемого и лишь по предъявленному ему обвинению. Изменение обвинения в судебном разбирательстве допускается, если этим не ухудшается положение подсудимого и не нарушается его право на защиту. Учитывая указанную формулировку обвинения Выговского, в части получения А* наркотических средств, суд считает необходимым объединить приведенные выше факты изъятия наркотических средств у А* в один эпизод преступления, квалифицировав действия Выговского по данному эпизоду по ч.3 ст. , ч.5 ст. 228.1 УК РФ . В целом аналогичная позиция усматривается по следующим эпизодам. В ходе личного досмотра, проведенного сотрудниками полиции 25.08.2022 в период времени с 22 часов 55 минут до 23 часов 30 минут в салоне служебного автомобиля «Соболь» (государственный номерной знак №* региона), припаркованного по адресу: &lt;адрес&gt;, у задержанного В*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3,883 грамма, в крупном размере. Действия ФИО2 по данному эпизоду органами расследования квалифицированы по ч.3 ст.30, п. «а,г» ч.4 ст. 228.1 УК РФ . Кроме того, в ходе проведения оперативно-розыскного мероприятия «Обследование помещений, зданий, сооружений, участков местности, транспортных средств», проведенного 26.08.2022 в период времени с 01 час 50 минут до 02 часов 35 минут по месту жительства В* -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9,599 грамма, в крупном размере. Действия ФИО2 по данному эпизоду органами расследования квалифицированы по ч.3 ст.30, п. «а,г» ч.4 ст. 228.1 УК РФ . Действия ФИО2 по обоим указанным фактам подлежат квалификации одним эпизодом преступления, предусмотренного ч.3 ст.30, п. «а,г» ч.4 ст. 228.1 УК РФ . Кроме того, в ходе личного досмотра, проведенного сотрудниками полиции 25.08.2022 в период времени с 16 часов 40 минут до 17 часов 30 минут в помещении служебного кабинета № 310 ОНК ОМВД России по Засвияжскому району г. Ульяновска, расположенного по адресу: &lt;...&gt;, у задержанного Д*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2,444 грамма, в крупном размере. Действия ФИО2 по данному эпизоду органами расследования квалифицированы по ч.3 ст.30, п. «а,г» ч.4 ст. 228.1 УК РФ . Кроме того, в ходе проведения оперативно-розыскного мероприятия «Обследование помещений, зданий, сооружений, участков местности, транспортных средств», проведенного 25.08.2022 в период времени с 21 час 50 минут до 22 часов 40 минут по месту жительства Д* -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36,173 грамма, в крупном размере. Действия ФИО2 по данному эпизоду органами расследования квалифицированы по ч.3 ст.30, п. «а,г» ч.4 ст. 228.1 УК РФ . Действия ФИО2 по обоим указанным фактам подлежат квалификации одним эпизодом преступления, предусмотренного ч.3 ст.30, п. «а,г» ч.4 ст. 228.1 УК РФ . В ходе личного досмотра, проведенного сотрудниками полиции 30.08.2022 в период времени с 15 часов 50 минут до 16 часов 30 минут в помещении служебного кабинета № 223 УНК УМВД России по Ульяновской области, расположенного по адресу: &lt;...&gt;, у Е*, сотрудниками полиции было обнаружено и изъято вещество, содержащее в своем составе наркотическое средство метадон (фенадон, долофин), общей массой 0,929 грамма, в значительном размере. Действия ФИО2 по данному эпизоду органами расследования квалифицированы по ч.3 ст. , п. «а» ч.4 ст. 228.1 УК РФ В ходе проведения обыска, проведенного сотрудниками полиции, 30.08.2022 в период времени с 20 часов 40 минут до 21 часа 40 минут по месту жительства Е* - в &lt;адрес&gt;, сотрудниками полиции была обнаружена и изъята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0,692 грамма, в значительном размере. Действия ФИО2 по данному эпизоду органами расследования квалифицированы по ч.3 ст. , п. «а» ч.4 ст. 228.1 УК РФ . Действия ФИО2 по обоим указанным фактам подлежат квалификации одним эпизодом преступления, предусмотренного ч.3 ст. , п. «а» ч.4 ст. 228.1 УК РФ . В ходе личного досмотра, проведенного сотрудниками полиции 30.08.2022 в период времени с 14 часов 45 минут до 15 часов 30 минут в помещении служебного кабинета № 227 УНК УМВД России по Ульяновской области, расположенного по адресу: &lt;...&gt;, у И*, сотрудниками полиции была обнаружена и изъята находившаяся при нем часть ранее полученного последовательно от ФИО2, Б* и А* вещества, содержащего в своем составе наркотическое средство метадон (фенадон, долофин), общей массой 0,991 грамма, в значительном размере. Действия ФИО2 по данному эпизоду органами расследования квалифицированы по ч.3 ст. , п. «а» ч.4 ст. 228.1 УК РФ . В ходе проведения обыска, проведенного сотрудниками полиции, 30.08.2022 в период времени с 19 часов 25 минут до 20 часов 20 минут по месту жительства И* - в &lt;адрес&gt;, сотрудниками полиции были обнаружены и изъяты части ранее полученного последовательно от ФИО2, Б* и А* вещества, содержащего в своем составе наркотическое средство метадон (фенадон, долофин), общей массой 8,491 грамма, в крупном размере, и вещества, содержащего в своем составе наркотическое средство мефедрон (4-метилметкатинон), общей массой 3,643 грамма, в крупном размере. Действия ФИО2 по данному эпизоду органами расследования квалифицированы по ч.3 ст.30, п. «а,г» ч.4 ст. 228.1 УК РФ . Действия ФИО2 по обоим указанным фактам подлежат квалификации одним эпизодом преступления, предусмотренного ч.3 ст.30, п. «а,г» ч.4 ст. 228.1 УК РФ . Квалификация действий подсудимого указанным образом не ухудшает положение подсудимого. Приговором Димитровградского городского суда Ульяновской области от (ДАТА), Б* признан виновным и осужден по ч.2 ст. 210 УК РФ , ч.3 ст. п.«а» ч.4 ст. 228.1 УК РФ (43 эпизода), ч.3 ст. п.п «а», «г» ч.4 ст. 228.1 УК РФ (14 эпизодов), ч.3 ст. ч.5 ст. 228.1 УК РФ . Уголовное дело рассмотрено в особом порядке судебного разбирательства, в связи с заключенным досудебным соглашением о сотрудничестве (т.25 л.д.95-109). Приговором Димитровградского городского суда Ульяновской области от (ДАТА), А* признан виновным и осужден по ч. 2 ст. 210 УК РФ , ч. 3 ст. п. «а» ч.4 ст. 228.1 УК РФ (43 эпизода), ч.3 ст. п.п «а», «г» ч.4 ст. 228.1 УК РФ (12 эпизодов), ч.3 ст. ч.5 ст. 228.1 УК РФ . Уголовное дело рассмотрено в особом порядке судебного разбирательства, в связи с заключенным досудебным соглашением о сотрудничестве (т.25 л.д.137-175). Приговором Димитровградского городского суда Ульяновской области от (ДАТА), В* признан виновным и осужден по ч.2 ст. 210 УК РФ , ч.3 ст. п.«а» ч.4 ст. 228.1 УК РФ (3 эпизода), ч.3 ст. п.п «а», «г» ч.4 ст. 228.1 УК РФ (3 эпизода); Д* признан виновным и осужден по ч.2 ст. 210 УК РФ , ч.3 ст. п.«а» ч.4 ст. 228.1 УК РФ (8 эпизодов), ч.3 ст. п.п «а», «г» ч.4 ст. 228.1 УК РФ (2 эпизода); Г* признан виновным и осужден по ч.2 ст. 210 УК РФ , ч.3 ст. п.«а» ч.4 ст. 228.1 УК РФ (8 эпизодов), ч.3 ст. п.п «а», «г» ч.4 ст. 228.1 УК РФ (2 эпизода); И* признан виновным и осужден по ч.2 ст. 210 УК РФ , ч.3 ст. п.«а» ч.4 ст. 228.1 УК РФ (8 эпизодов), ч.3 ст. п.п «а», «г» ч.4 ст. 228.1 УК РФ ; Е* признан виновным и осужден по ч.2 ст. 210 УК РФ , ч.3 ст. п.«а» ч.4 ст. 228.1 УК РФ (8 эпизодов), ч.3 ст. п.п «а», «г» ч.4 ст. 228.1 УК РФ ; З* признан виновным и осужден по ч.2 ст. 210 УК РФ , ч.3 ст. п. «а» ч.4 ст. 228.1 УК РФ (19 эпизодов), ч.3 ст. п.п «а», «г» ч.4 ст. 228.1 УК РФ (т.26 л.д.137-153). Согласно заключению судебно-психиатрической экспертизы ФИО2 &lt;данные изъяты&gt; (т.24 л.д.181-183). Экспертиза проведена с соблюдением норм УПК РФ, выводы экспертов, обладающих специальными познаниями, согласуются с материалами уголовного дела и не вызывают сомнения у суда, в связи с чем суд считает Выговского вменяемым, подлежащим уголовной ответственности. Суд квалифицирует действия ФИО2 по первому эпизоду по ч.1 ст. 210 УК РФ , как создание преступного сообщества (преступной организации) в целях совершения одного или нескольких тяжких или особо тяжких преступлений, руководство преступным сообществом (преступной организацией), а равно координация действий организованных групп, создание устойчивых связей между ними, разработка планов и создание условий для совершения преступлений организованными группами, раздел сфер преступного влияния и (или) преступных доходов между такими группами. По факту обнаружения в ходе проведения обыска в жилище А* - в &lt;адрес&gt; вещества, содержащего в своем составе наркотическое средство метадон (фенадон, долофин), общей массой 252,754 грамма, в особо крупном размере, и вещества, содержащего в своем составе наркотическое средство мефедрон (4-метилметкатинон), общей массой 500,662 грамма, в особо крупном размере, по факту обнаружения в ходе личного досмотра А*, вещества, содержащего в своем составе наркотическое средство метадон (фенадон, долофин), общей массой 1,919 грамма, в крупном размере; по факту обнаружения в ходе досмотра транспортного средства - автомобиля «Ситроен С4» вещества, содержащего в своем составе наркотическое средство метадон (фенадон, долофин), общей массой 17,209 грамма, то есть в крупном размере, и вещества, содержащего в своем составе наркотическое средство мефедрон (4-метилметкатинон), общей массой 0,674 грамма, в значительном размере; по факту обнаружения в ходе проведения обыска по месту жительства А* - в &lt;адрес&gt;, вещества, содержащего в своем составе наркотическое средство мефедрон (4-метилметкатинон), общей массой 1,225 грамма, в значительном размере, суд квалифицирует действия ФИО2 по ч.3 ст. , ч.5 ст. 228.1 УК РФ - покушение на незаконный сбыт наркотических средств, совершенный с использованием электронных и информационно - телекоммуникационных сетей (включая сеть «Интернет»), организованной группой, в особо крупном размере, если при этом преступление не было доведено до конца по не зависящим от этого лица обстоятельствам (эпизод 9). По факту обнаружения на лестничной площадке 2 этажа подъезда № 4 дома № 2 по ул. Минаева г. Ульяновска и изъятия вещества содержащего в своем составе наркотическое средство метадон (фенадон, долофин), общей массой 29,905 грамма, в крупном размере, и вещества, содержащего в своем составе наркотическое средство мефедрон (4-метилметкатинон), общей массой 49,827 грамма, в крупном размере (эпизод 2); по факту обнаружения вещества, содержащего в своем составе наркотическое средство метадон (фенадон, долофин), в крупном размере, общей массой не менее 1,017 грамма, на лестничной площадке 2 этажа подъезда № 1 дома № 57 по ул. Октябрьская г. Ульяновска (эпизод 3); по факту обнаружения вещества, содержащего в своем составе наркотическое средство метадон (фенадон, долофин), в крупном размере, общей массой не менее 1,008 грамма, на лестничной площадке 4 этажа подъезда № 1 дома № 57 по ул. Октябрьская г. Ульяновска (эпизод 4); по факту обнаружения в ходе личного досмотра В* вещества, содержащего в своем составе наркотическое средство метадон (фенадон, долофин), общей массой 3,883 грамма, в крупном размере и по факту обнаружения по месту жительства В* - &lt;адрес&gt; вещества, содержащего в своем составе наркотическое средство метадон (фенадон, долофин), общей массой 9,599 грамма, в крупном размере (эпизод 14); по фактам обнаружения в ходе личного досмотра Д* вещества, содержащего в своем составе наркотическое средство метадон (фенадон, долофин), общей массой 2,444 грамма, в крупном размере и по месту жительства Д* - &lt;адрес&gt; вещества, содержащего в своем составе наркотическое средство метадон (фенадон, долофин), общей массой 36,173 грамма, в крупном размере (эпизод 22); по факту обнаружения в ходе личного досмотра З* вещества, содержащего в своем составе наркотическое средство метадон (фенадон, долофин), общей массой 3,953 грамма, в крупном размере (эпизод 43); по факту обнаружения в ходе проведения обыска по месту жительства И* - в &lt;адрес&gt;, вещества, содержащего в своем составе наркотическое средство метадон (фенадон, долофин), общей массой 8,491 грамма, в крупном размере, и вещества, содержащего в своем составе наркотическое средство мефедрон (4-метилметкатинон), общей массой 3,643 грамма, в крупном размере и обнаружения в ходе личного досмотра И* вещества, содержащего в своем составе наркотическое средство метадон (фенадон, долофин), общей массой 0,991 грамма (эпизод 50); по факту обнаружения в ходе личного досмотра Б* вещества, содержащего в своем составе наркотическое средство метадон (фенадон, долофин), общей массой 31,297 грамма, в крупном размере и вещества, содержащего в своем составе наркотическое средство мефедрон (4-метилметкатинон), в крупном размере, общей массой не менее 50,627 грамма (эпизод 51); по факту обнаружения на участке местности, расположенном в 1,5 км в северо-восточном направлении от дома № 70 по ул. Овражная с. Малая Царевщина Красноярского района Самарской области (53.472313, 50.198342), вещества, содержащего в своем составе наркотическое средство мефедрон (4-метилметкатинон), общей массой 104,721 грамма, в крупном размере (эпизод 52) – по каждому (всего 9 эпизодов) по ч.3 ст.30, п. «а,г» ч.4 ст. 228.1 УК РФ , как покушение на незаконный сбыт наркотических средств, совершенное с использованием электронных и информационно - телекоммуникационных сетей (включая сеть «Интернет»), организованной группой, в крупном размере, если при этом преступления не были доведены до конца по не зависящим от этого лица обстоятельствам. По факту обнаружения вещества, содержащего в своем составе наркотическое средство метадон (фенадон, долофин), в значительном размере, общей массой не менее 0,983 грамма, на лестничной площадке 2 этажа подъезда № 1 дома № 55 по ул. Октябрьская г. Ульяновска (эпизод 5); по факту обнаружения вещества, содержащего в своем составе наркотическое средство метадон (фенадон, долофин), в значительном размере, общей массой не менее 0,988 грамма, на лестничной площадке 3 этажа подъезда № 1 дома № 55 по ул. Октябрьская г. Ульяновска (эпизод 6); по факту обнаружения вещества, содержащего в своем составе наркотическое средство метадон (фенадон, долофин), в значительном размере, общей массой не менее 0,995 грамма, на лестничной площадке 2 этажа подъезда № 2 дома № 30 по ул. Стасова г. Ульяновска (эпизод 7); по факту обнаружения вещества, содержащего в своем составе наркотическое средство метадон (фенадон, долофин), в значительном размере, общей массой не менее 0,989 грамма, на лестничной площадке 3 этажа подъезда № 2 дома № 30 по ул. Стасова г. Ульяновска (эпизод 8); по факту обнаружения вещества, содержащего в своем составе наркотическое средство метадон (фенадон, долофин) массой не менее 1,000 грамма, в значительном размере, на участке местности, расположенном в 10 метрах в восточном направлении от дома № 5 по пер. Тургенева г. Ульяновска (54.289458, 48.35613) (эпизод 10); по факту обнаружения вещества, содержащего в своем составе наркотическое средство метадон (фенадон, долофин) массой не менее 0,966 грамма, в значительном размере на участке местности, расположенном в 15 метрах в западном направлении от дома № 1а по пер. Тургенева г. Ульяновска (54.289177, 48.357675) (эпизод 11) по факту обнаружения вещества, содержащего в своем составе наркотическое средство альфа-пирролидиновалерофенон, массой не менее 0,936 грамма, в значительном размере, на участке местности, расположенном в 10 метрах в восточном направлении от дома № 2 по ул. Транспортная г. Ульяновска (54.28918, 48.35918) (эпизод 12); по факту обнаружения вещества, содержащего в своем составе наркотическое средство метадон (фенадон, долофин) массой не менее 0,983 грамма, в значительном размере, на участке местности, расположенном в 10 метрах в западном направлении от дома № 105 по ул. Транспортная г. Ульяновска (географические координаты 54.289873, 48.360322) (эпизод 13); по факту обнаружения вещества, содержащего в своем составе наркотическое средство метадон (фенадон, долофин) массой не менее 0,496 грамма, в значительном размере, на участке местности, расположенном в 35 метрах в северо-восточном направлении от дома № 119 по ул. ФИО4 г. Ульяновска (54.275787, 48.279425) (эпизод 15); по факту обнаружения вещества, содержащего в своем составе наркотическое средство метадон (фенадон, долофин) массой не менее 0,466 грамма, в значительном размере, на участке местности, расположенном в 54 метрах в северо-западном направлении от дома № 117 по ул. ФИО4 г. Ульяновска (54.276848, 48.28017) (эпизод 16); по факту обнаружения вещества, содержащего в своем составе наркотическое средство метадон (фенадон, долофин) массой не менее 0,475 грамма на участке местности, расположенном в 35 метрах в северо-восточном направлении от дома № 44 по ул. Камышинская г. Ульяновска (54.276944, 48.281327) (эпизод 17); по факту обнаружения вещества, содержащего в своем составе наркотическое средство метадон (фенадон, долофин) массой не менее 0,520 грамма, в значительном размере, на участке местности, расположенном в 30 метрах в северо-восточном направлении от дома № 121 по ул. ФИО4 г. Ульяновска (54.275161, 48.279163) (эпизод 18) по факту обнаружения вещества, содержащего в своем составе наркотическое средство метадон (фенадон, долофин) массой не менее 0,492 грамма, в значительном размере, на участке местности, расположенном в 70 метрах в северо-восточном направлении от дома № 59 по ул. Камышинская г. Ульяновска (54.279047, 48.282045) (эпизод 19); по факту обнаружения вещества, содержащего в своем составе наркотическое средство метадон (фенадон, долофин) массой не менее 0,487 грамма, в значительном размере, на участке местности, расположенном в 20 метрах в северо-восточном направлении от дома № 59 по ул. Камышинская г. Ульяновска (54.279663, 48.282317) (эпизод 20); по факту обнаружения вещества, содержащего в своем составе наркотическое средство метадон (фенадон, долофин) массой не менее 0,505 грамма, в значительном размере, на участке местности, расположенном в 65 метрах в северо-восточном направлении от дома № 59 по ул. Камышинская г. Ульяновска (54.279036, 48.282118) (эпизод 21); по факту обнаружения в ходе личного досмотра Г* вещества, содержащего в своем составе наркотическое средство метадон (фенадон, долофин), общей массой 0,935 грамма, в значительном размере (эпизод 23); по факту обнаружения вещества, содержащее в своем составе наркотическое средство метадон (фенадон, долофин), общей массой не менее 0,398 грамма на участке местности, расположенном в 600 метрах в северо-восточном направлении от дома № 380 по ул. Куйбышева г. Димитровграда Ульяновской области (54.269865, 49.586455) (эпизод 24); по факту обнаружения вещества, содержащего в своем составе наркотическое средство метадон (фенадон, долофин), общей массой не менее 0,445 грамма, в значительном размере, на участке местности, расположенном в 596 метрах в северо-восточном направлении от дома № 380 по ул. Куйбышева г. Димитровграда Ульяновской области (54.2698, 49.586767) (эпизод 25); по факту обнаружения вещества, содержащего в своем составе наркотическое средство метадон (фенадон, долофин), общей массой не менее 0,401 грамма, в значительном размере, на участке местности, расположенном в 593 метрах в северо-восточном направлении от дома № 380 по ул. Куйбышева г. Димитровграда Ульяновской области (54.2697, 49.586282) (эпизод 26); по факту обнаружения вещества, содержащего в своем составе наркотическое средство метадон (фенадон, долофин), общей массой не менее 0,442 грамма, в значительном размере, на участке местности, расположенном в 590 метрах в северо-восточном направлении от дома № 380 по ул. Куйбышева г. Димитровграда Ульяновской области (54.26978, 49.586272) (эпизод 27); по факту обнаружения вещества, содержащего в своем составе наркотическое средство метадон (фенадон, долофин), общей массой не менее 0,418 грамма, в значительном размере, на участке местности, расположенном в 589 метрах в северо-восточном направлении от дома № 380 по ул. Куйбышева г. Димитровграда Ульяновской области (54.269695, 49.586353) (эпизод 28); по факту обнаружения вещества, содержащего в своем составе наркотическое средство метадон (фенадон, долофин), общей массой не менее 0,436 грамма, в значительном размере, на участке местности, расположенном в 587 метрах в северо-восточном направлении от дома № 380 по ул. Куйбышева г. Димитровграда Ульяновской области (54.269658, 49.58638) (эпизод 29); по факту обнаружения вещества, содержащего в своем составе наркотическое средство метадон (фенадон, долофин), общей массой не менее 0,427 грамма, в значительном размере, на участке местности, расположенном в 585 метрах в северо-восточном направлении от дома № 380 по ул. Куйбышева г. Димитровграда Ульяновской области (54.269645, 49.586367) (эпизод 30); по факту обнаружения вещества, содержащего в своем составе наркотическое средство метадон (фенадон, долофин), общей массой не менее 0,415 грамма, в значительном размере, на участке местности, расположенном в 583 метрах в северо-восточном направлении от дома № 380 по ул. Куйбышева г. Димитровграда Ульяновской области (54.269567, 49.586373) (эпизод 31); по факту обнаружения вещества, содержащего в своем составе наркотическое средство метадон (фенадон, долофин), общей массой не менее 0,434 грамма, в значительном размере, на участке местности, расположенном в 580 метрах в северо-восточном направлении от дома № 380 по ул. Куйбышева г. Димитровграда Ульяновской области (54.269568, 49.588315) (эпизод 32); по факту обнаружения вещества, содержащего в своем составе наркотическое средство метадон (фенадон, долофин), общей массой не менее 0,911 грамма, в значительном размере, на участке местности, расположенном в 579 метрах в северо-восточном направлении от дома № 380 по ул. Куйбышева г. Димитровграда Ульяновской области (54.269482, 49.586372) (эпизод 33); по факту обнаружения вещества, содержащего в своем составе наркотическое средство метадон (фенадон, долофин), общей массой не менее 0,452 грамма, в значительном размере, на участке местности, расположенном в 575 метрах в северо-восточном направлении от дома № 380 по ул. Куйбышева г. Димитровграда Ульяновской области (географические координаты 54.269448, 49.586185) (эпизод 34); по факту обнаружения вещества, содержащего в своем составе наркотическое средство метадон (фенадон, долофин), общей массой не менее 0,917 грамма, в значительном размере, на участке местности, расположенном в 570 метрах в северо-восточном направлении от дома № 380 по ул. Куйбышева г. Димитровграда Ульяновской области (54.269387, 49.586233) (эпизод 35); по факту обнаружения вещества, содержащего в своем составе наркотическое средство метадон (фенадон, долофин), общей массой не менее 0,927 грамма, в значительном размере, на участке местности, расположенном в 568 метрах в северо-восточном направлении от дома № 380 по ул. Куйбышева г. Димитровграда Ульяновской области (54.26945, 49.586147) (эпизод 36); по факту обнаружения вещества, содержащего в своем составе наркотическое средство метадон (фенадон, долофин), общей массой не менее 0,419 грамма, в значительном размере, на участке местности, расположенном в 565 метрах в северо-восточном направлении от дома № 380 по ул. Куйбышева г. Димитровграда Ульяновской области (54.269467, 49.586305) (эпизод 37); по факту обнаружения вещества, содержащего в своем составе наркотическое средство метадон (фенадон, долофин), общей массой не менее 0,448 грамма, в значительном размере, на участке местности, расположенном в 558 метрах в северо-восточном направлении от дома № 380 по ул. Куйбышева г. Димитровграда Ульяновской области (54.269355, 49.586537) (эпизод 38); по факту обнаружения вещества, содержащего в своем составе наркотическое средство метадон (фенадон, долофин), общей массой не менее 0,439 грамма, в значительном размере, на участке местности, расположенном в 555 метрах в северо-восточном направлении от дома № 380 по ул. Куйбышева г. Димитровграда Ульяновской области (54.269357, 49.586372) (эпизод 39); по факту обнаружения вещества, содержащего в своем составе наркотическое средство метадон (фенадон, долофин), общей массой не менее 0,424 грамма, в значительном размере, на участке местности, расположенном в 540 метрах в северо-восточном направлении от дома № 380 по ул. Куйбышева г. Димитровграда Ульяновской области (54.269277, 49.586647) (эпизод 40); по факту обнаружения вещества, содержащего в своем составе наркотическое средство метадон (фенадон, долофин), общей массой не менее 0,449 грамма, в значительном размере на участке местности, расположенном в 538 метрах в северо-восточном направлении от дома № 380 по ул. Куйбышева г. Димитровграда Ульяновской области (54.269358, 49.586812) (эпизод 41); по факту обнаружения вещества, содержащего в своем составе наркотическое средство метадон (фенадон, долофин), общей массой не менее 0,409 грамма, в значительном размере на участке местности, расположенном в 535 метрах в северо-восточном направлении от дома № 380 по ул. Куйбышева г. Димитровграда Ульяновской области (54.269402, 49.58683) (эпизод 42); по факту обнаружения вещества, содержащего в своем составе наркотическое средство метадон (фенадон, долофин) массой не менее 0,549 грамма, в значительном размере, на лестничной площадке 8 этажа подъезда № 1 дома № 6 по б-ру Новосондецкий г. Ульяновска (эпизод 44); по факту обнаружения вещества, содержащего в своем составе наркотическое средство метадон (фенадон, долофин), общей массой не менее 0,346 грамма, в значительном размере на лестничной площадке 6 этажа подъезда № 1 дома № 6 по б-ру Новосондецкий г. Ульяновска (эпизод 45); по факту обнаружения вещества, содержащего в своем составе наркотическое средство метадон (фенадон, долофин), общей массой не менее 0,271 грамма, в значительном размере на лестничной площадке между 5 и 6 этажами подъезда № 1 дома № 13 по пр-ту Генерала ФИО5 г. Ульяновска (эпизод 46); по факту обнаружения вещества, содержащего в своем составе наркотическое средство метадон (фенадон, долофин), общей массой не менее 0,341 грамма, в значительном размере, на лестничной площадке 8 этажа подъезда № 14 дома № 1 по пр-ту Врача Сурова г. Ульяновска (эпизод 47); по факту обнаружения вещества, содержащего в своем составе наркотическое средство метадон (фенадон, долофин), общей массой не менее 0,333 грамма, в значительном размере, на лестничной площадке между 4 и 5 этажами подъезда № 14 дома № 1 по пр-ту Врача Сурова г. Ульяновска (эпизод 48); по фактам обнаружения в ходе личного досмотра Е* вещества, содержащего в своем составе наркотическое средство метадон (фенадон, долофин), общей массой 0,929 грамма, в значительном размере и обнаружения в ходе проведения обыска по месту жительства Е* - в &lt;адрес&gt; вещества, содержащего в своем составе наркотическое средство метадон (фенадон, долофин), общей массой 0,692 грамма, в значительном размере (эпизод 49); – по каждому (всего 41 эпизод) по ч.3 ст. , п. «а» ч.4 ст. 228.1 УК РФ , как покушение на незаконный сбыт наркотических средств, совершенное с использованием электронных и информационно - телекоммуникационных сетей (включая сеть «Интернет»), организованной группой, в значительном размере, если при этом преступления не были доведены до конца по не зависящим от этого лица обстоятельствам. Решая вопрос о мере наказания, суд учитывает характер и степень общественной опасности совершенных преступлений, личность подсудимого, наличие смягчающих и отсутствие отягчающих наказание обстоятельств, влияние наказания на исправление подсудимого, а также на условия жизни его семьи. В частности, суд учитывает, что ФИО2 не судим, к административной ответственности за нарушения общественного порядка не привлекался, на учете у врачей психиатра и нарколога не состоит, имеет постоянные место жительства, характеризуется по месту жительства удовлетворительно. Смягчающими наказание обстоятельствами по всем эпизодам преступлений суд признает полное признание вины и раскаяние в содеянном, состояние здоровья подсудимого, состояние здоровья его близких родственников, наличие у подсудимого малолетнего ребенка. С учетом фактических обстоятельств преступлений и степени их общественной опасности суд не находит оснований для изменения категории тяжести совершенных ФИО2 преступлений на менее тяжкие, в соответствии с ч.6 ст. 15 УК РФ . Принимая во внимание данные о личности подсудимого, обстоятельства совершенных преступлений, суд приходит к убеждению о невозможности исправления подсудимого без изоляции от общества. На основании изложенного, учитывая данные о личности ФИО2, суд считает необходимым назначить ему по всем эпизодам наказание в виде лишения свободы, вместе с тем, учитывая данные, характеризующие его личность, суд считает возможным не назначать ФИО2 дополнительные наказания в виде штрафа, запрета занимать определенные должности или запрета заниматься определенной деятельностью и ограничения свободы, за исключением эпизода преступления, предусмотренного ч.1 ст. 210 УК РФ , где дополнительное наказание в виде ограничения свободы является обязательным. Вышеприведенная совокупность обстоятельств, отношение подсудимого к содеянному, указывает на невозможность при назначении наказания применить положения ст. и 73 УК РФ . ФИО2 совершил покушения на особо тяжкие преступления и одно оконченное особо тяжкое преступление, в связи с чем, наказание ему должно быть назначено в соответствии с требованиями ч.3 ст. 69 УК РФ , путем частичного сложения наказаний. Кроме того, все преступления, за исключением предусмотренного ч.1 ст. 210 УК РФ , совершенные ФИО2 являются неоконченными, в связи с чем, суд при назначении наказания, кроме эпизода преступления, предусмотренного ч.1 ст. 210 УК РФ , применяет положения ч.1 и ч.3 ст. 66 УК РФ . Местом отбывания наказания ФИО2 суд определяет по правилам ст. ч.1 п. «в» УК РФ - исправительную колонию строгого режима. Суд считает, что именно такое наказание послужит достижению его целей – восстановление социальной справедливости, исправление подсудимого и предупреждению совершения им новых преступлений. С учетом возраста и трудоспособности ФИО2, суд считает необходимым взыскать с него процессуальные издержки в виде оплаты труда адвоката в ходе предварительного расследования. Решая вопрос о вещественных доказательствах, суд применяет положения статьи 81 Уголовно-процессуального кодекса Российской Федерации. На основании изложенного и руководствуясь ст. ст.296-299, 302-304, 307- 309 Уголовно-процессуального кодекса Российской Федерации, суд ПРИГОВОРИЛ: Признать ФИО2 виновным в совершении преступлений, предусмотренных ч.1 ст.210, ч.3 ст.30, п. «а,г» ч.4 ст. 228.1 (9 эпизодов), ч.3 ст. , п. «а» ч.4 ст. 228.1 (41 эпизод),ч.3 ст. , ч.5 ст. 228.1 УК РФ и назначить наказание в виде лишения свободы: - по ч.1 ст. 210 УК РФ – сроком на 13 лет, с ограничением свободы сроком на 1 год, установить ФИО2 следующие ограничения: - не выезжать за пределы территории муниципального образования, избранного осужденным в качестве места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 не менять место жительства и пребывания, место работы без согласия специализированного государственного органа, осуществляющего надзор за отбыванием осужденным наказания в виде ограничения свободы; - запретить посещение мест проведения общественно-политических (собрания, митинги, уличные шествия, демонстрации и др.) и культурно-зрелищных (фестивали, профессиональные праздники, народные гуляния и др.) мероприятий и запретить участие в них; Возложить на ФИО2 обязанность являться в специализированный государственный орган, осуществляющий надзор за отбыванием наказания в виде ограничения свободы, один раз в месяц для регистрации. - по ч.3 ст. , ч.5 ст. 228.1 УК РФ , по факту обнаружения наркотического средства метадон (фенадон, долофин), общей массой 252,754 грамма, наркотического средства мефедрон (4-метилметкатинон), общей массой 500,662 грамма, наркотического средства метадон (фенадон, долофин), общей массой 1,919 грамма, наркотического средства метадон (фенадон, долофин), общей массой 17,209 грамма и наркотического средства мефедрон (4-метилметкатинон), общей массой 0,674 грамма и наркотического средства мефедрон (4-метилметкатинон), общей массой 1,225 грамма (эпизод 9) – сроком на 13 лет; - по ч.3 ст.30, п. «а,г» ч.4 ст. 228.1 УК РФ , по факту обнаружения наркотического средства метадон (фенадон, долофин), общей массой 29,905 грамма и наркотического средства мефедрон (4-метилметкатинон), общей массой 49,827 грамма (эпизод 2) ) – сроком на 11 лет; - по ч.3 ст.30, п. «а,г» ч.4 ст. 228.1 УК РФ , по факту обнаружения наркотического средства метадон (фенадон, долофин), общей массой не менее 1,017 грамма (эпизод 3) ) – сроком на 10 лет 6 месяцев; - по ч.3 ст.30, п. «а,г» ч.4 ст. 228.1 УК РФ , по факту обнаружения наркотического средства метадон (фенадон, долофин), общей массой не менее 1,008 грамма (эпизод 4) – сроком на 10 лет 6 месяцев; - по ч.3 ст.30, п. «а,г» ч.4 ст. 228.1 УК РФ , по факту обнаружения наркотического средства метадон (фенадон, долофин), общей массой 3,883 грамма и наркотического средства метадон (фенадон, долофин), общей массой 9,599 грамма (эпизод 14) – сроком на 10 лет 10 месяцев; - по ч.3 ст.30, п. «а,г» ч.4 ст. 228.1 УК РФ , по факту обнаружения наркотического средства метадон (фенадон, долофин), общей массой 2,444 грамма и наркотического средства метадон (фенадон, долофин), общей массой 36,173 грамма (эпизод 22) – сроком на 11 лет; - по ч.3 ст.30, п. «а,г» ч.4 ст. 228.1 УК РФ , по факту обнаружения наркотического средства метадон (фенадон, долофин), общей массой 3,953 грамма (эпизод 43) – сроком на 10 лет 8 месяцев; - по ч.3 ст.30, п. «а,г» ч.4 ст. 228.1 УК РФ , по факту обнаружения наркотического средства метадон (фенадон, долофин), общей массой 8,491 грамма и наркотического средства мефедрон (4-метилметкатинон), общей массой 3,643 грамма, в крупном размере и наркотического средства метадон (фенадон, долофин), общей массой 0,991 грамма (эпизод 50) – сроком на 11 лет; - по ч.3 ст.30, п. «а,г» ч.4 ст. 228.1 УК РФ , по факту обнаружения наркотического средства метадон (фенадон, долофин), общей массой 31,297 грамма и наркотического средства мефедрон (4-метилметкатинон), общей массой не менее 50,627 грамма (эпизод 51) – сроком на 12 лет; - по ч.3 ст.30, п. «а,г» ч.4 ст. 228.1 УК РФ , по факту обнаружения наркотического средства мефедрон (4-метилметкатинон), общей массой 104,721 грамма (эпизод 52) – сроком на 12 лет 6 месяцев; - по ч.3 ст. , п. «а» ч.4 ст. 228.1 УК РФ , по факту обнаружения наркотического средства метадон (фенадон, долофин) общей массой 0,983 грамма (эпизод 5) – сроком 10 лет 4 месяца; - по ч.3 ст. , п. «а» ч.4 ст. 228.1 УК РФ , по факту обнаружения наркотического средства метадон (фенадон, долофин), общей массой 0,988 грамма (эпизод 6) – сроком 10 лет 4 месяца; - по ч.3 ст. , п. «а» ч.4 ст. 228.1 УК РФ , по факту обнаружения наркотического средства метадон (фенадон, долофин), общей массой 0,995 грамма (эпизод 7) – сроком 10 лет 4 месяца; - по ч.3 ст. , п. «а» ч.4 ст. 228.1 УК РФ , по факту обнаружения наркотического средства метадон (фенадон, долофин), общей массой 0,989 грамма (эпизод 8) – сроком 10 лет 4 месяца; - по ч.3 ст. , п. «а» ч.4 ст. 228.1 УК РФ , по факту обнаружения наркотического средства метадон (фенадон, долофин) массой 1,000 грамма (эпизод 10) – сроком 10 лет 4 месяца; - по ч.3 ст. , п. «а» ч.4 ст. 228.1 УК РФ , по факту обнаружения наркотического средства метадон (фенадон, долофин) массой 0,966 грамма (эпизод 11) – сроком 10 лет 4 месяца; - по ч.3 ст. , п. «а» ч.4 ст. 228.1 УК РФ , по факту обнаружения наркотического средства альфа-пирролидиновалерофенон, массой 0,936 грамма (эпизод 12) – сроком 10 лет 4 месяца; - по ч.3 ст. , п. «а» ч.4 ст. 228.1 УК РФ , по факту обнаружения наркотического средства метадон (фенадон, долофин) массой 0,983 грамма (эпизод 13) – сроком 10 лет 4 месяца; - по ч.3 ст. , п. «а» ч.4 ст. 228.1 УК РФ , по факту обнаружения наркотического средства метадон (фенадон, долофин) массой 0,496 грамма (эпизод 15) – сроком 10 лет 2 месяца; - по ч.3 ст. , п. «а» ч.4 ст. 228.1 УК РФ , по факту обнаружения наркотического средства метадон (фенадон, долофин) массой 0,466 грамма (эпизод 16) – сроком 10 лет 2 месяца; - по ч.3 ст. , п. «а» ч.4 ст. 228.1 УК РФ , по факту обнаружения наркотического средства метадон (фенадон, долофин) массой 0,475 грамма (эпизод 17) – сроком 10 лет 2 месяца; - по ч.3 ст. , п. «а» ч.4 ст. 228.1 УК РФ , по факту обнаружения наркотического средства метадон (фенадон, долофин) массой 0,520 грамма (эпизод 18) – сроком 10 лет 2 месяца; - по ч.3 ст. , п. «а» ч.4 ст. 228.1 УК РФ , по факту обнаружения наркотического средства метадон (фенадон, долофин) массой 0,492 грамма (эпизод 19) – сроком 10 лет 2 месяца; - по ч.3 ст. , п. «а» ч.4 ст. 228.1 УК РФ , по факту обнаружения наркотического средства метадон (фенадон, долофин) массой 0,487 грамма (эпизод 20) – сроком 10 лет 2 месяца; - по ч.3 ст. , п. «а» ч.4 ст. 228.1 УК РФ , по факту обнаружения наркотического средства метадон (фенадон, долофин) массой 0,505 грамма (эпизод 21) – сроком 10 лет 2 месяца; - по ч.3 ст. , п. «а» ч.4 ст. 228.1 УК РФ , по факту обнаружения наркотического средства метадон (фенадон, долофин), общей массой 0,935 грамма (эпизод 23) – сроком 10 лет 4 месяца; - по ч.3 ст. , п. «а» ч.4 ст. 228.1 УК РФ , по факту обнаружения наркотического средства метадон (фенадон, долофин), общей массой 0,398 грамма (эпизод 24) – сроком 10 лет 2 месяца; - по ч.3 ст. , п. «а» ч.4 ст. 228.1 УК РФ , по факту обнаружения наркотического средства метадон (фенадон, долофин), общей массой 0,445 грамма (эпизод 25) – сроком 10 лет 2 месяца; - по ч.3 ст. , п. «а» ч.4 ст. 228.1 УК РФ , по факту обнаружения наркотического средства метадон (фенадон, долофин), общей массой 0,401 грамма (эпизод 26) – сроком 10 лет 2 месяца; - по ч.3 ст. , п. «а» ч.4 ст. 228.1 УК РФ , по факту обнаружения наркотического средства метадон (фенадон, долофин), общей массой 0,442 грамма (эпизод 27) – сроком 10 лет 2 месяца; - по ч.3 ст. , п. «а» ч.4 ст. 228.1 УК РФ , по факту обнаружения наркотического средства метадон (фенадон, долофин), общей массой 0,418 грамма (эпизод 28) – сроком 10 лет 2 месяца; - по ч.3 ст. , п. «а» ч.4 ст. 228.1 УК РФ , по факту обнаружения наркотического средства метадон (фенадон, долофин), общей массой 0,436 грамма (эпизод 29) – сроком 10 лет 2 месяца; - по ч.3 ст. , п. «а» ч.4 ст. 228.1 УК РФ , по факту обнаружения наркотического средства метадон (фенадон, долофин), общей массой 0,427 грамма (эпизод 30) – сроком 10 лет 2 месяца; - по ч.3 ст. , п. «а» ч.4 ст. 228.1 УК РФ , по факту обнаружения наркотического средства метадон (фенадон, долофин), общей массой 0,415 грамма (эпизод 31) – сроком 10 лет 2 месяца; - по ч.3 ст. , п. «а» ч.4 ст. 228.1 УК РФ , по факту обнаружения наркотического средства метадон (фенадон, долофин), общей массой 0,434 грамма (эпизод 32) – сроком 10 лет 2 месяца; - по ч.3 ст. , п. «а» ч.4 ст. 228.1 УК РФ , по факту обнаружения наркотического средства метадон (фенадон, долофин), общей массой 0,911 грамма (эпизод 33) – сроком 10 лет 4 месяца; - по ч.3 ст. , п. «а» ч.4 ст. 228.1 УК РФ , по факту обнаружения наркотического средства метадон (фенадон, долофин), общей массой 0,452 грамма (эпизод 34) – сроком 10 лет 2 месяца; - по ч.3 ст. , п. «а» ч.4 ст. 228.1 УК РФ , по факту обнаружения наркотического средства метадон (фенадон, долофин), общей массой 0,917 грамма (эпизод 35) – сроком 10 лет 4 месяца; - по ч.3 ст. , п. «а» ч.4 ст. 228.1 УК РФ , по факту обнаружения наркотического средства метадон (фенадон, долофин), общей массой 0,927 грамма (эпизод 36) – сроком 10 лет 4 месяца; - по ч.3 ст. , п. «а» ч.4 ст. 228.1 УК РФ , по факту обнаружения наркотического средства метадон (фенадон, долофин), общей массой 0,419 грамма (эпизод 37) – сроком 10 лет 2 месяца; - по ч.3 ст. , п. «а» ч.4 ст. 228.1 УК РФ , по факту обнаружения наркотического средства метадон (фенадон, долофин), общей массой 0,448 грамма (эпизод 38) – сроком 10 лет 2 месяца; - по ч.3 ст. , п. «а» ч.4 ст. 228.1 УК РФ , по факту обнаружения наркотического средства метадон (фенадон, долофин), общей массой 0,439 грамма (эпизод 39) – сроком 10 лет 2 месяца - по ч.3 ст. , п. «а» ч.4 ст. 228.1 УК РФ , по факту обнаружения наркотического средства метадон (фенадон, долофин), общей массой 0,424 грамма (эпизод 40) – сроком 10 лет 2 месяца; - по ч.3 ст. , п. «а» ч.4 ст. 228.1 УК РФ , по факту обнаружения наркотического средства метадон (фенадон, долофин), общей массой 0,449 грамма (эпизод 41) – сроком 10 лет 2 месяца; - по ч.3 ст. , п. «а» ч.4 ст. 228.1 УК РФ , по факту обнаружения наркотического средства метадон (фенадон, долофин), общей массой 0,409 грамма (эпизод 42) – сроком 10 лет 2 месяца; - по ч.3 ст. , п. «а» ч.4 ст. 228.1 УК РФ , по факту обнаружения наркотического средства метадон (фенадон, долофин) массой 0,549 грамма (эпизод 44) – сроком 10 лет 3 месяца; - по ч.3 ст. , п. «а» ч.4 ст. 228.1 УК РФ , по факту обнаружения наркотического средства метадон (фенадон, долофин), общей массой 0,346 грамма (эпизод 45) – сроком 10 лет 2 месяца; - по ч.3 ст. , п. «а» ч.4 ст. 228.1 УК РФ , по факту обнаружения наркотического средства метадон (фенадон, долофин), общей массой 0,271 грамма (эпизод 46) – сроком 10 лет 1 месяц; - по ч.3 ст. , п. «а» ч.4 ст. 228.1 УК РФ , по факту обнаружения наркотического средства метадон (фенадон, долофин), общей массой 0,341 грамма (эпизод 47) – сроком 10 лет 2 месяца; - по ч.3 ст. , п. «а» ч.4 ст. 228.1 УК РФ , по факту обнаружения наркотического средства метадон (фенадон, долофин), общей массой 0,333 грамма (эпизод 48) – сроком 10 лет 2 месяца; - по ч.3 ст. , п. «а» ч.4 ст. 228.1 УК РФ , по факту обнаружения наркотического средства метадон (фенадон, долофин), общей массой 0,929 грамма и наркотического средства метадон (фенадон, долофин), общей массой 0,692 грамма (эпизод 49), – сроком 10 лет 5 месяцев. На основании ч.3 ст. 69 УК РФ по совокупности преступлений путем частичного сложения назначенных наказаний окончательно назначить ФИО2 наказание в виде 16 лет лишения свободы с отбыванием наказания в исправительной колонии строгого режима, с ограничением свободы сроком на 1 год, установить ФИО2 следующие ограничения: - не выезжать за пределы территории муниципального образования, избранного осужденным в качестве места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 не менять место жительства и пребывания, место работы без согласия специализированного государственного органа, осуществляющего надзор за отбыванием осужденным наказания в виде ограничения свободы; - запретить посещение мест проведения общественно-политических (собрания, митинги, уличные шествия, демонстрации и др.) и культурно-зрелищных (фестивали, профессиональные праздники, народные гуляния и др.) мероприятий и запретить участие в них; Возложить на ФИО2 обязанность являться в специализированный государственный орган, осуществляющий надзор за отбыванием наказания в виде ограничения свободы, один раз в месяц для регистрации. Меру пресечения ФИО2 в виде заключения под стражу до вступления приговора в законную оставить без изменения. Срок основного наказания исчислять со дня вступления приговора в законную силу. На основании положений ч.3.2 ст. 72 УК РФ зачесть в срок наказания срок меры пресечения в виде заключения под стражу с 25.07.2025 до дня вступления приговора в законную силу из расчета один день содержания под стражей за один день лишения свободы в исправительной колонии строгого режима. Взыскать с ФИО7 в возмещение процессуальных издержек в доход федерального бюджета сумму в размере 3365 рублей, выплаченную адвокату за оказание юридической помощи по назначению в период предварительного следствия. Вещественные доказательства, хранящиеся в камере хранения вещественных доказательств СЧ СУ УМВД России по Ульяновской области, по вступлении приговора в законную силу: - электронные весы, пакеты Zip-Lock с остатками наркотического средства мефедрон (4-метилметкатинон) и наркотического средства метадон (фенадон, долофин), упаковочный материал в виде 4 мотков изоленты, пакеты Zip-Lock, магниты (т.2 л.д.129) – уничтожить; - вещество, содержащее в своем составе наркотическое средство метадон (фенадон, долофин) с элементами упаковки, обнаруженное и изъятое 25.08.2022 г. в ходе личного досмотра В* массой 3,883 г. (после произведённых физико-химических исследований 3,803? г.), вещество, содержащее в своем составе наркотическое средство метадон (фенадон, долофин) с элементами упаковки, обнаруженное и изъятое 26.08.2022 года в ходе проведения ОРМ «Обследование помещений, зданий, сооружений, участков местности и транспортных средств», проведенного по месту жительства В* – в &lt;адрес&gt; массой 9,599 г. (после произведённых физико-химических исследований 9,579 г.), вещество, содержащее в своем составе наркотическое средство метадон (фенадон, долофин) с элементами упаковки, обнаруженное и изъятое 01 сентября 2022 г. в ходе осмотра места происшествия на участке местности, расположенном по координатам 54.289873, 48.360322 массой 0,983 г. (после произведённых физико-химических исследований 0,978 г.), вещество, содержащее в своем составе наркотическое средство метадон (фенадон, долофин) с элементами упаковки, обнаруженное и изъятое 01 сентября 2022 г. в ходе осмотра места происшествия на участке местности, расположенном по координатам 54.289458, 48.35613 массой 1,000 г. (после произведённых физико-химических исследований 0,995 г.), вещество, содержащее в своем составе наркотическое средство метадон (фенадон, долофин) с элементами упаковки, обнаруженное и изъятое 01 сентября 2022 г. в ходе осмотра места происшествия на участке местности, расположенном по координатам 54.289177, 48.357675 массой 0,966 г. (после произведённых физико-химических исследований 0,961 г.), вещество, содержащее в своем составе наркотическое средство альфа-пирролидиновалерофенон, химическое название: 2-пирролидин-1-ил-1-фенилпентан-1-он, которое является производным наркотического средства N-метилэфедрон с элементами упаковки, обнаруженное и изъятое 01 сентября 2022 г. в ходе осмотра места происшествия на участке местности, расположенном по координатам 54.28918, 48.35918 массой 0,936 г. (после произведённых физико-химических исследований 0,926 г.), вещество, содержащее в своем составе наркотическое средство мефедрон (4-метилметкатинон), массой 49,827 г. (после произведённых физико-химических исследований 49,817 г.), и вещество, содержащее в своем составе наркотическое средство метадон (фенадон, долофин) массой 29,905 г. (после произведённых физико-химических исследований 29,900 г.) с элементами упаковок, обнаруженные и изъятые 01 сентября 2022 г. в ходе осмотра места происшествия на 2 этаже 4 подъезда дома № 2 по ул. Минаева г. Ульяновска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(т.2 л.д. 140) – хранить там же при материалах выделенного уголовного дела №*. -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70 метров в северо-восточном направлении от &lt;...&gt; (по географическим координатам 54.279047, 48.282045) массой 0,492 г. (после произведённых физико-химических исследований 0,482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54 метров в северо-западном направлении от &lt;...&gt; (по географическим координатам 54.276848, 48.28017) массой 0,466 г. (после произведённых физико-химических исследований 0,456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20 метров в северо-восточном направлении от &lt;...&gt; (по географическим координатам 54.279663, 48.282317) массой 0,487 г. (после произведённых физико-химических исследований 0,477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35 метров в северо-восточном направлении от &lt;...&gt; (по географическим координатам 54.275787, 48.279425) массой 0,496 г. (после произведённых физико-химических исследований 0,486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65 метров в северо-восточном направлении от &lt;...&gt; (по географическим координатам 54.279036, 48.282118) массой 0,505 г. (после произведённых физико-химических исследований 0,495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30 метров в северо-восточном направлении от &lt;...&gt; (по географическим координатам 54.275161, 48.279163) массой 0,520 г. (после произведённых физико-химических исследований 0,510 г.); вещество, содержащее в своем составе наркотическое средство метадон (фенадон, долофин) с элементами упаковки, обнаруженное и изъятое 08 сентября 2022 года в ходе проведения осмотра места происшествия на участке местности, расположенном на расстоянии 35 метров в северо-восточном направлении от &lt;...&gt; (по географическим координатам 54.276944, 48.281327) массой 0,475 г. (после произведённых физико-химических исследований 0,465 г.), упакованные в пакет, опечатанный бумажной биркой с пояснительным текстом и оттиском круглой печати «Для справок СЧ СУ УМВД России по Ульяновской области», с подписью следователя (т.4 л.д.256) - хранить там же при материалах выделенного уголовного дела №*; - двое электронных весов, канцелярский нож с остатками наркотического средства мефедрон (4-метилметкатинон) и наркотического средства метадон (фенадон, долофин), 2 мотка изоленты, магниты, рулон клейкой двусторонней ленты, пакеты Zip-Lock, шариковая ручка, тетрадь с рукописными записями, договор аренды, три пары тканевых перчаток, цветная коробка с пластилином, обнаруженные и изъятые 25.08.2022 года в ходе проведения ОРМ «Обследование помещений, зданий, сооружений, участков местности и транспортных средств», проведенного по месту жительства Д* – в &lt;адрес&gt;,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(т.5 л.д.45) – уничтожить; - вещество, содержащее в своем составе наркотическое средство метадон (фенадон, долофин) с элементами упаковки, обнаруженное и изъятое 25.08.2022 г. в ходе личного досмотра Д* массой 2,444 г. (после произведённых физико-химических исследований 2,344? г.); вещество, содержащее в своем составе наркотическое средство метадон (фенадон, долофин) с элементами упаковки, обнаруженное и изъятое 25.08.2022 г. в ходе личного досмотра Г* массой 0,935 г. (после произведённых физико-химических исследований 0,895? г.); вещество, содержащее в своем составе наркотическое средство метадон (фенадон, долофин) с элементами упаковки, обнаруженное и изъятое 25.08.2022 года в ходе проведения ОРМ «Обследование помещений, зданий, сооружений, участков местности и транспортных средств», проведенного по месту жительства Д* – в &lt;адрес&gt; массой 36,173 г. (после произведённых физико-химических исследований 35,553 г.); вещество, содержащее в своем составе наркотическое средство оксикодон (текодин) с элементами упаковки, обнаруженное и изъятое 25.08.2022 года в ходе проведения ОРМ «Обследование помещений, зданий, сооружений, участков местности и транспортных средств», проведенного по месту жительства Д* – в &lt;адрес&gt; массой 0,137 г. (после произведённых физико-химических исследований 0,107 г.)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(т.5 л.д.53) – хранить там же при материалах выделенного уголовного дела №*; - вещество, содержащее в своем составе наркотическое средство метадон (фенадон, долофин) массой 252,754 грамма (остаточная масса 252,754), вещество, содержащее в своем составе наркотическое средство мефедрон (4-метилметкатинон) массой 500,662 грамма (остаточная масса 500,642), вещество, содержащее в своем составе сильнодействующее вещество прегабалин массой 6,441 грамма (остаточная масса 6,341 грамма) изъятое 29.08.2022 года в ходе проведения обыска в жилище А* по адресу: &lt;адрес&gt;,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(т.11 л.д.26) – хранить там же при материалах выделенного уголовного дела №*; - электронные весы с остатками наркотического средства мефедрон (4-метилметкатинон) и наркотического средства метадон (фенадон, долофин), упаковочный материал в виде 12 мотков изоленты, пакеты Zip-Lock, липкая лента скотч, обнаруженные и изъятые 29.08.2022 года в ходе проведения обыска, проведенного по месту жительства А* – в &lt;адрес&gt;,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(т.11 л.д.94) – уничтожить; - электронные весы с остатками наркотического средства мефедрон (4-метилметкатинон) и наркотического средства метадон (фенадон, долофин); изъятые 29.08.2022 года в ходе досмотра автомобиля Ситроен С4 (государственный регистрационный номерной знак №* региона) упакованные в пакет, который опечатан бумажной биркой с пояснительным текстом и оттиском круглой печати «Для справок СЧ СУ УМВД России по &lt;адрес&gt;», с подписью заместителя начальника отдела (т.11 л.д.115) – уничтожить; - вещество, содержащее в своем составе наркотическое средство метадон (фенадон, долофин) с элементами упаковки, обнаруженное и изъятое 29.08.2022 г. в ходе личного досмотра А* массой 1,919 г. (после произведённых физико-химических исследований 1,879? г.); - наркотическое средство каннабис (марихуана) с элементами упаковки, обнаруженное и изъятое 29.08.2022 г. в ходе обыска, по месту жительства А* – в &lt;адрес&gt; массой 61,95 г. (после произведённых физико-химических исследований 60,95? г.); - вещество, содержащее в своем составе наркотическое средство мефедрон (4-метилметкатинон) массой 0,674 г. (после произведённых физико-химических исследований 0,654? г.) с элементами упаковки, и вещество, содержащее в своем составе наркотическое средство метадон (фенадон, долофин) массой 17,209 г. (после произведённых физико-химических исследований 16,509? г.) с элементами упаковки обнаруженное и изъятое 29.08.2022 г. в ходе досмотра автомобиля Ситроен С4 (государственный регистрационный номерной знак №* региона; - вещество, содержащее в своем составе наркотическое средство мефедрон (4-метилметкатинон) с элементами упаковки, обнаруженное и изъятое 29.08.2022 г. в ходе обыска, по месту жительства А* – в &lt;адрес&gt; массой 1,225 г. (после произведённых физико-химических исследований 1,215?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2 этажа 1 подъезда &lt;...&gt; г. (после произведённых физико-химических исследований 0,978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4 этажа 1 подъезда д. 57 по ул. Октябрьская г. Ульяновска массой 1,008 г. (после произведённых физико-химических исследований 1,003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2 этажа 1 подъезда &lt;...&gt; г. (после произведённых физико-химических исследований 1,012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2 этажа 2 подъезда &lt;...&gt; г. (после произведённых физико-химических исследований 0,990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3 этажа 2 подъезда &lt;...&gt; г. (после произведённых физико-химических исследований 0,984 г.); - вещество, содержащее в своем составе наркотическое средство метадон (фенадон, долофин) с элементами упаковки, обнаруженное и изъятое 02.09.2022 г. в ходе осмотра места происшествия на лестничной площадке 3 этажа 1 подъезда &lt;...&gt; г. (после произведённых физико-химических исследований 0,983 г.);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(т.11 л.д.130) – хранить там же при материалах выделенного уголовного дела №*; - вещество, содержащее в своем составе наркотическое средство метадон (фенадон, долофин) с элементами упаковки, обнаруженное и изъятое 30.08.2022 г. в ходе личного досмотра З* массой 3,953 г. (после произведённых физико-химических исследований 3,913? г.); 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579 метрах в северо-восточном направлении от &lt;...&gt; (по координатам 54.269482, 49.586372) массой 0,911 г. (после произведённых физико-химических исследований 0,906 г.); 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538 метрах в северо-восточном направлении от &lt;...&gt; (по координатам 54.269358, 49.586812) массой 0,449 г. (после произведённых физико-химических исследований 0,444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590 метрах в северо-восточном направлении от &lt;...&gt; географические координаты: 54.26978/49.586272) массой 0,442 г. (после произведённых физико-химических исследований 0,437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596 метрах в северо-восточном направлении от &lt;...&gt; (по координат 54.2698, 49.586767) массой 0,445 г. (после произведённых физико-химических исследований 0,440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535 метрах в северо-восточном направлении от &lt;...&gt; (по координатам 54.269402, 49.58683) массой 0,409 г. (после произведённых физико-химических исследований 0,404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540 метрах в северо-восточном направлении от &lt;...&gt; (по координатам 54.269277, 49.586647) массой 0,424 г. (после произведённых физико-химических исследований 0,419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558 метрах в северо-восточном направлении от &lt;...&gt; (по координатам 54.269355, 49.586537) массой 0,448 г. (после произведённых физико-химических исследований 0,443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585 метрах в северо-восточном направлении от &lt;...&gt; (по координатам 54.269645, 49.586367) массой 0,427 г. (после произведённых физико-химических исследований 0,422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593 метрах в северо-восточном направлении от &lt;...&gt; (по координатам 54.2697, 49.586282) массой 0,401 г. (после произведённых физико-химических исследований 0,396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589 метрах в северо-восточном направлении от &lt;...&gt; (по координатам 54.269695, 49.586353) массой 0,418 г. (после произведённых физико-химических исследований 0,413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587 метрах в северо-восточном направлении от &lt;...&gt; (по координатам 54.269658, 49.58638) массой 0,436 г. (после произведённых физико-химических исследований 0,431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555 метрах в северо-восточном направлении от &lt;...&gt; (по координатам 54.269357, 49.586372) массой 0,439 г. (после произведённых физико-химических исследований 0,434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583 метрах в северо-восточном направлении от &lt;...&gt; (по координатам 54.269567, 49.586373) массой 0,415 г. (после произведённых физико-химических исследований 0,410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580 метрах в северо-восточном направлении от &lt;...&gt; (по координатам 54.269568, 49.588315) массой 0,434 г. (после произведённых физико-химических исследований 0,429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568 метрах в северо-восточном направлении от &lt;...&gt; (по координатам 54.26945, 49.586147) массой 0,927 г. (после произведённых физико-химических исследований 0,922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565 метрах в северо-восточном направлении от &lt;...&gt; (по координатам 54.269467, 49.586305) массой 0,419 г. (после произведённых физико-химических исследований 0,414 г.);вещество, содержащее в своем составе наркотическое средство метадон (фенадон, долофин) с элементами упаковки, обнаруженное и изъятое 01.09.2022 г. в ходе осмотра места происшествия на участке местности, расположенном в 570 метрах в северо-восточном направлении от &lt;...&gt; (по координатам 54.269387, 49.586233) массой 0,917 г. (после произведённых физико-химических исследований 0,912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575 метрах в северо-восточном направлении от &lt;...&gt; (по координатам 54.269448, 49.586185) массой 0,452 г. (после произведённых физико-химических исследований 0,447 г.);вещество, содержащее в своем составе наркотическое средство метадон (фенадон, долофин) с элементами упаковки, обнаруженное и изъятое 31.08.2022 г. в ходе осмотра места происшествия на участке местности, расположенном в 600 метрах в северо-восточном направлении от &lt;...&gt; (по координатам 54.269865, 49.586455) массой 0,398 г. (после произведённых физико-химических исследований 0,393 г.),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(т.13 л.д.87) - - вещество, содержащее в своем составе наркотическое средство метадон (фенадон, долофин) с элементами упаковки, массой 8,491 г. (после произведённых физико-химических исследований 8,486? г.); и вещество, содержащее в своем составе наркотическое средство мефедрон (4-метилметкатинон) с элементами упаковки, массой 3,643 г. (после произведённых физико-химических исследований 3,633? г.), обнаруженные и изъятые 30.08.2022 г. в ходе обыска, проведенного по месту жительства И* – в &lt;адрес&gt;; - вещество, содержащее в своем составе наркотическое средство метадон (фенадон, долофин) с элементами упаковки, массой 0,692 г. (после произведённых физико-химических исследований 0,682? г.), обнаруженное и изъятое 30.08.2022 г. в ходе обыска, проведенного по месту жительства Е* – в &lt;адрес&gt;,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(т.15 л.д.69) – хранить там же при материалах выделенного уголовного дела №*; - электронные весы, пакеты Zip-Lock, моток изоленты, блокнот с рукописными записями с остатками наркотического средства метадон (фенадон, долофин), обнаруженные и изъятые 30.08.2022 г. в ходе обыска, проведенного по месту жительства И* – в &lt;адрес&gt;. - электронные весы, 8 мотков изоленты с остатками наркотического средства метадон (фенадон, долофин), обнаруженные и изъятые 30.08.2022 г. в ходе обыска, проведенного по месту жительства Е* – в &lt;адрес&gt;;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(т.15 л.д.70) – уничтожить; - вещество, содержащее в своем составе наркотическое средство метадон (фенадон, долофин) с элементами упаковки, обнаруженное и изъятое 30.08.2022 г. в ходе личного досмотра Е* массой 0,929 г. (после произведённых физико-химических исследований 0,899? г.); - вещество, содержащее в своем составе наркотическое средство метадон (фенадон, долофин) с элементами упаковки, обнаруженное и изъятое 30.08.2022 г. в ходе личного досмотра И* массой 0,991 г. (после произведённых физико-химических исследований 0,961? г.); вещество, содержащее в своем составе наркотическое средство метадон (фенадон, долофин) с элементами упаковки, обнаруженное и изъятое 09.09.2022 г. в ходе осмотра места происшествия на лестничной площадке 8 этажа 1 подъезда д. 6 по б-ру Новосондецкий г. Ульяновска массой 0,549 г. (после произведённых физико-химических исследований 0,544 г.); вещество, содержащее в своем составе наркотическое средство метадон (фенадон, долофин) с элементами упаковки, обнаруженное и изъятое 09.09.2022 г. в ходе осмотра места происшествия на лестничной площадке 6 этажа 1 подъезда д. 6 по б-ру Новосондецкий г. Ульяновска массой 0,346 г. (после произведённых физико-химических исследований 0,341 г.); вещество, содержащее в своем составе наркотическое средство метадон (фенадон, долофин) с элементами упаковки, обнаруженное и изъятое 09.09.2022 г. в ходе осмотра места происшествия на лестничной площадке 8 этажа 14 подъезда д. 1 по пр-ту Врача Сурова г. Ульяновска массой 0,341 г. (после произведённых физико-химических исследований 0,336 г.); вещество, содержащее в своем составе наркотическое средство метадон (фенадон, долофин) с элементами упаковки, обнаруженное и изъятое 09.09.2022 г. в ходе осмотра места происшествия на лестничной площадке между 4 и 5 этажами 14 подъезда д. 1 по пр-ту Врача Сурова г. Ульяновска массой 0,333 г. (после произведённых физико-химических исследований 0,328 г.); вещество, содержащее в своем составе наркотическое средство метадон (фенадон, долофин) с элементами упаковки, обнаруженное и изъятое 09.09.2022 г. в ходе осмотра места происшествия на лестничной площадке между 5 6 этажами 1 подъезда д. 13 по пр-ту Генерала ФИО5 г. Ульяновска массой 0,271 г. (после произведённых физико-химических исследований 0,266 г.), упакованные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(т.15 л.д.82) – хранить там же при материалах выделенного уголовного дела №*; - вещество, содержащее в своем составе наркотическое средство метадон (фенадон, долофин) с элементами упаковки, массой 31,297 г. (после произведённых физико-химических исследований 31,287? г.) и вещество, содержащее в своем составе наркотическое средство мефедрон (4-метилметкатинон) с элементами упаковки, массой 50,627 г. (после произведённых физико-химических исследований 50,607? г.) обнаруженное и изъятое 14.09.2022 г. в ходе личного досмотра Б* упакованное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(т.17 л.д.136) – хранить там же при материалах выделенного уголовного дела №*; - вещество, содержащее в своем составе наркотическое средство мефедрон (4-метилметкатинон) с элементами упаковки, обнаруженное и изъятое 14 февраля 2023 года в ходе проведения осмотра места происшествия на участке местности, расположенном на расстоянии 1,5 км в северо-восточном направлении от дома № 70 по ул. Овражная с. Малая Царевщина Красноярского района Самарской области (по географическим координатам 53.472313, 50.198342) массой 104,721 г. (после произведённых физико-химических исследований 104,711 г.) упакованное в пакет, который опечатан бумажной биркой с пояснительным текстом и оттиском круглой печати «Для справок СЧ СУ УМВД России по Ульяновской области», с подписью заместителя начальника отдела (т.17 л.д.210) – хранить там же при материалах выделенного уголовного дела №*. Приговор может быть обжалован в апелляционном порядке в судебную коллегию по уголовным делам Ульяновского областного суда через Димитровградский городской суд в течение 15 суток со дня провозглашения, а осуждённым в тот же срок со дня вручения копии приговора. В случае подачи апелляционных жалоб или представления осуждённый вправе ходатайствовать о своем участии в рассмотрении уголовного дела судом апелляционной инстанции, а также вправе поручать осуществление своей защиты избранному им защитнику либо ходатайствовать перед судом о назначении защитника. Судья: Н.Ю. Караев Суд: Димитровградский городской суд (Ульяновская область) (подробнее) Судьи дела: Караев Н.Ю. (судья) (подробнее) Судебная практика по: Соучастие, предварительный сговор Судебная практика по применению норм ст. 34, 35 УК РФ Преступное сообщество Судебная практика по применению нормы ст. 210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