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Тверь</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17.10.2024 в период времени с 15 часов 30 минут по 17 часов 30 минут у ФИО3, находящегося в торговом зале магазина «Спортмастер» ООО «Спортмастер», расположенного по адресу: &lt;...&gt;, возник преступный умысел на тайное хищение имущества, принадлежащего ООО «Спортмастер».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надел на себя и, действуя тайно, спрятал под куртку, надетую на нем, следующее имущество, принадлежащее ООО «Спортмастер»: джемпер мужской M NK CLUD+FT PO LBR HOODIE, черного цвета размера S, стоимостью за 1 единицу 15999 рублей 00 копеек по цене реализации. В продолжение задуманного ФИО3, осознавая незаконный характер своих действий, 17.10.2024 в период времени с 15 часов 30 минут по 17 часов 30 минут прошел мимо кассового терминала магазина «Спортмастер» ООО «Спортмастер», расположенного по адресу: &lt;...&gt;, при этом, не предъявляя к оплате и не оплачивая находящееся при нем указанное похищенное имущество, принадлежащее ООО «Спортмастер» на сумму по цене реализации 15999 рублей 00 копеек, после чего покинул помещение указанного магазина и распорядился похищенным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17.10.2024 в период времени с 19 часов 30 минут по 20 часов 30 минут у ФИО3, находящегося в торговом зале магазина «Спортмастер» ООО «Спортмастер», расположенного по адресу: &lt;...&gt;, возник преступный умысел на тайное хищение имущества, принадлежащего ООО «Спортмастер».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надел на себя и, действуя тайно, спрятал под брюки, надетые на нем, следующее имущество, принадлежащее ООО «Спортмастер»: брюки мужские M NSW CLUDJGGR FT, светло-серого цвета размера S, стоимостью за 1 единицу 9999 рублей 00 копеек по цене реализации. В продолжение задуманного ФИО3, осознавая незаконный характер своих действий, 17.10.2024 в период времени с 19 часов 30 минут по 20 часов 30 минут прошел мимо кассового терминала магазина «Спортмастер» ООО «Спортмастер», расположенного по адресу: &lt;...&gt;, при этом, не предъявляя к оплате и не оплачивая находящееся при нем указанное похищенное имущество, принадлежащее ООО «Спортмастер» на сумму по цене реализации 9999 рублей 00 копеек, после чего покинул помещение указанного магазина и распорядился похищенным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Вступившим в законную силу 06.12.2022 постановлением Московского районного суда города Твери от 24.11.2022 ФИО3 был признан виновным в совершении административного правонарушения, предусмотренного ч. 2 ст. 7.27 КоАП РФ, то есть в совершении мелкого хищения чужого имущества стоимостью более одной тысячи рублей, но не более двух тысяч пятисот рублей, в связи с чем, ему было назначено административное наказание в виде административного штрафа на сумму 3000 рублей, который до настоящего момента не оплачен. В этой связи в соответствии со ст. 4.6 КоАП РФ ФИО3 по состоянию на 23.10.2024 являлся лицом, подвергнутым административному наказанию. 23.10.2024 в период времени с 17 часов 00 минут по 19 часов 20 минут у ФИО3, осведомленного о том, что он является лицом, подвергнутым административному наказанию за совершение административного правонарушения, предусмотренного ч. 2 ст. 7.27 КоАП РФ, и находящегося в торговом зале гипермаркета «Глобус» ООО «Гиперглобус», расположенного по адресу: &lt;...&gt;, возник прямой преступный умысел, направленный на тайное хищение товаров, выставленных в свободную продажу в вышеуказанном магазине, принадлежащих ООО «Гиперглобус». Реализуя задуманное, действуя из корыстных побуждений, ФИО3, находясь в указанное время в указанном месте, убедившись, что за его преступными действиями никто не наблюдает, подошел к стеллажам с выставленными на них в свободную продажу продуктами питания, откуда противоправно и безвозмездно с целью хищения изъял и взял в руку следующее имущество, принадлежащее ООО «Гиперглобус»: упаковку колбасы Итальянская с\к Ремит, весом 0,751 кг, стоимостью по розничной цене за 1 упаковку 1562 рубля 00 копеек (стоимость за 1 кг 2079 рублей 90 копеек). В продолжение реализации задуманного ФИО3 направился к выходу из магазина, и не позднее 19 часов 20 минут прошел через кассовый терминал гипермаркета «Глобус» ООО «Гиперглобус», расположенного по адресу: &lt;...&gt;, не предъявляя к оплате и не оплачивая находящееся при нем указанное похищенное имущество, принадлежащее ООО «Гиперглобус», на сумму 1562 рубля 00 копеек, однако, довести свой преступный умысел до конца ФИО3 не смог по независящим от него обстоятельствам, так как был задержан сотрудниками магазина. В случае доведения ФИО3 преступления до конца ООО «Гиперглобус» был бы причинен материальный ущерб в размере 1562 рубля 00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03.11.2024 в период времени с 15 часов 30 минут по 17 часов 00 минут у ФИО3, находящегося в торговом зале магазина «Спортмастер» ООО «Спортмастер», расположенного по адресу: &lt;...&gt;, возник преступный умысел на тайное хищение имущества, принадлежащего ООО «Спортмастер».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и, действуя тайно, надел на себя, следующее имущество принадлежащее ООО «Спортмастер»: пару мужских кед COURT VISION LOW NEXT NATURE черно-белого цвета р. 9.5, стоимостью за 1 единицу 11665 рублей 83 копейки по цене реализации. В продолжение задуманного ФИО3, осознавая незаконный характер своих действий, 03.11.2024 в период времени с 15 часов 30 минут по 17 часов 00 минут прошел мимо кассового терминала магазина «Спортмастер» ООО «Спортмастер», расположенного по адресу: &lt;...&gt;, при этом, не предъявляя к оплате и не оплачивая находящееся при нем указанное похищенное имущество, принадлежащее ООО «Спортмастер» на сумму по цене реализации 11665 рублей 83 копейки, после чего покинул помещение указанного магазина и распорядился похищенным по своему усмотрению.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16.11.2024 в период времени с 17 часов 00 минут по 19 часов 30 минут у ФИО3, находящегося в торговом зале магазина «Спортмастер» ООО «Спортмастер», расположенного по адресу: &lt;...&gt;, возник преступный умысел на тайное хищение имущества, принадлежащего ООО «Спортмастер».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и, действуя тайно, надел на себя, следующее имущество принадлежащее ООО «Спортмастер»: пару мужских кед COURT VISION LOW NEXT NATURE черно-белого цвета р. 10, стоимостью за 1 единицу 11665 рублей 83 копейки по цене реализации. В продолжение задуманного ФИО3, осознавая незаконный характер своих действий, 16.11.2024 в период времени с 17 часов 00 минут по 19 часов 30 минут прошел мимо кассового терминала магазина «Спортмастер» ООО «Спортмастер» расположенного по адресу: &lt;...&gt;, при этом, не предъявляя к оплате и не оплачивая находящееся при нем указанное похищенное имущество, принадлежащее ООО «Спортмастер» на сумму по цене реализации 11665 рублей 83 копейки, после чего покинул помещение указанного магазина и распорядился похищенным по своему усмотрению.</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Вступившим в законную силу 06.12.2022 постановлением Московского районного суда города Твери от 24.11.2022 ФИО3 был признан виновным в совершении административного правонарушения, предусмотренного ч. 2 ст. 7.27 КоАП РФ, то есть в совершении мелкого хищения чужого имущества стоимостью более одной тысячи рублей, но не более двух тысяч пятисот рублей, в связи с чем, ФИО3 было назначено административное наказание в виде административного штрафа на сумму 3000 рублей, который до настоящего момента не оплачен. В этой связи в соответствии со ст. 4.6 КоАП РФ ФИО3 по состоянию на 23.11.2024 являлся лицом, подвергнутым административному наказанию. 23.11.2024 в период времени с 15 часов 00 минут по 17 часов 00 минут у ФИО3, осведомленного о том, что он является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и находящегося в торговом зале магазина «СИН» ООО «РЕ Трейдинг», расположенного по адресу: &lt;...&gt;, возник преступный умысел на тайное хищение имущества, принадлежащего ООО «РЕ Трейдинг».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и, действуя тайно, спрятал в рюкзак синего цвета, находящийся при нем, следующее имущество, принадлежащее ООО «РЕ Трейдинг»: шапку мужскую (4323А58Х-ONE), стоимостью за 1 единицу 499 рублей 00 копеек по цене реализации. В продолжение задуманного ФИО3, осознавая незаконный характер своих действий, 23.11.2024 в период времени с 15 часов 00 минут по 17 часов 00 минут прошел мимо кассового терминала магазина «СИН» ООО «РЕ Трейдинг» расположенного по адресу: &lt;...&gt;, при этом, не предъявляя к оплате и не оплачивая находящегося при нем указанного похищенного имущества, принадлежащего ООО «РЕ Трейдинг» на сумму по цене реализации 499 рублей 00 копеек, после чего покинул помещение указанного магазина и распорядился похищенным по своему усмотрению.</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Вступившим в законную силу 06.12.2022 постановлением Московского районного суда города Твери от 24.11.2022 ФИО3 был признан виновным в совершении административного правонарушения, предусмотренного ч. 2 ст. 7.27 КоАП РФ, то есть в совершении мелкого хищения чужого имущества стоимостью более одной тысячи рублей, но не более двух тысяч пятисот рублей, в связи с чем, ФИО3 было назначено административное наказание в виде административного штрафа на сумму 3000 рублей, который до настоящего момента не оплачен. В этой связи в соответствии со ст. 4.6 КоАП РФ ФИО3 по состоянию на 24.11.2024 являлся лицом, подвергнутым административному наказанию. 24.11.2024 в период времени с 17 часов 20 минут по 18 часов 00 минут у ФИО3, осведомленного о том, что он является лицом, подвергнутым административному наказанию за совершение мелкого хищения чужого имущества стоимостью более одной тысячи рублей, но не более двух тысяч пятисот рублей, и находящегося в торговом зале магазина «СИН» ООО «РЕ Трейдинг» расположенного по адресу: &lt;...&gt;, возник преступный умысел на тайное хищение имущества, принадлежащего ООО «РЕ Трейдинг». Реализуя задуманное, находясь в указанное время в указанном месте, ФИО3 подошел к стеллажам, на которые в свободную продажу были выставлены товары, откуда с целью хищения противоправно и безвозмездно изъял, и, действуя тайно, надел на себя, спрятав под куртку, надетую на нем, следующее имущество, принадлежащее ООО «РЕ Трейдинг»: толстовку мужскую (637AW-99X-M), стоимостью за 1 единицу 1999 рублей 00 копеек по цене реализации. В продолжение задуманного ФИО3, осознавая незаконный характер своих действий, 24.11.2024 в период времени с 17 часов 20 минут по 18 часов 00 минут прошел мимо кассового терминала магазина «СИН» ООО «РЕ Трейдинг», расположенного по адресу: &lt;...&gt;, при этом, не предъявляя к оплате и не оплачивая находящегося при нем указанного похищенного имущества, принадлежащего ООО «РЕ Трейдинг» на сумму по цене реализации 1999 рублей 00 копеек, после чего покинул помещение указанного магазина и распорядился похищенным по своему усмотрению. Подсудимый ФИО3 в судебном заседании заявил о полном признании вины по предъявленному обвинению по всем предъявленным ему эпизодам. Добровольно отвечая на вопрос суда, подсудимый показал, что полностью согласен с обстоятельствами совершения преступлений, изложенными в обвинительном акте, и их не оспаривает. От дачи дальнейших показаний в судебном заседании подсудимый ФИО3 отказался, воспользовавшись ст. 51 Конституции РФ, указав при этом, что в содеянном он чистосердечно раскаивается. Из протоколов допроса ФИО3 в качестве подозреваемого в ходе дознания в присутствии его защитника, оглашенных в судебном заседании в соответствии с п. 3 ч. 1 ст. 276 УПК РФ , следует, что по всем фактам совершения хищений имущества, в которых он подозревается, свою вину он признает полностью, в содеянном раскаивается, обязуется более подобного не совершать. От дальнейшей дачи показаний на основании ст. 51 Конституции РФ отказался (т. 1 л.д. 222-225, 227-230). В судебном заседании, после оглашения данных показаний подсудимый ФИО3 подтвердил их, пояснив, что они соответствуют действительности, свою вину в совершении указанных выше преступлений он признает полностью, в содеянном чистосердечно раскаивается. Указанные показания ФИО3 суд находит достоверными, поскольку они согласуются с совокупностью собранных на стадии дознания доказательств, проверенных в ходе судебного следствия, поэтому именно эти показания ФИО3 положены судом в основу обвинительного приговора. Кроме полного признания подсудимым ФИО3 своей вины, его вина в предъявленном обвинении нашла свое полное подтверждение в показаниях представителей потерпевших и свидетелей. Из показаний представителя потерпевшего ФИО4, данных в ходе дознания и исследованных в судебном заседании с согласия сторон в порядке ч. 1 ст. 281 УПК РФ , установлено, что он работает в должности руководителя группы по предотвращению потерь ООО «Спортмастер», которое является крупной компанией, занимающейся розничной продажей спортивных товаров. Магазины данной организации носят название «Спортмастер» и располагаются по всей территории Российской Федерации, в том числе и в городе Твери. Один из таких магазинов располагается по адресу: &lt;...&gt;. На основании выданной ему доверенности он имеет право представлять интересы ООО «Спортмастер» в органах внутренних дел и судах. В его должностные обязанности входит осуществление экономической безопасности, сохранность товарно-материальных ценностей организации. Магазин «Спортмастер», расположенный по вышеуказанному адресу, работает с 10 часов 00 минут по 22 часа 00 минут. Магазин осуществляет розничную продажу спортивных товаров. Указанный магазин оборудован камерами видеонаблюдения, которые расположены по всему периметру магазина. Магазин имеет сотрудников охраны, а также вход/выход магазина оборудован противокражными рамками. 22.11.2024 в вечернее время он находился на рабочем месте в магазине «Спортмастер» по адресу: &lt;...&gt;, просматривал записи камер видеонаблюдения. На записях с видеокамер он увидел, что 17.10.2024 около 15 часов 59 минут в торговый зал вышеуказанного магазина вошел ранее ему неизвестный мужчина, на вид около 25-30 лет. ФИО8 прошел к стеллажам с джемперами. Данный мужчина взял со стеллажа 4 вещи и прошел с ними в примерочную магазина. Через непродолжительное время тот вышел из примерочной, а далее из магазина, при этом никакой товар мужчина не оплачивал. 17.10.2024 после ухода данного мужчины была осмотрена примерочная, в примерочной находилось три джемпера, а четвертый джемпер мужской M NK CLUD+FT PO LBR HOODIE, черного цвета размера S, стоимостью 15999 рублей 00 копеек по цене реализации товара отсутствовал. Далее было написано заявление в Московский отдел полиции. От сотрудников полиции ему стало известно, что мужчиной, который похитил мужской джемпер, является ФИО3. Ущерб ООО «Спортмастер» от противоправных действий ФИО3 составил 15999 рублей 00 копеек. 17.10.2024 около 19 часов 45 минут в торговый зал вышеуказанного магазина вошел мужчина (ФИО3), но на нем уже была надета шапка и другая куртка, при себе у него было три полиэтиленовых пакета. ФИО8 прошел в отдел одежды. Данный мужчина взял со стеллажа 2 мужских брюк и также прошел с ними в примерочную магазина. Через непродолжительное время тот вышел из примерочной, а далее из магазина, при этом никакой товар мужчина не оплачивал. 17.10.2024 после ухода данного мужчины была осмотрена примерочная, в примерочной находились одни мужские брюки. Таким образом, были похищены брюки мужские M NSW CLUDJGGR FT, светло-серого цвета размера S, стоимостью 9999 рублей 00 копеек по цене реализации товара. Далее было написано заявление в Московский отдел полиции. Ущерб ООО «Спортмастер» от противоправных действий ФИО3 составил 9999 рублей 00 копеек. 03.11.2024 около 15 часов 53 минут в торговый зал вышеуказанного магазина вошел ФИО3, при себе имел трикотажный рюкзак. ФИО3 прошел к стеллажам с обувью. Взял со стеллажа одну пару мужских кед COURT VISION LOW NEXT NATURE черно белого цвета р. 9.5, стоимостью 11665 рублей 83 копейки по цене реализации товара. Далее в торговом зале магазина тот снял свою обувь и надел новые кеды себе на ноги, а свою личную обувь убрал в рюкзак, который находился при нем. Далее ФИО3 прошел мимо кассового терминала ничего не оплатив, противокражные рамки не сработали. Далее мужчина вышел на улицу. По данному факту им было написано заявление в полицию. Ущерб ООО «Спортмастер» от противоправных действий ФИО3 составил 11665 рублей 83 копейки. 16.11.2024 около 18 часов 19 минут в торговый зал вышеуказанного магазина вошел ФИО3, при себе имел трикотажный рюкзак. ФИО3 прошел к стеллажам с обувью. Взял со стеллажа одну пару мужских кед COURT VISION LOW NEXT NATURE черно белого цвета р. 10, стоимостью 11665 рублей 83 копейки по цене реализации товара. Далее в торговом зале магазина, тот снял свою обувь и надел новые кеды себе на ноги, а свою личную обувь убрал в рюкзак, который находился при нем. Далее ФИО3 прошел мимо кассового терминала ничего не оплатив, противокражные рамки не сработали. Далее мужчина вышел на улицу. По данному факту им было написано заявление в полицию. Ущерб ООО «Спортмастер» от противоправных действий ФИО3 составил 11665 рублей 83 копейки. До настоящего времени ФИО3 ущерб не возмещен. В указанном магазине по всему периметру установлены камеры видеонаблюдения, вышеуказанный факт хищения имущества из магазина также был установлен и зафиксирован по камерам видеонаблюдения. Видеозаписи в последующем перекопированы на DVD-R диски, которые были изъяты протоколом осмотра места происшествия. Во всех справках об ущербе цены указаны по цене реализации товара. Товарные накладные на похищенное имущество предоставлены внутренние, поэтому цены в них указаны также по цене реализации (т. 1 л.д. 190-193). Из показаний представителя потерпевшего ФИО5, данных в ходе дознания и исследованных в судебном заседании с согласия сторон в порядке ч. 1 ст. 281 УПК РФ , установлено, что с 13.07.2020 по настоящее время он работает в должности менеджера по безопасности в ООО «Гиперглобус», расположенном по адресу: &lt;...&gt;. В его должностные обязанности входит осуществление экономической безопасности гипермаркета, на основании доверенности представление интересов организации в органах внутренних дел и судах. Гипермаркет «Глобус» расположен по адресу: &lt;...&gt;. Гипермаркет оборудован камерами видеонаблюдения. График работы гипермаркета для посетителей с 08 часов до 24 часов, а так гипермаркет работает круглосуточно. У его организации заключены договоры с различными организациями о предоставлении услуг по уборке, погрузке, разгрузке, выкладке товаров. Выкладка товаров происходит круглосуточно, также как и погрузка, разгрузка, уборка гипермаркета. В гипермаркете установлены камеры видеонаблюдения, для обеспечения безопасности в магазине и сохранности товарно-материальных ценностей. 23.10.2024 около 19 часов 30 минут он находился на своем рабочем месте в вышеуказанном гипермаркете, узнал от сотрудника безопасности ООО «Гиперглобус» ФИО6, что им был задержан гражданин, который пытался совершить хищение товарно-материальных ценностей, принадлежащих ООО «Гиперглобус». ФИО6 пояснил, что по камерам видеонаблюдения им было установлено, что 23.10.2024 около 18 часов 30 минут в торговый зал вышеуказанного гипермаркета по указанному адресу зашел мужчина, на вид около 30-35 лет, который ходил по торговому залу магазина и рассматривал различный товар, выставленный в свободную продажу. ФИО8 в руки взял одну упаковку колбасы. Далее мужчина прошел на территорию касс, держа в руках колбасу, не оплатив товар, прошел кассовую зону и направился в сторону выхода из магазина. После чего ФИО6 подошел к данному мужчине и попросил его пройти в служебное помещение. В служебном помещении мужчина сам лично положил на стол одну упаковку колбасы Итальянская с\к Ремит, весом 0,751 кг, стоимостью по розничной цене 1562 рубля 00 копеек (стоимость за 1 кг 2079 рублей 90 копеек). Далее были вызваны сотрудники полиции, данный гражданин был передан им и доставлен в Московский отдел полиции для дальнейшего разбирательства. В последующем от сотрудников полиции ему стало известно, что данным мужчиной является ФИО3, ДД.ММ.ГГГГ года рождения. Каких-либо подтверждающих документов о том, что производилась оплата вышеуказанного имущества, данный гражданин также предоставить не смог. Отрицать то, что пытался похитить указанное имущество, он не стал. Данный факт попытки хищения зафиксирован камерами видеонаблюдения, установленными в торговом зале, в последующем видеозапись по техническим причинам не сохранилась. До приезда сотрудников полиции изъятый у мужчины товар, который он пытался похитить, принадлежащий ООО «Гиперглобус», был возвращен на витрины торгового зала и затем реализован покупателям. Бирки и ценники с данного товара, так как они были повреждены, выкинули. В случае доведения до конца ФИО3 своего преступного умысла, направленного на хищение товара ООО «Гиперглобус» был бы причинен материальный ущерб на общую сумму 1562 рубля 00 копеек. В справке об ущербе стоимость товара указана также по розничной цене (цена реализации товара) (т. 1 л.д. 173-176). Из показаний представителя потерпевшего ФИО7, данных в ходе дознания и исследованных в судебном заседании с согласия сторон в порядке ч. 1 ст. 281 УПК РФ установлено, что она работает в должности директора магазина «СИН» ООО «РЕ Трейдинг». Магазины данной организации располагаются по всей территории Российской Федерации, в том числе и в городе Твери. Один из таких магазинов располагается по адресу: &lt;...&gt;. На основании выданной ей доверенности она имеет право представлять интересы ООО «РЕ Трейдинг» в органах внутренних дел и судах. В ее должностные обязанности входит осуществление экономической безопасности, сохранность товарно-материальных ценностей организации. Магазин «СИН», расположенный по вышеуказанному адресу работает с 10 часов 00 минут по 22 часа 00 минут. Магазин осуществляет розничную продажу одежды и аксессуаров. Указанный магазин оборудован камерами видеонаблюдения, которые расположены по всему периметру магазина. Магазин имеет сотрудников охраны, а также вход/выход магазина оборудован противокражными рамками. 24.11.2024 в вечернее время, она находилась на рабочем месте в магазине «СИН» по адресу: &lt;...&gt;, в торговом зале. Она увидела, что 24.11.2024 около 17 часов 20 минут в торговый зал вышеуказанного магазина вошел ранее ей неизвестный мужчина, на вид около 30 лет. ФИО8 прошел к стеллажам с джемперами, свитерами. Данный мужчина взял со стеллажа три толстовки мужских и направился в примерочную. Ей данный мужчина показался подозрительным, и она решила за ним понаблюдать. В примерочной мужчина находился около 10 минут, затем вышел из нее. Выйдя из примерочной, он повесил две толстовки на стеллаж. И вышел из торгового зала, ничего не оплатив. После его ухода она сразу прошла в примерочную, где находился мужчина, но третий мужской толстовки там не было. Таким образом, мужчина похитил толстовку мужскую (637AW-99X-M), стоимостью 1999 рублей 00 копеек по цене реализации товара. Далее было написано заявление в Московский отдел полиции. От сотрудников полиции ей стало известно, что мужчиной, который похитил мужскую толстовку, является ФИО3. Ущерб ООО «РЕ Трейдинг» от противоправных действий ФИО3 составил 1999 рублей 00 копеек. После случившегося она начала просматривать записи с камер видеонаблюдения и обнаружила, что 23.11.2024 около 16 часов 22 минут в торговый зал вышеуказанного магазина вошел мужчина (ФИО3). ФИО8 прошел в отдел одежды. ФИО3 подошел к стеллажу с шапками и начал мерить разные шапки. Далее он взял со стеллажа рюкзак синего цвета, прошел на кассу, оплатил его, после чего снова подошел к стеллажу с шапками, взял одну шапку и прошел с ней в зону, где камеры не фиксируют запись, далее вышел из магазина, не оплатив шапку. Она поняла, что он спрятал в рюкзак и таким образом похитил шапку мужскую (4323А58Х-ONE) стоимостью 499 рублей 00 копеек по цене реализации товара. По данному факту также было написано заявление в Московский отдел полиции. Ущерб ООО «РЕ Трейдинг» от противоправных действий ФИО3 составил 499 рублей 00 копеек. До настоящего времени ФИО3 ущерб не возмещён. В справках об ущербе стоимость товара указана по розничной цене (цена реализации товара). В объяснении от 25.11.2024 она ошибочно указала дату 24.11.2024. В указанном магазине по всему периметру установлены камеры видеонаблюдения, вышеуказанный факт хищения имущества из магазина также был установлен и зафиксирован по камерам видеонаблюдения, видеозаписи в последующем перекопированы на DVD-R диски (т. 1 л.д. 200-203). Из показаний свидетеля ФИО1, данных в ходе дознания и исследованных в судебном заседании с согласия сторон в порядке ч. 1 ст. 281 УПК РФ , установлено, что он работает в должности специалиста по безопасности в гипермаркете «Глобус» ООО «Гиперглобус», который расположен по адресу: &lt;...&gt;. В его должностные обязанности входит сохранность товарно-материальных ценностей, предотвращение потерь. 23.10.2024 года в 09 часов 00 минут он заступил на рабочую смену, смена длится 12 часов. Около 18 часов 00 минут при просмотре камер видеонаблюдения заметил подозрительного мужчину, на вид около 30-35 лет, который ходил по торговому залу магазина, рассматривал различный товар. Далее тот прошел в отдел с колбасами взял одну упаковку колбасы, в отделе с сырами взял два плавленых сырка. Все товары он держал в руках. Далее через некоторое время данный молодой человек прошел на кассы, там оплатил два плавленых сырка, а колбасу не оплатил, после чего направился к выходу из магазина. В этот момент он подошел к мужчине, попросил пройти в служебное помещение, на что тот согласился. Там он спросил мужчину, имеется ли у него неоплаченный товар, мужчина сказал, что он не оплатил колбасу и положил ее на стол. Далее были вызваны сотрудники полиции, а данный гражданин был передан им и доставлен в Московский отдел полиции для дальнейшего разбирательства. В последующем от сотрудников полиции ему стало известно, что данным мужчиной является ФИО3, ДД.ММ.ГГГГ года рождения. Каких-либо подтверждающих документов о том, что производилась оплата вышеуказанного имущества, данный гражданин также предоставить не смог. Отрицать то, что пытался похитить указанное имущество он не стал (т. 1 л.д. 177-179). Из показаний свидетеля ФИО2, данных в ходе дознания и исследованных в судебном заседании с согласия сторон в порядке ч. 1 ст. 281 УПК РФ , установлено, что в настоящее время она работает в должности продавца-кассира магазина «СИН» ООО «РЕ Трейдинг». Магазины данной организации располагаются по всей территории Российской Федерации, в том числе и в городе Твери. Один из таких магазинов располагается по адресу: &lt;...&gt;, и работает с 10 часов 00 минут по 22 часа 00 минут. Магазин осуществляет розничную продажу одежды и аксессуаров. Указанный магазин оборудован камерами видеонаблюдения, которые расположены по всему периметру магазина. Магазин имеет сотрудников охраны, а также вход/выход магазина оборудован противокражными рамками. 24.11.2024 в вечернее время, она находилась на рабочем месте в магазине «СИН» по адресу: &lt;...&gt;, в торговом зале. 24.11.2024 около 18 часов 00 минут, к ней подошла директор магазина ФИО7 и сообщила, что 24.11.2024 около 17 часов 20 минут в торговый зал магазина вошел неизвестный мужчина, на вид около 30 лет, который прошел к стеллажам с джемперами, свитерами. Данный мужчина взял со стеллажа три толстовки мужских и направился в примерочную. В примерочной мужчина находился около 10 минут, затем вышел из нее. Выйдя из примерочной, он повесил две толстовки на стеллаж и вышел из торгового зала, ничего не оплатив. В примерочной никаких вещей после мужчины не осталось. Таким образом, мужчина похитил толстовку мужскую (637AW-99X-M), стоимостью 1999 рублей 00 копеек по цене реализации товара. Далее ею было написано заявление в Московский отдел полиции. От сотрудников полиции ей стало известно, что мужчиной, который похитил мужскую толстовку, является ФИО3. После случившегося она совместно с ФИО7 просмотрела записи с камер видеонаблюдения, было обнаружено, что 23.11.2024 около 16 часов 22 минут в торговый зал вышеуказанного магазина вошел мужчина (ФИО3). ФИО8 прошел в отдел одежды, подошел к стеллажу с шапками и начал мерить разные шапки. Далее он взял со стеллажа рюкзак синего цвета, прошел на кассу, оплатил его, после чего снова подошел к стеллажу с шапками, взял одну шапку и прошел с ней в зону, где камеры не фиксируют запись, далее вышел из магазина, не оплатив шапку. Было понятно, что шапку он спрятал в рюкзак, находившийся при нем, и таким образом похитил шапку мужскую (4323А58Х-ONE) стоимостью 499 рублей 00 копеек по цене реализации товара. По данному факту также было написано заявление в Московский отдел полиции (т. л.д. 204-206). Вина подсудимого ФИО3 в инкриминируемых ему деяниях также подтверждается письменными материалами уголовного дела.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эпизодам краж имущества ООО «Спортмастер»: - телефонным сообщением от 22.11.2024 о том, что по камерам видеонаблюдения обнаружены факты краж: 17.10.2024, 03.11.2024, 16.11.2024 по адресу: &lt;...&gt;, «Спортмастер» (т. 1 л.д. 65); - заявлением ФИО4 от 22.11.2024, в котором последний просит провести проверку в отношении неустановленного лица, которое 03.11.2024 в период времени с 15 часов 53 минут по 16 часов 22 минут, находясь в помещении магазина «Спортмастер», расположенного по адресу: &lt;...&gt;, совершило хищение ТМЦ на общую сумму 11665 рублей 83 копеек по розничной цене (т. 1 л.д. 66); - заявлением ФИО4 от 22.11.2024, в котором последний просит провести проверку в отношении неустановленного лица, которое 17.10.2024 в период времени с 15 часов 59 минут по 16 часов 32 минут, находясь в помещении магазина «Спортмастер», расположенного по адресу: &lt;...&gt;, совершило хищение ТМЦ на общую сумму 15999 рублей 00 копеек по розничной цене (т. 1 л.д. 76); - заявлением ФИО4 от 22.11.2024, в котором последний просит провести проверку в отношении неустановленного лица, которое 17.10.2024 в период времени с 19 часов 46 минут по 20 часов 20 минут, находясь в помещении магазина «Спортмастер», расположенного по адресу: &lt;...&gt;, совершило хищение ТМЦ на общую сумму 9999 рублей 00 копеек по розничной цене (т. 1 л.д. 82); - заявлением ФИО4 от 22.11.2024, в котором последний просит провести проверку в отношении неустановленного лица, которое 16.11.2024 в период времени с 18 часов 19 минут по 18 часов 34 минут, находясь в помещении магазина «Спортмастер», расположенного по адресу: &lt;...&gt;, совершило хищение ТМЦ на общую сумму 11665 рублей 83 копеек по розничной цене (т. 1 л.д. 88); - протоколом осмотра места происшествия от 24.01.2025, в котором зафиксирован осмотр торгового зала магазина «Спортмастер», расположенного по адресу: &lt;...&gt;. С места происшествия изъяты 4 DVD-R диска (т. 1 л.д. 67-70); - справкой об ущербе, на основании которой установлено, что от хищения имущества 03.11.2024 ФИО3 ООО «Спортмастер» причинен материальный ущерб на сумму 11665 рублей 83 копейки (т. 1 л.д. 71); - справкой об ущербе, на основании которой установлено, что от хищения имущества 17.10.2024 ФИО3 ООО «Спортмастер» причинен материальный ущерб на сумму 15999 рублей 00 копеек (т. 1 л.д. 77); - справкой об ущербе, на основании которой установлено, что от хищения имущества 17.10.2024 ФИО3 ООО «Спортмастер» причинен материальный ущерб на сумму 9999 рублей 00 копеек (т. 1 л.д. 83); - справкой об ущербе, на основании которой установлено, что от хищения имущества 16.11.2024 ФИО3 ООО «Спортмастер» причинен материальный ущерб на сумму 11665 рублей 83 копеек (т. 1 л.д. 89); - протоколом осмотра предметов от 12.04.2025, в котором зафиксирован осмотр изъятых в ходе осмотра места происшествия от 24.01.2025 DVD-R дисков с видеозаписями из магазина «Спортмастер» ООО «Спортмастер», расположенного по адресу: &lt;...&gt;, за 17.10.2024, 03.11.2024, 16.11.2024. Указанные DVD-R диски признаны вещественными доказательствами и хранятся при уголовном деле (т. 1 л.д. 140-160, 161-162, 163, 164, 165, 166).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покушения на мелкое хищение имущества гипермаркета «Глобус»: - заявлением ФИО5 от 23.10.2024, в котором последний просит привлечь к установленной законом ответственности неизвестное лицо, которое 23.10.2024 в 18 часов 30 минут, похитило из торгового зала гипермаркета «Глобус», расположенного по адресу: &lt;...&gt; (т. 1 л.д. 51); - протоколом осмотра места происшествия от 28.10.2024 с фототаблицей к нему, в которых зафиксирован осмотр торгового зала гипермаркета «Глобус», расположенного по адресу: &lt;...&gt;. С места происшествия ничего не изъято (т. 1 л.д. 52, 53); - справкой об ущербе, на основании которой установлено, что в случае хищения имущества ФИО3 23.10.2024 ООО «Гиперглобус» был бы причинен материальный ущерб на сумму 1562 рубля 00 копеек (т. 1 л.д. 54); - копией постановления Московского районного суда города Твери от 24.11.2022, согласно которому ФИО3 был признан виновным в совершении административного правонарушения, предусмотренного ч. 2 ст. 7.27 КоАП РФ, то есть в совершении мелкого хищение чужого имущества стоимостью более одной тысячи рублей, но не более двух тысяч пятисот рублей, в связи с чем, ФИО3 было назначено административное наказание в виде административного штрафа в размере 3000 рублей. Постановление вступило в законную силу 06.12.2022. Административный штраф не оплачен (т. 1 л.д. 113-116, 118).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эпизодам мелких хищений имущества ООО «РЕ Трейдинг»: - заявлением ФИО2 от 24.11.2024, в котором последняя просит провести проверку в отношении неустановленного лица, которое 23.11.2024 в период времени с 16 часов 52 минут по 17 часов 00 минут, находясь в помещении магазина «СИН», расположенного по адресу: &lt;...&gt;, совершило хищение ТМЦ на общую сумму 499 рублей 00 копеек по розничной цене (т. 1 л.д. 99); - заявлением ФИО2 от 24.11.2024, в котором последняя просит провести проверку в отношении неустановленного лица, которое 24.11.2024 в период времени с 17 часов 21 минуты по 17 часов 36 минут, находясь в помещении магазина «СИН», расположенного по адресу: &lt;...&gt;, совершило хищение ТМЦ на общую сумму 1999 рублей 00 копеек по розничной цене (т. 1 л.д. 107); - протоколом осмотра места происшествия от 27.01.2025, в котором зафиксирован осмотр торгового зала магазина «СИН», расположенного по адресу: &lt;...&gt;. С места происшествия изъяты 2 DVD-R диска (т. 1 л.д. 101-104); - справкой об ущербе, на основании которой установлено, что от хищения имущества 23.11.2024 ФИО3 ООО «РЕ Трейдинг» причинен материальный ущерб на сумму 499 рублей 00 копеек (т. 1 л.д. 100); - справкой об ущербе, на основании которой установлено, что от хищения имущества 24.11.2024 ФИО3 ООО «РЕ Трейдинг» причинен материальный ущерб на сумму 1999 рублей 00 копеек (т. 1 л.д. 108); - протоколом осмотра предметов от 12.04.2025 с фототаблицей к нему, в которых зафиксирован осмотр изъятых в ходе осмотра места происшествия от 27.01.2025 DVD-R дисков с видеозаписями из магазина «СИН» ООО «РЕ Трейдинг», расположенного по адресу: &lt;...&gt;, за 23.11.2024, 24.11.2024. Указанные DVD-R диски признаны вещественными доказательствами и хранятся при уголовном деле (т. 1 л.д. 140-160, 161-162, 167, 168); - копией постановления Московского районного суда города Твери от 24.11.2022, согласно которому ФИО3 был признан виновным в совершении административного правонарушения, предусмотренного ч. 2 ст. 7.27 КоАП РФ, то есть в совершении мелкого хищение чужого имущества стоимостью более одной тысячи рублей, но не более двух тысяч пятисот рублей, в связи с чем, ФИО3 было назначено административное наказание в виде административного штрафа в размере 3000 рублей. Постановление вступило в законную силу 06.12.2022. Административный штраф не оплачен (т. 1 л.д. 113-116, 118). Анализируя собранные по делу доказательства, как в отдельности, так и в совокупности, суд приходит к выводу, что вина подсудимого ФИО3 в совершении преступлений доказана полностью. Суд признает все доказательства, приведенные выше, допустимыми, поскольку они получены в соответствии с требованиями УПК РФ. Нарушений уголовно-процессуального закона в ходе дознания по делу, равно как и обстоятельств, свидетельствующих о каком-либо ограничении прав подсудимого, на досудебной стадии производства по делу, не установлено. Приведенным выше письменным доказательствам суд доверяет, поскольку они последовательны, получены с соблюдением положений уголовно-процессуального закона, содержат сведения об обстоятельствах, имеющих значение для дела, согласно положениям ст. 73 УПК РФ , существенных противоречий не имеют. Показания представителей потерпевших ФИО4, ФИО5, ФИО7, свидетелей ФИО1, ФИО2 суд находит достоверными и доверяет им, поскольку они являются последовательными, подробными, не имеющими противоречий. Показания представителей потерпевших и свидетелей подтверждаются письменными доказательствами, согласуются с показаниями подсудимого. Обстоятельств, свидетельствующих о наличии оснований у представителей потерпевших и свидетелей для оговора подсудимого, судом не установлено, как не установлено наличие неприязненных отношений между подсудимым, представителями потерпевших и свидетелями. При этом суд принимает во внимание, что подсудимый не оспаривал своей вины в совершении вышеуказанных преступлений. Не имеется у суда и оснований полагать, что ФИО3 по какой-либо причине оговорил себя в совершении преступлений. Об умысле подсудимого, направленном на совершение тайных хищений имущества, явившегося предметом хищений, принадлежащего потерпевшим ООО «Спортмастер», ООО «Гиперглобус», ООО «РЕ Трейдинг», по мотиву корысти, по всем эпизодам свидетельствует целенаправленность действий ФИО3 на завладение указанным имуществом потерпевших, при этом ФИО3 осознавал, что указанное имущество обладает материальной ценностью и не находится в его собственности, тем не менее безвозмездно тайно изъял указанное имущество у собственников. Принадлежность похищенного имущества потерпевшим и размер ущерба подтверждаются доказательствами, имеющимися в материалах дела, что стороной защиты по существу не оспаривается. Преступления, совершенные ФИО3 в отношении потерпевших ООО «Спортмастер» и ООО «РЕ Трейдинг», являются оконченными, поскольку ФИО3 довел свой преступный умысел до конца, распорядившись похищенным имуществом по своему усмотрению, а преступление, совершенное ФИО3 в отношении потерпевшего ООО «Гиперглобус», является неоконченным – покушением на преступление, поскольку довести свой преступный умысел до конца ФИО3 не смог по независящим от него обстоятельствам, так как был задержан сотрудниками магазина. На момент совершения преступлений в отношении потерпевших ООО «Гиперглобус» и ООО «РЕ Трейдинг» ФИО3 осознавал и понимал, что вступившим в законную силу 06.12.2022 постановлением суда он признан виновным в совершении административного правонарушения, предусмотренного ч. 2 ст. 7.27 КоАП РФ, а поскольку на момент совершения преступлений не истек один год со дня исполнения наказания в виде административного штрафа за совершение указанного административного правонарушения, в силу ст. 4.6 КоАП РФ ФИО3 являлся лицом, подвергнутым административному наказанию. Оценивая представленные стороной обвинения доказательства, суд находит, что они собраны и закреплены в соответствии с действующим законодательством. Исходя из обстоятельств совершенных преступлений, стоимости похищенного имущества, каких-либо оснований для признания совершенных ФИО3 преступлений малозначительными, суд не усматривает. Поведение подсудимого ФИО3 в судебном заседании не вызывает сомнений в его психической полноценности, способности в полной мере осознавать фактический характер и степень общественной опасности своих действий, с учетом данных о его личности, исследованных в судебном заседании, суд признает его вменяемым по отношению к совершенным деяниям, что также подтверждается и заключением комиссии экспертов № 477 от 05.03.2025, согласно которому ФИО3 каким-либо хроническим, временным психическим расстройством, слабоумием, либо иным болезненным состоянием психики, которое лишало бы его возможности осознавать фактический характер и общественную опасность своих действий, и руководить ими в период совершения деяния, в отношении которого он подозревается, не страдал и не страдает в настоящее время. Может осознавать фактический характер и общественную опасность своих действий и руководить ими. По своему психическому состоянию ФИО3 способен правильно воспринимать обстоятельства, имеющие значение для дела, давать о них показания, а также участвовать в следственных действиях и судебном разбирательстве. ФИО3 в принудительных мерах медицинского характера не нуждается. В связи с наличием синдрома зависимости от наркотического вещества ФИО3 нуждается в прохождении лечения от наркомании и медицинской реабилитации. Противопоказаний для данного лечения нет (т. 1 л.д. 130-131). У суда не имеется оснований сомневаться в компетентности экспертов и обоснованности данного ими заключения. Экспертиза проведена с соблюдением требований уголовно-процессуального закона, выводы экспертов мотивированы и научно обоснованы. Оснований для прекращения уголовного дела либо освобождения подсудимого от наказания, в том числе и по медицинским показаниям, в судебном заседании не установлено. Таким образом, действия подсудимого ФИО3 следует квалифицировать: - по ч. 1 ст. 158 УК РФ (четыре преступления), как четыре кражи, то есть тайных хищений чужого имущества (по эпизодам в отношении ООО «Спортмастер»), - по ч. 3 ст. ст. 158.1 УК РФ , как покушение на мелкое хищение чужого имущества,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(по эпизоду в отношении ООО «Гиперглобус»), - по ст. 158.1 УК РФ (два преступления), как два мелких хищения чужого имущества,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(по эпизоду в отношении ООО «РЕ Трейдинг»). При назначении наказания подсудимому ФИО3, суд учитывает характер и степень общественной опасности совершенных им преступлений и обстоятельства, в силу которых неоконченное преступление не было доведено до конца (по эпизоду в отношении ООО «Гиперглобус»), данные о личности подсудимого, смягчающие наказание обстоятельства, а также влияние назначенного наказания на исправление осужденного и на условия жизни его семьи. Суд учитывает, что подсудимый ФИО3 совершил шесть умышленных преступлений небольшой тяжести и одно покушение на умышленное преступление небольшой тяжести. Из материалов дела, характеризующих личность подсудимого, следует, что ФИО3 по месту жительства характеризуется нейтрально, под диспансерным наблюдением в ГБУЗ «Тверской областной клинический психоневрологический диспансер» не состоит, состоит на диспансерном наблюдении в ГБУЗ «Тверской областной клинический наркологический диспансер» с диагнозом: &lt;данные изъяты&gt; с 01.2024. Смягчающих наказание подсудимому обстоятельств, предусмотренных ч. 1 ст. 61 УК РФ , судом не установлено. Сведения об активном способствовании ФИО3 раскрытию совершенных им преступлений в материалах дела отсутствуют. В силу ч. 2 ст. 61 УК РФ , суд учитывает в качестве обстоятельств, смягчающих наказание подсудимому, полное признание вины, заявление о раскаянии, заявление о рассмотрении дела в особом порядке, его молодой возраст, наличие ряда тяжелых хронических заболеваний у подсудимого, его состояние здоровья и состояние здоровья его родственников, его семейное и имущественное положение, наличие постоянного места жительства и регистрации на территории Тверской области, наличие на иждивении пожилой бабушки. Обстоятельств, отягчающих наказание ФИО3, судом не установлено. В связи с изложенным, с учетом личности ФИО3, а также тяжести и общественной опасности совершенных им деяний, наличия смягчающих наказание обстоятельств, учитывая возможное влияние наказания на исправление осужденного и на условия жизни его семьи, а также фактические обстоятельства дела, в целях восстановления социальной справедливости, исправления осужденного и предупреждения совершения им новых преступлений, суд приходит к выводу, что для достижения целей наказания, установленных ч. 2 ст. 43 УК РФ , возможно назначить ФИО3 наказание в виде обязательных работ. Ограничений установленных ч. 4 ст. 49 УК РФ , препятствующих назначению ФИО3 данного вида наказания, не установлено. Поскольку правила ч. 6 ст. 15 УК РФ об изменении категории преступления на менее тяжкую в отношении преступлений небольшой степени тяжести не распространяется, правовые основания для обсуждения этого вопроса отсутствуют. При назначении наказания подсудимому, суд учитывает положения ч. 2 ст. 69 УК РФ . Исключительных обстоятельств, связанных с мотивами и целями преступлений, поведением ФИО3 и других обстоятельств, существенно уменьшающих характер и степень общественной опасности совершенных преступлений, позволяющих применить при назначении подсудимому наказания положения ст. 64 УК РФ , суд не усматривает. Каких-либо оснований и обстоятельств, которые позволяли бы при назначении наказания применить ст. 53.1 УК РФ суд не находит. Правовых оснований для применения при назначении ФИО3 наказания положений ч. 1 и ч. 5 ст. 62 УК РФ , ч. 3 ст. , ст.ст. 72.1 , , , и 82.1 УК РФ , не имеется. Гражданский иск по уголовному делу не заявлен. Судьба вещественных доказательств подлежит разрешению в соответствии со ст. 81 УПК РФ . По делу имеются процессуальные издержки, выплаченные адвокату Петрову В.В. на стадии дознания по назначению в размере 14 486 рублей. В соответствии со ст. 132 УПК РФ процессуальные издержки взыскиваются с осужденного или возмещаются за счет средств федерального бюджета. Оснований для освобождения осужденного от уплаты процессуальных издержек либо уменьшения их размера не имеется. Имущественная несостоятельность ФИО3 из материалов дела не усматривается. Подсудимый против взыскания с него процессуальных издержек не возражал. На основании изложенного, руководствуясь ст.ст. - , - , - УПК Российской Федерации, суд приговорил: ФИО3 признать виновным в совершении четырех преступлений, предусмотренных ч. 1 ст. 158 УК РФ , одного преступления, предусмотренного ч. 3 ст. ст. 158.1 УК РФ , и двух преступлений, предусмотренных ст. 158.1 УК РФ , за которые назначить ему наказание: - по ч. 1 ст. 158 УК РФ за каждое из четырех преступлений в виде 200 (двухсот) часов обязательных работ; - по ч. 3 ст. ст. 158.1 УК РФ в виде 80 (восьмидесяти) часов обязательных работ; - по ст. 158.1 УК РФ за каждое из двух преступлений в виде 100 (ста) часов обязательных работ. В соответствии с ч. 2 ст. 69 УК РФ по совокупности преступлений, путем частичного сложения наказаний, окончательно назначить ФИО3 наказание в виде 250 (двухсот пятидесяти) часов обязательных работ. Меру пресечения ФИО3 не избирать. Вещественные доказательства по уголовному делу по вступлении приговора в законную силу: DVD-R диски – хранить в материалах уголовного дела. Взыскать с осужденного ФИО3 в доход федерального бюджета процессуальные издержки в сумме 14 486 (четырнадцать тысяч четыреста восемьдесят шесть) рублей. Приговор может быть обжалован в апелляционном порядке в судебную коллегию по уголовным делам Тверского областного суда через Московский районный суд города Твери в течение 15 суток со дня провозглашения, а осужденным, содержащимся под стражей, в тот же срок со дня вручения копии приговора. В случае подачи апелляционной жалобы, осужденный вправе заявить ходатайство о своем участии в рассмотрении уголовного дела судом апелляционной инстанции. Председательствующий судья Е.П. Стырова Суд: Московский районный суд г. Твери (Тверская область) (подробнее) Судьи дела: Стырова Елена Павловна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