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ноября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Неисполнение обязанности по уплате налогов, авансовых платежей по налогам, сборов, страховых взносов, пеней, штрафов, процентов, повлекшее формирование отрицательного сальдо единого налогового счета налогоплательщика, является основанием для направления налоговым органом налогоплательщику требования об уплате задолженности. Требованием об уплате задолженности признается извещение налогоплательщика о наличии отрицательного сальдо единого налогового счета и сумме задолженности с указанием налогов, авансовых платежей по налогам, сборов, страховых взносов, пеней, штрафов, процентов на момент направления требования, а также об обязанности уплатить в установленный срок сумму задолженности. В соответствии со ст. 69 НК РФ в редакции, действовавшей на день возникновения задолженности,</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Требованием об уплате налога признается извещение налогоплательщика о неуплаченной сумме налога, а также об обязанности уплатить в установленный срок неуплаченную сумму налога.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Требование об уплате налога направляется налогоплательщику при наличии у него недоимки.</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Требование об уплате налога должно содержать сведения о сумме задолженности по налогу, размере пеней, начисленных на момент направления требования, сроке исполнения требования, а также мерах по взысканию налога и обеспечению исполнения обязанности по уплате налога, которые применяются в случае неисполнения требования налогоплательщиком. Требование об уплате налога, направляемое физическому лицу, должно содержать также сведения о сроке уплаты налога, установленном законодательством о налогах и сборах. Требование об уплате налога должно быть исполнено в течение восьми дней с даты получения указанного требования, если более продолжительный период времени для уплаты налога не указан в этом требовании. В соответствии с п.1 ст. 70 НК РФ :</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Требование об уплате налога должно быть направлено налогоплательщику (ответственному участнику консолидированной группы налогоплательщиков) не позднее трех месяцев со дня выявления недоимки, если иное не предусмотрено настоящей статьей. В случае, если сумма недоимки и задолженности по пеням и штрафам, относящейся к этой недоимке, составляет менее 500 рублей, требование об уплате налога должно быть направлено налогоплательщику не позднее одного года со дня выявления недоимки, если иное не предусмотрено пунктом 2 настоящей статьи. В соответствии со ст. 48 НК РФ :</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случае неисполнения налогоплательщиком (плательщиком сбора, плательщиком страховых взносов) - физическим лицом, не являющимся индивидуальным предпринимателем (далее в настоящей статье - физическое лицо), в установленный срок обязанности по уплате налога, сбора, страховых взносов, пеней, штрафов налоговый орган (таможенный орган), направивший требование об уплате налога, сбора, страховых взносов, пеней, штрафов (налоговый орган по месту жительства физического лица в случае снятия этого лица с учета в налоговом органе, направившем требование об уплате налога, сбора, страховых взносов, пеней, штрафов), вправе обратиться в суд с заявлением о взыскании налога, сбора, страховых взносов, пеней, штрафов за счет имущества, в том числе денежных средств на счетах в банке, электронных денежных средств, переводы которых осуществляются с использованием персонифицированных электронных средств платежа, и наличных денежных средств, этого физического лица в пределах сумм, указанных в требовании об уплате налога, сбора, страховых взносов, пеней, штрафов, с учетом особенностей, установленных настоящей статьей.</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Заявление о взыскании подается в суд общей юрисдикции налоговым органом (таможенным органом) в течение шести месяцев со дня истечения срока исполнения требования об уплате налога, сбора, страховых взносов, пеней, штрафов, если иное не предусмотрено настоящим пунктом. Если в течение трех лет со дня истечения срока исполнения самого раннего требования об уплате налога, сбора, страховых взносов, пеней, штрафов, учитываемого налоговым органом (таможенным органом) при расчете общей суммы налога, сбора, страховых взносов, пеней, штрафов, подлежащей взысканию с физического лица, такая сумма налогов, сборов, страховых взносов, пеней, штрафов превысила 3 000 рублей, налоговый орган (таможенный орган) обращается в суд с заявлением о взыскании в течение шести месяцев со дня, когда указанная сумма превысила 3 000 рублей. Если в течение трех лет со дня истечения срока исполнения самого раннего требования об уплате налога, сбора, страховых взносов, пеней, штрафов, учитываемого налоговым органом (таможенным органом) при расчете общей суммы налога, сбора, страховых взносов, пеней, штрафов, подлежащей взысканию с физического лица, такая сумма налогов, сборов, страховых взносов, пеней, штрафов не превысила 3 000 рублей, налоговый орган (таможенный орган) обращается в суд с заявлением о взыскании в течение шести месяцев со дня истечения указанного трехлетнего срока.</w:t>
      </w:r>
    </w:p>
    <w:p>
      <w:pPr>
        <w:pStyle w:val="Heading3"/>
      </w:pPr>
      <w:r>
        <w:rPr>
          <w:rFonts w:ascii="Times New Roman" w:hAnsi="Times New Roman" w:eastAsia="Times New Roman" w:cs="Times New Roman"/>
          <w:b/>
          <w:i w:val="0"/>
          <w:sz w:val="22"/>
        </w:rPr>
        <w:t>Пункт 3. Судебная практика</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Рассмотрение дел о взыскании налога, сбора, страховых взносов, пеней, штрафов за счет имущества физического лица производится в соответствии с законодательством об административном судопроизводстве. Требование о взыскании налога, сбора, страховых взносов, пеней, штрафов за счет имущества физического лица может быть предъявлено налоговым органом (таможенным органом) в порядке искового производства не позднее шести месяцев со дня вынесения судом определения об отмене судебного приказа. Согласно пункту 3 статьи Налогового кодекса Российской Федерации пеня начисляется, если иное не предусмотрено этой статьей и главами 25 и 26.1 данного Кодекса, за каждый календарный день просрочки исполнения обязанности по уплате налога начиная со следующего за установленным законодательством о налогах и сборах дня уплаты налога по день исполнения обязанности по его уплате включительно. Сумма пеней, начисленных на недоимку, не может превышать размер этой недоимки. Пени уплачиваются одновременно с уплатой сумм налога или после уплаты таких сумм в полном объеме (пункт 5 статьи 75 НК РФ ). В постановлении от 17 декабря 1996 г. № 20-П «По делу о проверке конституционности пунктов 2 и 3 части первой статьи Закона Российской Федерации «О федеральных органах налоговой полиции» Конституционный Суд Российской Федерации указал, что по смыслу статьи Конституции Российской Федерации налоговое обязательство состоит в обязанности налогоплательщика уплатить определенный налог, установленный законом; неуплата налога в срок должна быть компенсирована погашением задолженности по налоговому обязательству, полным возмещением ущерба, понесенного государством в результате несвоевременного внесения налога; поэтому к сумме собственно не внесенного в срок налога (недоимки) законодатель вправе добавить дополнительный платеж - пеню как компенсацию потерь государственной казны в результате недополучения налоговых сумм в срок. В определении Конституционного Суда Российской Федерации от 8 февраля 2007 г. № 381-О-П «Об отказе в принятии к рассмотрению жалобы открытого акционерного общества «Ростелеком» на нарушение конституционных прав и свобод положениями пунктов 5 и 7 статьи Налогового кодекса Российской Федерации и части 4 статьи Арбитражного процессуального кодекса Российской Федерации» разъясняется, что обязанность по уплате пеней производна от основного налогового обязательства и является не самостоятельной, а обеспечивающей (акцессорной) обязанностью, способом обеспечения исполнения обязанности по уплате налога. Согласно правовой позиции Конституционного Суда Российской Федерации, изложенной в определении от 17 февраля 2015 г. № 422-О «Об отказе в принятии к рассмотрению жалобы гражданина ФИО1 на нарушение его конституционных прав пунктом 5 части первой статьи Гражданского процессуального кодекса Российской Федерации, положениями пунктов 1, 2 и абзацем первым пункта 3 статьи Налогового кодекса Российской Федерации», положения Налогового кодекса Российской Федерации, предполагающие необходимость уплаты пени с причитающихся с налогоплательщика сумм налога и уплаченных с нарушением установленных сроков, не предполагают возможность начисления пени на суммы тех налогов, право на взыскание которых налоговым органом утрачено. Это обусловлено тем, что пени по своей природе носят акцессорный характер и не могут быть взысканы в отсутствие обязанности по уплате суммы налога, равно как и при истечении сроков на ее принудительное взыскание. Таким образом, пени могут взыскиваться только в том случае, если налоговым органом были своевременно приняты меры к принудительному взысканию суммы налога. В данном случае срок обращения в суд с требованиями о взыскании земельного налога за 2021г. в размере 869,35 руб.; налога на имущество физических лиц за 2015г. в размере 371,61 руб., за 2016г. в размере 6 580 руб., за 2017г. в размере 7 808 руб., за 2021г. в размере 11 431 руб.; транспортного налога за 2014г. в размере 68 667 руб., за 2015г. в размере 98 536 руб., за 2016г. в размере 93 146 руб., за 2019г. в размере 1 806 руб., за 2021г. в размере 33 960 руб. пропущен, доказательств наличия уважительных причин его пропуска суду не предоставлено, что является основанием для отказа в требованиях о взыскании задолженности по налогам, а также пени, начисленных на них. Согласно п. 4 ч. 1 ст. 59 НК РФ , безнадежной к взысканию признается задолженность, числящаяся за налогоплательщиком, плательщиком сборов, плательщиком страховых взносов или налоговым агентом и повлекшая формирование отрицательного сальдо единого налогового счета такого лица, погашение и (или) взыскание которой оказались невозможными, в случае принятия судом акта, в соответствии с которым налоговый орган утрачивает возможность взыскания задолженности в связи с истечением установленного срока ее взыскания, в том числе вынесения им определения об отказе в восстановлении пропущенного срока подачи заявления в суд о взыскании задолженности. Вместе с тем, требование о взыскании земельного налога за 2022г. в размере 885 руб., налога на имущество физических лиц за 2022г. в размере 12 574 руб. транспортного налога за 2022г. в размере 33 960руб. подлежит удовлетворению, поскольку срок на обращение в суд по их взысканию не пропущен, доказательств его оплаты суду не представлено. В связи с чем, суд взыскивает с ФИО16 Земельный налог за 2022 год в размере 885 руб., пени за его неуплату за период с 02.12.2023г. по 22.05.2025г. – 1 138 руб. 77 коп. Налог на имущество физических лиц за 2022г. в размере 12 574 руб., пени за его неуплату за период с 02.12.2023г. по 22.05.2025г. – 4 128 руб. 89 коп. Транспортный налог за 2022г. в размере 33 960 руб., пени за его неуплату за период с 02.12.2023г. по 22.05.2025г. – 11 151 руб. 33 коп. На основании изложенного, руководствуясь ст.ст. – 180 КАС РФ , суд Р Е Ш И Л: Административный иск МИФНС № 15 по Московской области – удовлетворить частично. Взыскать с ФИО14 в пользу межрайонной ИФНС России №15 по Московской области недоимку по земельному налогу за 2022 год в размере 885 руб., пени за его неуплату за период с 02.12.2023г. по 22.05.2025г. – 1 138 руб. 77 коп.; налогу на имущество физических лиц за 2022г. в размере 12 574 руб., пени за его неуплату за период с 02.12.2023г. по 22.05.2025г. – 4 128 руб. 89 коп.; транспортному налогу за 2022г. в размере 33 960 руб., пени за его неуплату за период с 02.12.2023г. по 22.05.2025г. – 11 151 руб. 33 коп. В удовлетворении исковых требований межрайонной ИФНС России №15 по Московской области к административному ответчику ФИО15 о взыскании земельного налога за 2021г. в размере 869,35 руб.; налога на имущество физических лиц за 2015г. в размере 371,61 руб., за 2016г. в размере 6 580 руб., за 2017г. в размере 7 808 руб., за 2021г. в размере 11 431 руб.; транспортного налога за 2014г. в размере 68 667 руб., за 2015г. в размере 98 536 руб., за 2016г. в размере 93 146 руб., за 2019г. в размере 1 806 руб., за 2021г. в размере 33 960 руб., а также пени в 124 341 руб. 89 коп. – отказать, признать задолженность безнадежной ко взысканию. Решение может быть обжаловано в апелляционном порядке в Московский областной суд через Истринский городской суд в течение месяца. Председательствующий: Мотивированное решение изготовлено 28.11.2025г. Суд: Истринский городской суд (Московская область) (подробнее) Истцы: ИФНС России №20 по г.Москве (подробнее) Судьи дела: Захарова Елена Александровна (судья) (подробнее) Последние документы по делу: Решение от 27 ноября 2025 г. по делу № 2А-5355/2025 Решение от 16 июня 2025 г. по делу № 2А-5355/2025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