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02</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17 ноября 2025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Признать незаконными бездействия (отказ) УВД по САО ГУ МВД России по гор. Москве по оформлению дорожно-транспортного происшествия произошедшего 21.10.2025 г. в 16 ч. 00 мин. по адресу: адрес, с участием мотоцикла Кавасаки регистрационный знак ТС под управлением ФИО и автомобиля марка автомобиля регистрационный знак ТС под управлением ФИО</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Обязать УВД по САО ГУ МВД России по гор. Москве устранить в полном объеме допущенные нарушения.</w:t>
      </w:r>
    </w:p>
    <w:p>
      <w:pPr>
        <w:pStyle w:val="Heading3"/>
      </w:pPr>
      <w:r>
        <w:rPr>
          <w:rFonts w:ascii="Times New Roman" w:hAnsi="Times New Roman" w:eastAsia="Times New Roman" w:cs="Times New Roman"/>
          <w:b/>
          <w:i w:val="0"/>
          <w:sz w:val="22"/>
        </w:rPr>
        <w:t>Пункт 3. Выводы</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Возложить на УВД по САО ГУ МВД России по гор. Москве обязанность оформить документы по факту дорожно-транспортного происшествие произошедшего 21.10.2025 г. в 16 ч. 00 мин., по адресу: адрес, с участием мотоцикла Кавасаки регистрационный знак ТС и автомобиля марка автомобиля регистрационный знак ТС под управлением ФИО с участием уполномоченных на то сотрудников ГИБДД (ГАИ), и выдать их заявителю. Административный истец в судебное заседание не явился, извещен надлежащим образом. Представитель административного истца по доверенности ФИО в судебное заседание явился, административные исковые требования поддержал в полном объеме, просил их удовлетворить. Представитель административного ответчика УВД по САО ГУ МВД России по г. Москве по доверенности фио в судебное заседание явилась, административные исковые требования не признала, просила отказать в их удовлетворении. Заинтересованное лицо фио в судебное заседание явилась, полагала административные исковые требования не обоснованными и не подлежащими удовлетворению. Выслушав лиц, участвующих в деле, исследовав материалы дела, суд приходит к следующему. Частью 4 статьи 4 КАС РФ установлено, что иностранные граждане, лица без гражданства, иностранные и международные организации (далее также - иностранные лица) имеют право обращаться в суды за защитой своих нарушенных или оспариваемых прав, свобод и законных интересов в сфере административных и иных публичных правоотношений, основанных на властном подчинении одной стороны другой. Иностранные лица пользуются процессуальными правами и выполняют процессуальные обязанности наравне с российскими гражданами и организациями, за исключением случаев, прямо предусмотренных настоящим Кодексом. Правительством Российской Федерации могут быть установлены ответные ограничения в отношении иностранных лиц тех государств, в судах которых допускаются ограничения процессуальных прав российских граждан и организаций. На основании части 1 статьи 218 КАС РФ гражданин, организация, иные лица могут обратиться в суд с требованиями об оспаривании решений, действий (бездействия) органа государственной власти, органа местного самоуправления, иного органа, организации, наделенных отдельными государственными или иными публичными полномочиями, должностного лица, государственного или муниципального служащего (далее - орган, организация, лицо, наделенные государственными или иными публичными полномочиями), если полагают, что нарушены или оспорены их права, свободы и законные интересы, созданы препятствия к осуществлению их прав, свобод и реализации законных интересов или на них незаконно возложены какие-либо обязанности. Согласно положений ст. 226 КАС РФ при рассмотрении административного дела об оспаривании решения, действия (бездействия) органа, организации, лица, наделенных государственными или иными публичными полномочиями, суд проверяет законность решения, действия (бездействия) в части, которая оспаривается. При проверке законности этих решения, действия (бездействия) суд не связан основаниями и доводами, содержащимися в административном исковом заявлении. Суд выясняет нарушены ли права, свободы и законные интересы административного истца; соблюдены ли сроки обращения в суд; соблюдены ли требования нормативных правовых актов, устанавливающих: полномочия органа, порядок принятия оспариваемого решения; основания для принятия оспариваемого решения, соответствует ли содержание оспариваемого решения, совершенного оспариваемого действия (бездействия) нормативным правовым актам, регулирующим спорные отношения. Бремя доказывания законности принятого решения, возлагается на орган, его принявший. Исходя из п. 1 ч. 2 ст. 227 КАС РФ , суд удовлетворяет административное исковое заявление об оспаривании решения органа государственной власти, если установит, что оспариваемое постановление нарушает права и свободы административного истца, а также не соответствует нормативным правовым актам. Как установлено судом и следует из материалов дела, 21.10.2025 г. в 16 ч. 00 мин. по адресу: адрес произошло дорожно-транспортное происшествие, с участием мотоцикла Кавасаки регистрационный знак ТС под управлением ФИО и автомобиля марка автомобиля регистрационный знак ТС под управлением ФИО Дорожно-транспортное происшествие было оформлено участниками ДТП без участия уполномоченных на то сотрудников полиции путем составления извещения о дорожно-транспортном происшествии (Европротокол). По утверждению административного истца, между участниками ДТП имеются разногласия о характере и перечне видимых повреждений транспортных средств; также по предварительной оценке участника ДТП ФИО ущерб его мотоциклу составляет более сумма. Также, позже административным истцом было установлено, что на момент ДТП гражданская ответственность водителя мотоцикла Кавасаки регистрационный знак ТС ФИО не была застрахована полисом ОСАГО, в соответствии с Федеральным законом от 25.04.2002 N 40-ФЗ (об ОСАГО). 09.04.2025 г. ФИО обратился с заявлением в УВД по САО ГУ МВД России по г. Москве, в котором просил оформить вышеуказанное ДТП сотрудниками ГИБДД. 07.05.2025 г. ФИО поступило решение по его заявлению, в соответствии с которым УВД по САО ГУ МВД России по гор. Москве отказало в оформлении ДТП. 12.05.2025 г. ФИО обратился с жалобой на неправомерный отказ в оформлении дорожно-транспортного происшествия на имя начальника УВД ПО САО ГУ МВД России по гор. Москве. 30.07.2025 г. УВД по САО ГУ МВД России по гор. Москве отказало в оформлении ДТП. По мнению административного истца, отказ в оформлении дорожно-транспортного происшествия сотрудниками УВД по САО ГУ МВД России по гор. Москве является незаконным и необоснованным, поскольку в связи с тем, что гражданская ответственность Заявителя на момент ДТП в соответствии со ст. 11.1. Федерального закона от 25.04.2002 N 40-ФЗ (об ОСАГО) не была застрахована полисом ОСАГО, то Заявитель согласно п. 2.6.1. ПДД РФ обязан был обратится в органы ГИБДД с целью оформления ДТП, а УВД по САО ГУ МВД России по гор. Москве в свою очередь согласно п. 98 Приказа МВД России от 02.05.2023 N 264 обязано оформить вышеуказанное ДТП. Вышеуказанное (бездействие), отказы в оформление ДТП нарушают гражданские права и законные интересы ФИО в связи с тем, что без оформленного ДТП ГИБДД он не может получить страховое возмещение в рамках Федерального закона от 25.04.2002 N 40-ФЗ (об ОСАГО). Однако доводы административного истца суд находит не состоятельными по следующим основаниям. Согласно п. 2.6.1. Правил дорожного движения, если в результате дорожно-транспортного происшествия вред причинен только имуществу, водитель, причастный к нему, обязан освободить проезжую часть, если движению других транспортных средств создается препятствие, предварительно зафиксировав любыми возможными способами, в том числе средствами фотосъемки или видеозаписи, положение транспортных средств по отношению друг к другу и объектам дорожной инфраструктуры, следы и предметы, относящиеся к происшествию, и повреждения транспортных средств. Водители, причастные к такому дорожно-транспортному происшествию, не обязаны сообщать о случившемся в полицию, и могут оставить место ДТП, если в соответствии с законодательством об ОСАГО, оформление документов о дорожно-транспортном происшествии может осуществляться без участия уполномоченных на то сотрудников полиции. Если в соответствии с законодательством об обязательном страховании гражданской ответственности владельцев транспортных средств документы о дорожно-транспортном происшествии не могут быть оформлены без участия уполномоченных на то сотрудников полиции, водитель, причастный к нему, обязан записать фамилии и адреса очевидцев и сообщить о случившемся в полицию для получения указаний сотрудника полиции о месте оформления дорожно-транспортного происшествия Из материалов дела установлено, что участники дорожно-транспортного происшествия (ФИО и фио) оформили извещение о дорожно-транспортном происшествии без участия уполномоченных на то сотрудников полиции. В соответствии с Правилами учета дорожно-транспортных происшествий, утвержденных постановлением Правительства Российской Федерации от 19 сентября 2020 года № 1502 (далее - Правила учета ДТП), учет ДТП осуществляют не только органы внутренних дел, но и владельцы транспортных средств и автомобильных дорог (п. 4). Кроме того, в соответствии с названными Правилами учет ДТП осуществляется для изучения причин и условий их возникновения и принятия мер по устранению этих причин и условий (п. 3). Порядок организации учета, сбора и анализа сведений о дорожно-транспортных происшествиях, контроля за полнотой и достоверностью этих сведений, утвержденный приказом МВД России от 12 августа 2022 года № 598 (далее - Порядок), также определяет организацию учета ДТП, сбора сведений о них, обеспечения контроля за полнотой и достоверностью этих сведений в целях формирования официальных статистических показателей безопасности дорожного движения, обеспечения возможности оценки и прогнозирования развития обстановки в области безопасности дорожного движения, анализа причин и условий, способствовавших совершению ДТП, а также выработки мер, направленных на предупреждение возникновения ДТП и снижение тяжести их последствий (п. 1). В соответствии с п. 9 названного Порядка целью анализа сведений о ДТП является изучение причин, условий и обстоятельств возникновения ДТП для организации и проведения федеральными органами исполнительной власти, органами исполнительной власти субъектов Российской Федерации и органами местного самоуправления мероприятий в области обеспечения безопасности дорожного движения, предупреждения ДТП, снижения тяжести их последствий. Кроме того, п. 5 Правил учета ДТП установлено, что Профессиональное объединение страховщиков, созданное в соответствии с Федеральным законом «Об обязательном страховании гражданской ответственности владельцев транспортных средств», предоставляет имеющуюся в автоматизированной информационной системе обязательного страхования гражданской ответственности владельцев транспортных средств, созданной в соответствии с п. 3 ст. 30 Федерального закона «Об обязательном страховании гражданской ответственности владельцев транспортных средств», информацию о страховых случаях (при оформлении документов о дорожно-транспортном происшествии без участия уполномоченных на то сотрудников полиции) в Министерство внутренних дел Российской Федерации. Исходя из смысла положений п.п. 3 и 5 Правил учета ДТП следует, что сведения о ДТП, которые оформлены в упрощенном порядке, предусмотренном Федеральным законом об ОСАГО и п. 2.6.1 ПДД РФ, отдельно подаются страховыми организациями в Министерство внутренних дел Российской Федерации. Таким образом, в случае оформления ДТП упрощенным порядком посредством составления «европротокола», регистрация его в Журнале учета дорожно-транспортных происшествий ДПС ГИБДД не требуется, поскольку информация об обстоятельствах происшествия должна быть предоставлена страховой организацией, в связи с чем оснований для регистрации ДТП, произошедшего 21.10.2024г., у должностных лиц органов внутренних дел в данном случае не имелось. Кроме того, заявления административного истца не содержали сведений о признаках административного правонарушения, о привлечении к административной ответственности не заявлялось. Суд полагает, что оснований для возложения на административного ответчика обязанности оформить документы по факту ДТП, также не имеется. Пунктом 1 ч. 1 ст. 12 Федерального закона от 7 февраля 2011 года № 3-ФЗ «О полиции» (далее - Федеральный закон «О полиции») предусмотрено, что на полицию возлагаются обязанности по принятию и регистрации (в том числе в электронной форме) заявлений и сообщений о преступлениях, об административных правонарушениях, о происшествиях; выдаче заявителям на основании личных обращений уведомления о приеме и регистрации их письменных заявлений о преступлениях, об административных правонарушениях, о происшествиях; осуществлению в соответствии с подведомственностью проверки заявлений и сообщений о преступлениях, об административных правонарушениях, о происшествиях и принятию по таким заявлениям и сообщениям мер, предусмотренных законодательством Российской Федерации, информированию заявителей о ходе рассмотрения таких заявлений и сообщений в сроки, установленные законодательством Российской Федерации, но не реже одного раза в месяц; передаче (направлению) заявления и сообщения о преступлениях, об административных правонарушениях, о происшествиях в государственные и муниципальные органы, организации или должностному лицу, к компетенции которых относится решение соответствующих вопросов, с уведомлением об этом в течение 24 часов заявителя; информировании соответствующих государственных и муниципальных органов, организаций и должностных лиц этих органов и организаций о ставших известными полиции фактах, требующих их оперативного реагирования. В силу п. 3 ч. 1 ст. 28.1 КоАП РФ поводами к возбуждению дела об административном правонарушении являются, в том числе, сообщения и заявления физических и юридических лиц, а также сообщения в средствах массовой информации, содержащие данные, указывающие на наличие события административного правонарушения. Указанные материалы, сообщения, заявления подлежат рассмотрению должностными лицами, уполномоченными составлять протоколы об административных правонарушениях (ч. 2 ст. 28.1 КоАП РФ). Частью 5 ст. 28.1 КоАП РФ установлено, что в случае отказа в возбуждении дела об административном правонарушении при наличии материалов, сообщений, заявлений, указанных в пунктах 2 и 3 части 1 данной статьи, должностным лицом, рассмотревшим указанные материалы, сообщения, заявления, выносится мотивированное определение об отказе в возбуждении дела об административном правонарушении. В соответствии с п.п. 5, 7 ч. 1 ст. Федерального закона «О полиции» к основным направлениям деятельности полиции относятся, в том числе производство по делам об административных правонарушениях, обеспечение безопасности дорожного движения. Пунктом 100 Порядка осуществления надзора за соблюдением участниками дорожного движения требований законодательства Российской Федерации о безопасности дорожного движения, утвержденного Приказом МВД России от 2 мая 2023 года № 264, предусмотрено, что оформление материалов по факту ДТП, на место совершения которого выезжал сотрудник (написание рапорта, получение объяснений, другие действия), осуществляется сотрудником на месте ДТП. В случае возникновения обстоятельств, препятствующих совершению данных действий на месте ДТП (в том числе необходимость выезда сотрудника на место совершения преступления, другого ДТП, осложнение оперативной обстановки, необходимость перемещения поврежденных транспортных средств в безопасное место), данные действия по указанию (разрешению) дежурного или командира строевого подразделения ДПС (руководителя подразделения Госавтоинспекции территориального органа МВД России на районном уровне) могут быть осуществлены впоследствии в расположении территориального органа МВД России, строевого подразделения ДПС (подразделения Госавтоинспекции территориального органа МВД России на районном уровне), на стационарном посту или ином, определяемом названными руководителями месте, в течение 24 часов с момента совершения ДТП. В силу п. 97 указанного Порядка, если за нарушение Правил дорожного движения, повлекшее ДТП, в результате которого вред причинен только имуществу, административная ответственность не установлена, выносится мотивированное определение об отказе в возбуждении дела об административном правонарушении. Если административная ответственность за нарушение ПДД РФ установлена, сотрудник при наличии соответствующих оснований выносит постановление по делу об административном правонарушении либо составляет протокол об административном правонарушении. В случае, когда на месте совершения ДТП установить состав административного правонарушения не представляется возможным, необходимо проведение экспертизы или иных процессуальных действий, требующих значительных временных затрат, выносится определение о возбуждении дела об административном правонарушении и проведении административного расследования. Согласно требованиям п. 1.3 Правил дорожного движения Российской Федерации, утвержденных Постановлением Правительства Российской Федерации от 23 октября 1993 года № 1090 (далее Правила дорожного движения, ПДД РФ), участники дорожного движения обязаны знать и соблюдать относящиеся к ним требования Правил. В соответствии с п. 2.6.1 ПДД РФ, если в результате дорожно-транспортного происшествия вред причинен только имуществу, водитель, причастный к нему, обязан освободить проезжую часть, если движению других транспортных средств создается препятствие, предварительно зафиксировав любыми возможными способами, в том числе средствами фотосъемки или видеозаписи, положение транспортных средств по отношению друг к другу и объектам дорожной инфраструктуры, следы и предметы, относящиеся к происшествию, и повреждения транспортных средств. Водители, причастные к такому дорожно-транспортному происшествию, не обязаны сообщать о случившемся в полицию и могут оставить место дорожно-транспортного происшествия, если в соответствии с законодательством об обязательном страховании гражданской ответственности владельцев транспортных средств оформление документов о дорожно-транспортном происшествии может осуществляться без участия уполномоченных на то сотрудников полиции. Если в соответствии с законодательством об обязательном страховании гражданской ответственности владельцев транспортных средств документы о дорожно-транспортном происшествии не могут быть оформлены без участия уполномоченных на то сотрудников полиции, водитель, причастный к нему, обязан записать фамилии и адреса очевидцев и сообщить о случившемся в полицию для получения указаний сотрудника полиции о месте оформления дорожно-транспортного происшествия. На основании ч. 1 ст. 11.1 Федерального закона об ОСАГО в ред. Федерального закона от 1 мая 2019 года № 88-ФЗ оформление документов о дорожно-транспортном происшествии без участия уполномоченных на то сотрудников полиции осуществляется в порядке, установленном Банком России, в случае наличия одновременно следующих обстоятельств: а) в результате дорожно-транспортного происшествия вред причинен только транспортным средствам, указанным в подпункте «б» настоящего пункта; б) дорожно-транспортное происшествие произошло в результате взаимодействия (столкновения) двух транспортных средств (включая транспортные средства с прицепами к ним), гражданская ответственность владельцев которых застрахована в соответствии с настоящим Федеральным законом; в) обстоятельства причинения вреда в связи с повреждением транспортных средств в результате дорожно-транспортного происшествия, характер и перечень видимых повреждений транспортных средств не вызывают разногласий участников дорожно-транспортного происшествия (за исключением случаев оформления документов о дорожно-транспортном происшествии для получения страхового возмещения в пределах сумма в порядке, предусмотренном пунктом 6 настоящей статьи) и зафиксированы в извещении о дорожно-транспортном происшествии, заполненном водителями причастных к дорожно-транспортному происшествию транспортных средств в соответствии с правилами обязательного страхования. Согласно ч. 2 ст. 11.1 Федерального закона Об ОСАГО, в случае оформления документов о дорожно-транспортном происшествии без участия уполномоченных на то сотрудников полиции извещение о дорожно-транспортном происшествии, заполненное в двух экземплярах водителями причастных к дорожно-транспортному происшествию транспортных средств, если иное не установлено настоящим пунктом, направляется этими водителями страховщикам, застраховавшим их гражданскую ответственность, в течение пяти рабочих дней со дня дорожно-транспортного происшествия. Потерпевший направляет страховщику, застраховавшему его гражданскую ответственность, свой экземпляр совместно заполненного извещения о дорожно-транспортном происшествии вместе с заявлением о прямом возмещении убытков. Нормативными правовыми актами, регулирующими полномочия сотрудников полиции, не предусмотрена обязанность по оформлению материалов по факту ДТП при сообщении о нем участниками спустя более 24 часов. Таким образом, у должностных лиц органов внутренних дел, определявших порядок рассмотрения вышеуказанных заявлений (жалоб), отсутствовали основания для передачи сообщения о ДТП с целью регистрации в Книге учета заявлений (сообщений) о преступлениях, об административных правонарушениях и происшествиях, дальнейшего рассмотрения и принятия решения в рамках КоАП РФ. Учитывая, что обращения истца не содержали сведения о признаках административного правонарушения, суд полагает, что указанные заявления (жалобы) подлежали рассмотрению в соответствии с Федеральным законом №59-ФЗ, а также Инструкцией об организации рассмотрения обращений граждан в системе Министерства внутренних дел Российской Федерации, утвержденной приказом МВД России от 12 сентября 2013 года № 707 (действовавшей в период по 23 ноября 2024 года). Федеральным законом от 2 мая 2006 года № 59-ФЗ «О порядке рассмотрения обращений граждан Российской Федерации» установлен порядок рассмотрения обращений граждан, который распространяется на все обращения граждан, за исключением обращений, которые подлежат рассмотрению в порядке, установленном федеральными конституционными законами и иными федеральными законами (ч. 2 ст. 1 Федерального закона № 59-ФЗ). В соответствии с п. 3 ст. 5 Федерального закона № 59-ФЗ гражданин при рассмотрении его обращения имеет право получать письменный ответ по существу поставленных в обращении вопросов. В силу ч. 1 ст. 9 Федерального закона № 59-ФЗ обращение, поступившее в государственный орган, орган местного самоуправления или должностному лицу в соответствии с их компетенцией, подлежит обязательному рассмотрению. В соответствии с п.п. 1, 4 ч. 1 ст. 10 Федерального закона № 59-ФЗ государственный орган, орган местного самоуправления или должностное лицо в том числе: обеспечивает объективное, всестороннее и своевременное рассмотрение обращения, в случае необходимости - с участием гражданина, направившего обращение; дает письменный ответ по существу поставленных в обращении вопросов, за исключением случаев, указанных в статье 11 названного Закона. Ответ на обращение подписывается руководителем государственного органа или органа местного самоуправления, должностным лицом либо уполномоченным на то лицом (ч. 3 ст. 10 Федерального закона № 59-ФЗ). Частью 1 ст. 12 Федерального закона № 59-ФЗ предусмотрено, что письменное обращение, поступившее в государственный орган, орган местного самоуправления или должностному лицу в соответствии с их компетенцией, рассматривается в течение 30 дней со дня регистрации письменного обращения, за исключением случая, указанного в части 1.1 упомянутой статьи. Согласно правовой позиции, выраженной в определении Конституционного Суда Российской Федерации от 17 июля 2018 года № 1729-О, государственный орган обязан дать письменный ответ по существу поставленных в обращении вопросов, если указанные вопросы входят в его компетенцию. Указанные законоположения предполагают, что во всяком случае гражданину должен быть дан ответ по существу на все поставленные им в обращении вопросы, если их разрешение входит в компетенцию государственных органов, органов местного самоуправления, должностных лиц. Согласно п. 4 ст. 5 Федерального закона № 59-ФЗ при рассмотрении обращения государственным органом, органом местного самоуправления или должностным лицом гражданин имеет право обращаться с жалобой на принятое по обращению решение или на действие (бездействие) в связи с рассмотрением обращения в административном и (или) судебном порядке в соответствии с законодательством Российской Федерации. Согласно п. 1 Инструкции об организации рассмотрения обращений граждан в системе Министерства внутренних дел Российской Федерации, утвержденной Приказом МВД России от 12 сентября 2013 года № 707, настоящая Инструкция определяет сроки и последовательность действий при рассмотрении обращений граждан Российской Федерации, иностранных граждан, лиц без гражданства, объединений граждан, в том числе юридических лиц, в системе Министерства внутренних дел Российской Федерации в соответствии с Федеральным законом от 2 мая 2006 года № 59-ФЗ «О порядке рассмотрения обращений граждан Российской Федерации». Согласно п. 8 Инструкции сотрудник органа внутренних дел, уполномоченный на рассмотрение обращения, обязан: обеспечить объективное, всестороннее и своевременное рассмотрение обращения, в случае необходимости - с участием гражданина (п. 8.1); принять меры, направленные на восстановление или защиту нарушенных прав, свобод и законных интересов гражданина (п. 8.2); направить гражданину письменный ответ по существу поставленных в обращении вопросов, за исключением случаев, предусмотренных пунктами 146 и 147 Инструкции (п. 8.3). Как указано выше и следует из материалов дела по обращениям истца от 09.04.2025г. и 12.05.2025г. ему даны ответы соответственно 07.05.2025г. и 30.07.2025г. соответствующими должностными лицами в установленный законом срок. Таким образом, суд полагает, что каких-либо нарушений положений указанных нормативных правовых актов при рассмотрении обращений истца не имеется. На каждое обращение заявителю даны ответы уполномоченными должностными лицами УВД по САО ГУМВД России по г. Москве по существу поставленных вопросов, с соблюдением срока, предусмотренного ч. 1 ст. 12 Федерального закона № 59-ФЗ. Доводы административного истца о невозможности получения страхового возмещения по договору ОСАГО ввиду отсутствия страхового полиса на момент ДТП, не имеют правого значения при рассмотрении настоящего дела, вопрос о возмещении материального ущерба может быть разрешен административным истцом в ином порядке. На основании изложенного, руководствуясь ст. ст. - 180 КАС РФ , суд РЕШИЛ: Административное исковое заявление ФИО к УВМ УВД по САО ГУ МВД России по г. Москве о признании незаконным бездействия, обязании устранить допущенные нарушения – оставить без удовлетворения. Решение суда может быть обжаловано в Московский городской суд в течение месяца со дня принятия решения суда в окончательной форме путем подачи апелляционной жалобы через Головинский районный суд города Москвы. Судья Н.Н. Назарова Мотивированное решение суда изготовлено 28 ноября 2025г. Суд: Головинский районный суд (Город Москва) (подробнее) Ответчики: УВД по САО ГУ МВД России по г. Москве (подробнее) Судьи дела: Назарова Н.Н. (судья) (подробнее) Последние документы по делу: Решение от 27 ноября 2025 г. по делу № 02А-0542/2025 Решение от 9 ноября 2025 г. по делу № 02А-0542/2025 Решение от 4 августа 2025 г. по делу № 02А-0542/2025 Решение от 3 июля 2025 г. по делу № 02А-0542/2025 Решение от 9 сентября 2025 г. по делу № 02А-0542/2025 Решение от 4 июня 2025 г. по делу № 02А-0542/2025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