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уставом общества с ограниченной ответственностью «ЛокоТех-Сервис» (далее по тексту - ООО «ЛокоТех-Сервис»), утвержденного решением внеочередного общего собрания участников от 31 июля 2017 г. (далее по тексту – Устав) общество является коммерческой организацией. Основной целью деятельности ООО «ЛокоТех-Сервис» является извлечение прибыли. Предметом деятельности ООО «ЛокоТех-Сервис» является в числе прочего предоставление услуг по ремонту, техническому обслуживанию и переделке железнодорожных локомотивов и прочих моторных вагонов и подвижного. В соответствии с п. 1.4 раздела 1. Положения о сервисном локомотивном депо «Саратов» филиала «Приволжский» ООО «ЛокоТех-Сервис», утвержденного приказом № 1037 от 29 июня 2023 г., сервисное локомотивное депо «Саратов» филиала «Приволжский» ООО «ЛокоТех-Сервис» не является юридическим лицом и действует как обособленное структурное подразделение филиала, расположенное по адресу: &lt;...&gt;. Не позднее июля 2023 г., у ФИО2, на основании приказа начальника Сервисного локомотивного депо «Саратов» №1020 П/44 от 23 декабря 2019 г., являющегося мастером участка производства в подразделение Участок по ремонту автотормозного и пневматического оборудования (1 группы) Сервисного локомотивного депо «Саратов», то есть лицом в силу занимаемой должности и предоставленных ему должностных полномочий, наделенным комплексом организационно-распорядительных функций в коммерческой организации, связанных с руководством находящимися в его подчинении работниками, определением трудовых функций подчиненных ему работников, с организацией порядка их работы, учетом рабочего времени с составлением табелей учета рабочего времени, возник преступный умысел, направленный на совершение мошеннических действий путем фиктивного завышения в сдельных нарядах выполненных слесарями Общества работ, которые по факту выполняться не будут. Осуществляя задуманное, ФИО2, в указанное время, привлек для совместного совершения указанного преступления находящегося у него в подчинении сотрудника - слесаря по ремонту подвижного состава 6 разряда подразделения Участок по ремонту автотормозного и пневматического оборудования (1 группы) лицо, уголовное дело в отношении которого прекращено в связи с примирением сторон (далее – Лицо №1), предложив последнему совместно с ним совершить путем обмана хищение денежных средств ООО «ЛокоТех-Сервис» посредством указания им (ФИО2) в сдельных нарядах якобы выполненных Лицом №1 работ, которые по факту выполняться не будут, при этом при получении Лицом №1 необоснованно завышенной заработной платы и иных денежных выплат, последний должен перечислить часть незаконно полученных денежных средств на банковский счет ФИО2, на что Лицо №1, действуя из корыстной заинтересованности, согласился, тем самым вступив с ФИО2 в преступный сговор. Реализуя совместный преступный умысел, в период времени с июля 2023 г. по январь 2024 г., ФИО2, находясь в служебном кабинете, расположенном на территории ООО «ЛокоТех-Сервис» Сервисного локомотивного депо «Саратов» филиала «Приволжский», по адресу: &lt;...&gt;, используя свое служебное положение, проставлял в сдельных нарядах Лица №1 фиктивно выполненные последним работы по ремонту подвижных составов, на основании которых Лицу №1 необоснованно были начислены и выплачены денежные средства в общей сумме 66025,26 руб. за фиктивно выполненные работы, из которых 61000 руб. Лицо №1, по заранее достигнутой договоренности, в указанный период времени, перевел шестью транзакциями с со своего банковского счета №40817810318524010190, открытого 17 июля 2018 г. в филиале №6318 Банка ВТБ, расположенном по адресу: &lt;...&gt;, литер А на счет ФИО2 №40817810718524015261, открытый 11 июня 2019 г. в филиале №6318 Банка ВТБ, расположенном по адресу: &lt;...&gt;, литер А, а часть совместно похищенных денежных средств в сумме 5025,26 руб., оставил себе. Таким образом, ФИО2, используя свое служебное положение, действуя в составе группы лиц по предварительному сговору с Лицом №1, путем обмана похитили у ООО «ЛокоТех-Сервис» денежные средства в общей сумме 66025,26 руб., которыми распорядились в последствии по своему усмотрению, тем самым причинили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не позднее июля 2023 г., у ФИО2, на основании вышеуказанного приказа, являющегося мастером участка производства в подразделение Участок по ремонту автотормозного и пневматического оборудования (1 группы) Сервисного локомотивного депо «Саратов», то есть лицом в силу занимаемой должности и предоставленных ему должностных полномочий, наделенным комплексом организационно-распорядительных функций в коммерческой организации, связанных с руководством находящимися в его подчинении работниками, определением трудовых функций подчиненных ему работников, с организацией порядка их работы, учетом рабочего времени с составлением табелей учета рабочего времени, возник преступный умысел, направленный на совершение мошеннических действий путем фиктивного завышения в сдельных нарядах выполненных слесарями Общества работ, которые по факту выполняться не будут. Осуществляя задуманное ФИО2, в ноябре 2023 г., привлек для совместного совершения указанного преступления находящегося у него в подчинении сотрудника – слесаря по ремонту подвижного состава 5 разряда подразделения Участок по ремонту автотормозного и пневматического оборудования (1 группы) лицо, уголовное дело в отношении которого прекращено в связи с примирением сторон (далее – Лицо №2), предложив последнему совместно с ним совершить, путем обмана, хищение денежных средств ООО «ЛокоТех-Сервис» посредством указания им (ФИО2) в сдельных нарядах якобы выполненных Лицом №2 работ, которые по факту выполняться не будут, при этом при получении Лицом №2 необоснованно завышенной заработной платы и иных денежных выплат, последний должен перечислить часть незаконно полученных денежных средств на банковский счет ФИО2, на, что Лицо №2, действуя из корыстной заинтересованности, согласился, тем самым вступив с ФИО2 в преступный сговор. Реализуя совместный преступный умысел, в период времени с ноября 2023 г. по февраль 2024 г., ФИО2, находясь в служебном кабинете, расположенном на территории ООО «ЛокоТех-Сервис» Сервисного локомотивного депо «Саратов» филиала «Приволжский», по адресу: &lt;...&gt;, используя свое служебное положение, проставлял в сдельных нарядах Лица №2 фиктивно выполненные последним работы по ремонту подвижных составов, на основании которых Лицу №2 необоснованно были начислены и выплачены денежные средства в общей сумме 53649,29 руб. за фиктивно выполненные работы, из которых 49 000 руб. Лицо №2, по заранее достигнутой договоренности, в указанный период времени, перевел тремя транзакциями со своего банковского счета №40817810029524004576, открытого 17 июля 2018 г. в филиале №6318 Банка ВТБ (операционный офис «Вольский»), расположенном по адресу: &lt;...&gt;, на счет ФИО2 №40817810718524015261, открытый 11 июня 2019 г. в филиале №6318 Банка ВТБ, расположенном по адресу: &lt;...&gt;, литер А, а часть совместно похищенных денежных средств в сумме 4649,29 руб., оставил себе. Таким образом, ФИО2, используя свое служебное положение, действуя в составе группы лиц по предварительному сговору с Лицом №2, путем обмана похитили у ООО «ЛокоТех-Сервис» денежные средства в общей сумме 53649,29 руб., которыми распорядились в последствии по своему усмотрению, тем самым причинили ущерб на указанную сумму.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не позднее июля 2023 г., у ФИО2, на основании вышеуказанного приказа, являющегося мастером участка производства в подразделение Участок по ремонту автотормозного и пневматического оборудования (1 группы) Сервисного локомотивного депо «Саратов», то есть лицом в силу занимаемой должности и предоставленных ему должностных полномочий, наделенным комплексом организационно-распорядительных функций в коммерческой организации, связанных с руководством находящимися в его подчинении работниками, определением трудовых функций подчиненных ему работников, с организацией порядка их работы, учетом рабочего времени с составлением табелей учета рабочего времени, возник преступный умысел, направленный на совершение мошеннических действий путем фиктивного завышения в сдельных нарядах выполненных слесарями Общества работ, которые по факту выполняться не будут. Осуществляя задуманное, ФИО2, в декабре 2023 г., привлек для совместного совершения указанного преступления находящегося у него в подчинении сотрудника – слесаря по контрольно-измерительным приборам и автоматике 5 разряда подразделения Участок по ремонту автотормозного и пневматического оборудования (1 группы) лицо, уголовное дело в отношении которого прекращено в связи с примирением сторон (далее – Лицо №3). Реализуя совместный преступный умысел, в период времени с января 2024 г. по февраль 2025 г., ФИО2, находясь в служебном кабинете, расположенном на территории ООО «ЛокоТех-Сервис» Сервисного локомотивного депо «Саратов» филиала «Приволжский», по адресу: &lt;...&gt;, используя свое служебное положение, проставлял в сдельных нарядах Лица №3 фиктивно выполненные последним работы по ремонту подвижных составов, на основании которых Лицу №3 необоснованно были начислены и выплачены денежные средства в общей сумме 48080,60 руб. за фиктивно выполненные работы, из которых 44 000 руб. Лицо №3, по заранее достигнутой договоренности, в указанный период времени, перевел пятью транзакциями со своего банковского счета №40817810211524004177, открытого 19 февраля 2016 г. в филиале №6318 Банка ВТБ, расположенном по адресу: &lt;...&gt;, литер А, на счет ФИО2 №40817810718524015261, открытый 11 июня 2019 г. в филиале №6318 Банка ВТБ, расположенном по адресу: &lt;...&gt;, литер А, а часть совместно похищенных денежных средств в сумме 4080,60 руб., оставил себе. Таким образом, ФИО2, используя свое служебное положение, действуя в составе группы лиц по предварительному сговору с Лицом №3, путем обмана похитили у ООО «ЛокоТех-Сервис» денежные средства в общей сумме 48080,60 руб., которыми распорядились в последствии по своему усмотрению, тем самым причинили ущерб на указанную сумму. В судебном заседании подсудимый ФИО2 свою вину в совершении всех преступлений признал в полном объеме и подтвердил свои показания, данные в ходе предварительного следствия. Суд находит вину ФИО2 установленной совокупностью исследованных судом доказательств. Так, из показаний подозреваемого и обвиняемого ФИО2, оглашенных судом в порядке п. 1 ч. 1 ст. 276 УПК РФ , следует, что в период с декабря 2019 г. по настоящее время он работает в должности мастера участка производства в подразделение Участок по ремонту автотормозного и пневматического оборудования (1 группы) Сервисного локомотивного депо «Саратов». В его подчинении до середины февраля 2025 г. находились следующие работники: слесари по ремонту подвижного состава ФИО10 и ФИО9, а также слесарь по контрольно-измерительным приборам и автоматике ФИО11 В один из дней июля 2023 г., он с целью получения выгоды имущественного характера, предложил ФИО9, совместно обогатиться путем внесения в наряды ФИО9 фиктивных работ, которые по факту не будут им производиться, при этом при получении необоснованно завышенной заработной платы ФИО9 должен будет возвращать ему часть незаконно полученных денежных средств, на что ФИО9 согласился. После этого в период времени с июля 2023 г. по январь 2024 г. он проставлял слесарю ФИО9 в нарядах выполненные им якобы работы по ремонту подвижного состава, которые он на самом деле не производил. В свою очередь в указанный период времени ФИО9 путем нескольких банковских переводов, перевел ему на банковский счет, часть незаконно полученных денежных средств в общей сумме 61 000 рублей, часть денежных средств ФИО9, по договоренности, оставил себе. Полученными денежными средствами он распорядился по своему усмотрению. Кроме того в один из дней ноября 2023 г., он таким же образом предложил ФИО10 незаконно получать денежные средства, в целях совместного обогащения, на что последний согласился. После этого в период времени с ноября 2023 г. по февраль 2024 г. он проставлял слесарю ФИО10 в нарядах выполненные им якобы работы по ремонту подвижного состава, которые он на самом деле не производил. В свою очередь, в указанный период времени ФИО10 путем нескольких банковских переводов, перевел ему на банковский счет, часть незаконно полученных денежных средств в общей сумме 49 000 руб., часть денежных средств ФИО10, по договоренности, оставил себе. Полученными денежными средствами он распорядился по своему усмотрению. Кроме того, в один из дней декабря 2023 г., он таким же образом предложил ФИО11 незаконно получать денежные средства, в целях совместного обогащения, на что последний согласился. После этого в период времени с января 2024 г. по январь 2025 г., он проставлял слесарю ФИО11 в нарядах выполненные им якобы работы по ремонту подвижного состава, которые он на самом деле не производил. В свою очередь в указанный период времени ФИО11 путем нескольких банковских переводов, перевел ему на банковский счет, часть незаконно полученных денежных средств в общей сумме 48 000 руб., часть денежных средств ФИО11, по договоренности оставил себе. Полученными денежными средствами он распорядился по своему усмотрению (т.3 л.д. 165-179, 221- 223); Те же обстоятельства ФИО1 подтвердил в ходе явки с повинной (т. 2 л.д. 27, 76, 228).</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ФИО2 по эпизоду совершения мошенничества в отношении ООО «ЛокоТех-Сервис» на сумму 66025,26 руб., подтверждена не только показаниями ФИО2, данными в ходе предварительного расследования, и подтвержденных в ходе судебного разбирательства, но и совокупностью следующих доказательств: Из показаний ФИО9, данных в качестве подозреваемого и обвиняемого, оглашенных и подтвержденных последним в судебном заседании, следует, что на основании приказа начальника Сервисного локомотивного депо «Саратов» филиала «Приволжский» ООО «ЛокоТех-Сервис» от 01 июля 2014 №107 С/44 он переведен на должность слесаря по ремонту подвижного состава в подразделение Участок по ремонту автотормозного и пневматического оборудования (1 группы). До февраля 2025 г. он находился в непосредственном подчинении мастера участка ФИО2 В один из дней июля 2023 г. ФИО2 предложил ему вариант совместного незаконного материального обогащения, согласно которому ФИО2 будет ему проставлять фиктивные наряды выполненных работ по ремонту, обслуживанию локомотивов, проставлять ему необоснованно повышенный коэффициент трудового участия, в результате чего у него произойдет необоснованное повышение заработной платы, премии, отпускных, и часть необоснованно полученных выплат он должен будет передавать ему, на что он согласился. После этого в период времени с августа 2023 г. по январь 2024 г. он начал получать необоснованно повышенную заработную плату, премии, отпускные, и по договоренности с ФИО2, часть из указанных денежных средств переводил последнему, а именно в период с августа 2023 г. по январь 2024 г. он в результате нескольких переводов, перевел со своей банковской карты, на банковский счет ФИО2, денежные средства на общую сумму 61 000 руб., а часть денежных средств, по договоренности оставил себе, которыми распорядился по собственному усмотрению (т. 3 л.д. 230-234, т. 4 л.д. 9-11); Те же обстоятельства ФИО9 подтвердил в ходе явки с повинной (т. 2 л.д. 62). Представитель потерпевшего ФИО13 в своих показаниях, данных в ходе предварительного следствия и оглашенных в судебном заседании с согласия сторон на основании ч. 1 ст. 281 УПК РФ , сообщил, что ему известно, что в период времени с 01 июля 2023 г. по 14 февраля 2025 г. ФИО2, являясь мастером участка производства в подразделение Участок по ремонту автотормозного и пневматического оборудования (1 группы) Сервисного локомотивного депо «Саратов», путем незаконного начисления, в разные периоды времени, в нарядах якобы выполненных работ слесарями ФИО9, ФИО10 ФИО11, совершили хищение незаконно начисленных последним денежных средств в общей сумме 167755,15 руб., причинив ущерб на указанную сумму (т. 3 л.д. 124-127, 139-141); Свидетели - заместитель начальника по управлению персоналом филиала «Приволжский» ООО «ЛокоТех-Сервис» Свидетель №1 и инженер по организации и нормированию труда филиала «Приволжский» ООО «ЛокоТех-Сервис» - Свидетель №2, в своих показаниях, данных в ходе предварительного следствия и оглашенных в судебном заседании с согласия сторон на основании ч. 1 ст. 281 УПК РФ , сообщили, что основным направлением деятельности Сервисного локомотивного депо «Саратов» является ремонт и сервисное обслуживание локомотивов. С целью осуществления указанной деятельности в штатную численность включены мастера участков и слесаря, которые непосредственно осуществляют ремонт и обслуживание локомотивов. При этом мастер участка обладает организационно-распорядительными функциями по отношению к слесарям. Мастер осуществляет руководство участком, планирует деятельность участка, выполняет расстановку рабочих; предоставляет явочную численность работников, следит за соблюдением правил внутреннего трудового распорядка, устанавливает производственные задачи работникам. Сведения о выполненных работах слесарями, лично мастер вносит в программу АСУ СГ. Ответственность за корректность сведений, вносимых в программу АСУ СГ, лежит на мастере. У работников (слесарей) сдельная оплата труда, которая зависит от количества выполненной работы. В ООО «ЛокоТех-Сервис» официальную трудовую деятельность осуществляют мастер участка производства ФИО2, слесари ФИО5, ФИО10, ФИО11, которые находились в непосредственном подчинении у ФИО2 (т. 3 л.д. 142-144, 145-148); Вину подсудимого также подтверждают следующие доказательства: - протокол осмотра места происшествия от 30 сентября 2025 г., согласно которому осмотрено помещение производственного цеха по адресу: &lt;...&gt;. (т. 3 л.д. 72-87); - протокол осмотра места происшествия от 01 октября 2025 г., согласно которому осмотрен кабинет мастера ФИО2, по адресу: &lt;...&gt;., в ходе которого установлено, наличие на рабочем месте компьютера, на котором установлена программа АСУ СГ, посредством которой проставлялись сведения о явке работников, назначение и выполнение работ (т. 3 л.д. 88-94); - протоколы выемки от 26 августа 2025 г., и осмотра от 28 августа 2025 г. согласно которым у ФИО6 изъяты, а в последующем осмотрены сдельные наряды на выполненные работы за периоды 2023, 2024, 2025 годы (т. 3 л. &lt;...&gt;); - протокол осмотра предметов от 13 сентября 2025 г., согласно которому осмотрен оптический диск формата CD-R, содержащий в себе сведения о движении денежных средств по расчетным счетам ФИО2, за период с 01 января 2023 г. по 01 мая 2025 г. (т.3 л.д. 55-67); - протокол осмотра предметов от 12 сентября 2025 г., согласно которому осмотрен оптический диск формата CD-R, содержащий в себе сведения о движении денежных средств по расчетным счетам ФИО9, за период с 01 января 2023 г. по 01 марта 2024 г. (т.3 л.д. 42-49); - заключение эксперта № 316 от 01 октября 2025 г. из которого следует, что за период с 01 июля 2023 г. по 14 февраля 2025 г., на стоимость работ, которые не выполнялись, от Сервисного локомотивного депо «Саратов» филиала «Приволжский» «ЛокоТех-Сервис» было перечислено денежных средств на общую сумму 167 755,15 руб., из них в пользу ФИО9 66 025,26 руб., в пользу ФИО10 53 649, 29 руб., в пользу ФИО11 48 080,60 руб. Из указанных, полученных денежных средств, на имя ФИО2 было перечислено: ФИО9 61000 руб.; ФИО10 49 000 руб., ФИО11 44 000 руб. Разница между суммой денежных средств, полученной слесарями ФИО9, ФИО10 и ФИО11, с суммой денежных средств, перечисленных на лицевой счет, на имя ФИО2 составила: у ФИО9 5025,26 руб., у ФИО10 4 649, 29 руб., у ФИО11 4080, 60 руб. (т. 3 л.д. 105-112); - устав общества с ограниченной ответственностью «ЛокоТех-Сервис», утвержденная решением (протоколом № 48) внеочередного общего собрания участников от 31 июля 2017 г., согласно которому общество является коммерческой организацией. Основной целью деятельности ООО «ЛокоТех-Сервис» является извлечение прибыли. Предметом деятельности ООО «ЛокоТех-Сервис» является в числе прочего предоставление услуг по ремонту, техническому обслуживанию и переделке железнодорожных локомотивов и прочих моторных вагонов и подвижного состава Согласно п. 3.10 раздела 3. Устава, филиалы и представительства осуществляют деятельность от имени ООО «ЛокоТех-Сервис» (т.1 л.д. 120-132); - положение о сервисном локомотивном депо «Саратов» филиала «Приволжский» ООО «ЛокоТех-Сервис», утвержденное приказом № 1037 от 29 июня 2023 г., согласно которому сервисное локомотивное депо «Саратов» филиала «Приволжский» ООО «ЛокоТех-Сервис» не является юридическим лицом и действует как обособленное структурное подразделение филиала, расположенное по адресу: &lt;...&gt;. Основной целью создания сервисного локомотивного депо «Саратов» является повышение эффективности и качества проведения технического обслуживания и ремонта тягового подвижного состава (т.1 л.д. 140-147); - приказ начальника Сервисного локомотивного депо «Саратов» №1020 П/44 от 23 декабря 2019 г., согласно которому ФИО2 переведен на должность мастера участка производства в подразделение Участок по ремонту автотормозного и пневматического оборудования (1 группы) Сервисного локомотивного депо «Саратов» (т.1 л.д. 184); - должностная инструкция мастера участка подразделения Участок по ремонту автотормозного и пневматического оборудования (1 группы) Сервисного локомотивного депо «Саратов», согласно которой в должностные обязанности ФИО2 в том числе входит: осуществление общего руководства и планирования деятельности подразделения и входящих в его состав подразделений; осуществление руководства работниками подчиненных Участка по ремонту автотормозного и пневматического оборудования (1 группы), распределение обязанностей по выполнению порученной работы между подчиненными; контроль выполнения подчиненными выполнения порученной работы; обеспечение своевременного закрытия нарядов на выполненные работы и контроль правильности их составления: обеспечение своевременного оформления первичных финансовых документов по использованию и передвижению материальных ценностей, связанных с обеспечением работы участка; ведение табельного учета подчиненных участка (т.1 л.д. 191-197); - приказ начальника Сервисного локомотивного депо «Саратов» №107 ЛС/44 от 01 июля 2014 г., согласно которому ФИО9 переведен на должность слесаря по ремонту подвижного состава 6 разряда в подразделение Участок по ремонту автотормозного и пневматического оборудования (1 группы) (т.2 л.д. 65) - должностная инструкция слесаря по ремонту подвижного состава 6 разряда подразделения Участок по ремонту автотормозного и пневматического оборудования (1 группы), согласно которой ФИО9 обязан выполнять: устные и письменные поручения от непосредственного и вышестоящего руководства в пределах своих трудовых функций (т.2 л.д. 66-74);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ФИО2 по эпизоду совершения мошенничества в отношении ООО «ЛокоТех-Сервис» на сумму 53649,29 руб., подтверждена не только показаниями ФИО2, данными в ходе предварительного расследования, и подтвержденных в ходе судебного разбирательства, но и совокупностью следующих доказательств: - показаниями ФИО10, данными в качестве подозреваемого и обвиняемого, оглашенными и подтвержденными последним в судебном заседании, из которых следует, что на основании приказа начальника Сервисного локомотивного депо «Саратов» филиала «Приволжский» ООО «ЛокоТех-Сервис» № 594П/44 от 12 мая 2021 г. он переведен на должность слесаря по ремонту подвижного состава в подразделение Участок по ремонту автотормозного и пневматического оборудования (1 группы). До февраля 2025 г. он находился в непосредственном подчинении мастера участка ФИО2 В один из дней ноября 2023 г., ФИО2 предложил ему вариант совместного незаконного материального обогащения, согласно которому ФИО2 будет ему в нарядах указывать фиктивные работы, которые по факту не будут им производиться, при этом при получении необоснованно завышенной заработной платы он должен будет часть указанных денежных средств передавать ему, на что он согласился. После этого в период времени с декабря 2023 г. по февраль 2024 г. он начал получать необоснованно повышенную заработную плату, премии, отпускные, и по договоренности с ФИО2, часть из указанных денежных средств переводил последнему, а именно в указанный период времени он в результате нескольких переводов, перевел со своей банковской карты, на банковский счет ФИО2, денежные средства на общую сумму 49 000 руб., а часть денежных средств, по договоренности оставил себе, которыми распорядился по собственному усмотрению (т.4 л.д. 32-39, 53-55); Те же обстоятельства ФИО10 подтвердил в ходе явки с повинной (т. 2 л.д. 124); - вышеизложенными показаниями представителя потерпевшего ФИО13 (т.3 л.д. 124-127, 139-141); - вышеизложенными показаниями свидетелей Свидетель №1 и Свидетель №2 (т.3 л.д. 142-144, 145-148); Вину подсудимого также подтверждают следующие доказательства: - вышеуказанный протокол осмотра места происшествия от 30 сентября 2025 г. (т.3 л.д. 72-87); - вышеуказанный протокол осмотра места происшествия от 01 октября 2025 г. (т.3 л.д. 88-94); - вышеуказанные протоколы выемки от 26 августа 2025 г., и осмотра от 28 августа 2025 г. (т. 3 л. &lt;...&gt;); - вышеуказанный протокол осмотра предметов от 13 сентября 2025 г. (т.3 л.д. 55-67); - протокол осмотра предметов от 11 сентября 2025 г., согласно которому осмотрен оптический диск формата CD-R, содержащий в себе сведения о движении денежных средств по расчетным счетам ФИО10 за период с 01 января 2023 г. по 01 марта 2024 г. (т.3 л.д. 30-36); - вышеуказанное заключение эксперта № 316 от 01 октября 2025 г. (т.3 л.д. 104-112); - вышеуказанный устав общества с ограниченной ответственностью «ЛокоТех-Сервис» (т.1 л.д. 120-132); - вышеизложенное положение о сервисном локомотивном депо «Саратов» филиала «Приволжский» ООО «ЛокоТех-Сервис» (т.1 л.д. 140-147); - вышеуказанный приказ начальника Сервисного локомотивного депо «Саратов» №1020 П/44 от 23 декабря 2019 г. в отношении ФИО7 (т.1 л.д. 184); - вышеизложенная должностная инструкция мастера участка подразделения Участок по ремонту автотормозного и пневматического оборудования (1 группы) Сервисного локомотивного депо «Саратов» (т.1 л.д. 191-197); - приказ начальника Сервисного локомотивного депо «Саратов» №594 П/44 от 12 мая 2021 г., согласно которого ФИО10 переведен на должность слесаря по ремонту подвижного состава 5 разряда в подразделение Участок по ремонту автотормозного и пневматического оборудования (1 группы) (т.2 л.д.138); - должностная инструкция слесаря по ремонту подвижного состава 5 разряда подразделения Участок по ремонту автотормозного и пневматического оборудования (1 группы), согласно которой ФИО10 обязан выполнять: устные и письменные поручения от непосредственного и вышестоящего руководства в пределах своих трудовых функций (т.2 л.д.145-152);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Вина ФИО2 по эпизоду совершения мошенничества в отношении ООО «ЛокоТех-Сервис» на сумму 48080,60 руб., подтверждена не только показаниями ФИО2, данными в ходе предварительного расследования, и подтвержденными в ходе судебного разбирательства, но и совокупностью следующих доказательств: - показаниями ФИО11, данными в качестве подозреваемого и обвиняемого, оглашенными и подтвержденными последним в судебном заседании, из которых следует, что на основании приказа начальника Сервисного локомотивного депо «Саратов» филиала «Приволжский» ООО «ЛокоТех-Сервис» № 40ЛС/44 от 09 марта 2016 г. он принят на должность слесаря по контрольно-измерительным приборам и автоматике в подразделение Участок по ремонту автотормозного и пневматического оборудования (1 группы) Сервисного локомотивного депо «Саратов» филиала «Приволжский» ООО «ЛокоТех-Сервис». До февраля 2025 г. он находился в непосредственном подчинении мастера участка ФИО2 В один из дней декабря 2023 г., ФИО2 предложил ему вариант совместного незаконного материального обогащения, согласно которому ФИО2 будет ему в нарядах указывать фиктивные работы, которые по факту не будут им производиться, при этом при получении необоснованно завышенной заработной платы, он должен будет часть указанных денежных средств передавать ему, на что он согласился. После этого, в период времени с февраля 2024 г. по январь 2025 г. он начал получать необоснованно повышенную заработную плату, отпускные, и по договоренности с ФИО2, часть из указанных денежных средств переводил последнему, а именно в указанный период времени он в результате нескольких переводов, перевел со своей банковской карты, на банковский счет ФИО1, денежные средства на общую сумму 44 000 руб., а часть денежных средств, по договоренности оставил себе, которыми распорядился по собственному усмотрению (т.4 л.д. 75-82, 96-98); Те же обстоятельства ФИО10 подтвердил в ходе явки с повинной (т. 2 л.д. 187); - вышеизложенными показаниями представителя потерпевшего ФИО13 (т. 3 л.д. 124-127, 139-141); - вышеизложенными показаниями свидетелей Свидетель №1 и Свидетель №2 (т.3 л.д. 142-144, 145-148); Вину подсудимого также подтверждают следующие доказательства: - вышеуказанный протокол осмотра места происшествия от 30 сентября 2025 г. (т.3 л.д. 72-87); - вышеуказанный протокол осмотра места происшествия от 01 октября 2025 г. (т. 3 л.д. 88-94); - вышеуказанные протоколы выемки от 26 августа 2025 г., и осмотра от 28 августа 2025 г. (т. 3 л. &lt;...&gt;); - вышеуказанный протокол осмотра предметов от 13 сентября 2025 г. (т. 3 л.д. 55-67); - протокол осмотра предметов от 10 сентября 2025 г., согласно которому осмотрен оптический диск формата CD-R, содержащий в себе сведения о движении денежных средств по расчетным счетам ФИО11 за период с 01 января 2024 г. по 01 мая 2025 г. (т.3 л.д. 16-23); - вышеуказанное заключение эксперта № 316 от 01 октября 2025 г. (т. 3 л.д. 105-112); - вышеуказанный устав общества с ограниченной ответственностью «ЛокоТех-Сервис» (т.1 л.д. 120-132); - вышеизложенное положение о сервисном локомотивном депо «Саратов» филиала «Приволжский» ООО «ЛокоТех-Сервис» (т.1 л.д. 140-147); - вышеуказанный приказ начальника Сервисного локомотивного депо «Саратов» №1020 П/44 от 23 декабря 2019 г. в отношении ФИО7 (т.1 л.д. 184); - вышеизложенная должностная инструкция мастера участка подразделения Участок по ремонту автотормозного и пневматического оборудования (1 группы) Сервисного локомотивного депо «Саратов» (т.1 л.д. 191-197); - приказ начальника Сервисного локомотивного депо «Саратов» №40ЛС/44 от 09 марта 2016 г., согласно которому ФИО11 принят на должность слесаря по контрольно-измерительным приборам и автоматике в подразделение Участок по ремонту автотормозного и пневматического оборудования (1 группы) Сервисного локомотивного депо «Саратов» филиала «Приволжский» ООО «ЛокоТех-Сервис». (т.2 л.д.202); - должностная инструкция слесаря по контрольно-измерительным приборам и автоматике в подразделение Участок по ремонту автотормозного и пневматического оборудования (1 группы) Сервисного локомотивного депо «Саратов» филиала «Приволжский» ООО «ЛокоТех-Сервис», согласно которой ФИО11 обязан выполнять устные и письменные поручения от непосредственного и вышестоящего руководства в пределах своих трудовых функций (т.2 л.д.208-213); Анализируя собранные и исследованные в судебном заседании изложенные доказательства в их совокупности, суд приходит к выводу о доказанности вины подсудимого в совершении указанных преступлений. Все доказательства стороны обвинения получены в соответствии с требованиями закона, обстоятельств, при которых суд мог бы не доверять этим доказательствам, в судебном заседании не установлено, в связи с чем, суд признает их допустимыми, достоверными и кладет в основу приговора. Совокупность указанных последовательных и непротиворечивых доказательств полностью изобличает подсудимого в совершении указанных преступлений. Суд квалифицирует действия ФИО2, по факту совершения мошенничества в отношении ООО «ЛокоТех-Сервис» - по каждому преступлению отдельно, по ч. 3 ст. 159 УК РФ как мошенничество, то есть хищение чужого имущества путем обмана, совершенное группой лиц по предварительному сговору, с использованием своего служебного положения; Как видно из обстоятельств дела, ФИО2, используя свое служебное положение мастера участка производства в подразделение Участок по ремонту автотормозного и пневматического оборудования (1 группы) Сервисного локомотивного депо «Саратов» филиала «Приволжский» ООО «ЛокоТех-Сервис», заранее договорившись о совместном совершении преступлений, отдельно по каждому преступлению с Лицом №1, Лицом №2 и Лицом №3 путем обмана сотрудников ООО «ЛокоТех-Сервис», похитили денежные средства, принадлежащие ООО «ЛокоТех-Сервис». Обман по указанным преступлениям по факту хищения денежных средств принадлежащих ООО «ЛокоТех-Сервис» путем мошенничества, заключался в фиктивном завышении и указании ФИО2 в сдельных нарядах выполненных работ слесарями Лицом №1, Лицом №2 и Лицом №3, на основании которых Лицу №1, Лицу №2 и Лицу №3 необоснованно были начислены, выплачены и таким образом похищены, денежные средства за работы, которые в действительности не выполнялись. Квалифицирующий признак совершения преступления «группой лиц по предварительному сговору» подтверждается как самим подсудимым ФИО2, так и исследованными в судебном заседании доказательствами, а именно ФИО2, отдельно по каждому преступлению с Лицом №1, Лицом №2 и Лицом №3, вступили в преступный сговор на совершение мошеннических действий, то есть хищение путем обмана денежных средств ООО «ЛокоТех-Сервис», заранее распределив между собой преступные роли, согласно которым, ФИО2 в сдельных нарядах фиктивно завышал объемы выполненных работ слесарями Лицом №1, Лицом №2 и Лицом №3, а необоснованно начисленные и полученные указанным лицам денежные средства, ФИО2, отдельно по каждому преступлению с Лицом №1, Лицом №2 и Лицом №3, распределяли между собой и распоряжались по своему усмотрению. Квалифицирующий признак использования своего служебного положения подтвержден данными о том, что ФИО2, при выполнении объективной стороны преступлений, в том числе для введения сотрудников ООО «ЛокоТех-Сервис» в заблуждение, использовал свои служебные полномочия, включающие организационно-распорядительных функций в коммерческой организации, связанные с руководством находящимися в его подчинении работниками, определением трудовых функций подчиненных ему работников, с организацией порядка их работы, учетом рабочего времени с составлением табелей учета рабочего времени и иных документов, необходимых для совершения преступления. Данная квалификация действий подсудимого нашла свое подтверждение в судебном заседании. Так, кроме признания вины самими подсудимыми, их вина в содеянном подтверждается показаниями представителя потерпевшего и свидетелей, которые суд оценивает как правильные, согласующиеся с другими исследованными в судебном заседании доказательствами, в том числе с показаниями подсудимого. Оснований для оговора представителем потерпевшего и вышеуказанными свидетелями подсудимого ФИО2, а так же самооговора подсудимым, судом не установлено. Психическое состояние подсудимых судом проверено. В соответствии со справками медицинского учреждения ФИО2 на учете у врача-нарколога и врача-психиатра не состоит (т. 3 л.д. 180). Исходя из этого, а также учитывая данные о личности подсудимого, его поведение в процессе предварительного расследования и судебного заседания, сомнений во вменяемости подсудимого ФИО2 у суда не возникло. При назначении наказания суд учитывает характер и степень общественной опасности преступлений, которые относятся к категории тяжких преступлений, личность виновного, который характеризуются положительно; обстоятельства, смягчающее наказание; роль подсудимого в совершении преступлений; состояние его здоровья и здоровья его близких, влияние назначенного наказания на исправление осужденного и на условия жизни его семьи, достижение целей восстановления социальной справедливости, а также исправления осужденного и предупреждение совершения новых преступлений. Обстоятельствами, смягчающими наказание ФИО2, суд по всем преступлениям в соответствии с п.п. «и», «к» ч. 1 ст. 61 УК РФ признает наличие малолетнего ребенка, добровольное полное возмещение имущественного ущерба, причиненного в результате преступлений (т. 3 л.д. 225), а также в соответствии с ч. 2 ст. 61 УК РФ - способствование расследованию преступлений, раскаяние в содеянном, признание своей вины, состояние здоровья как самого подсудимого, так и его близких. Вместе с тем, суд не находит оснований для признания в качестве смягчающего обстоятельства явки с повинной, поскольку сообщение органам предварительного расследования о совершенном преступлении было сделано ФИО2 вынужденно, в связи с проводимыми оперативно-розыскными мероприятиями. Обстоятельств, отягчающих наказание ФИО2 не имеется. Подсудимый ФИО2 ранее не судим, официально трудоустроен, по месту жительства характеризуется положительно. Принимая во внимание вышеизложенные обстоятельства, суд пришел к выводу о том, что восстановление социальной справедливости, исправление виновного и предупреждение совершения новых преступлений могут быть достигнуты путем назначения ФИО2 наказания в виде штрафа, полагая, что такое наказание обеспечит достижение указанных целей наказания. Оснований для применения в отношении ФИО2 положений ст. 64 УК РФ , с учетом степени общественной опасности преступлений, не усматривается. При этом, учитывая все обстоятельства дела, наличие смягчающих обстоятельств, в том числе добровольное полное возмещение потерпевшему материального ущерба, при отсутствии отягчающих обстоятельств, суд, реализуя закрепленные в ст.ст. и 7 УК РФ принципы справедливости и гуманизма, приходит к выводу о наличии оснований для изменения категории совершенного подсудимым преступления на менее тяжкую в соответствии с ч. 6 ст. 15 УК РФ с тяжкого преступления на преступление средней тяжести. Кроме того, согласно ст. 76 УК РФ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вред. Согласно разъяснениям, содержащимся в п. 10 постановления Пленума Верховного Суда РФ от 15 мая 2018 г. № 10 «О практике применения судами положений части 6 статьи Уголовного кодекса Российской Федерации», решение суда об изменении категории преступления с тяжкого на преступление средней тяжести позволяет суду при наличии оснований, предусмотренных ст. 76 УК РФ , освободить осужденного от отбывания назначенного наказания (пункт 2 части 5 статьи 302 УПК РФ ). При рассмотрении уголовного дела представитель потерпевшего ФИО8 заявила ходатайство о прекращении уголовного дела в отношении подсудимого в связи с примирением сторон и полным возмещением причиненного им ущерба. При таких обстоятельствах суд считает, что ФИО2 подлежит освобождению от назначенного ему наказания по всем указанным преступлениям, предусмотренным ч. 3 ст. 159 УК РФ в связи с примирением с потерпевшим. Меру пресечения в виде подписки о невыезде и надлежащем поведении ФИО2 следует отменить. Судьбу вещественных доказательств следует разрешить в соответствии с ч. 3 ст. 81 УПК РФ . Гражданский иск по делу не заявлен. На основании изложенного, руководствуясь ст.ст. , и 309 УПК РФ , суд приговорил: ФИО2 признать виновным в совершении трех преступлений, предусмотренных ч. 3 ст. 159 УК РФ , и назначить ему наказание: - по ч. 3 ст. 159 УК РФ (по эпизоду хищения денежных средств ООО «ЛокоТех-Сервис» сумме 66025,26 руб.) в виде штрафа в размере 100 000 (сто тысяч) руб. в доход государства; - по ч. 3 ст. 159 УК РФ (по эпизоду хищения денежных средств ООО «ЛокоТех-Сервис» сумме 53649,29 руб.) в виде штрафа в размере 100 000 (сто тысяч) руб. в доход государства; - по ч. 3 ст. 159 УК РФ (по эпизоду хищения денежных средств ООО «ЛокоТех-Сервис» сумме 48080,60 руб.) в виде штрафа в размере 100 000 (сто тысяч) руб. в доход государства; На основании ч. 3 ст. 69 УК РФ по совокупности преступлений путем частичного сложения назначенных наказаний назначить ФИО2 окончательное наказание в виде штрафа в размере 150 000 (ста пятидесяти тысяч) руб.. в доход государства. На основании ч. 6 ст. 15 УК РФ изменить категорию всех совершенных ФИО2 преступлений с тяжких на преступления средней тяжести. В соответствии со ст. 76 УК РФ освободить ФИО2 от назначенного ему наказания в связи с примирением с потерпевшим. Меру пресечения в виде подписки о невыезде и надлежащем поведении ФИО2 отменить. Вещественные доказательства: - четыре оптический диск формата CD-R, с информацией о наличии счетов и движении денежных средств ФИО11, ФИО9, ФИО10, ФИО1, хранящиеся в материалах уголовного дела, – хранить в материалах уголовного дела; - сдельные наряды на выполненные работы: №СРЮЖ-000879 от 31.12.2023, №СРЮЖ-000522 от 31.07.2023, №СРЮЖ-000592 от 31.08.2023, №СРЮЖ-000801 от 30.11.2023; №СРЮЖ-000145 от 31.01.2024, №СРЮЖ-000879 от 31.12.2023, №СРЮЖ-000801 от 30.11.2023, №СРЮЖ-000675 от 30.09.2023, №СРЮЖ-000744 от 31.10.2023; №СРЮЖ-000879 от 31.12.2023, №СРЮЖ-000145 от 31.01.2024, №СРЮЖ-000184 от 31.01.2025, №СРЮЖ-000894 от 30.11.2024, №СРЮЖ-000964 от 31.12.2024,№СРЮЖ-000814 от 31.10.2024 – хранящееся в камере хранения вещественных доказательств Саратовского СОТ ЗМСУТ СК России - передать в суд и хранить при уголовном деле (т.3 л.д. 13-14). Приговор может быть обжалован в апелляционном порядке в судебную коллегию по уголовным делам Саратовского областного суда, путем подачи апелляционной жалобы через Октябрьский районный суд г. Саратова, в течение 15 суток со дня его провозглашения. Осужденные вправе ходатайствовать о своем участии в рассмотрении уголовного дела судом апелляционной инстанции, о чем указывается в своих апелляционных жалобах или в возражениях на жалобы, представления, принесенные другими участниками уголовного процесса. Председательствующий С.В. Калашников Суд: Октябрьский районный суд г. Саратова (Саратовская область) (подробнее) Иные лица: Саратовский транспортный прокурор (подробнее) Судьи дела: Калашников Сергей Владимирович (судья) (подробнее) Последние документы по делу: Приговор от 27 ноября 2025 г. по делу № 1-200/2025 Приговор от 9 ноября 2025 г. по делу № 1-200/2025 Приговор от 26 марта 2025 г. по делу № 1-200/2025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