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совершила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при следующих обстоятельствах. Так, в период времени с ФИО2 по ФИО2, более точная дата органами предварительного следствия не установлена, у ФИО1, состоящей в должности начальника ОПС АДРЕС, находящейся на рабочем месте по адресу: АДРЕС имеющей свободный доступ к операционной кассе, из корыстных побуждений, с целью улучшения своего материального положения возник преступный умысел на систематическое хищение вверенных ей денежных средств УФПС АДРЕС, предназначенных для совершения расчетно-кассовых операций, посредством использования своего служебного положения, связанного с полномочиями по управлению, хранению, учету и контролю за денежными средствами организации. Реализуя возникший преступный умысел, направленный на систематическое хищение вверенного ей имущества, путем присвоения, используя свое служебное положение, действуя умышленно, осознавая противоправный характер своих действий и наступление общественно-опасных последствий в виде причинения имущественного вреда АО «Почта России» (НОМЕР) и желая этого, с корыстной целью, вопреки интересам организации, против воли собственника – АО «Почта России», ФИО1, будучи трудоустроенной в должности начальника ОПС, являясь должностным лицом в соответствии с возложенными на нее должностными обязанностями по занимаемой ею должности, наделенной административно-хозяйственными функциями по учету денежных средств, ведению контроля за кассовыми операциями, и являясь материально ответственным лицом, в период времени с ФИО2 по ФИО2, более точная дата органами предварительного следствия не установлена, находясь на своем рабочем месте в ОПС АДРЕС, расположенном по адресу: АДРЕС имея свободный доступ к операционной кассе и осознавая, что наличные денежные средства, находящиеся в операционной кассе и предназначенные для совершения расчетно-кассовых операций, ей не принадлежат и право распоряжаться указанными денежными средствами никто не предоставлял, действуя с единым преступным умыслом совершила продолжаемое хищение вверенных ей денежных средств, принадлежащих АО «Почта России», на общую сумму 197 645 рублей 79 копеек, систематически изымая из кассы ОПС АДРЕС денежные средства на различные суммы в пределах 197 645 рублей 79 копеек. Похищенными в период с ФИО2 по ФИО2 путем присвоения вверенных ФИО1 денежных средств всего на общую сумму 197 645 рублей 79 копеек последняя распорядилась по своему усмотрению, причинив своими действиями АО «Почта России» материальный ущерб на указанную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совершила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при следующих обстоятельствах. Так, в период времени с ФИО2 по ФИО2, более точная дата органами предварительного следствия не установлена, у ФИО1, состоящей в должности начальника ОПС АДРЕС, находящейся на рабочем месте по адресу: АДРЕС имеющей свободный доступ к программе ЕАС ОПС, из корыстных побуждений, с целью улучшения своего материального положения возник преступный умысел на систематическое хищение вверенных ей денежных средств УФПС АДРЕС, поступавших в кассу от физических лиц (граждан) в качестве оплаты наложенных платежей, посредством использования своего служебного положения, связанного с полномочиями по управлению, хранению, учету и контролю за денежными средствами организации. Реализуя возникший преступный умысел, направленный на систематическое хищение вверенного ей имущества, путем присвоения, используя свое служебное положение, действуя умышленно, осознавая противоправный характер своих действий и наступление общественно-опасных последствий в виде причинения имущественного вреда АО «Почта России» (НОМЕР) и желая этого, с корыстной целью, вопреки интересам организации, против воли собственника – АО «Почта России», ФИО1, будучи трудоустроенной в должности начальника ОПС, являясь должностным лицом в соответствии с возложенными на нее должностными обязанностями по занимаемой ею должности, наделенной административно-хозяйственными функциями по учету денежных средств, ведению контроля за кассовыми операциями, и являясь материально ответственным лицом, в период времени с ФИО2 по ФИО2, более точная дата органами предварительного следствия не установлена, находясь на своем рабочем месте в ОПС АДРЕС, расположенном по адресу: АДРЕС, имея свободный доступ к находившимся в ОПС регистрируемым почтовым отправлениям (посылкам), выдала клиентам заказанные ими посылки, получив от них денежные средства в качестве оплаты наложенных платежей в общей сумме 157 572 рубля 47 копеек, а именно: - оплату наложенного платежа в сумме 7000 рублей, подлежащую выплате Е. в качестве оплаты РПО с почтовым идентификатором НОМЕР, ФИО2 поступившего в ОПС АДРЕС; - оплату наложенного платежа в сумме 6800 рублей, подлежащую выплате ИП Г.О. в качестве оплаты РПО с почтовым идентификатором НОМЕР ФИО2 поступившего в ОПС АДРЕС; - оплату наложенного платежа в сумме 5901 рубль, подлежащую выплате ООО «***» в качестве оплаты РПО с почтовым идентификатором НОМЕР, ФИО2 поступившего в ОПС АДРЕС; - оплату наложенного платежа в сумме 7842 рубля, подлежащую выплате ООО «***» в качестве оплаты РПО с почтовым идентификатором НОМЕР, ФИО2 поступившего в ОПС АДРЕС; - оплату наложенного платежа в сумме 9516 рублей, подлежащую выплате ИП П.И. в качестве оплаты РПО с почтовым идентификатором НОМЕР ФИО2 поступившего в ОПС АДРЕС; - оплату наложенного платежа в сумме 9950 рублей, подлежащую выплате ИП К.М. в качестве оплаты РПО с почтовым идентификатором НОМЕР, ФИО2 поступившего в ОПС АДРЕС; - оплату наложенного платежа в сумме 7800 рублей, подлежащую выплате ИП Г.О. в качестве оплаты РПО с почтовым идентификатором НОМЕР, ФИО2 поступившего в ОПС АДРЕС; - оплату наложенного платежа в сумме 6500 рублей, подлежащую выплате ИП С.Н. в качестве оплаты РПО с почтовым идентификатором НОМЕР ФИО2 поступившего в ОПС АДРЕС; - оплату наложенного платежа в сумме 7100 рублей, подлежащую выплате ИП С.П. в качестве оплаты РПО с почтовым идентификатором НОМЕР, ФИО2 поступившего в ОПС АДРЕС; - оплату наложенного платежа в сумме 7847 рублей, подлежащую выплате ИП К в качестве оплаты РПО с почтовым идентификатором НОМЕР, ФИО2 поступившего в ОПС АДРЕС; - оплату наложенного платежа в сумме 4092 рубля, подлежащую выплате ИП Д.Г. в качестве оплаты РПО с почтовым идентификатором НОМЕР, ФИО2 поступившего в ОПС АДРЕС; - оплату наложенного платежа в сумме 10260 рублей, подлежащую выплате ИП С.А. в качестве оплаты РПО с почтовым идентификатором НОМЕР, ФИО2 поступившего в ОПС АДРЕС; - оплату наложенного платежа в сумме 8900 рублей, подлежащую выплате ИП К.Н. в качестве оплаты РПО с почтовым идентификатором НОМЕР, ФИО2 поступившего в ОПС АДРЕС; - оплату наложенного платежа в сумме 11269 рублей, подлежащую выплате ООО «***» в качестве оплаты РПО с почтовым идентификатором НОМЕР ФИО2 поступившего в ОПС АДРЕС; - оплату наложенного платежа в сумме 13260 рублей, подлежащую выплате ООО «***» в качестве оплаты РПО с почтовым идентификатором НОМЕР ФИО2 поступившего в ОПС АДРЕС; - оплату наложенного платежа в сумме 4558 рублей, подлежащую выплате АО «***» в качестве оплаты РПО с почтовым идентификатором НОМЕР, ФИО2 поступившего в ОПС АДРЕС; - оплату наложенного платежа в сумме 2409 рублей, подлежащую выплате ООО «***»» в качестве оплаты РПО с почтовым идентификатором НОМЕР, ФИО2 поступившего в ОПС АДРЕС; - оплату наложенного платежа в сумме 14990 рублей, подлежащую выплате ООО «***» (ООО «***» НОМЕР) в качестве оплаты РПО с почтовым идентификатором НОМЕР, ФИО2 поступившего в ОПС АДРЕС; - оплату наложенного платежа в сумме 5360 рублей, подлежащую выплате ИП *** в качестве оплаты РПО с почтовым идентификатором НОМЕР, ФИО2 поступившего в ОПС АДРЕС; - оплату наложенного платежа в сумме 4290 рублей, подлежащую выплате ООО «***» (ООО *** НОМЕР) в качестве оплаты РПО с почтовым идентификатором НОМЕР, ФИО2 поступившего в ОПС АДРЕС; - оплату наложенного платежа в сумме 1928 рублей 47 копеек, подлежащую выплате ООО «***»» в качестве оплаты РПО с почтовым идентификатором НОМЕР, ФИО2 поступившего в ОПС АДРЕС, и осознавая, что денежные средства, полученные от клиентов в качестве оплаты наложенных платежей, ей не принадлежат и право распоряжаться указанными денежными средствами никто не предоставлял, действуя с единым преступным умыслом совершила продолжаемое хищение вверенных ей денежных средств, принадлежащих АО «Почта России», на общую сумму 157 572 рубля 47 копеек, систематически изымая денежные средства на вышеуказанные суммы без отражения факта выдачи РПО клиентам в документах бухгалтерского учета и без внесения денежных средств в кассу ОПС АДРЕС Похищенными в период с ФИО2 по ФИО2 путем присвоения вверенных ФИО1 денежных средств всего на общую сумму 157 572 рубля 47 копеек последняя распорядилась по своему усмотрению, причинив своими действиями АО «Почта России» материальный ущерб на указанную сумму.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ФИО1 совершила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в крупном размере, при следующих обстоятельствах. Так, в период времени с ФИО2 по ФИО2, более точная дата органами предварительного следствия не установлена, у ФИО1, состоящей в должности начальника ОПС АДРЕС, находящейся на рабочем месте по адресу: АДРЕС, р.АДРЕС, ул. 2-й квартал, АДРЕС, имеющей свободный доступ к операционной кассе и программе ЕАС ОПС, из корыстных побуждений, с целью улучшения своего материального положения возник преступный умысел на систематическое хищение вверенных ей денежных средств УФПС АДРЕС, предназначенных для выдачи пенсий, пособий и других социальных выплат, посредством использования своего служебного положения, связанного с полномочиями по управлению, хранению, учету и контролю за денежными средствами организации. Реализуя возникший преступный умысел, направленный на систематическое хищение вверенного ей имущества, путем присвоения, используя свое служебное положение, действуя умышленно, осознавая противоправный характер своих действий и наступление общественно-опасных последствий в виде причинения имущественного вреда АО «Почта России» (НОМЕР) и желая этого, с корыстной целью, вопреки интересам организации, против воли собственника – АО «Почта России», ФИО1, будучи трудоустроенной в должности начальника ОПС, являясь должностным лицом в соответствии с возложенными на нее должностными обязанностями по занимаемой ею должности, наделенной административно-хозяйственными функциями по учету денежных средств, ведению контроля за кассовыми операциями, и являясь материально ответственным лицом, в период времени с ФИО2 по ФИО2, более точная дата органами предварительного следствия не установлена, находясь на своем рабочем месте в ОПС АДРЕС, расположенном по адресу: АДРЕС, имея свободный доступ к программе ЕАС ОПС и операционной кассе, изъяла из данной кассы денежные средства, предназначенные для выдачи пенсий, пособий и других социальных выплат, на общую сумму 475 685 рублей 90 копеек, и внесла в программу ЕАС ОПС несоответствующие действительности (ложные) сведения о выплате указанных денежных средств их получателям, а именно: - денежные средства, подлежащие выплате В.Д ФИО2, в сумме 292,35 рублей в качестве ежемесячного пособия на основании поручения НОМЕР и в сумме 27928,57 рублей в качестве пенсии на основании поручения НОМЕР; - денежные средства, подлежащие выплате Свидетель №36 ФИО2, в сумме 20014,15 рублей в качестве пенсии на основании поручения НОМЕР; - денежные средства, подлежащие выплате П.Г ФИО2, в сумме 552,22 рублей в качестве ежемесячного пособия на основании поручения НОМЕР; - денежные средства, подлежащие выплате Свидетель №11 ФИО2 и ФИО2, в сумме 3228,79 рублей и 25862,86 рублей соответственно в качестве пенсии на основании поручения НОМЕР; - денежные средства, подлежащие выплате Свидетель №30 ФИО2, в сумме 978,13 рублей в качестве ежемесячного пособия на основании поручения НОМЕР; - денежные средства, подлежащие выплате Свидетель №12 ФИО2, в сумме 22080,36 рублей в качестве пенсии на основании поручения НОМЕР; - денежные средства, подлежащие выплате Свидетель №18 ФИО2, в сумме 13211,99 рублей в качестве пенсии на основании поручения НОМЕР; - денежные средства, подлежащие выплате Свидетель №10 ФИО2, в сумме 22773,36 рублей в качестве пенсии на основании поручения НОМЕР; - денежные средства, подлежащие выплате Свидетель №31 ФИО2, в сумме 263,71 рублей в качестве ежемесячного пособия на основании поручения НОМЕР и в сумме 19366,85 рублей в качестве пенсии на основании поручения НОМЕР; - денежные средства, подлежащие выплате Свидетель №13 ФИО2, в сумме 957,53 рублей в качестве ежемесячного пособия на основании поручения НОМЕР; - денежные средства, подлежащие выплате Г. ФИО2, в сумме 37513 рублей в качестве пенсии на основании поручения НОМЕР; - денежные средства, подлежащие выплате Свидетель №42 ФИО2, в сумме 267,30 рублей в качестве ежемесячного пособия на основании поручения НОМЕР и в сумме 25764,51 рублей в качестве пенсии на основании поручения НОМЕР; - денежные средства, подлежащие выплате Свидетель №46 ФИО2, в сумме 22813,03 рублей в качестве пенсии на основании поручения НОМЕР; - денежные средства, подлежащие выплате Свидетель №45 ФИО2, в сумме 25292,16 рублей в качестве пенсии на основании поручения НОМЕР; - денежные средства, подлежащие выплате Х. ФИО2, в сумме 12646,08 рублей в качестве пенсии на основании поручения НОМЕР; - денежные средства, подлежащие выплате Свидетель №19 ФИО2, в сумме 18903,76 рублей в качестве пенсии на основании поручения НОМЕР; - денежные средства, подлежащие выплате Свидетель №43 ФИО2, в сумме 14952,82 рублей в качестве пенсии на основании поручения НОМЕР; - денежные средства, подлежащие выплате Свидетель №17 ФИО2, в сумме 19645,87 рублей в качестве пенсии на основании поручения НОМЕР; - денежные средства, подлежащие выплате Свидетель №33 ФИО2, в сумме 21595,26 рублей в качестве пенсии на основании поручения НОМЕР; - денежные средства, подлежащие выплате Свидетель №14 ФИО2, в сумме 7500,42 рублей в качестве пенсии на основании поручения НОМЕР; - денежные средства, подлежащие выплате Бэ. ФИО2, в сумме 14921,79 рублей в качестве пенсии на основании поручения НОМЕР; - денежные средства, подлежащие выплате Свидетель №16 ФИО2, в сумме 14030 рублей в качестве пенсии на основании поручения НОМЕР; - денежные средства, подлежащие выплате Свидетель №41 ФИО2, в сумме 4347,93 рублей в качестве пенсии на основании поручения НОМЕР; - денежные средства, подлежащие выплате Свидетель №24 ФИО2, в сумме 3404,09 рублей в качестве пенсии на основании поручения НОМЕР; - денежные средства, подлежащие выплате С ФИО2, в сумме 750,17 рублей в качестве ежемесячного пособия на основании поручения НОМЕР; - денежные средства, подлежащие выплате В. ФИО2, в сумме 14646,97 рублей в качестве пенсии на основании поручения НОМЕР; - денежные средства, подлежащие выплате Свидетель №22 ФИО2, в сумме 42748,52 рублей в качестве пенсии на основании поручения НОМЕР; - денежные средства, подлежащие выплате М.И. ФИО2, в сумме 16431,35 рублей в качестве пенсии на основании поручения НОМЕР, и осознавая, что денежные средства, находящиеся в операционной кассе и предназначенные для выдачи пенсий, пособий и других социальных выплат, ей не принадлежат и право распоряжаться указанными денежными средствами никто не предоставлял, действуя с единым преступным умыслом совершила продолжаемое хищение вверенных ей денежных средств, принадлежащих АО «Почта России» и предназначенных для выдачи пенсий, пособий и других социальных выплат, на общую сумму 475 685 рублей 90 копеек, систематически изымая денежные средства из кассы ОПС АДРЕС на вышеуказанные суммы и внося ложные сведения о выплате указанных денежных средств их получателям в ЕАС ОПС. Похищенными в период с ФИО2 по ФИО2 путем присвоения вверенных ФИО1 денежных средств всего на общую сумму 475 685 рублей 90 копеек последняя распорядилась по своему усмотрению, причинив своими действиями АО «Почта России» материальный ущерб на указанную сумму. Отношение подсудимой к предъявленному обвинению. Подсудимая ФИО1 в судебном заседании выразила следующее отношение к предъявленному обвинению. В судебном заседании ФИО2 после изложения сути предъявленного обвинения подсудимая ФИО1 пояснила, что признает вину в совершении трех преступлений, предусмотренных ч. 3 ст. 160 УК РФ , в полном объеме. Подсудимая ФИО1 в судебном заседании отказалась от дачи показаний. На основании п. 3 ч. 1 ст. 276 УПК РФ , в судебном заседании ФИО2 оглашены показания ФИО1, данные ей в ходе предварительного следствия (т. 3 л.д. 165-171, 177-182, 212-217, 221-227 – проверка показаний), в которых содержатся следующие сведения. Она с ФИО2 год была трудоустроена в *** филиале *** почтамта по адресу: АДРЕС, в должности оператора-кассира. В ФИО2 году она перевелась в *** филиал *** почтамта по адресу: АДРЕС на должность начальника отделения почты, в указанной должности она находится по настоящее время. В ее должностные обязанности входит прием коммунальных платежей, выдача пенсий, выдача посылок, управление почтальонами. Весной ФИО2 года у нее начались финансовые проблемы в связи с тем, что ее заработная плата составляла 20 000 рублей, из которых 10 000 рублей высчитывали судебные приставы за неуплату кредитных обязательств, размер которых на тот период составлял около 100 тысяч рублей, и долг по коммунальным платежам, размер которого на тот период составлял около 73 тысяч рублей, указанные долги образовались в связи с тем, что она не могла своевременно выплачивать платежи по кредиту и коммунальным услугам из-за маленькой заработной платы, кроме того, бабушка, в квартире которой она зарегистрирована и проживает, также отказывалась оплачивать коммунальные платежи. Кроме того, у нее на иждивении находится несовершеннолетняя дочь, которую ей необходимо содержать самостоятельно, так как отец последней не уплачивает алименты, и никакие пособия от государства она не получает. Из-за того, что она не знала, как выйти из указанных финансовых трудностей, она решила присваивать денежные средства, принадлежащие Почте России, из кассы *** филиала *** почтамта. На тот период она не могла найти другого способа выйти из тяжелого материального положения, так как кредиты в банках ей не одобряли из-за плохой кредитной истории, занимать деньги у своих знакомых она также не могла, так как не смогла бы их вернуть своевременно. К тому же она полагала, что будет понемногу одалживать указанные денежные средства из кассы почтового отделения, к которой у нее был доступ, и понемногу по возможности их возвращать путем одалживания денежных средств у своих знакомых, и никто не заметит пропажи указанных денежных средств из кассы. Ревизии и инвентаризации в их почтовом отделении происходили раз в год, поэтому она думала, что никто о присваивании ею денежных средств не узнает. В связи с изложенным, начиная с ФИО2 года она в течение каждого месяца брала из кассы деньги, суммы были разные, и распоряжалась ими по своему усмотрению, а именно, на содержание своей несовершеннолетней дочери, на предметы первой необходимости, продукты питания, то есть на их проживание. К концу месяца она занимала у своих знакомых деньги, чтобы вернуть забранные ею из кассы денежные средства, и вносила их обратно, чтобы покрыть недостачу и направить их в *** почтамт через главную кассу. Механизм выдачи пенсии непосредственно на кассе следующий: когда приходит клиент, она берет у последнего паспорт, сверяет паспортные данные с платежным поручением, если личность подтверждается, она выдает клиенту поручение, которое состоит из двух половин и представляет собой документ, сверху которого находится номер (который совпадает с пенсионным удостоверением человека), а посередине бланка находится фамилия, имя, отчество и паспортные данные. На первой половине поручения клиент расписывается и передает его ей, в этой же половине она ставит свою подпись. Далее она отрывает данную половину и оставляет себе, а вторую половину карточки она отдает клиенту вместе с деньгами. При этом в этот же день она вносила данные в базу данных ЕАС ОПС, которая связана с АДРЕС, и оформляла это поручение как врученное, то есть, вносила сведения, что указанное поручение получено клиентом и клиенту выданы деньги. Затем в конце рабочего дня она аккумулировала вторые половинки поручений на бумажных носителях и скрепляла их, где ставила свою подпись и дату формирования. Помимо выдачи пенсий они также принимают денежные средства от населения за оплату услуг ЖКХ. Принятые денежные средства они также проводят через программу ЧИБ (Челябинвестбанк) и убирают в кассу. Инвентаризация проводится один раз в год. В конце каждого месяца все собранные деньги направляются в Коркинский почтамт через главную кассу. В связи с тем, что долг ее знакомым нужно было отдавать быстро, она снова в начале следующего месяца брала деньги из кассы и возвращала знакомым долги. А затем вновь вышеизложенным способом возвращала деньги в кассу почтового отделения. Со временем у нее не стало возможности занимать у знакомых деньги так часто, чтобы перекрыть недостачу в конце месяца, поэтому она стала заказывать больше денег на их почтовое отделение, в том числе на выдачу пенсий. Когда дополнительные средства приходили на отделение для выдачи пенсий, она из этих денежных средств раздавала долги своим знакомым. Она направляла заявку в *** почтамт для предоставления дополнительных денежных средств, после чего те направляли указанные средства в их почтовое отделение. При этом, насколько она знает, те не проверяли, по какой именно причине возникла необходимость в дополнительных денежных средствах, и чтобы у последних не возникло каких-либо подозрений по данному поводу, она вышеописанными способами старалась не допускать недостачи в кассе почтового отделения, так как если бы образовалась недостача, то последним пришлось бы провести ревизию, и тогда вскрылся бы факт присвоения ею денежных средств. То есть выходило так, что фактически к примеру она должна была выдать пенсию на 700 000 рублей, а заказывала к примеру 800 000 рублей, где 700 тысяч рублей она действительно выдавала пенсионерам, а 100 тысяч рублей присваивала себе, чтобы расплатиться с долгами своим знакомым. Этим она занималась ФИО2, и на ФИО2 сумма недостачи в кассе составляла примерно 350 тысяч рублей. Инвентаризацию и ревизию по кассе в конце года она не проводила, поэтому точную сумму она сказать не может. Данная сумма сформировалась постепенно из-за того, что ее знакомые давали ей деньги в долг под большие проценты, а не в рассрочку. Взять кредит в банке она не могла из-за плохой кредитной истории. Также в собственности у нее нет и не было никакого имущества, чтобы продать его и погасить задолженность. Таким образом когда она уже сама не смогла с помощью знакомых перекрывать долг, она запрашивала больше средств в *** почтамте, и ей переводили нужную сумму. Несмотря на это, ей все равно не хватало денег на жизнь и, чтобы хоть как-то решить финансовые проблемы, в ФИО2 года она устроилась на склад маркетплейса «Вайлдберрис» по адресу: АДРЕС График работы позволял ей совмещать трудоустройство в данном маркетплейсе и почтовом отделении. Так как это было не основное место работы, она выходила в те дни, когда Потерпевший №2 маркетплейса устанавливал ей смену. В данном маркетплейсе имеется система штрафов, из-за которых она в среднем в месяц получала 8-10 тысяч рублей, которых ей также не хватало на жизнь. Проработала она на маркетплейсе до ФИО2 года. С ФИО2 года она периодически присваивала денежные средства, которые принадлежали Почте России и предназначались для выдачи пенсий, оплаты коммунальных услуг клиентов, при этом все пенсии были в итоге ею выданы, никто из пенсионеров без пенсий не остался, также все коммунальные платежи были оплачены, то есть по сути она присвоила исключительно денежные средства, которые принадлежали Почте России. В поручениях за пенсионеров она не расписывалась, только вносила в базу как выданные поручения. Пенсионеры сами расписывались в поручениях в момент, когда позже приходили за пенсией. Поскольку с ФИО2 года сумма недостачи составляла примерно 350 000 рублей, а денег на проживание с учетом роста цен не хватало, в том числе заработная плата не увеличивалась, она продолжила присваивать деньги, которые предназначались для выдачи пенсий. Так как сменился график ее работы, у нее появилась возможность выдавать пенсию людям позже срока. Как она ранее говорила, после получения клиентом денег, информация о получении вносилась в базу, а фактически сами пенсионные поручения на бумажных носителях хранились на почте. Ранее до наводнения в ФИО2 году передавались на хранение в архив *** почтамта. Бывали случаи, когда несколько людей по разным причинам в течение месяца не приходили за пенсией, и когда человек в определенный день не пришел на почту за пенсией, она проводила по программе, что тот ее получил и далее данные денежные средства вносила в кассу для уменьшения недостачи, при этом также брала из кассы на личные нужды денежные средства. В начале следующего месяца данный человек приходил за пенсией, и она последнему выдавала пенсию за предыдущий месяц, и потом в конце за этот месяц. Так как сумма долга по кассе не уменьшалась, она продолжала заказывать в *** почтамте пенсию с запасом денежных средств. Лимитов на получение ею денег не было. Общая сумма недостачи на конец ФИО2 года примерно составляла 600 000 рублей. Инвентаризацию и ревизию по кассе в конце года она не проводила, поэтому точную сумму сказать не может. С ФИО2 года она периодически присваивала денежные средства, которые принадлежали Почте России и предназначались для выдачи пенсий, при этом все пенсии были в итоге ею выданы, никто из пенсионеров без пенсий не остался, то есть по сути она присвоила исключительно денежные средства, которые принадлежали Почте России. В поручениях за пенсионеров она не расписывалась, только вносила в базу как выданные поручения. Пенсионеры сами расписывались в поручениях в момент, когда позже приходили за пенсией. ФИО2 она пришла в отделение полиции и призналась в совершенном ею преступлений, так как она устала от всей этой ситуации, к тому же она понимала, что совершала преступления, поэтому она приняла решение, что нужно прийти и во всем признаться. После этого ее опросил сотрудник полиции и впоследствии была проведена ревизия в почтовом отделении, в ходе которой был подтвержден факт совершения ею присвоения денежных средств, принадлежащих Почте России. В настоящее время она вернула около 50 тысяч рублей, и продолжает по мере возможности возвращать те деньги, которые она присвоила себе в вышеуказанный период. Когда у нее начались финансовые трудности, то она стала понемногу брать наличные денежные средства из кассы отделения почтовой связи, которые формировались из тех денег, которые приносили люди для оплаты коммунальных платежей. В связи с указанными ее действиями в кассе образовалась задолженность, недостача. При этом, отметила, что в электронном виде каждую рабочую смену отправляется отчет по количеству наличных денежных средств в кассе, а также иные показатели (наложенные платежи, пенсии и так далее), и данный отчет видят сотрудники *** почтамта. Чтобы вышеуказанную недостачу никто не выявил, она стала перекрывать ее следующим образом: она забирала денежные средства, которые предназначались для наложенного платежа, и часть данных средств она вкладывала в кассу, чтобы скрыть данную недостачу, а часть данных средств забирала себе в связи с тем, что у нее все еще имелись финансовые трудности. Когда к ней приходили люди за посылкой с наложенным платежом, то она выдавала им посылку, те ей передавали наличные денежные средства за нее, которые она должна была направить отправителю посылки. Но в связи с вышеописанной ситуацией она откладывала в сторону бланк почтового перевода, нигде не отражая информацию о получении посылки человеком, и возвращала отправителям посылок денежные средства только в том случае, если в отделение почтовой связи поступали соответствующие запросы от последних. При этом, данные запросы поступали в отделение почтовой связи не всегда. Таким образом с ФИО2 года она периодически присваивала денежные средства из кассы отделения почтовой связи, а также денежные средства, которые предназначались для оплаты наложенных платежей. В ходе первого допроса она перепутала, в какие именно промежутки времени какие именно денежные средства она присваивала. В настоящее время она рассказывает так, как было на самом деле. В связи с тем, что с каждым ее действием недостача денежных средств росла, так как приходилось возвращать наложенные платежи отправителям посылок, когда те направляли соответствующие запросы, то она стала использовать денежные средства, предназначенные для выплаты пенсий, чтобы скрыть указанную недостачу. При этом, часть пенсий она проводила по программе, что те были получены, к примеру, 14 числа месяца, а фактически данную пенсию она отдавала пенсионеру на следующий день, то есть 15 числа. Такое происходило в тех случаях, когда пенсионеры сами приходили не в день получения пенсии, а позже, либо она самостоятельно просила пенсионеров прийти позже, говоря последним, что якобы денежных средств не хватает в отделении почтовой связи, и те приходили позднее. Из-за вышеописанных ее действий ее задолженность выросла еще больше, поэтому ей приходилось брать в долг у своих знакомых, которые сначала давали деньги ей без процентов, а в скором времени стали одалживать ей денежные средства под довольно высокие проценты, иных источников денежных средств у нее не было по тем причинам, которые она описывала в прошлом допросе, и материальное положение ее значительно ухудшилось. В связи с тем, что у нее осталась необходимость скрывать накопившуюся недостачу, она стала заказывать на отделение почтовой связи дополнительные денежные средства, обосновывая это необходимостью выдачи пенсий, при этом никто не проверял, в действительности ли имеется необходимость в дополнительных денежных средствах. Указанные денежные средства она в отчетах отражала как пенсионные денежные средства по аналогичной схеме, которую она указала ранее. А на самом деле данные денежные средства она забирала себе, чтобы расплатиться с долгами, а также на иные личные нужды. То есть, ФИО2 она периодически присваивала денежные средства, которые предназначались для выдачи пенсий, и дополнительные денежные средства, принадлежащие Почте России. Таким образом за все это время у нее накопилась задолженность в размере более 800 тысяч рублей. Для нее было удивлением, что такая сумма образовалась, так как она никакие подсчеты для себя не вела и не знала точную сумму, которую она присваивала себе. Указание в акте служебного расследования по факту недостачи денежных средств в отделении почтовой связи АДРЕС почтамта от ФИО2 о том, что пенсии и пособия не выплачены ряду лиц, которые в ходе допросов в качестве свидетелей пояснили, что они получили пенсию и пособия, объясняет тем, что это произошло в связи с тем, что пенсионеры получали пенсию не в назначенный день, а позднее, после чего те расписывались в пенсионных поручениях. В настоящее время она вернула около 60 тысяч рублей, также после наложения на ее счета ареста у нее стали списываться денежные средства в счет оплаты ее задолженности перед Почтой России, как она поняла. Она продолжает по мере возможности возвращать те деньги, которые она присвоила себе в вышеуказанный период. Также отметила, что в ближайшее время она планирует устроиться на дистанционную работу, чтобы получить дополнительный источник дохода, чтобы у нее появилась возможность выплатить вышеуказанную задолженность. С ФИО2 года она присвоила денежные средства пенсионерки М.И. при следующих обстоятельствах: у нее с последней была устная договоренность, что в случае если та не приходит в свой день получения пенсии, то она может с согласия и разрешения М.И. поставить подпись в платежном поручении, отложить денежные средства последней в сторону и затем вернуть М.И., когда та придет за деньгами. И в указанный период она отложила денежные средства последней в сторону, отразив в системе, что та получила свою пенсию, однако М.И. так и не пришла за пенсией, в связи с чем она несколько раз звонила последней, приходила к той домой, однако на звонки М.И. ей не отвечала и на стук в дверь ей также никто не отвечал, и в дальнейшем она забыла о том, что М.И. не забрала свою пенсию, оставив деньги себе. А впоследствии выяснилось, что последняя умерла, и родственники М.И. приходили в отделение почтовой связи, чтобы забрать неполученную той пенсию, которую она вернула в кассу и данные денежные средства вернули родственникам ФИО3 образом за все это время у нее накопилась задолженность в размере более 800 тысяч рублей. Для нее было удивлением, что такая сумма образовалась, так как она никакие подсчеты для себя не вела и не знала точную сумму, которую она присваивала себе. ФИО2 ее уволили с должности оператора в ОПС АДРЕС, так как данную должность сократили, а ФИО2 она уволилась с должности начальника ОПС АДРЕС и в этот же день ее вновь приняли на работу в указанной должности. Оглашенные показания подсудимая ФИО1 подтвердила в полном объеме. Дополнительно ФИО1 сообщила, что она находится в состоянии беременности, имеет несовершеннолетнего ребенка, осуществляет уход за своей престарелой бабушкой. В судебном заседании исследованы следующие доказательства. Показания представителя потерпевшего АО «Почта России» Потерпевший №1, данные в ходе судебного заседания ФИО2, в которых содержатся следующие сведения. Она представляет по доверенности АО «Почта России». Она работает там в должности главного инженера с ФИО2. В зоне *** ЗО находится и АДРЕС. Подсудимая занимает должность в почтовом отделении начальника отделения почтовой связи. Ей известно, что ответственные сотрудники *** почтамта в лице заместителя начальника Свидетель №7, вместе с Свидетель №2, Свидетель №1 подъехали на ревизию ФИО2 в отделение «***». С их слов она знает, что там был обнаружен перелимит средств в кассе. Они поехали, чтобы выяснить причину. Ревизия шла один день, проведена служебная проверка. Они провели ревизию, в ходе которой установили факт того, что в кассе меньше денег, чем отмечено в программе, расхождение по наложным платежам, пенсионные поручения не исполнялись. Был причинен ущерб АО «Почта России». Ранее она общалась с ФИО1 в рамках своей деятельности. Не может охарактеризовать подсудимую. Подсудимая своевременно ей сообщала показания приборов учета, исполняла свои обязанности. Подсудимая не пыталась возместить ущерб АО «Почта России» по данному делу. Вопрос о наказании оставляет на усмотрение суда. В связи с наличием существенных противоречий, на основании ч. 3 ст. 281 УПК РФ , по ходатайству государственного обвинителя в судебном заседании ФИО2 были оглашены показания представителя потерпевшего АО «Почта России» Потерпевший №1, данные в ходе предварительного следствия (т. 2 л.д. 228-231, 233-236), в которых содержатся следующие сведения. В должности главного инженера *** почтамта она состоит с ФИО2. В ее должностные обязанности входит осуществление деятельности, связанной с участком хозяйственного обслуживания, то есть контроль, ведение хозяйственной деятельности в зоне ответственности. В настоящее время на нее также возложены обязанности начальника почтамта в связи с увольнением Свидетель №3 Также в соответствии с имеющейся доверенностью она уполномочена представлять интересы *** почтамта в судебных и иных органах. Ей известно, что в начале этого года в рамках служебного расследования был выявлен факт присвоения ФИО1 денежных средств, принадлежащих АО «Почта России» и вверенных последней для осуществления своей трудовой деятельности, на общую сумму 814472 рубля 81 копейку, тем самым своими умышленными действиями ФИО1 нанесла материальный ущерб АО «Почта России» на указанную сумму. О подробностях произошедшего ей неизвестно, с ФИО1 она по данному поводу не общалась. Отметила, что она сталкивалась с последней по роду своей деятельности, ничего плохого о ФИО1 сказать не может, нормальный работник, никаких нареканий к работе последней до данного случая не было. Для всех было шоком то, что ФИО1 совершила такое преступление. Более о последней ей нечего сказать. Оглашенные показания представитель потерпевшего АО «Почта России» Потерпевший №1 подтвердила. Показания потерпевшего Потерпевший №2, данные в ходе судебного заседания ФИО2, в которых содержатся следующие сведения. М.И. приходилась ему матерью. Она умерла ФИО2. В тот день она должна была получить пенсию. Он обратился с заявлением в социальный фонд о том, что М.И. в сумме 16431 рубль 16 копеек ФИО2. На свое обращение он получил ответ, что деньги были получены его матерью. Он знал, что это было невозможно, поскольку за неделю до смерти его мама уже не могла ходить. Через неделю после получения ответа он обратился в полицию. В время предварительного следствия ему была возвращена сумма неполученной его матерью пенсии. Его брат - М.Д. - не обращался за пенсией их матери. Он просит не назначать подсудимой реального лишения свободы. Показания свидетеля Свидетель №1, данные на предварительном следствии (т. 3 л.д. 21-28) и оглашенные в судебном заседании ФИО2 с согласия сторон в связи с неявкой, на основании ч. 1 ст. 281 УПК РФ , в которых содержатся следующие сведения. С ФИО2 она находится в должности главного специалиста группы производственного контроля отдела контроля отделений почтовой связи УФПС АДРЕС по настоящее время. В ее должностные обязанности входит осуществление контроля отделений почтовой связи по переводам наложенного платежа, осуществление работы по запросам в данном направлении. В *** почтамте, где находится в настоящее время ее удаленное рабочее место, официально трудоустроена ФИО1, которая состоит в должности руководителя отделения почтовой связи «*** ОПС» по адресу: АДРЕС которым та руководила на основании приказа *** почтамта. Как руководитель ОПС, ФИО1 имела доступ ко всей документации, кассовому аппарату, платежным поручениям. ФИО1 в целом она может охарактеризовать с положительной стороны, та нормальный сотрудник, в зону критики со стороны руководства никогда не попадала, при проведении проверок в вверенном ФИО1 ОПС никаких нарушений не выявлялось, в целом последняя справлялась со своими должностными обязанностями. На материальное положение ФИО1 жалоб не высказывала. С последней близких отношений не поддерживали, общались только по работе. ФИО2 заместителем начальника почтамта Свидетель №7 при изучении отчета по остатку денежных средств отделений почтовой связи ОП *** почтамт, в том числе ОПС АДРЕС», был выявлен факт превышения лимита остатка денежных средств в ОПС ***, в результате чего появились основания для проведения внезапной проверки основной кассы указанного отделения почтовой связи с целью установления причин «перелимита», о чем был вынесен соответствующий приказ. В ходе проверки кассы ОПС *** было установлено, что фактически в кассе имелись наличные денежные средства на сумму 1890 рублей 75 копеек, а по учетным данным должно было находиться 199536 рублей 54 копейки, таким образом была выявлена недостача наличных денежных средств в кассе на сумму 197645 рублей 75 копеек. Помимо изложенного в ходе указанной проверки были выявлены 31 пенсионное поручение на общую сумму 459254 рубля 55 копеек, которые были проведены в ЕАС ОПС и по отчету ф.130 как оплаченные, однако фактически те оплачены не были. Также были выявлены бланки неотправленных переводов наложенного платежа в количестве 21 штуки на общую сумму 157572 рубля 47 копеек. Таким образом, общая недостача денежных средств в ОПС АДРЕС составила 814472 рубля 81 копейку. На основании вышеизложенного для определения причин недостачи денежных средств и установления виновных лиц был вынесен приказ о необходимости проведения служебного расследования. Так, согласно приказу в председатели комиссии входили: заместитель начальника почтамта Свидетель №7, она и менеджер Свидетель №2 Служебное расследование проходило следующим образом: Свидетель №7 занималась пенсионными поручениями и составляла акт по результатам проведенной проверки, она и Свидетель №2 занимались запросами по наложенным платежам. Служебная проверка проводилась следующим образом: были подняты все платежные поручения и отчеты, проводился анализ данных, делались подсчеты. При этом каждый специалист выполнял определенную функцию, по результатам чего Свидетель №7 был составлен акт. В ходе проведения расследования было установлено, что ФИО1, находящаяся в должности начальника ОПС *** длительное время присваивала денежные средства предприятия для использования в личных целях, перекрывая недостачу денежных средств путем фиктивного проведения пенсионных поручений в оплату в ПО ЕАС ОПС и в ежедневном сводно-денежном отчете НОМЕР а также несвоевременной отправкой переводов наложенного платежа. При этом, ФИО1 сама подтвердила указанный факт в ходе устного и письменного объяснения. Так, в программе ЕАС ОПС были проведены как оплаченные, а по факту на ФИО2 не оплачены поручения: НОМЕР на сумму 292 руб. 35 коп. УСЗН (пособие) дата выплаты: ФИО2, и НОМЕР на сумму 27928 руб. 57 коп. ОСФР (пенсия) дата выплаты: ФИО2, В.Д; НОМЕР на сумму 552 руб. 22 коп. УСЗН (пособие) дата выплаты: ФИО2, П.Г; НОМЕР на сумму 37513 руб. 00 коп. ОСФР (пенсия) дата выплаты: ФИО2, Г.; НОМЕР на сумму 3228 руб. 79 коп. ОСФР (пенсия) дата выплаты: ФИО2, и НОМЕР на сумму 25862 руб. 86 коп. ОСФР (пенсия) дата выплаты: ФИО2, Свидетель №11; НОМЕР на сумму 22080 руб. 36 коп. ОСФР (пенсия) дата выплаты: ФИО2, Свидетель №12; НОМЕР на сумму 957 руб. 53 коп. УСЗН (пособие) дата выплаты: ФИО2, Свидетель №13; НОМЕР на сумму 7500 руб. 42 коп. ОСФР (пенсия) дата выплаты: ФИО2, Свидетель №14; НОМЕР на сумму 14921 руб. 79 коп. ОСФР (пенсия) дата выплаты: ФИО2, Бэ.; НОМЕР на сумму 14030 руб. 00 коп. ОСФР (пенсия) дата выплаты: ФИО2, Свидетель №16; НОМЕР на сумму 22813 руб. 03 коп. ОСФР (пенсия) дата выплаты: ФИО2, Свидетель №46; НОМЕР на сумму 25292 руб. 16 коп. ОСФР (пенсия) дата выплаты: ФИО2, Свидетель №45; НОМЕР на сумму 4347 руб. 93 коп. ОСФР (пенсия) дата выплаты: ФИО2, Свидетель №41; НОМЕР на сумму 13211 руб. 99 коп. ОСФР (пенсия) дата выплаты: ФИО2, Свидетель №18; НОМЕР на сумму 267 руб. 30 коп. УСЗН (пособие) дата выплаты: ФИО2, и НОМЕР на сумму 25764 руб. 51 коп. ОСФР (пенсия) дата выплаты: ФИО2, Свидетель №42; НОМЕР на сумму 12646 руб. 08 коп. ОСФР (пенсия) дата выплаты: ФИО2, Х.; НОМЕР на сумму 18903 руб. 76 коп. ОСФР (пенсия) дата выплаты: ФИО2, Свидетель №19; НОМЕР на сумму 14952 руб. 82 коп. ОСФР (пенсия) дата выплаты: ФИО2, Свидетель №43; НОМЕР на сумму 19645 руб. 87 коп. ОСФР (пенсия) дата выплаты: ФИО2, Свидетель №17; НОМЕР на сумму 21595 руб. 26 коп. ОСФР (пенсия) дата выплаты: ФИО2, Свидетель №33; НОМЕР на сумму 263 руб. 71 коп. УСЗН (пособие) дата выплаты: ФИО2, и НОМЕР на сумму 19366 руб. 85 коп. ОСФР (пенсия) дата выплаты: ФИО2, Свидетель №31; НОМЕР на сумму 20014 руб. 15 коп. ОСФР (пенсия) дата выплаты: ФИО2, Свидетель №36; НОМЕР на сумму 22773 руб. 36 коп. ОСФР (пенсия) дата выплаты: ФИО2, Свидетель №10; НОМЕР на сумму 14646 руб. 97 коп. ОСФР (пенсия) дата выплаты: ФИО2, В.; НОМЕР на сумму 42748 руб. 52 коп. ОСФР (пенсия) дата выплаты: ФИО2, Свидетель №22; НОМЕР на сумму 750 руб. 17 коп. УСЗН (пособие) дата выплаты: ФИО2, С; НОМЕР на сумму 978 руб. 13 коп. УСЗН (пособие) дата выплаты: ФИО2, Свидетель №30; НОМЕР на сумму 3404 руб. 09 коп. ОСФР (пенсия) дата выплаты: ФИО2, Свидетель №24 Общая сумма составила 459254 рубля 55 копеек. Она пенсионных поручений не касается, но от коллег ей известно, что в период проведения служебной проверки какие-либо заявления от пенсионеров, проживающих на территории обслуживания ОПС АДРЕС о неполучении пенсии за прошлые периоды не поступали. Кроме этого, в период проведения служебного расследования установлено, что начальник отделения почтовой связи ФИО1 выдавала почтовые отправления с наложенным платежом получателям, после чего взимала с тех денежные средства, в программе ЕАС ОПС денежные средства не проводила (переводы в адрес отправителей РПО не отправляла), денежные средства присваивала: НОМЕР ФИО2 прибыло в место вручения ОПС АДРЕС, на сумму 7000 руб.00 коп.; НОМЕР ФИО2 прибыло в место вручения ОПС АДРЕС на сумму 9950 руб. 00 коп.; 80087697481721 ФИО2 прибыло в место вручения ОПС АДРЕС, на сумму 5901 руб. 00 коп.; НОМЕР ФИО2 прибыло в место вручения ОПС АДРЕС, на сумму 6800 руб. 00 коп.; НОМЕР ФИО2 прибыло в место вручения ОПС АДРЕС, на сумму 7800 руб. 00 коп.; НОМЕР ФИО2 прибыло в место вручения АДРЕС, на сумму 7842 руб. 00 коп.; НОМЕР ФИО2 прибыло в место вручения ОПС АДРЕС, на сумму 7100 руб. 00 коп.; АДРЕС ФИО2 прибыло в место вручения ОПС АДРЕС, на сумму 10260 руб. 00 коп.; НОМЕР ФИО2 прибыло в место вручения ОПС АДРЕС, на сумму 9516 руб. 00 коп.; НОМЕР ФИО2 прибыло в место вручения ОПС АДРЕС, на сумму 6500 руб. 00 коп.; НОМЕР ФИО2 прибыло в место вручения ОПС АДРЕС, на сумму 7847 руб. 00 коп.; НОМЕР ФИО2 прибыло в место вручения ОПС АДРЕС, на сумму 4092 руб. 00 коп.; ФИО2 ФИО2 прибыло в место вручения ОПС АДРЕС, на сумму 8900 руб. 00 коп.; НОМЕР ФИО2 прибыло в место вручения ОПС АДРЕС, на сумму 11269 руб. 00 коп.; НОМЕР ФИО2 прибыло в место вручения ОПС АДРЕС, на сумму 13260 руб. 00 коп.; НОМЕР ФИО2 прибыло в место вручения ОПС АДРЕС, на сумму 4558 руб. 00 коп.; НОМЕР ФИО2 прибыло в место вручения ОПС АДРЕС, на сумму 2409 руб. 00 коп.; НОМЕР ФИО2 прибыло в место вручения ОПС АДРЕС, на сумму 1928 руб. 47 коп.; НОМЕР ФИО2 прибыло в место вручения ОПС АДРЕС, на сумму 14990 руб. 00 коп.; НОМЕР ФИО2 прибыло в место вручения ОПС АДРЕС, на сумму 5360 руб. 00 коп.; НОМЕР ФИО2 прибыло в место вручения ОПС АДРЕС, на сумму 4290 руб. 00 коп. Итого: 21 РПО на сумму 157572 руб. 47 коп. Информация по вручению, а также о приеме переводов наложенного платежа не были внесены по вине начальника ОПС АДРЕС ФИО1 Также ими было инициировано снятие денежных средств с кассы. Так, ФИО2 был составлен акт инвентаризации наличных денежных средств, находящихся по состоянию на ФИО2. На момент составления акта в кассе ОПС *** находилась денежная сумма в размере 1890 рублей 75 копеек. Данная денежная сумма представляла собой наличные денежные средства различным номиналом. Также были посчитаны наличные денежные средства, которые поступили (выбыли) из кассы с ФИО2 до момента инвентаризации. Согласно данным группы контроля, за указанный период в распоряжение ОПС поступила денежная сумма в размере 5865749 рублей 14 копеек, а выбыла сумма в размере 6348628 рублей 74 копейки. Остаток денежных средств на ФИО2 составил 484770 рублей 35 копеек, что не совпадало с учетными данными, согласно которым остаток денежных средств на ФИО2 составил 682416 рублей 14 копеек. Таким образом, по результатам инвентаризации была выявлена недостача в размере 197645 рублей 79 копеек. Вышеуказанная информация актуальна на момент проверки, в настоящее время каких-либо новых фактов преступной деятельности ФИО1 не выявлено, заявлений от пострадавших в результате действий ФИО1 им также не поступало до настоящего времени. После проведенной инвентаризации был составлен вышеуказанный акт, который был подписан заместителем начальника почтамта Свидетель №7, ею и менеджером Свидетель №2 Данная инвентаризация проводилась в ОПС АДРЕС почтамт УФПС АДРЕС – филиала АО «Почта России». Общий материальный ущерб, нанесённый ОП Коркинский почтамт УФПС АДРЕС – филиал АО «Почта России» в результате мошеннических действий начальника ОПС АДРЕС ФИО1 по состоянию на ФИО2 составил 814472 рубля 81 копейку. Факт невыплаты ФИО1 наложенного платежа за поступавшие в отделение почтовой связи посылки не был выявлен ранее, так как в те моменты, когда им поступали запросы от отправителей данных посылок о том, что тем не поступили денежные средства, то ФИО1 в кратчайшие сроки устраняла данные недочеты и направляла денежные средства данным отправителям, при этом указанных запросов было немного, поэтому не было оснований заподозрить со стороны ФИО1 что-то противоправное. После выявленного факта противоправных действий ФИО1, ими была проведена беседа с последней, которая призналась в том, что действительно присваивала на протяжении длительного времени себе вышеуказанные денежные средства, и в ФИО2 года просто устала всё это скрывать, поэтому был обнаружен перелимит в ОПС АДРЕС. Для чего ФИО1 все это совершала, ей неизвестно. Имущественное положение ФИО1 ей неизвестно. После проведенной проверки, насколько ей известно, ФИО1 внесла какую-то денежную сумму в счет присвоенных последней денежных средств, но какую сумму, ей не известно. Также с уверенностью может сказать, что один из переводов (наложенных платежей) ФИО1 также возместила за свой счет, но какой именно и на какую сумму, она в настоящее время затрудняется сказать, так как не помнит. Более по данному факту ей ничего не известно. На данный момент за счет государственного бюджета, вверенного АО «Почта России», была оплачена часть тех наложенных платежей, которые не были оплачены ФИО1, то есть они оплатили те наложенные платежи, по которым им поступил запрос от отправителей посылок, соответственно они возмещают указанные платежи по мере поступления запросов, так как у них отсутствуют полные реквизиты вышеуказанных отправителей, а в направляемом последними запросе указываются полные реквизиты, в связи с чем и происходит оплата. Данный способ возмещения был выбран для того, чтобы исключить ошибочное отправление денежных средств не тому лицу. В настоящее время она понимает, что выявленная недостача – это вина именно ФИО1, поскольку последняя в этом призналась, но каким образом та осуществляла присвоение денежных средств и с кокой целью, ей неизвестно. Еще раз отметила, что ФИО1, своими преступными действиями причинила АО «Почта России» материальный ущерб на общую сумму 814472 рубля 81 копейку. Показания свидетеля Свидетель №2, данные на предварительном следствии (т. 3 л.д. 29-36) и оглашенные в судебном заседании ФИО2 с согласия сторон в связи с неявкой, на основании ч. 1 ст. 281 УПК РФ , в которых содержатся следующие сведения. С ФИО2 года она работает в *** почтамте, работала на разных должностях, в том числе заместителя начальника отделения почтовой связи, затем ФИО2 года ее перевели на должность менеджера *** почтамта, но, несмотря на то, что она относится к ***, а не *** почтамту, свою трудовую деятельность она осуществляю именно в *** почтамте. В ее должностные обязанности как менеджера входит осуществление помощи отделениям, подготовка ответов на запросы, оформление писем и тому подобное. В Коркинском почтамте официально трудоустроена ФИО1, которая состоит в должности руководителя отделения почтовой связи «*** ОПС» по адресу: АДРЕС данным ОПС та руководила на основании приказа *** почтамта. Находясь на указанной должности, ФИО1 имела доступ ко всей документации, кассовому аппарату, платежным поручениям. Близких отношений с ФИО1 они не поддерживали, впервые она лично ту увидела в тот период, когда она находилась в составе комиссии по осуществлению ревизии (служебного расследования), до этого они общались исключительно по телефону и только по рабочим вопросам. По данному общению с ФИО1 у нее сложилось положительное мнение о последней, та нормальный сотрудник, когда она ФИО1 звонила и говорила о необходимости что-то по работе сделать, то последняя оперативно это делала, в зону критики со стороны руководства никогда не попадала, насколько она знает, при проведении проверок в вверенном ОПС никаких нарушений не выявлялось, в целом ФИО1 справлялась со своими должностными обязанностями. На материальное положение последняя жалоб не высказывала. Об обстоятельствах выявления факта присвоения ФИО1 вверенных денежных средств предприятия дала показания, аналогичные показаниям свидетеля Свидетель №1 Показания свидетеля Свидетель №3, данные на предварительном следствии (т. 3 л.д. 37-44) и оглашенные в судебном заседании ФИО2 с согласия сторон в связи с неявкой, на основании ч. 1 ст. 281 УПК РФ , в которых содержатся следующие сведения. В должности начальника *** почтамта она состоит с ФИО2. В ее должностные обязанности входит: организация предоставления почтовых услуг, контроль работы вверенных мне сотрудников, представление интересов АО «Почта России» в правоохранительных органах, а также в суде. В ее подчинении находится ФИО1, которая трудоустроена в отделении почтовой связи НОМЕР «АДРЕС почтамта УФПС АДРЕС – филиала АО «Почта России». ФИО1 она может охарактеризовать с положительной стороны, как ответственного и исполнительного человека, хороший сотрудник, никто и подумать не мог, что ФИО1 может совершить что-то противоправное. Последняя работает в ОПС с ФИО2 года и по настоящее время та руководит отделением почтовой связи НОМЕР «*** ОП» *** почтамта УФПС АДРЕС – филиала АО «Почта России» по адресу: АДРЕС. Данным почтовым отделением ФИО1 руководит на основании приказа *** главпочтамта. Состоя в должности руководителя ОПС, ФИО1 имела доступ ко всей документации, кассовому аппарату, платежным поручениям, что также предусмотрено должностной инструкцией последней, каких-либо оснований не доверять ФИО1 у них не было. Об обстоятельствах выявления факта присвоения ФИО1 вверенных денежных средств предприятия дала показания, аналогичные показаниям свидетеля Свидетель №1 Показания свидетеля Свидетель №4, данные на предварительном следствии (т. 3 л.д. 50-55) и оглашенные в судебном заседании ФИО2 с согласия сторон в связи с неявкой, на основании ч. 1 ст. 281 УПК РФ , в которых содержатся следующие сведения. Должность ведущего бухгалтера *** почтамта она занимает с 2015 года. В ее должностные обязанности входит ведение бухгалтерского учета. В *** почтамте трудоустроена ФИО1 и состоит в должности руководителя отделения почтовой связи «*** ОПС» по адресу: АДРЕС данным ОПС та руководит на основании приказа *** почтамта. Находясь на указанной должности, ФИО1 имела доступ ко всей документации, кассовому аппарату, платежным поручениям. Близких отношений с ФИО1 они не поддерживали, они общались исключительно по рабочим вопросам. По данному общению с ФИО1 у нее сложилось положительное мнение о последней, та нормальный сотрудник, в зону критики со стороны руководства никогда не попадала, насколько она знает, при проведении проверок в вверенном ОПС никаких нарушений не выявлялось, в целом ФИО1 справлялась со своими должностными обязанностями. На материальное положение последняя ей жалоб не высказывала. Об обстоятельствах выявления факта присвоения ФИО1 вверенных денежных средств предприятия дала показания, аналогичные показаниям свидетеля Свидетель №1 Показания свидетеля Свидетель №5, данные на предварительном следствии (т. 3 л.д. 57-60) и оглашенные в судебном заседании ФИО2 с согласия сторон в связи с неявкой, на основании ч. 1 ст. 281 УПК РФ , в которых содержатся следующие сведения. Она находится в должности почтальона ОПС *** с ФИО2 года. О факте присвоения ФИО1 денежных средств, принадлежащих АО «Почта России» ей стало известно недавно, но она узнала только о самом факте, какие-либо подробности произошедшего ей не известны. Узнав об этом, она была шокирована, так как и предположить не могла, что ФИО1 может что-то подобное совершить. Последнюю она может охарактеризовать положительно, по работе ФИО1 человек ответственный, иногда бывает груба с людьми, которые приходят на почту, но такое бывает не часто. На ФИО1 некоторые люди жаловались только из-за того, что последняя могла грубовато с теми разговаривать, в остальном никто не жаловался на ФИО1, никаких нареканий к той, как к начальнику ОПС *** не было, насколько она знает. Из пенсионеров никто им не жаловался на то, что тем ФИО1 что-либо не выплатила. Показания свидетеля Свидетель №6, данные на предварительном следствии (т. 3 л.д. 61-64) и оглашенные в судебном заседании ФИО2 с согласия сторон в связи с неявкой, на основании ч. 1 ст. 281 УПК РФ , в которых содержатся следующие сведения. Она находится в должности почтальона ОПС *** уже около 3 лет. По факту присвоения ФИО1 денежных средств, принадлежащих АО «Почта России» ей недавно стал известен данный факт после того, как сотрудники полиции стали проводить проверку в отношении ФИО1 по данному поводу, приходили в ОПС ***, проводили какие-то мероприятия, до этого ей ничего известно не было. Когда она узнала, что ФИО1 присваивала данные денежные средства, то была крайне удивлена этому, так как и подумать не могла, что ФИО1 может что-то подобное совершить. Какие-либо подробности произошедшего она не знает, ФИО1 им ничего об этом не рассказывала. Последнюю она может охарактеризовать положительно, ФИО1 ответственный сотрудник, люди, которые приходили к ним на почту, на последнюю не жаловались. Бывали не часто случаи, что некоторые люди были недовольны тем, что ФИО1 могла с теми грубовато разговаривать, но в остальном никаких жалоб от людей им не поступало. Лично ей никто из пенсионеров не жаловался на то, что ФИО1 тем что-то не выплатила. Как к начальнику ОПС *** к ФИО1 никаких нареканий не было, насколько ей известно. Показания свидетеля Свидетель №7, данные на предварительном следствии (т. 3 л.д. 65-72) и оглашенные в судебном заседании ФИО2 с согласия сторон в связи с неявкой, на основании ч. 1 ст. 281 УПК РФ , в которых содержатся следующие сведения. С ФИО2 до ФИО2 она находилась в должности заместителя начальника почтамта в ОП «*** почтамт» УФПС АДРЕС – филиал АО «Почта России». В ее должностные обязанности как заместителя начальника почтамта входило: организация работы ОПС по производственным вопросам, контроль выполнения работ. В настоящее время она находится в должности ведущего специалиста-эксперта клиентской службы (на правах отдела) в АДРЕС ОСФР по АДРЕС. На момент ее нахождения в должности заместителя начальника почтамта в их почтамте была официально трудоустроена ФИО1, которая состояла в должности руководителя отделения почтовой связи АДРЕС по адресу: АДРЕС, которым та руководила на основании приказа *** почтамта. Как руководитель ОПС, ФИО1 имела доступ ко всей документации, кассовому аппарату, платежным поручениям. ФИО1 она охарактеризовала в целом с удовлетворительной стороны, в зону критики со стороны руководства та никогда не попадала, при проведении проверок в вверенном ФИО1 ОПС выявлялись только незначительные нарушения, которые та незамедлительно устраняла, в целом ФИО1 справлялась со своими должностными обязанностями. На материальное положение ФИО1 жалоб не высказывала. С последней близких отношений не поддерживали, общались только по работе. Об обстоятельствах выявления факта присвоения ФИО1 вверенных денежных средств предприятия дала показания, аналогичные показаниям свидетеля Свидетель №1 Насколько ей известно, ФИО1 в настоящее время не возмещает в главную кассу тот ущерб, который причинила своими действиями, однако, отметила, что в тот период, когда она работала в Коркинском почтамте, ФИО1 оплатила один наложенный платеж за свой счет – РПО НОМЕР на сумму 5360 рублей, остальные наложенные платежи были оплачены за счет денежных средств предприятия, также ФИО1 оплатила часть пенсионных поручений, при этом, намеренно или случайно ФИО1 часть пенсионных поручений оплатила за счет денежных средств АО «Почта России», а часть из своих денежных средств, в связи с чем произошла путаница, из-за которой было затруднительно определить, за счет каких именно денежных средств произошла выплата данных пенсионных поручений. Однако, в дальнейшем было установлено, что 3 платежных поручения за ФИО2 года ФИО1 по Свидетель №30 на сумму 978,13 рублей, по ФИО4 на сумму 892,97 рублей и на сумму 24218,31 рублей оплатила за счет своих денежных средств, а оплаченные поручения за ФИО2 года были оплачены за счет денежных средств предприятия. Однако, ФИО4 не фигурировала в числе тех, кому не была оплачена пенсия или иные социальные выплаты, но по какой причине она вложила копии оплаченных поручений на фамилию последней в материалы служебного расследования, она точно уже не помнит, возможно это произошло ошибочно. Отметила, что копии указанных оплаченных поручений и наложенных платежей были приложены в материалы служебного расследования, при этом она подписывала, какие были оплачены за счет денежных средств АО «Почта России», а какие за счет денежных средств ФИО1 Факт присвоения ФИО1 денежных средств не был выявлен ранее, так как ФИО1 умело скрывала недостачу денежных средств в отчетной документации, фиктивно проводила пенсии, указывая, что они выплачены, хотя фактически не были выплачены, в связи с чем отсутствовали объективные основания полагать, что ФИО1 совершает что-то противоправное. Проверки должны были проводиться в отделениях почтовой связи раз в год, и они проводились, однако из-за продуманных мошеннических действий ФИО1, а также из-за неукомплектованности штата сотрудников *** почтамта, выявить ранее факт присвоения ФИО1 вверенных той денежных средств не представлялось возможным. Начальники ОПС каждый рабочий день заказывают денежные средства на отделение почтовой связи для выплаты пенсий и других социальных выплат и при необходимости те могут заказать дополнительные денежные средства в пределах той суммы, которую ОПС должно выплатить за 1 месяц пенсионерам, за рамки указанной суммы отделение почтовой связи не может выходить. Показания свидетеля Свидетель №10, данные на предварительном следствии (т. 3 л.д. 78-79)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является инвалидом 2 группы и получает пенсию с ФИО2 года в размере около 18 000 рублей, а также он получает пенсию как ветеран боевых действий в размере 4500 рублей. В период ФИО2 года ему пенсию переводили на карту 10 числа каждого месяца, но с ФИО2 года пенсию ему приносил почтальон. Он всегда при получении пенсии расписывался в платежных поручениях. В ФИО2 его супруга сама ходила на почту и получила за него пенсию, так как почтальон уволился. ФИО2 был выходной на почте, поэтому пенсию он не получил. Начиная с ФИО2 он каждый день звонил на почту, чтобы узнать, где его пенсия, но трубку никто не брал. ФИО2 ему позвонил неизвестный и сказал, что нужно прийти и получить пенсию. В этот же день его супруга поехала на почту и получила его пенсию. Жена спросила у сотрудницы почты, почему он не получил вовремя пенсию, на что та сказала, что сотрудница одна не справляется, то есть это была начальник почты. ФИО1 ему неизвестна. Показания свидетеля Свидетель №9, данные на предварительном следствии (т. 3 л.д. 11-13)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АДРЕС. У нее была родная сестра М.И., ФИО2 года рождения, которая проживала в квартире в р.АДРЕС одна. У последней есть два сына, которые давно проживали отдельно от М.И. Несмотря на то, что на здоровье последняя не жаловалась, та на протяжении около 10 лет не работала. Доходом сестры была пенсия по старости. Ей известно, что пенсию М.И. получала в почтовом отделении. То есть, ходила туда в определенное число месяца. Она еще спрашивала, почему М.И. не переведет пенсию на карточку, или чтобы почтальон приносил деньги на дом, но сестра все время отказывалась, говорила, что М.И. самой получать на почте удобнее. Та сама распишется и заберет деньги, сразу шла в магазин. Тем более почтовое отделение находится недалеко от М.И. в соседнем доме. То есть сестру все устраивало. В начале ФИО2 года здоровье последней ухудшилось, помнит, что позвала М.И. в гости, но та отказалась, сказала, что плохо себя чувствует. В ФИО2 года сестра уже не выходила на улицу. ФИО2 она в дневное время приехала к последней в р.АДРЕС, и также к той приехал сын Свидетель №8 М.И. вспомнила, что последней в тот день нужно получить пенсию. Так как сама сестра не могла выйти на улицу, та попросила сына сходить на почту и попросить, чтобы почтальон пришел к М.И. домой и принес пенсию. Свидетель №8 пошел на почту, но когда вернулся, сказал, что почта закрыта, там выходной день. Вечером ФИО2 М.И. умерла. Таким образом, они точно знали, что пенсия последней за сентябрь осталась неполученной. Ей известно, что уже после похорон сестры и оформления всех документов старший сын последней Потерпевший №2 обратился в пенсионный фонд для получения не выданной пенсии, но последнему отказали, сославшись на то, что пенсия была выплачена. Каким образом такое могло произойти, она не знает. Проблем с получением пенсии у М.И. не было. Были такие случаи, когда М.И. была у нее в гостях в АДРЕС, и она предлагала той остаться ночевать, если это было накануне дня получения пенсии, сестра отказывалась и ехала домой, чтобы на следующий день не было проблем с ее получением. М.И. ничего не говорила ей о том, что она договаривалась с кем-либо из работников почты, чтобы они оформляли получение пенсии без нее, а она получала в другое более удобное время. По характеру М.И. была недоверчивая, тем более по вопросам денег. Той было важно все сделать самой. И в день, когда та умерла, М.И. ничего не говорила о том, что на почте все оформят, и они смогут забрать, наоборот сестра волновалась, что не смогла получить деньги. Показания свидетеля Свидетель №8, данные на предварительном следствии (т. 2 л.д. 246-248)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АДРЕС вместе со своей семьей. Его мама М.И., ФИО2 года рождения, проживала в р.АДРЕС, проживала одна. Так как М.И. была пенсионером, то получала пенсию. Получала ее наличными деньгами в отделении почты в р.АДРЕС 18 числа каждого месяца. Другого дохода кроме пенсии у М.И. не было, поэтому, насколько ему известно, последняя аккуратно относилась к получению пенсии, можно сказать жила от пенсии до пенсии и лишних денег у матери не было. В ФИО2 года у последней резко ухудшилось здоровье. И на протяжении примерно недели М.И. очень плохо себя чувствовала. Ходила плохо, то есть с трудом передвигалась по жилищу, на улицу не выходила. Он сначала привез М.И. к себе домой, и та несколько дней находилась у него, потом попросила увезти последнюю к себе в квартиру. Так как состояние у М.И. было плохое, та физически не могла спуститься с пятого этажа на улицу. После того, как он привез последнюю домой, он каждый день приходил к матери. ФИО2 М.И. стало еще хуже и в дневное время та сказала, что у последней день получения пенсии, и попросила его сходить на почту и договориться, чтобы пенсию М.И. принесли на дом. Он пошел на почту, но в тот день была среда, и на почте был выходной день, поэтому договориться с кем-либо о получении пенсии ему не удалось. В этот же день, то есть ФИО2 в вечернее время М.И. умерла. У него есть родной брат Потерпевший №2, ФИО2 года рождения, то есть М.И. является их матерью, но отцы у них разные. От брата ему стало известно, что в ФИО2 года тот обратился в Пенсионный фонд России для получения пенсии матери, но Потерпевший №2 пришел ответ о том, что пенсия М.И. за сентябрь уже получена. Кто мог получить пенсию, он не знает. С данным вопросом он ни с заявлением в Пенсионный фонд, ни лично к сотрудникам почтового отделения р.АДРЕС не обращался и не пытался это выяснить. М.И. давно нигде не работала, поэтому каких-то обстоятельств, которые бы препятствовали той прийти на почту в определенный день, у М.И. не было. Он не слышал от последней о том, чтобы М.И. договаривалась с сотрудником почты, чтобы та получала за мать пенсию и откладывала ее. Он не возражает, чтобы в ходе расследования уголовного дела представителем матери был Потерпевший №2 Показания свидетеля Свидетель №11, данные на предварительном следствии (т. 3 л.д. 80-81)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получает пенсию по старости с ФИО2 года в размере примерно 25000 рублей ежемесячно, 10 числа каждого месяца, но с ФИО2 года он оформил на свое имя банковскую карту и теперь получает пенсию на карту. Также с ФИО2 года он оформил инвалидность, пенсия по инвалидности составляет примерно 3000 рублей. До оформления банковской карты его супруга в основном сама ходила в почтовое отделение и получала по его паспорту пенсию. В отделении почты он предоставлял паспорт, ему выдавали платежное поручение, он его подписывал и ему выдавали его пенсию. В ФИО2 года, а именно ФИО2 его супруга ходила на почту и лично получила его пенсию по инвалидности, а ФИО2 почтальон сама приносила его пенсию. Почтальон с пенсией выдавала ему платежное поручение, но какие-либо документы у него не сохранились. ФИО1 ему неизвестна. Показания свидетеля Р., данные на предварительном следствии (т. 3 л.д. 82-83)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получает пенсию по старости с ФИО2 года в размере 22000 рублей 10 числа каждого месяца. По ФИО2 года пенсию ей приносил почтальон. За пенсию она всегда расписывалась в платежных поручениях. ФИО2 пенсию ей не приносили, и ее дочь ФИО2 пошла сама в отделение почты и получила там пенсию. ФИО2 ее дочь пошла в отделение почты, чтобы получить ее пенсию, но, как ей сказала дочь, ФИО1 сказала последней, что денег нет, их пенсию разносил почтальон ФИО2, и что они получат пенсию позже. ФИО2 ее дочь снова пришла на почту и получила ее пенсию, дочь также расписалась в платежных поручениях. Со слов дочери ФИО1 с людьми разговаривала грубо. Показания свидетеля Свидетель №13, данные на предварительном следствии (т. 3 л.д. 84-85)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получает пособие от социальной защиты по 3 группе инвалидности за возврат по оплате коммунальных услуг в размере около 1000 рублей. ФИО2 пособие ей приносил почтальон, который вместе с денежными средствами выдавал ей платежное поручение, в котором она расписывалась, но с ФИО2 года и по настоящее время почтальон отсутствует, и 10 числа каждого месяца она лично получает пособие на почте, где также расписывается в платежном поручении. В ФИО2 года она лично получала пособие 10 числа на почте, подписывала поручения. ФИО1 ей знакома, знает последнюю как начальницу почты. Может охарактеризовать ФИО1 как ответственного, справедливого работника, претензий к последней нет. Показания свидетеля Свидетель №14, данные на предварительном следствии (т. 3 л.д. 86-87)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получает пенсию по старости с ФИО2 года в размере 15000 рублей 10 числа каждого месяца, но фактически в ФИО2 года она получала пенсию в размере 7500 рублей, поскольку на пенсию был наложен арест судебными приставами. С ФИО2 пенсию приносит почтальон. До ФИО2 года она лично приходила на почту и получала по паспорту пенсию. Перед выдачей денег ей давали платежное поручение, в котором она расписывалась. ФИО2 она лично ходила на почту и получала пенсию в размере 7500 рублей, в отделении она также подписывала платежное поручение. ФИО1 ей не знакома. Показания свидетеля Свидетель №15, данные на предварительном следствии (т. 3 л.д. 88-89)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один. ФИО2 умерла его жена П.Г Точно сказать, получала ли его супруга пособие ФИО2 в размере 552 рубля 22 копейки, он не может, но в основном пенсии всегда им приносил почтальон. Показания свидетеля Свидетель №16, данные на предварительном следствии (т. 3 л.д. 90-91)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получает пенсию по потере кормильца с ФИО2 9 числа каждого месяца. Пенсию она получает лично на почте. Когда она приходит на почту, подает свой паспорт кассиру – ФИО1, та выдает ей платежное поручение, в котором она расписывается, последняя далее выдает ей деньги и корешок, что она получила пенсию. ФИО2 лично она на почте получила пенсию, расписалась также в поручении. ФИО1 она знает как работника почты, так и как жителя АДРЕС, характеризует последнюю как вежливую девушку, претензий к ФИО1 нет. Показания свидетеля Свидетель №17, данные на предварительном следствии (т. 3 л.д. 92-93)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получает пенсию по старости в размере около 20000 рублей ежемесячно с 06 по 09 число каждого месяца. Пенсию она получает лично в отделении почты. Когда она приходила на почту, то она подходила к кассе и подавала свой паспорт. ФИО1 выдавала ей под роспись на квитанции ее пенсию. Выдавала ее всегда ФИО1 ФИО2 она также получила пенсию в отделении почты и также подписывала платежное поручение. ФИО1 она знает как начальника почты, может охарактеризовать последнюю как порядочного человека, претензий никогда не было. Показания свидетеля Свидетель №18, данные на предварительном следствии (т. 3 л.д. 94-95)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является инвалидом 3 группы и 9 числа каждого месяца он получает пенсию около 13000 рублей. Пенсию он получает лично на почте. Когда он приходит на почту, то он подает свой паспорт, ему выдают платежное поручение, в котором он расписывается и потом ему выдают пенсию. ФИО2 он лично получил пенсию на почте, где также подписывал поручение. ФИО1 ему не знакома, на почте деньги ему выдавала одна и та же девушка. Показания свидетеля Свидетель №19, данные на предварительном следствии (т. 3 л.д. 96-97)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получает пенсию по старости с ФИО2 года в размере около 19000 рублей ежемесячно 09 числа каждого месяца. Пенсию она получает в отделении почты по своему паспорту, при этом она всегда расписывается в платежном поручении. У нее есть сын Х., который является инвалидом 2 группы, и по доверенности она получает также в один день пенсию сына в размере около 13000 рублей, а потом переводит на карту последнего, так как Х. проживает в АДРЕС и редко к ней приезжает. ФИО2 она пришла на почту и получила свою пенсию и пенсию сына, при этом она расписывалась в платежных поручениях. Пенсии всегда ей выдавала ФИО1, которая является начальником почты. Может охарактеризовать последнюю как доброжелательную, внимательную девушку, претензий к ФИО1 у нее не было. Показания свидетеля Свидетель №20, данные на предварительном следствии (т. 3 л.д. 98-99)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вместе с мужем и мамой Г., ФИО2 г.р., в р.АДРЕС, Ее мама получает с ФИО2 года пенсию по старости в размере 37500 рублей. Пенсию Г. всегда приносил почтальон. В платежных документах расписывалась при матери только она, и им почтальон выдавал пенсию. Пенсию Г. получает 10 числа каждого месяца. Она не помнит, но кто-то из знакомых им сказал, что почтальона больше нет, и нужно самим идти на почту и получать пенсию. ФИО2 был выходной, и на почту она ходила ФИО2, где подала паспорт матери и получила пенсию последней, она также расписалась в платежном поручении. ФИО1 ей не знакома. Протокол осмотра места происшествия от ФИО2 (т. 1 л.д. 220-224), согласно которому с участием ФИО1 осмотрено отделение почтовой связи АДРЕС почтамта УФПС АДРЕС АО «Почта России» по адресу: АДРЕС Участвующая в ходе осмотра ФИО1 выдала поручение на доставку пенсии ОСФР по АДРЕС) от ФИО2 на имя М.И. Протокол осмотра от ФИО2 (т. 1 л.д. 225-226), согласно которому осмотрено поручение НОМЕР на доставку пенсии и других социальных выплат на имя М.И. от ФИО2. В ходе осмотра данного поручения установлено, что в графе «Подпись получателя» имеется рукописная подпись, в которой читаются буквы «Мож», в графе «Выплатил» имеется рукописная подпись, в которой читаются буквы «Куз», в графе «ФИО2» имеется рукописная надпись «ФИО2 паспорт», в графе «Код доставки» имеется рукописная надпись «0» Протокол осмотра места происшествия от ФИО2 (т. 2 л.д. 25-32), согласно которому с участием подозреваемой ФИО1 и ее защитника Кальницкой Е.П. осмотрено отделение почтовой связи АДРЕС почтамта УФПС АДРЕС АО «Почта России» по адресу: АДРЕС Участвующая в ходе осмотра подозреваемая ФИО1 в присутствии своего защитника Кальницкой Е.П. пояснила, что на своем рабочем месте в указанном отделении почтовой связи она совершала присваивание вверенных ей денежных средств предприятия. Иные документы: акт служебного расследования по факту недостачи денежных средств в отделении почтовой связи АДРЕС почтамта от ФИО2, справка о материальном ущербе №НОМЕР от ФИО2, приказ о проведении внезапной проверки НОМЕР-п от ФИО2, акт инвентаризации наличных денежных средств НОМЕР от ФИО2, опись денежной наличности в ОПС АДРЕС от ФИО2, отчет о движении денежных средств с ФИО2 по ФИО2, ежедневный отчет о движении денежных средств и сумм реализации услуг, материальных ценностей, товаров (дневник ф.130) от ФИО2, служебная записка №НОМЕР от ФИО2, 12 бланков наложенного платежа, 31 платежное поручение, письменные заметки на 2 листах, приказ о приеме работника на работу НОМЕРк/пр от ФИО2 и должностная инструкция начальника отделения №НОМЕР от ФИО2 (т. 1 л.д. 78, 79-84, 96-98, 99, 100, 101, 102, 103-105, 106, 107-108, 109-117, 118-125, 126-127), а также протокол осмотра указанных документов от ФИО2 (т. 2 л.д. 33-48), в которых содержатся следующие сведения. ФИО2 на основании приказа *** почтамта НОМЕР-п от ФИО2 произведено служебное расследование для определения причин недостачи денежных средств в отделении почтовой связи АДРЕС и установления виновных лиц, по результатам которого выявлена недостача наличных денежных средств в кассе отделения почтовой связи на сумму 197645,79 рублей, а также 31 неоплаченное пенсионное поручение на сумму 459254,55 рублей и 21 бланк неотправленных переводов наложенного платежа на сумму 157572,47 рублей, таким образом общая недостача денежных средств составила 814472,81 рублей. Указанная недостача образовалась в результате присвоения данных денежных средств начальником ОПС *** ФИО1, принятой на указанную должность приказом НОМЕРк/пр от ФИО2, и нарушившей своими противоправными действиями п.ФИО2, ФИО2, ФИО2, ФИО2 и 3.12 Должностной инструкции начальника отделения №*** Протокол осмотра предметов от ФИО2 (т. 2 л.д. 50-72), согласно которому осмотрены предметы, изъятые в ходе расследования по уголовному делу НОМЕР, а именно: соглашение о регулировании задолженности и рукописное заявление М.И.; книга, пенсионное удостоверение и рукописное заявление М.И.; 3 поручения на выдачу пенсии на имя М.И.; поручение на получение пенсии и других социальных выплат на имя М.И.; образцы почерка ФИО1 В ходе осмотра данных предметов установлено, что М.И., согласно пенсионному удостоверению НОМЕР, выданному ФИО2 на ее имя, являлась пенсионером и получала пенсию в размере 16 431,35 рублей, также установлено, что в платежных поручениях от ФИО2, ФИО2, ФИО2 и ФИО2 имеется подпись М.И. Протокол осмотра документов от ФИО2 (т. 2 л.д. 75-88), согласно которому осмотрены документы, предоставленные УФПС АДРЕС – филиалом АО «Почта России», а именно: сведения об увольнениях ФИО1; трудовой договор НОМЕР от ФИО2; дополнительное соглашение НОМЕР к трудовому договору НОМЕР от ФИО2; дополнительное соглашение НОМЕР к трудовому договору НОМЕР от ФИО2; дополнительное соглашение НОМЕР к трудовому договору НОМЕР от ФИО2; дополнительное соглашение НОМЕР к трудовому договору НОМЕР от ФИО2; дополнительное соглашение НОМЕР к трудовому договору НОМЕР от ФИО2; дополнительное соглашение НОМЕР к трудовому договору НОМЕР от ФИО2; трудовой договор НОМЕР от ФИО2; трудовой договор НОМЕР от ФИО2; трудовой договор НОМЕР от ФИО2; должностная инструкция начальника отделения №НОМЕР от ФИО2; должностная инструкция начальника отделения №НОМЕР от ФИО2; должностная инструкция начальника отделения №НОМЕР от ФИО2; договор о полной индивидуальной материальной ответственности НОМЕР-мо от ФИО2; договор о полной индивидуальной материальной ответственности НОМЕР-мо от ФИО2; договор о полной индивидуальной материальной ответственности НОМЕР-мо от ФИО2. В ходе осмотра данных документов установлено, что ФИО1 в период с ФИО2 по настоящее время находится в должности начальника отделения почтовой связи АДРЕС почтамта УФПС АДРЕС, является материально ответственным лицом, в должностные обязанности которой с указанного периода входило помимо прочего соблюдение требований законодательства РФ; учет и контроль движения денежных средств, почтовых отправлений, товаров народного потребления, знаков почтовой оплаты и других материальных ценностей в соответствии с требованиями локальных нормативных актов Общества; организация и контроль доставки (выплаты) пенсий, пособий и других социальных выплат; обеспечение сохранности денежных средств, в том числе переводных и пенсионных, а также социальных выплат; обеспечение сохранности собственности, имущества, товарно-материальных ценностей и иного имущества, принадлежащего Обществу, переданного в пользование ОПС. Кроме того, согласно должностным инструкциям начальника отделения ФИО1 с ФИО2 несла ответственность за сохранность денежных средств, полученных для выплаты почтовых переводов денежных средств, пенсий, социальных пособий, а также полученных, в том числе от пользователей услугами почтовой связи; за неисполнение или ненадлежащее исполнение по ее вине возложенных на нее обязанностей; за правонарушение, совершенное в процессе осуществления деятельности, - в пределах, определенных действующим административным, уголовным и гражданским законодательством РФ; за причинение материального ущерба – в пределах, определенных действующим трудовым и гражданским законодательством РФ. Протокол осмотра документов от ФИО2 (т. 2 л.д. 99-180), согласно которому осмотрены документы, изъятые ФИО2 в ходе выемки у потерпевшей Потерпевший №1, а именно: распоряжение НОМЕР-р от ФИО2 об отражении недостачи на 94 счете; 2 уведомления из ОМВД России по АДРЕС НОМЕР от ФИО2; 2 кассовые справки начальника ОПС от ФИО2; бланк наложенного платежа от ФИО2; платежные поручения от ФИО2 на имя Л.; платежное поручение от ФИО2 на имя Свидетель №30; платежные поручения на имя Г., Свидетель №41, Свидетель №31, Свидетель №12, Свидетель №46, Бэ., Свидетель №42, Свидетель №22, Свидетель №19, Х., Свидетель №11, Свидетель №17, Свидетель №45, Свидетель №33, Свидетель №10, Свидетель №18, Свидетель №43, Свидетель №14, Свидетель №16, Свидетель №13; копия и оригинал талона-уведомления НОМЕР от ФИО2; приказ НОМЕР-п от ФИО2 о создании комиссии; справка о материальном ущербе №ФИО2.5.1/2 от ФИО2; акт служебного расследования по факту недостачи денежных средств в отделении почтовой связи Зауральский 456591 Коркинского почтамта от ФИО2; служебная записка №ФИО2.5.3.1 от ФИО2; объяснение ФИО1; приказ о проведении внезапной проверки НОМЕР-п от ФИО2; акт инвентаризации наличных денежных средств, находящихся по состоянию на ФИО2, НОМЕР от ФИО2; опись денежной наличности в ОПС АДРЕС от ФИО2; отчет о движении денежных средств с ФИО2 по ФИО2; ежедневный отчет о движении денежных средств и сумм реализации услуг, материальных ценностей, товаров (дневник формы ф.НОМЕР); отчет по сверхлимитным остаткам за период с ФИО2 по ФИО2; письменные заметки на 1 листе; чек самоинкассация от ФИО2; чек самоинкассация от ФИО2; отчет о движении денежных средств с ФИО2 по ФИО2; платежные поручения на имя В.Д, Свидетель №36, П.Г, Свидетель №11, Свидетель №30, Свидетель №12, Свидетель №18, Свидетель №10, Свидетель №31, Свидетель №13, Г., Свидетель №42, Свидетель №46, Свидетель №45, Х., Свидетель №19, Свидетель №43, Свидетель №17, Свидетель №33, Свидетель №14, Бэ., Свидетель №16, Свидетель №41, Свидетель №24, С, В., Свидетель №22; 12 бланков наложенного платежа; письменные заметки на 2 листах; приказ о приеме работника на работу НОМЕРк/пр от ФИО2; должностная инструкция начальника отделения №НОМЕР от ФИО2. В ходе осмотра данных документов установлено, что ФИО2 на основании приказа *** почтамта НОМЕР-п от ФИО2 произведено служебное расследование для определения причин недостачи денежных средств в отделении почтовой связи АДРЕС и установления виновных лиц, по результатам которого выявлена недостача наличных денежных средств в кассе отделения почтовой связи на сумму 197645,79 рублей, а также 31 неоплаченное пенсионное поручение на сумму 459254,55 рублей и 21 бланк неотправленных переводов наложенного платежа на сумму 157572,47 рублей, таким образом общая недостача денежных средств составила 814472,81 рублей. Указанная недостача образовалась в результате присвоения данных денежных средств начальником ОПС *** ФИО1, принятой на указанную должность приказом НОМЕРк/пр от ФИО2, и нарушившей своими противоправными действиями п.ФИО2, ФИО2, ФИО2, ФИО2 и 3.12 Должностной инструкции начальника отделения №НОМЕР О совершении ФИО1 присвоения вверенных ей денежных средств предприятия Свидетель №7 ФИО2 сообщила в ОМВД России по АДРЕС. Также в ходе осмотра документов установлено, что Л., Свидетель №30, Г., Свидетель №41, Свидетель №31, Свидетель №12, Свидетель №46, Бэ., Свидетель №42, Свидетель №22, Свидетель №19, Х., Свидетель №11, Свидетель №17, Свидетель №45, Свидетель №33, Свидетель №10, Свидетель №18, Свидетель №43, Свидетель №14, Свидетель №16 и Свидетель №13 произведена выплата пенсий, что подтверждается проставленными в пенсионных поручениях подписями указанных лиц, а также оплачен наложенный платеж на сумму 5360 рублей. Показания свидетеля Свидетель №21, данные на предварительном следствии (т. 3 л.д. 100-102) и оглашенные в судебном заседании ФИО2 с согласия сторон в связи с неявкой, на основании ч. 1 ст. 281 УПК РФ , в которых содержатся следующие сведения. В соседней квартире в АДРЕС проживает В.Д, которому она является законным представителем по состоянию здоровья последнего. Так как В.Д является недееспособным, она получает пенсию последнего по инвалидности и пособие за опекунство с ФИО2 года. Пенсия составляет около 28000 рублей, пособие за оплату коммунальных услуг примерно 300 рублей. Пенсию и пособие она получает 22 числа каждого месяца, но иногда бывают случаи, когда она из-за своей занятости вовремя не успевает получить пенсию и пособие, то тогда она их получает в следующем месяце сразу за 2 месяца. Получать пенсию и пособие она лично сама ходит на почту. Когда она приходит на почту в р.АДРЕС, то на кассе она предоставляет свой паспорт, далее ей выдают платежное поручение, в котором она расписывается, и затем ей отдают корешок, что она получила пенсию и пособие, а также выдают денежные средства. Пенсию и пособие ей всегда выдавала на кассе одна и та же девушка. В ФИО2 года пенсию и пособие она не успела получить, а получила только после ФИО2 года. Пенсию и пособие она также получила в отделении почты, и также расписывалась в поручениях. Деньги ей выдавала та же самая девушка. ФИО1 ей неизвестна, охарактеризовать ту не сможет. Девушка, которая всегда выдавала ей пенсию и пособие, была неконфликтная, практически с той не общалась. Показания свидетеля Свидетель №22, данные на предварительном следствии (т. 3 л.д. 103-104)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получает пенсию по старости в размере около 43000 рублей с ФИО2 года. Получает она пенсию 6 числа каждого месяца. Пенсию постоянно приносит почтальон. Она всегда при получении пенсии расписывается в платежном поручении. Пенсию всегда приносили каждый месяц, в ФИО2 года она также получала пенсию. ФИО2 ей пенсию приносил домой почтальон, она также расписывалась в поручении. ФИО1 она лично знает как жителя р.АДРЕС, может охарактеризовать как невоспитанную девушку. Показания свидетеля Свидетель №23, данные на предварительном следствии (т. 3 л.д. 105-106)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в ФИО2 года она заказала посылку у ИП К.Н. 15 или ФИО2 ей позвонили с почты и сказали, что поступила посылка на ее имя. ФИО2 она пришла на почту, подошла на кассу, за которой находилась ФИО1, и подала той паспорт. После этого ФИО1 пошла в служебное помещение, принесла ей посылку и сказала, что она должна заплатить 8900 рублей. Денежные средства она передала ФИО1 наличными, и та ей сказала, что у последней не работает компьютер, и ФИО1 не сможет отдать кассовый чек о приеме денежных средств. Забирала ли она потом кассовый чек, она уже не помнит. Спустя примерно 1 неделю ей позвонил отправитель посылки и спросил, получала ли она посылку, на что она ответила, что ФИО2 она получила посылку на почте, за что оплатила 8900 рублей. Отправитель сказал, что тому деньги до сих пор не поступили. По какой причине не поступили денежные средства отправителю, ей неизвестно. ФИО1 она знает как начальника почты, так как она ту ранее не видела, увидела последнюю только при получении посылки. Знает ФИО1 только как жителя р.АДРЕС. Показания свидетеля Свидетель №24, данные на предварительном следствии (т. 3 л.д. 109-110)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является инвалидом 3 группы с ФИО2 года и получает пенсию по инвалидности в размере примерно 3500 рублей 15 числа каждого месяца. Она не помнит, получала ли она ФИО2 пенсию по инвалидности. Ранее пенсию ей всегда приносила почтальон, и она всегда расписывалась в платежных поручениях, но с ФИО2 года пенсию она получает лично в отделении почты. ФИО1 ей неизвестна, пенсию всегда приносил почтальон. Показания свидетеля Свидетель №25, данные на предварительном следствии (т. 3 л.д. 111-112)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часто оформляет различные посылки, некоторые в дальнейшем получает на почте р.АДРЕС. Когда она получает посылки, она всегда их оплачивает, при этом расписывается во всех документах. Она не помнит, получала ли она посылку ФИО2, если получала, то обязательно ее оплатила. ФИО1 она знает как начальника почты, охарактеризовать последнюю не может. Показания свидетеля Свидетель №26, данные на предварительном следствии (т. 3 л.д. 113-114)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в ФИО2 года оформила посылку у Е. и ФИО2 ей на телефон пришло уведомление, что посылка доставлена в отделение почты р.АДРЕС. В этот же день она пришла на почту, подала свой паспорт, далее кассир ушла в служебное помещение и принесла посылку. Далее она расписалась в документах, передала кассиру 7000 рублей, после чего она получила квитанцию. Затем она ушла. ФИО1 ей неизвестна. Также ей неизвестно, получила ли Е. 7000 рублей, которые она передала кассиру. Показания свидетеля Свидетель №27, данные на предварительном следствии (т. 3 л.д. 115-116)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периодически оформляет на свое имя посылки, которые она получает на почте р.АДРЕС. При получении посылок она всегда полностью их оплачивает и расписывается в необходимых документах. Она не помнит, что ФИО2 она получала на почте посылку и заплатила 1928,47 рублей, но если это было, то она обязательно ее бы оплатила полностью и расписалась бы во всех документах. ФИО1 ей не знакома, охарактеризовать ту не может. Показания свидетеля Свидетель №28, данные на предварительном следствии (т. 3 л.д. 117-118)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периодически оформляет посылки на свое имя. В ФИО2 года она оформила посылку у К ФИО2 года ей принесли уведомление с почты, что на ее имя пришла посылка. Она ФИО2 пришла на почту и на кассе подала свой паспорт, где ФИО1 ушла в служебное помещение за ее посылкой. Спустя некоторое время последняя принесла ей посылку, и она оплатила наложенный платеж в размере 7847 рублей, после чего она расписалась в документах и ушла из отделения почты. Получил ли в дальнейшем ИП К наложенный платеж, она не знает. ФИО1 может охарактеризовать как обычного человека, знает как жителя р.АДРЕС, и что та работает на почте. Показания свидетеля Свидетель №29, данные на предварительном следствии (т. 3 л.д. 119-120)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периодически оформляет посылки на свое имя. В ФИО2 года у ООО «***» на свое имя она оформила посылку стоимостью 5901 рубль. ФИО2 ей на телефон пришло уведомление, что посылка доставлена на почту р.АДРЕС. В этот же день она пришла на почту, подала свой паспорт, кассир ушла в служебное помещение и принесла ей посылку. Она отдала кассиру наличные 5901 рубль, расписалась в документах, после чего она взяла посылку и ушла из отделения. ФИО1 ей неизвестна, охарактеризовать ту не может. Показания свидетеля Свидетель №30, данные на предварительном следствии (т. 3 л.д. 121-122)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является пенсионером и получает пособие в размере около 930 рублей ежемесячно 18 числа каждого месяца с ФИО2 года. Пособие она всегда получает на почте р.АДРЕС. ФИО2 она пришла на почту, подошла на кассу, подала кассиру свой паспорт, далее она расписалась в платежном поручении, и ей кассир выдала корешок от поручения и пособие. Никогда у нее проблем с получением пособия не было. ФИО1 ей неизвестна, охарактеризовать ту не может. Показания свидетеля Свидетель №31, данные на предварительном следствии (т. 3 л.д. 123-124)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является пенсионером по старости с ФИО2 года и получает пенсию в размере примерно 19500 рублей ежемесячно. Также с ФИО2 года она является инвалидом, то есть сначала она получала пенсию по инвалидности. Кроме того, она получает пособие по оплате коммунальных услуг в размере примерно 300 рублей. Пенсию и пособие она получает лично на почте 09 числа каждого месяца. ФИО2 она пришла на почту и подошла к кассе, на кассе находилась ФИО1 Она той подала свой паспорт, далее последняя подала ей платежное поручение, она в нем расписалась, и затем ФИО1 ей дала пенсию, пособие и корешок поручения. После чего она ушла из отделения почты. В ФИО2 года она аналогичным образом получила на почте пенсию и пособие. ФИО1 она знает как работника почты. Может ту охарактеризовать как вежливого сотрудника, претензий к работе последней не было. Показания свидетеля Свидетель №32, данные на предварительном следствии (т. 3 л.д. 125-126)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периодически на свое имя оформляет посылки. Так, в ФИО2 года у ИП *** она оформила посылку стоимостью 6500 рублей. ФИО2 ей пришло на телефон смс, что посылка доставлена на почту р.АДРЕС. Придя на почту, на кассе она подала свой паспорт, далее кассир ушла в служебное помещение и принесла посылку, далее она расписалась в документах и отдала кассиру денежные средства в сумме 6500 рублей наличными. После чего она ушла. Спустя некоторое время ей позвонил отправитель и спросил, получила ли она посылку, на что она ответила, что получила ФИО2, за нее она на почте отдала 6500 рублей. Отправитель сказал, что деньги за посылку последнему никто не перевел. По какой причине деньги не поступили отправителю, ей неизвестно. ФИО1 ей неизвестна. Показания свидетеля Свидетель №33, данные на предварительном следствии (т. 3 л.д. 127-128)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является пенсионером и получает пенсию по старости в размере примерно 21500 рублей ежемесячно 9 числа. ФИО2 она пришла на почту р.АДРЕС и подошла на кассу, за которой находилась ФИО1 Она ту знает как работника почты и жителя р.АДРЕС. Она подала ФИО1 свой паспорт, чтобы получить пенсию. Та ей выдала платежное поручение, где она расписалась за пенсию. Затем ФИО1 ей отдала корешок поручения и пенсию, после чего она ушла. В ФИО2 года она также 09 числа аналогичным способом получила пенсию. Пенсию она получает только лично на почте. ФИО1 она может охарактеризовать как обычного сотрудника, претензий к последней не было. Показания свидетеля Свидетель №34, данные на предварительном следствии (т. 3 л.д. 129-130)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периодически на свое имя оформляет посылки. Так, в ФИО2 года он оформил посылку у ИП Д.Г. на сумму 4092 рублей. ФИО2 ему на телефон пришло уведомление, что посылка доставлена в отделение почты р.АДРЕС. В этот же день он пришел в отделение почты и подошел на кассу. На кассе находилась ФИО1 Он ту знает как работника почты и жителя р.АДРЕС. Он последней подал свой паспорт, и ФИО1 ушла в служебное помещение, откуда принесла его посылку. Далее он расписался в документах и передал последней наличными 4092 рубля. После чего он ушел. Доставлены ли были деньги отправителю, он не знает. ФИО1 он может охарактеризовать как отрицательного сотрудника, так как та грубая и невоспитанная. Показания свидетеля Свидетель №35, данные на предварительном следствии (т. 3 л.д. 131-132)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одна, в ее квартире также проживал бывший супруг С, с которым с ФИО2 года находится в разводе, где сейчас проживает последний, она не знает, отношения не поддерживает Показания свидетеля Свидетель №36, данные на предварительном следствии (т. 3 л.д. 133-134)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является пенсионером по инвалидности и ежемесячно 22 числа получает пенсию в размере 20000 рублей, пенсию приносит всегда почтальон, но последнее время он лично получает пенсию. ФИО2 он пенсию не получал, так как был на вахте. ФИО2 он получил пенсию за ФИО2 года и ФИО2 года лично на почте. На почте на кассе он подал свой паспорт, кассир выдала платежное поручение, где он расписался, затем ему выдали пенсию и корешок поручения. ФИО1 ему неизвестна. Показания свидетеля Свидетель №37, данные на предварительном следствии (т. 3 л.д. 135-136)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у нее есть дочь Ш., ФИО2 г.р., которая проживает вместе с ней. ФИО2 дочь уехала на вахту в АДРЕС, приедет домой в ФИО2 года. Получала ли ее дочь ФИО2 посылку на сумму 13260 рублей, она не знает. Показания свидетеля Свидетель №38, данные на предварительном следствии (т. 3 л.д. 137-138)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периодически оформляет на свое имя посылки. Так, в ФИО2 года она оформила посылку в ООО «***» на сумму 2409 рублей. В двадцатых числах ей на телефон пришло уведомление, что посылка доставлена на почту р.АДРЕС. ФИО2 она пришла в отделение почты и подошла на кассу. На кассе кассиру она подала свой паспорт. Кассир ушла в служебное помещение и принесла посылку, она той отдала 2409 рублей наличными и расписалась в документах о получении посылки, после чего она взяла посылку и ушла из отделения. Получил ли отправитель 2409 рублей, она не знает. ФИО1 ей не знакома. Показания свидетеля Свидетель №39, данные на предварительном следствии (т. 3 л.д. 139-140)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периодически оформляет посылки на свое имя. В ФИО2 года у ООО «***» она заказала посылку стоимостью 4290 рублей. В ФИО2 года на телефон ей пришло уведомление, что ее посылка доставлена на почту р.АДРЕС. ФИО2 она пришла на почту и подошла к кассе и кассиру подала свой паспорт. Далее кассир ушла в служебное помещение и принесла ее посылку. Далее она передала кассиру наличные средства в сумме 4290 рублей и расписалась в документах, после чего она с посылкой ушла домой. Получил ли отправитель 4290 рублей, она не знает. ФИО1 ей известна как сотрудница почты, может охарактеризовать ту как ответственного работника, претензий к последней нет. Показания свидетеля Свидетель №40, данные на предварительном следствии (т. 3 л.д. 141-142)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периодически на озоне оформляет на свое имя посылки, но через Почту России он посылки не оформлял на протяжении 15 лет. ФИО2 посылку от ООО «***» на сумму 14990 рублей он не получал, деньги за посылку никому не передавал. Кроме того, П. в р.АДРЕС не проживает, такие инициалы ему неизвестны. Показания свидетеля Свидетель №41, данные на предварительном следствии (т. 3 л.д. 143-144)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является пенсионером и получает пенсию в размере около 4350 рублей ежемесячно 09 числа каждого месяца с ФИО2 года. Пенсию он получает лично на почте по своему паспорту. ФИО2 он пришел на почту р.АДРЕС, подошел на кассу, предоставил свой паспорт, далее кассир ему выдала платежное поручение, в котором он расписался, после чего та дала ему пенсию. В ФИО2 года он также получал пенсию на почте. ФИО1 ему неизвестна. Показания свидетеля Свидетель №42, данные на предварительном следствии (т. 3 л.д. 145-146)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является пенсионером и получает пенсию по старости около 26000 рублей 9 числа каждого месяца. Пенсию всегда приносит почтальон. Также он получает пособие по возврату за оплату коммунальных услуг около 770 рублей, также 9 числа. В ФИО2 года пенсию и пособие приносил почтальон 9 числа. ФИО2 он вместе с сестрой заходил на почту р.АДРЕС за пенсией. На кассе он подал свой паспорт, кассир ему выдала платежное поручение, в котором он расписался. После чего кассир ему отдала корешок поручения и пенсию, но пособие ему никто не выдал, принес его лишь почтальон позднее к нему домой. ФИО1 ему неизвестна. Показания свидетеля Свидетель №43, данные на предварительном следствии (т. 3 л.д. 147-148)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является пенсионером по старости и получает пенсию в размере около 15000 рублей ежемесячно 9 числа с ФИО2 года. Пенсию она всегда лично получает на почте. ФИО2 она пришла на почту и подошла к кассе, за которой находилась ФИО1 Она той подала свой паспорт, далее последняя ей дала платежное поручение, в котором она расписалась, и ФИО1 отдала ей корешок поручения и пенсию. После чего она ушла. ФИО2 она аналогичным образом получила пенсию. ФИО1 знает как работника почты, претензий к той нет. Показания свидетеля Свидетель №44, данные на предварительном следствии (т. 3 л.д. 149-150)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у нее есть родной брат Л., ФИО2 г.р., который с ФИО2 года проживает в АДРЕС. В ФИО2 года ей позвонил брат и сказал, что оформил посылку на сумму 9516 рублей, и попросил, чтобы она ее забрала на почте р.АДРЕС. ФИО2 ей позвонил Л. и сказал, что посылка доставлена. В этот же день она пришла на почту и на кассе спросила, можно ли ей получить за брата посылку. Кассир сказала, что можно, и она назвала той данные брата. Потом кассир пошла на склад и принесла ей посылку. Она последней отдала наличными 9516 рублей. После чего она расписалась в документах и ушла с посылкой. Поступили ли деньги отправителю посылки, она не знает. ФИО1 ей не знакома. Показания свидетеля Свидетель №45, данные на предварительном следствии (т. 3 л.д. 152-155)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вместе с Свидетель №46 В настоящее время она находится в тубдиспансере на излечении. Она является инвалиАДРЕС группы и получает пенсию по инвалидности с ФИО2 года. С ФИО2 года, когда они переехали в р.АДРЕС, они начали получать пенсию на почте р.АДРЕС. Ее пенсия 25292 рубля, получает ее 9 числа каждого месяца. Она точно помнит, что в ФИО2 года она пришла на почту за пенсией, но кассир ей сказала, что денег не хватило, и что пенсия придет в ФИО2 года. В ФИО2 года она пришла на почту и ей кассир 9 числа выдала пенсию за ФИО2 года и ФИО2 года. Кассир была одна и та же девушка. Больше таких ситуаций не было. ФИО1 она знает как сотрудника почты, именно та выдавала ей пенсию в ФИО2 года. Охарактеризовать последнюю она не может. Показания свидетеля Свидетель №46, данные на предварительном следствии (т. 3 л.д. 156-159) и оглашенные в судебном заседании ФИО2 с согласия сторон в связи с неявкой, на основании ч. 1 ст. 281 УПК РФ , в которых содержатся следующие сведения. Он проживает в р.АДРЕС вместе с Свидетель №45 В настоящее время он находится на излечении в областном тубдиспансере. Он является инвалидом 1 группы с ФИО2 года, и он ежемесячно получает пенсию по инвалидности в размере 22813 рублей 9 числа каждого месяца. Пенсию он получает лично на почте р.АДРЕС с ФИО2 года. Ранее он получал пенсию в АДРЕС, когда он лежал в больнице. С ФИО2 года и по настоящее время пенсию ему всегда выдавали вовремя. ФИО2 он лично приходил на почту и получал пенсию. ФИО1 ему неизвестна, охарактеризовать ту не может. Показания свидетеля Свидетель №47, данные на предварительном следствии (т. 3 л.д. 160-162) и оглашенные в судебном заседании ФИО2 с согласия сторон в связи с неявкой, на основании ч. 1 ст. 281 УПК РФ , в которых содержатся следующие сведения. Она проживает в р.АДРЕС вместе с сыновьями. Младший сын В., ФИО2 г.р., является недееспособным, и она получает пенсию последнего по потере кормильца с ФИО2 года. Пенсия составляет около 15000 рублей. Пенсию она получает 15 числа каждого месяца на банковскую карту. Она помнит, что в ФИО2 года и ФИО2 года пенсию она получала вовремя, без задержек. ФИО1 ей неизвестна, охарактеризовать ту не сможет. Помимо этого, были также исследованы: заключение эксперта (т. 2 л.д. 4-10), протокол осмотра жилища (т. 2 л.д. 14-24), протокол осмотра предметов (т. 2 л.д. 194-198), протокол осмотра документов (т. 2 л.д. 201-204), в которых отсутствуют сведения, необходимые для разрешения уголовного дела. В судебном заседании были исследованы материалы, характеризующие личность подсудимой. Судом достоверно установлено, что ФИО1, воспользовавшись своим служебным положением, совершила: 1). присвоение, то есть хищение чужого имущества, вверенного виновному, причинив своими действиями АО «Почта России» материальный ущерб на общую сумму 197 645 рублей 79 копеек; 2). присвоение, то есть хищение чужого имущества, вверенного виновному, причинив своими действиями АО «Почта России» материальный ущерб на общую сумму 157 572 рубля 47 копеек; 3). присвоение, то есть хищение чужого имущества, вверенного виновному, в крупном размере, причинив своими действиями АО «Почта России» материальный ущерб на общую сумму 475 685 рублей 90 копеек. Выводы суда о виновности ФИО1 в совершении данных деяний, установленных настоящим приговором, основаны на последовательных показаниях потерпевшего Потерпевший №2, данных в судебном заседании, представителя потерпевшего АО «Почта России» - Потерпевший №1, данных в судебном заседании, а также в ходе предварительного следствия, которые были оглашены и подтверждены Потерпевший №1, свидетелей Свидетель №1, Свидетель №2, Свидетель №3, Свидетель №4, Свидетель №5, Свидетель №6, Свидетель №7, Свидетель №10, Свидетель №9, Свидетель №8, Свидетель №11, Р., Свидетель №13, Свидетель №14, Свидетель №15, Свидетель №16, Свидетель №17, Свидетель №18, Свидетель №19, Свидетель №20, Свидетель №21, Свидетель №22, Свидетель №23, Свидетель №24, Свидетель №25, Свидетель №26, Свидетель №27, Свидетель №28, Свидетель №29, Свидетель №30, Свидетель №31, Свидетель №32, Свидетель №33, Свидетель №34, Свидетель №35, Свидетель №36, Свидетель №37, Свидетель №38, Свидетель №39, Свидетель №40, Свидетель №41, Свидетель №42, Свидетель №43, Свидетель №44, Свидетель №45, Свидетель №46, Свидетель №47, данных в ходе предварительного следствия и оглашенных в судебном заседании, протоколов осмотра мест происшествия, протоколов осмотров предметов и документов, иных документов,, а также на признательных показаниях самой подсудимой ФИО1, данных ей в ходе предварительного следствия с участием защитника, оглашенных в судебном заседании и полностью подтвержденных подсудимой, содержание которых приведено в приговоре выше. Свидетели, потерпевший, представитель потерпевшей организации не заинтересованы в исходе дела, обстоятельств, которые могли бы повлиять на объективность их показаний, как и обстоятельств, которые давали бы основания полагать, что они оговаривают подсудимую, судом не установлено. Кроме того, свидетели, потерпевший и представители потерпевшей организации показания давали добровольно, без какого-либо принуждения, предварительно были предупреждены об уголовной ответственности по ст. 307 УК РФ за дачу заведомо ложных показаний. Показания свидетелей согласуются с показаниями подсудимой, данными ей в ходе предварительного следствия в присутствии защитника, которые были оглашены в судебном заседании и подтверждены подсудимой. Письменные доказательства, положенные в основу приговора, соответствуют требованиям уголовно-процессуального законодательства Российской Федерации, составлены надлежащими должностными лицами в пределах предоставленной им законом компетенции в соответствии с требованиями закона. Оснований сомневаться в достоверности изложенных в указанных документах сведений у суда не имеется. Таким образом, доказательства, исследованные в ходе судебного следствия и положенные в основу обвинительного приговора, относятся к существу дела, являются допустимыми, достоверными, а в своей совокупности достаточными для разрешения уголовного дела и подтверждения вины ФИО1 в совершении установленных настоящим приговором преступлений. Органами предварительного следствия действия ФИО1 квалифицированы как: 1). одно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2). одно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3). одно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в крупном размере. Государственный обвинитель в судебных прениях в полном объеме поддержал квалификацию, предложенную органами предварительного следствия. Учитывая изложенное выше, суд квалифицирует действия ФИО1 как: 1). одно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(преступное деяние, установленное настоящим приговором под номером 1); 2). одно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(преступное деяние, установленное настоящим приговором под номером 2); 3). одно преступление, предусмотренное ч. 3 ст. 160 УК РФ – присвоение, то есть хищение чужого имущества, вверенного виновному, совершенное лицом с использованием своего служебного положения, в крупном размере (преступное деяние, установленное настоящим приговором под номером 3). Квалифицирующий признак с «совершенные лицом с использованием своего служебного положения» по каждому из преступных деяний нашел свое подтверждение, поскольку ФИО1 как начальник отделения почтовой связи выполняла организационно-распорядительные функции, связанные с руководством находящимися в ее служебном подчинении работниками, определением трудовых функций работников, контролем за деятельностью работников и организацией внутреннего распорядка, а также административно-хозяйственные функции, связанные с полномочиями по управлению, хранению, учету и контролю за денежными средствами ОПС АДРЕС, также являлась материально ответственным лицом. Квалифицирующий признак с «в крупном размере» по преступному деянию, установленному настоящим приговором под номером 3 нашел свое подтверждение, исходя из суммы похищенного имущества - 475 685 рублей 90 копеек. Разрешая вопрос о назначении наказания, суд руководствуется следующим. С целью восстановления социальной справедливости, а также для исправления осужденной и предупреждения совершения ею преступлений, суд, в соответствии со ст. ст. , , 60 УК РФ , при назначении вида и размера наказания за преступления, установленные настоящим приговором, учитывает характер и общественную опасность содеянного, личность виновной, обстоятельства, смягчающие наказание, влияние назначенного наказания на исправление осужденной и на условия жизни ее семьи, а также конкретные обстоятельства дела. Обстоятельств, отягчающих наказание, суд не усматривает. К обстоятельствам, смягчающим наказание за каждое из преступлений суд, в соответствии с п.п. «в», «и» ч. 1 ст. 61 УК РФ , относит: - беременность; - явку с повинной; - активное способствование раскрытию и расследованию преступлений, поскольку ФИО1 до возбуждения уголовного дела добровольно сообщила в правоохранительные органы о совершённых ею преступлениях, в ходе следствия подробно рассказала о том, как она совершала преступления. В соответствии с ч. 2 ст. 61 УК РФ , суд признает следующие обстоятельства в качестве смягчающих наказание за каждое из преступлений: признание ФИО1 вины, раскаяние в содеянном, отсутствие судимостей, наличие одного несовершеннолетнего ребенка, состояние здоровья ФИО1, а также ее близких родственников, осуществление ухода и материальной поддержки за престарелой бабушкой. В соответствии с ч. 2 ст. 61 УК РФ , суд признает в качестве смягчающего наказание обстоятельства за преступление, установленное настоящим приговором под номером 3, - добровольное частичное возмещение ущерба, причиненного преступлением. В качестве характеристики личности ФИО1 суд относит то, что она осуществляет трудовую деятельности, положительно характеризуется по месту жительства и работы, не состоит на учете у врача-нарколога иу врача-психиатра. Принимая во внимание тяжесть и общественную опасность совершённых преступлений, а также личность подсудимой ФИО1, совокупность установленных по делу смягчающих обстоятельств, суд считает, что за каждое из преступлений основное наказание должно быть назначено в виде лишения свободы без применения положений ст. 53.1 УК РФ . Принимая во внимание совокупность смягчающих обстоятельств, суд считает необходимым не назначать ФИО1 за каждое из преступлений дополнительное наказание в виде штрафа и ограничения свободы. При этом, на основании ч. 3 ст. 47 УК РФ , суд назначает ФИО1 за каждое из совершённых ей преступлений дополнительное наказание в виде лишения права заниматься деятельностью, связанной с оказанием почтовых услуг, поскольку, ФИО1 использовала свой профессиональный опыт, чтобы длительное время совершать тяжкие преступные действия и тщательно скрывать их от обнаружения. Изложенное свидетельствует о необходимости лишения ФИО1 права заниматься деятельностью, связанной с оказанием почтовых услуг, на определенный срок, что позволит, с одной стороны предотвратить аналогичные деяния в будущем, с другой стороны будет способствовать исправлению подсудимой. Назначение ФИО1 других видов наказания суд считает нецелесообразным с учетом личности подсудимой, обстоятельств совершённых ею преступлений. При исчислении срока наказания в виде лишения свободы за каждое из преступлений судом учитываются положения ч. 1 ст. 62 УК РФ . Судом не установлено исключительных обстоятельств, связанных с целями и мотивами преступления, ролью виновной, ее поведением во время или после совершения преступлений, и других обстоятельств, существенно уменьшающих степень общественной опасности преступлений, и делающих возможным применение положений ст. 64 УК РФ . В соответствии с п. 2 постановления Пленума Верховного Суда РФ от ФИО2 НОМЕР, суд, приняв во внимание степень реализации преступных намерений подсудимой, вид умысла, мотив, цель совершения деяний, не находит фактических обстоятельств совершённых преступлений, свидетельствующих о меньшей степени их общественной опасности и применения положений ч. 6 ст. 15 УК РФ . Окончательное наказание ФИО1 должно быть назначено по правилам ч. 3 ст. 69 УК РФ , путем частичного сложения наказаний по совокупности преступлений, в виде лишения свободы без применения положений ст. 73 УК РФ , с лишением права заниматься деятельностью, связанной с оказанием почтовых услуг. Оснований для применения положений ст. 73 УК РФ к наказанию в виде лишения свободы судом не усматривается, с учетом характера и степени общественной опасности содеянного, личности подсудимой. В соответствии с п. «б» ч. 1 ст. 58 УК РФ , наказание в виде лишения свободы ФИО1 надлежит отбывать в исправительной колонии общего режима. На основании ч. 1 ст. 82 УК РФ суд считает необходимым отсрочить ФИО1, находящейся в состоянии беременности, реальное отбывание основного наказания в виде лишения свободы до достижения ее ребенком четырнадцатилетнего возраста, поскольку она надлежащим образом осуществляет свои родительские обязанности, трудоустроена, имеет постоянное место жительства. Таким образом, отсрочка исполнения наказания в данном случае будет отвечать целям уголовного законодательства. Каких-либо оснований отсрочить отбывание ФИО1 дополнительного наказания в виде лишением права заниматься деятельностью, связанной с оказанием почтовых услуг, суд не усматривает. Меру пресечения в отношении ФИО1 в виде подписки о невыезде и надлежащем поведении необходимо сохранить до вступления приговора в законную силу, после чего - отменить. Исковые требования представителя потерпевшего АО «Почта России» - Потерпевший №1 о возмещении материального ущерба, полностью признанные подсудимой, подлежат полному удовлетворению, в силу прямого указания п. 1 ст. 1064 ГК РФ , поскольку данные требования вытекают из действий подсудимой, в которых она признана виновной настоящим приговором. Вещественными доказательствами следует распорядиться в соответствии со ст. 81 УПК РФ . В целях обеспечения исполнения приговора в части разрешенного гражданского иска, суд считает необходимым сохранить арест на - 1/5 доли квартиры, смартфон Redmi Note 8, денежные средства подсудимой на банковских счетах, вплоть до полного исполнения удовлетворенных настоящим приговором исковых требований. Руководствуясь ст. ст. - , - , - 310 УПК РФ , суд ПРИГОВОРИЛ: Признать ФИО1 виновной в совершении трех преступлений, предусмотренных ч. 3 ст. 160 УК РФ , за каждое из которых назначить ей наказание в виде лишения свободы сроком на 2 (два) года, с лишением права заниматься деятельностью, связанной с оказанием почтовых услуг, сроком на 2 (два) года. На основании ч. 3 ст. 69 УК РФ , путем частичного сложения наказаний по совокупности преступлений, окончательно назначить ФИО1 наказание в виде лишения свободы сроком на 2 (два) года 6 (шесть) месяцев, с лишением права заниматься деятельностью, связанной с оказанием почтовых услуг, сроком на 2 (два) года 6 (шесть) месяцев. Наказание в виде лишения свободы ФИО1 отбывать в исправительной колонии общего режима. На основании ч. 1 ст. 82 УК РФ отсрочить ФИО1, находящейся в состоянии беременности, реальное отбывание основного наказания в виде лишения свободы до достижения ее ребенком четырнадцатилетнего возраста. Срок наказания в виде лишения права заниматься деятельностью, связанной с оказанием почтовых услуг исчислять ФИО1 со дня вступления настоящего приговора в законную силу. Меру пресечения ФИО1 в виде подписки о невыезде и надлежащем поведении оставить без изменений до вступления приговора в законную силу, после чего отменить. Исковые требования АО «Почта России» удовлетворить в полном объеме. Взыскать с ФИО1 в пользу АО «Почта России» в счет возмещения вреда, причиненного преступлениями, 814 372 (восемьсот четырнадцати тысяч триста семьдесят два) рубля 81 копейка. Вещественными доказательствами по делу по вступлении приговора в законную силу распорядиться следующим образом: - акт служебного расследования по факту недостачи денежных средств в отделении почтовой связи АДРЕС почтамта от ФИО2; справка о материальном ущербе №НОМЕР от ФИО2; объяснение ФИО1; приказ о проведении внезапной проверки НОМЕР-п от ФИО2; акт инвентаризации наличных денежных средств НОМЕР от ФИО2; опись денежной наличности в ОПС Зауральский 456591 от ФИО2; отчет о движении денежных средств с ФИО2 по ФИО2; ежедневный отчет о движении денежных средств и сумм реализации услуг, материальных ценностей, товаров (дневник ф.НОМЕР); служебная записка №НОМЕР от ФИО2; 12 бланков наложенного платежа на 8 листах; 31 платежное поручение на 9 листах; письменные заметки на 2 листах; приказ о приеме работника на работу НОМЕРк/пр от ФИО2; должностная инструкция начальника отделения №НОМЕР от ФИО2, соглашение о регулировании задолженности и рукописное заявление М.И., книга, пенсионное удостоверение и рукописное заявление, 3 поручения на выдачу пенсии на имя М.И., поручение на получение пенсии и других социальных выплат на имя М.И., образцы почерка ФИО1, сведения об увольнениях ФИО1 на 1 листе; трудовой договор НОМЕР от ФИО2; дополнительное соглашение НОМЕР к трудовому договору НОМЕР от ФИО2; дополнительное соглашение НОМЕР к трудовому договору НОМЕР от ФИО2; дополнительное соглашение НОМЕР к трудовому договору НОМЕР от ФИО2; дополнительное соглашение НОМЕР к трудовому договору НОМЕР от ФИО2; дополнительное соглашение НОМЕР к трудовому договору НОМЕР от ФИО2; дополнительное соглашение НОМЕР к трудовому договору НОМЕР от ФИО2; трудовой договор НОМЕР от ФИО2; трудовой договор НОМЕР от ФИО2; трудовой договор НОМЕР от ФИО2; должностная инструкция начальника отделения №НОМЕР от ФИО2; должностная инструкция начальника отделения №НОМЕР от ФИО2; должностная инструкция начальника отделения №ФИО2.5.16-09/2 от ФИО2; договор о полной индивидуальной материальной ответственности НОМЕР-мо от ФИО2; договор о полной индивидуальной материальной ответственности НОМЕР-мо от ФИО2; договор о полной индивидуальной материальной ответственности НОМЕР-мо от ФИО2, - хранить при уголовном деле; - распоряжение НОМЕР-р от ФИО2 об отражении недостачи на 94 счете; два уведомления из ОМВД России по АДРЕС НОМЕР от ФИО2; две кассовые справки начальника ОПС от ФИО2; бланк наложенного платежа от ФИО2; платежные поручения от ФИО2 на имя Л.; платежное поручение от ФИО2 на имя Свидетель №30; платежные поручения на имя Г., Свидетель №41, Свидетель №31, Свидетель №12, Свидетель №46, Бэ., Свидетель №42, Свидетель №22, Свидетель №19, Х., Свидетель №11, Свидетель №17, Свидетель №45, Свидетель №33, Свидетель №10, Свидетель №18, Свидетель №43, Свидетель №14, Свидетель №16, Свидетель №13; копия и оригинал талона-уведомления НОМЕР от ФИО2; приказ НОМЕР-п от ФИО2 о создании комиссии; справка о материальном ущербе №НОМЕР от ФИО2; акт служебного расследования по факту недостачи денежных средств в отделении почтовой связи АДРЕС почтамта от ФИО2; служебная записка №ФИО2.5.3.1 от ФИО2; объяснение ФИО1; приказ о проведении внезапной проверки НОМЕР-п от ФИО2; акт инвентаризации наличных денежных средств, находящихся по состоянию на ФИО2, НОМЕР от ФИО2; опись денежной наличности в АДРЕС от ФИО2; отчет о движении денежных средств с ФИО2 по ФИО2; ежедневный отчет о движении денежных средств и сумм реализации услуг, материальных ценностей, товаров (дневник формы ф.НОМЕР); отчет по сверхлимитным остаткам за период с ФИО2 по ФИО2; письменные заметки на 1 листе; чек самоинкассация от ФИО2; чек самоинкассация от ФИО2; отчет о движении денежных средств с ФИО2 по ФИО2; платежные поручения на имя В.Д, Свидетель №36, П.Г, Свидетель №11, Свидетель №30, Свидетель №12, Свидетель №18, Свидетель №10, Свидетель №31, Свидетель №13, Г., Свидетель №42, Свидетель №46, Свидетель №45, Х., Свидетель №19, Свидетель №43, Свидетель №17, Свидетель №33, Свидетель №14, Бэ., Свидетель №16, Свидетель №41, Свидетель №24, С, В., Свидетель №22; 12 бланков наложенного платежа; письменные заметки на 2 листах; приказ о приеме работника на работу НОМЕРк/пр от ФИО2; должностная инструкция начальника отделения №НОМЕР от ФИО2 – оставить у представителя потерпевшего АО «Почта России» - Потерпевший №1, освободив от хранения; - смартфон ***, принадлежащий обвиняемой ФИО1, - хранить в камере вещественных доказательств СО по г. ФИО5 СК России по Челябинской области по адресу: АДРЕС до исполнения осужденной своей обязанности возместить АО «Почта России» сумму ущерба, взысканного настоящим приговором либо обращения взыскания на данное имущество судебным приставом в случае принудительного исполнения настоящего приговора в части гражданского иска. До исполнения настоящего приговора в части разрешенного гражданского иска сохранить арест на: - 1/5 доли квартиры, общей площадью 45.2 кв.м., имеющей кадастровый НОМЕР, расположенной по адресу: АДРЕС, стоимостью 154451 рубль 80 копеек, - смартфон *** в корпусе синего цвета, IMEI 1: НОМЕР, IMEI 2: НОМЕР, стоимостью 3000 рублей; - денежные средства ФИО1, ФИО2 года рождения, находящиеся на расчетных счетах: НОМЕР, НОМЕР, НОМЕР, НОМЕР, открытые в ПАО «***»; НОМЕР, открытый в Банк «Нейва» Общество с ограниченной ответственностью; НОМЕР, НОМЕР, открытые в АО «Банк Р. С.» НОМЕР, НОМЕР, НОМЕР, НОМЕР, НОМЕР, НОМЕР, открытые в АО «***»; НОМЕР, открытый в ПАО «***» в пределах суммы 814372 рубля 81 копеек, в виде запрета на распоряжение данными денежными средствами, то есть в виде прекращения операций по вышеуказанным счетам на вышеуказанную сумму. Приговор может быть обжалован в апелляционном порядке в судебную коллегию по уголовным делам Челябинского областного суда через Еманжелинский городской суд АДРЕС в течение 15 суток со дня его оглашения. В случае подачи апелляционных жалоб, осужденная вправе ходатайствовать о своем участии в рассмотрении уголовного дела судом апелляционной инстанции, о чем должно быть указано в ее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осужденной, ходатайство об участии в рассмотрении уголовного дела судом апелляционной инстанции подается осужденной в течение 15 суток с момента вручения ей копии апелляционного представления либо апелляционных жалоб. Председательствующий. подпись. Копия верна. Судья С.В. Сапожников Секретарь судебного заседания И.С. Пащак Подлинник документа подшит в уголовном деле НОМЕР г. (НОМЕР), которое находится в Еманжелинском городском суде АДРЕС. Суд: Еманжелинский городской суд (Челябинская область) (подробнее) Иные лица: Прокуратура г. Еманжелинска (подробнее) Судьи дела: Сапожников Станислав Владимирович (судья) (подробнее) Последние документы по делу: Приговор от 1 декабря 2025 г. по делу № 1-153/2025 Апелляционное постановление от 8 октября 2025 г. по делу № 1-153/2025 Приговор от 26 июня 2025 г. по делу № 1-153/2025 Приговор от 7 апреля 2025 г. по делу № 1-153/2025 Приговор от 17 марта 2025 г. по делу № 1-153/2025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