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ФИО2, обязуется уплатить Истцу ФИО3 в счет предъявленных Истцом по настоящему делу требований имеющуюся в настоящее время задолженность по возврату суммы предварительной оплаты непоставленного товара в размере сумма в соответствии со следующим графиком платежей: сумма в срок до 01 февраля 2026 года; сумма в срок до 01 марта 2026 года; сумма в срок до 01 апреля 2026 года. Реквизиты для перечисления денежных средств: Валюта получаемого перевода: Российский рубль (RUB) Получатель: ФИО3 Номер счёта: 40817810938128888692 Банк получателя: ПАО Сбербанк БИК: 044525225 ИНН: &lt;***&gt; КПП: 773643001 Корр. счёт: 30101810400000000225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ФИО3, в свою очередь по настоящему Мировому соглашению отказывается от всех своих требований к Ответчику ИП ФИО2, составляющих предмет иска в полном объеме.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Сторонам известно, что в случае невыполнения Ответчиком ФИО2 обязательств, установленных пунктом 1 настоящего Мирового соглашения, Истец ФИО3 вправе обратиться в суд с ходатайством о выдаче ему исполнительного листа.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Стороны подтверждают, что волеизъявление Сторон по заключению настоящего мирового соглашения является свободным и обоюдным, что иных разногласий и споров, кроме заявленных по настоящему гражданскому делу, не имеют.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момента подписания настоящего мирового соглашения разногласия между Сторонами по Договору № 41 от 27 апреля 2022 года и Дополнительному соглашению к нему № 1 от 27 апреля 2022 года урегулированы полностью.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Сторонами друг другу не возмещаются и лежат исключительно на той Стороне, которая их понесла. В соответствии со ст. 39 ГПК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Суд не принимает отказ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 Согласно абз. 5 ст. 220 ГПК РФ суд прекращает производство по делу в случае, если стороны заключили мировое соглашение, и оно утверждено судом В соответствии со ст. 221 ГПК РФ производство по делу прекращается определением суда, в котором указывается, что повторное обращение в суд по спору между теми же сторонами, о том же предмете и по тем же основаниям не допускается. В силу ст. 326.1 ГПК РФ отказ истца от иска, признание иска ответчиком или мировое соглашение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 В случае если отказ истца от иска, признание иска ответчиком, условия мирового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истцом, ответчиком, сторонами мирового соглашения. Порядок и последствия рассмотрения заявления об отказе истца от иска или заявления сторон о заключении мирового соглашения определяются по правилам, установленным частями второй и третьей статьи 173 настоящего Кодекса. При принятии отказа истца от иска или при утверждении мирового соглашения сторон суд апелляционной инстанции отменяет принятое решение суда и прекращает производство по делу. В случае признания ответчиком иска и принятия его судом апелляционной инстанции принимается решение об удовлетворении заявленных истцом требований. Мировое соглашение изложено в письменной форме, подписано сторонами, приобщено к материалам дела. Последствия заключения мирового соглашения и прекращения производства по делу, предусмотренные ст.ст. , 221 ГПК РФ , сторонам понятны, о чем указано в мировом соглашении. При таких обстоятельствах мировое соглашение подлежит утверждению, а обжалуемое решение отмене с прекращением производства по делу На основании изложенного, руководствуясь ст.ст. , , , , 326.1 , , , 330 ГПК РФ , судебная коллегия, ОПРЕДЕЛИЛА: Решение Кузьминского районного суда г. Москвы от 10 апреля 2025 года - отменить. Утвердить мировое соглашение по гражданскому делу по иску ФИО3 к Индивидуальному предпринимателю ФИО2 о взыскании денежных средств, неустойки, штрафа, компенсации морального вреда, заключенное между ФИО3 и Индивидуальным предпринимателем ФИО2, в соответствии с которым: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ФИО2, обязуется уплатить Истцу ФИО3 в счет предъявленных Истцом по настоящему делу требований имеющуюся в настоящее время задолженность по возврату суммы предварительной оплаты непоставленного товара в размере сумма в соответствии со следующим графиком платежей: сумма в срок до 01 февраля 2026 года; сумма в срок до 01 марта 2026 года; сумма в срок до 01 апреля 2026 года. Реквизиты для перечисления денежных средств: Валюта получаемого перевода: Российский рубль (RUB) Получатель: ФИО3 Номер счёта: 40817810938128888692 Банк получателя: ПАО Сбербанк БИК: 044525225 ИНН: &lt;***&gt; КПП: 773643001 Корр. счёт: 30101810400000000225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ФИО3, в свою очередь по настоящему Мировому соглашению отказывается от всех своих требований к Ответчику ИП ФИО2, составляющих предмет иска в полном объеме.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Сторонам известно, что в случае невыполнения Ответчиком ФИО2 обязательств, установленных пунктом 1 настоящего Мирового соглашения, Истец ФИО3 вправе обратиться в суд с ходатайством о выдаче ему исполнительного листа.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Стороны подтверждают, что волеизъявление Сторон по заключению настоящего мирового соглашения является свободным и обоюдным, что иных разногласий и споров, кроме заявленных по настоящему гражданскому делу, не имеют.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момента подписания настоящего мирового соглашения разногласия между Сторонами по Договору № 41 от 27 апреля 2022 года и Дополнительному соглашению к нему № 1 от 27 апреля 2022 года урегулированы полностью.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Сторонами друг другу не возмещаются и лежат исключительно на той Стороне, которая их понесла. Производство по гражданскому делу по иску ФИО3 к Индивидуальному предпринимателю ФИО2 о взыскании денежных средств, неустойки, штрафа, компенсации морального вреда - прекратить. Повторное обращение в суд по спору между теми же сторонами, о том же предмете и по тем же основаниям не допускается. Мотивированное апелляционное определение изготовлено 19.12.2025г. Председательствующий: Судьи: Суд: Московский городской суд (Город Москва) (подробнее) Ответчики: ИП Урусов А.Р.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