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21 октября 2016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