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января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Ответчик (истец по встречному исковому заявлению) ФИО2 обязуется погасить сумму задолженности в размере 163 670 рублей в срок не позднее 19.01.2017 г., а именно в момент предшествующий моменту утверждения настоящего Мирового соглашения судом.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Ответчик (истец по встречному исковому заявлению) ФИО2 выплачивает истцу (ответчику по встречному исковому заявлению)ФИО3 денежные средства в соответствии с настоящим Мировым соглашением путем их передачи представителю Истца (ответчика по встречному исковому заявлению) по доверенности ФИО1 либо перечисляет на расчетный счет Истца № в Северном банке Сбербанка России (местонахождение банка - г. Ярославль), корреспондентский счет №, БИК 047888670. 3.1. Истец (ответчик по встречному исковому заявлению) ФИО3, предварительно уведомив ответчика (истца по встречному исковой заявлению) ФИО2, вправе указать иные банковские реквизиты для соответствующих оплат, после чего ответчик (истец по встречному исковой заявлению) ФИО2 обязана исполнять Мировое соглашение производя оплаты на счета указанные истцом (ответчиком по встречному исковому заявлению)ФИО3 3.2. Ответчик (истец по встречному исковой заявлению) ФИО2, предварительно уведомив истца (ответчика по встречному исковому заявлению) ФИО3, на основании ст. 313 ГК РФ , вправе исполнять Мировое соглашение как с банковских счетов открытых на его имя так и счетов третьих лиц. В случае оплат, с счетов третьих лиц, связанных с исполнением Мирового соглашения в назначении платежа должна быть корректно изложена информация позволяющая идентифицировать основание платежа. 3.3. Обязательства ответчика (истец по встречному исковой заявлению) ФИО2 по перечислению денежных средств в размерах, определенных в пункт 2 Мирового соглашения, считаются исполненными в момент получения денежных средств представителем истца (ответчика по встречному исковому заявлению) ФИО3 либо поступления денежных средств на указанный истцом (ответчиком по встречному исковому заявлению) ФИО3 расчетный счет.</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случае исполнения ответчиком (истцом по встречному исковой заявлению) ФИО2 настоящего Мирового соглашения в полном объеме и в установленный срок истец (ответчик по встречному исковому заявлению) ФИО3 отказывается от своих материально-правовых требований к ответчику (истцу по встречному исковой заявлению) ФИО2 по взысканию оставшейся суммы основной задолженности договорной неустойки, а ответчик (истец по встречному исковой заявлению) ФИО2 отказывается от встречных исковых требований о признании договора займа незаключенным.</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Расходы по оплаченной истцом (ответчиком по встречному исковому заявлению) ФИО3 государственной пошлины возмещаются ответчиком (истцом по встречному исковой заявлению) ФИО2 истцу (ответчику по встречному исковой заявлению) ФИО3 в порядке, предусмотренном пунктом 3 настоящего соглашения. Расходы по оплаченной ответчиком (исцом по встречному исковой заявлению) ФИО2 государственной пошлины (по встречному исковому заявлению) остаются за ФИО2, компенсации не подлежат.</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Последствия прекращения производства по делу и утверждения настоящего Мировогосоглашения, предусмотренные ст. 173 ГПК РФ сторонам известны и понятны.</w:t>
      </w:r>
    </w:p>
    <w:p>
      <w:pPr>
        <w:pStyle w:val="Heading3"/>
      </w:pPr>
      <w:r>
        <w:rPr>
          <w:rFonts w:ascii="Times New Roman" w:hAnsi="Times New Roman" w:eastAsia="Times New Roman" w:cs="Times New Roman"/>
          <w:b/>
          <w:i w:val="0"/>
          <w:sz w:val="22"/>
        </w:rPr>
        <w:t>Пункт 7. Выводы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Настоящее Мировое соглашение вступает в силу с момента его утверждения судом. В случае если к сроку оплаты, предусмотренных пунктом 2 Мирового соглашения, оно еще не будет утверждено, то данное обстоятельство не является препятствием для его исполнения.</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Настоящее мировое соглашение, не исполненное добровольно, подлежит принудительному исполнению по правилам ГПК на основании исполнительного листа, выданного по ходатайству истца (ответчика по встречному исковому заявлению) ФИО3 Представитель истца (ответчика по встречному исковому заявлению) ФИО1 поддержал ходатайство о заключении мирового соглашения с ответчиком ФИО2 Ответчик (истец по встречному исковой заявлению) ФИО2 и ее представитель – адвокат Кукин А.А. выразили согласие заключить мировое соглашение на указанных в мировом соглашении условиях. Условия мирового соглашения выражено в адресованном суду заявлении в письменной форме. Представителю истца (ответчика по встречному исковому заявлению) ФИО1, ответчику ( истцу по встречному заявлению) ФИО2 и ее представителю разъяснены последствия заключения мирового соглашения и прекращения производства по делу, предусмотренные ст. , , 221 ГПК РФ . Учитывая, что мировое соглашение, заключенное сторонами не противоречат закону, совершено в интересах обеих сторон и выполнение ими условий мирового соглашения не нарушает интересы иных лиц, руководствуясь ст. , ,. 221 ГПК РФ , ГПК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Ответчик (истец по встречному исковому заявлению) ФИО2 обязуется погасить сумму задолженности в размере 163 670 рублей в срок не позднее 19.01.2017 г., а именно в момент предшествующий моменту утверждения настоящего Мирового соглашения судом.</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Ответчик (истец по встречному исковому заявлению) ФИО2 выплачивает истцу (ответчику по встречному исковому заявлению) ФИО3 денежные средства в соответствии с настоящим Мировым соглашением путем их передачи представителю Истца (ответчика по встречному исковому заявлению) по доверенности ФИО1 либо перечисляет на расчетный счет Истца № в Северном банке Сбербанка России (местонахождение банка - &lt;адрес&gt;), корреспондентский счет 30№, БИК 047888670. 3.1 Истец (ответчик по встречному исковому заявлению) ФИО3, предварительно уведомив ответчика (истца по встречному исковой заявлению) ФИО2, вправе указать иные банковские реквизиты для соответствующих оплат, после чего ответчик (истец по встречному исковой заявлению) ФИО2 обязана исполнять Мировое соглашение производя оплаты на счета указанные истцом (ответчиком по встречному исковому заявлению)ФИО3 3.2 Ответчик (истец по встречному исковой заявлению) ФИО2, предварительно уведомив истца (ответчика по встречному исковому заявлению) ФИО3, на основании ст. 313 ГК РФ , вправе исполнять Мировое соглашение как с банковских счетов открытых на его имя так и счетов третьих лиц. В случае оплат, с счетов третьих лиц, связанных с исполнением Мирового соглашения в назначении платежа должна быть корректно изложена информация позволяющая идентифицировать основание платежа. 3.3. Обязательства ответчика (истец по встречному исковой заявлению) ФИО2 по перечислению денежных средств в размерах, определенных в пункт 2 Мирового соглашения, считаются исполненными в момент получения денежных средств представителем истца (ответчика по встречному исковому заявлению) ФИО3 либо поступления денежных средств на указанный истцом (ответчиком по встречному исковому заявлению) ФИО3 расчетный счет.</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случае исполнения ответчиком (истцом по встречному исковой заявлению) ФИО2 настоящего Мирового соглашения в полном объеме и в установленный срок истец (отвеичк по встречному исковому заявлению) ФИО3 отказывается от своих материально-правовых требований к ответчику (истцу по встречному исковой заявлению) ФИО2 по взысканию оставшейся суммы основной задолженности договорной неустойки, а ответчик (истец по встречному исковой заявлению) ФИО2 отказывается от встречных исковых требований о признании договора займа незаключенным.</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Расходы по оплаченной истцом (ответчиком по встречному исковому заявлению) ФИО3 государственной пошлины возмещаются ответчиком (истцом по встречному исковой заявлению) ФИО2 истцу (ответчику по встречному исковой заявлению) ФИО3 в порядке, предусмотренном пунктом 3 настоящего соглашения. Расходы по оплаченной ответчиком (исцом по встречному исковой заявлению) ФИО2 государственной пошлины (по встречному исковому заявлению) остаются за ФИО2, компенсации не подлежат.</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Последствия прекращения производства по делу и утверждения настоящего Мировогосоглашения, предусмотренные ст. 173 ГПК РФ сторонам известны и понятны.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Настоящее Мировое соглашение вступает в силу с момента его утверждения судом. В случае если к сроку оплат, предусмотренных пунктом 2 Мирового соглашения, оно еще не будет утверждено, то данное обстоятельство не является препятствием для его исполнения.</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Настоящее мировое соглашение, не исполненное добровольно, подлежит принудительному исполнению по правилам ГПК на основании исполнительного листа. Разъяснить сторонам, что повторное обращение в суд по спору между теми же сторонами, о том же предмете и по тем же основаниям не допускается. В случае неисполнения условий мирового соглашения, суд по заявлению истца или ответчика выдает исполнительный лист на принудительное исполнение условий мирового соглашения. Производство по делу прекратить. Определение может быть обжаловано в течение 15 дней в Ярославский областной суд. Судья М.П. Егорова Суд: Первомайский районный суд (Ярославская область) (подробнее) Судьи дела: Егорова М.П. (судья) (подробнее) Последние документы по делу: Решение от 4 июля 2017 г. по делу № 2-2/2017 Решение от 15 февраля 2017 г. по делу № 2-2/2017 Решение от 30 января 2017 г. по делу № 2-2/2017 Решение от 26 января 2017 г. по делу № 2-2/2017 Определение от 18 января 2017 г. по делу № 2-2/2017 Решение от 17 января 2017 г. по делу № 2-2/2017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