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Свободный</w:t>
      </w:r>
    </w:p>
    <w:p>
      <w:pPr>
        <w:spacing w:after="200"/>
        <w:jc w:val="center"/>
      </w:pPr>
      <w:r>
        <w:rPr>
          <w:rFonts w:ascii="Times New Roman" w:hAnsi="Times New Roman" w:eastAsia="Times New Roman" w:cs="Times New Roman"/>
          <w:b w:val="0"/>
          <w:i w:val="0"/>
          <w:sz w:val="22"/>
        </w:rPr>
        <w:t>20 января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 совершила мошенничество, то есть хищение чужого имущества путем злоупотребления доверием. Преступление совершено ею в -- при следующих обстоятельствах. --, между ФГУП «--» в лице врио начальника обособленного структурного подразделения Свободненский почтамт УФПС -- – филиала ФГУП «--» ФИО21 и Ш. заключен трудовой договор -- от --, согласно которому Ш. трудоустроена в обособленное структурное подразделение Свободненский почтамт УФПС -- – филиала ФГУП «--» на должность почтальона 1 класса. -- Ш. приступила к исполнению своих трудовых обязанностей. Согласно трудовому договору --, заключенному с работодателем --, в должностные обязанности Ш. входили функции по приёму подписки на газеты и журналы. Кроме того, --, между ФГУП «--» Свободненский почтамт УФПС -- – филиала ФГУП «--» и Ш. заключен договор о полной материальной ответственности, в соответствии с которым Ш. приняла на себя полную материальную ответственность за недостачу вверенного ей ФГУП «--» Свободненский почтамт УФПС -- – филиала ФГУП «--» имущества и обязалась: -бережно относиться к переданному ей для осуществления возложенных на нее функций (обязанностей) имуществу Работодателя и принимать меры к предотвращению ущерба, в том числе обеспечивать сохранность вверенных Работнику товарно-материальных ценностей и денежных средств; -вести учет, составлять и представлять в установленном порядке товарно-денежные и другие отчеты о движении и остатках вверенного ей имущества; -строго соблюдать установленные правила совершения операций с денежными средствами и другими ценностями и их хранения. --, примерно в 07 часов, у Ш., находившейся по месту своего проживания по адресу: --, ул. --, возник корыстный, преступный умысел, направленный на мошенничество, то есть хищение денежных средств путем злоупотребления доверием, клиентов ФГУП «--», путем незаконного оформления подписок на печатные периодические издания. --, примерно в 09 часов, Ш., реализуя свой корыстный, преступный умысел, направленный на мошенничество, то есть хищение чужого имущества, путем злоупотребления доверием, имея в силу исполнения своих должностных обязанностей почтальона 1 класса доступ к бланкам строгой отчетности, умышленно, осознавая общественную опасность своих действий, предвидя неизбежность наступления общественно – опасных последствий в виде хищения денежных средств путем злоупотребления доверием, с причинением имущественного вреда собственнику и желая их наступления, взяла бланк квитанции по форме № СП-2, с которым проехала в --, где, примерно в 12 часов, находясь в помещении одного из интернет-кафе, при помощи компьютера и копировальной техники незаконно изготовила не менее 34 экземпляров квитанций по форме № СП-2. Продолжая осуществлять свой единый преступный умысел, направленный на мошенничество, то есть хищение денежных средств клиентов ФГУП «--» путем злоупотребления доверием, Ш., будучи человеком коммуникабельным, легко вступающим в контакт, осознавая общественную опасность своих действий, предвидя неизбежность наступления общественно – опасных последствий в виде мошенничества, то есть хищения денежных средств путем злоупотребления доверием, с причинением имущественного вреда собственнику и желая их наступления, представляясь сотрудником ФГУП «--», осуществляла поиск граждан среди клиентов ФГУП «--», которых убеждала оформить подписку на периодические печатные издания и производить немедленную оплату за предоставленную услугу, обещая при этом выполнить обязанности по оформлению подписки. Клиенты понимали, что у Ш., как у сотрудника ФГУП «--», имеются полномочия по оформлению подписок на периодические печатные издания, данная услуга может осуществляться почтальоном по месту проживания клиента, в связи с чем, доверяли ей. В действительности Ш. не намеревалась исполнять взятые на себя обязательства и распоряжалась переданными ей денежными средствами по собственному усмотрению. --, примерно в 11 часов,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пришла к ФИО22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ФИО22, деньги в сумме 1700 рублей, тем самым, умышленно, из корыстных побуждений, злоупотребив доверием ФИО22,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ФИО22 причинен материальный ущерб на сумму 1700 рублей. --, примерно в 11 часов 30 минут, в --, Ш., продолжая реализовывать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ФИО10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ФИО10 деньги в сумме 1676 рублей 28 копеек, тем самым, умышленно, из корыстных побуждений, злоупотребив доверием ФИО10,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ФИО10 причинен материальный ущерб на сумму 1676 рублей 28 копеек. --, примерно в 12 часов 10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в здание Амурской топографо – геодезической экспедиции, расположенной по --, где, умышленно, из корыстных побуждений, путем злоупотребления доверием клиента ФГУП «--», незаконно оформила ФИО23 подписку на периодические печатные издания, выписала изготовленную ею поддельную квитанцию по форме № СП-2 на подписку печатных изданий, получив от ФИО23, деньги в сумме 529 рублей 38 копеек, тем самым, умышленно, из корыстных побуждений, злоупотребив доверием ФИО23,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ФИО23 причинен материальный ущерб на сумму 1676 рублей 28 копеек. --, примерно в 12 часов 20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здании Амурской топографо – геодезической экспедиции, расположенной по --, умышленно, из корыстных побуждений, путем злоупотребления доверием клиента ФГУП «--», незаконно оформила ФИО11 подписку на периодические печатные издания, выписала изготовленную ею поддельную квитанцию по форме № СП-2 на подписку печатных изданий, получив от ФИО11, деньги в сумме 400 рублей, тем самым, умышленно, из корыстных побуждений, злоупотребив доверием ФИО11,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ФИО11 причинен материальный ущерб на сумму 400 рублей. --, примерно в 12 часов 30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здании Амурской топографо – геодезической экспедиции, расположенной по --, умышленно, из корыстных побуждений, путем злоупотребления доверием клиента ФГУП «--», незаконно оформила ФИО34 подписку на периодические печатные издания, выписала последней изготовленную ею поддельную квитанцию по форме № СП-2 на подписку печатных изданий, получив от ФИО34, деньги в сумме 476 рублей 28 копеек, тем самым, умышленно, из корыстных побуждений, злоупотребив доверием ФИО34,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ФИО34 причинен материальный ущерб на сумму 476 рублей 28 копеек. --, примерно в 14 часов,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ФИО24 домой по адресу: ул. 40 лет октября, --, где, умышленно, из корыстных побуждений, путем злоупотребления доверием клиента ФГУП «--», незаконно оформила последнему подписку на периодические печатные издания, выписала изготовленную ею поддельную квитанцию по форме № СП-2 на подписку печатных изданий, получив от ФИО24, деньги в сумме 2981 рубль 33 копейки, тем самым, умышленно, из корыстных побуждений, злоупотребив доверием ФИО24, похитила их. С похищенными денежными средствами Ш. с места совершения преступления скрылась и распорядилась ими по своему усмотрению. Ущерб, причиненный ФИО24 незаконными действиями почтальона участка обработки сортировки доставки почтовых отправлений Ш., составил 2981 рубль 33 копейки. --, примерно в 12 часов 05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ФИО25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ФИО25, деньги в сумме 960 рублей 66 копеек, тем самым, умышленно, из корыстных побуждений, злоупотребив доверием ФИО25, похитила их. С похищенными денежными средствами Ш. с места совершения преступления скрылась и распорядилась ими по своему усмотрению. Ущерб, причиненный ФИО25 незаконными действиями почтальона участка обработки сортировки доставки почтовых отправлений Ш., составил 960 рублей 66 копеек. --, примерно в 10 часов,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ФИО26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ФИО26 деньги в сумме 476 рублей 28 копеек, тем самым, умышленно, из корыстных побуждений, злоупотребив доверием ФИО26,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ФИО26 причинен материальный ущерб на сумму 476 рублей 28 копеек. --, примерно в 10 часов 20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ФИО58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ФИО58 деньги в сумме 476 рублей 28 копеек, тем самым, умышленно, из корыстных побуждений, злоупотребив доверием ФИО58,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ФИО58 причинен материальный ущерб на сумму 476 рублей 28 копеек. --, примерно в 11 часов,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ФИО27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ФИО27 деньги в сумме 476 рублей 28 копеек, тем самым, умышленно, из корыстных побуждений, злоупотребив доверием ФИО27,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ФИО27 причинен материальный ущерб на сумму 476 рублей 28 копеек. --, примерно в 11 часов 40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ФИО9 домой по адресу: --, где, умышленно, из корыстных побуждений, путем злоупотребления доверием клиента ФГУП «--», незаконно оформила последнему подписку на периодические печатные издания, выписала изготовленную ею поддельную квитанцию по форме № СП-2 на подписку печатных изданий, получив от ФИО9, деньги в сумме 476 рублей 28 копеек, тем самым, умышленно, из корыстных побуждений, злоупотребив доверием ФИО9,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потерпевшему ФИО9 причинен материальный ущерб на сумму 476 рублей 28 копеек. --, примерно в 12 часов 20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ФИО37 домой по адресу: --, где, умышленно, из корыстных побуждений, путем злоупотребления доверием клиента ФГУП «--», незаконно оформила последнему подписку на периодические печатные издания, выписала изготовленную ею поддельную квитанцию по форме № СП-2 на подписку печатных изданий, получив от ФИО37, деньги в сумме 876 рублей 28 копеек, тем самым, умышленно, из корыстных побуждений, злоупотребив доверием ФИО37,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потерпевшему ФИО37 причинен материальный ущерб на сумму 876 рублей 28 копеек. --, примерно в 12 часов 40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в здание Амурской топографо – геодезической экспедиции, расположенной по --, где, умышленно, из корыстных побуждений, путем злоупотребления доверием клиента ФГУП «--», незаконно оформила ФИО23 подписку на периодические печатные издания, выписала последней изготовленную ею поддельную квитанцию по форме № СП-2 на подписку печатных изданий, получив от ФИО23, деньги в сумме 446 рублей 40 копеек, тем самым, умышленно, из корыстных побуждений, злоупотребив доверием ФИО23,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ФИО23 причинен материальный ущерб на сумму 440 рублей 40 копеек. --, примерно в 13 часов 20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ФИО8 домой по адресу: пер. Прокатный,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ФИО8, деньги в сумме 529 рублей 38 копеек, тем самым, умышленно, из корыстных побуждений, злоупотребив доверием ФИО8,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ФИО8 причинен материальный ущерб на сумму 529 рублей 38 копеек. --, примерно в 13 часов 45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ФИО38 домой по адресу: --, где, умышленно, из корыстных побуждений, путем злоупотребления доверием клиента ФГУП «--», незаконно оформила последнему подписку на периодические печатные издания, выписала изготовленную ею поддельную квитанцию по форме № СП-2 на подписку печатных изданий, получив от ФИО38, деньги в сумме 1141 рубль 68 копеек, тем самым, умышленно, из корыстных побуждений, злоупотребив доверием ФИО38,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потерпевшему ФИО38 причинен материальный ущерб на сумму 1141 рубль 68 копеек. --, примерно в 14 часов,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ФИО39 домой по адресу: ул. 40 лет октября,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ФИО39, деньги в сумме 476 рублей 28 копеек, тем самым, умышленно, из корыстных побуждений, злоупотребив доверием ФИО39,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ФИО39 причинен материальный ущерб на сумму 476 рублей 28 копеек. --, примерно в 14 часов 20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ФИО7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ФИО7, деньги в сумме 876 рублей 28 копеек, тем самым, умышленно, из корыстных побуждений, злоупотребив доверием ФИО7,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ФИО7 причинен материальный ущерб на сумму 876 рублей 28 копеек. --, примерно в 14 часов 30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ФИО40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ФИО40, деньги в сумме 476 рублей 28 копеек, тем самым, умышленно, из корыстных побуждений, злоупотребив доверием ФИО40,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ФИО40 причинен материальный ущерб на сумму 476 рублей 28 копеек. --, примерно в 14 часов 40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ФИО6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ФИО6, деньги в сумме 1024 рублей 62 копейки, тем самым, умышленно, из корыстных побуждений, злоупотребив доверием ФИО6,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ФИО6 причинен материальный ущерб на сумму 1024 рубля 62 копейки. --, примерно в 14 часов,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здании Управления РЖД, расположенном по --, умышленно, из корыстных побуждений, путем злоупотребления доверием клиента ФГУП «--», незаконно оформила ФИО5 подписку на периодические печатные издания, выписала последней изготовленную ею поддельную квитанцию по форме № СП-2 на подписку печатных изданий, получив от ФИО5, деньги в сумме 1919 рублей 63 копейки, тем самым, умышленно, из корыстных побуждений, злоупотребив доверием ФИО5,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ФИО5 причинен материальный ущерб на сумму 1919 рублей 63 копейки. --, примерно в 14 часов 10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здании Управления РЖД, расположенном по --, умышленно, из корыстных побуждений, путем злоупотребления доверием клиента ФГУП «--», незаконно оформила ФИО28 подписку на периодические печатные издания, выписала последней изготовленную ею поддельную квитанцию по форме № СП-2 на подписку печатных изданий, получив от ФИО28, деньги в сумме 335 рублей 75 копеек, тем самым, умышленно, из корыстных побуждений, злоупотребив доверием ФИО28,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ФИО28 причинен материальный ущерб на сумму 335 рублей 75 копеек. --, примерно в 13 часов 30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отделе сельского хозяйства при администрации --, расположенном по --, умышленно, из корыстных побуждений, путем злоупотребления доверием клиента ФГУП «--», незаконно оформила ФИО42 подписку на периодические печатные издания, выписала последней изготовленную ею поддельную квитанцию по форме № СП-2 на подписку печатных изданий, получив от ФИО42, деньги в сумме 1465 рублей 27 копеек, тем самым, умышленно, из корыстных побуждений, злоупотребив доверием ФИО42,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ФИО42 причинен материальный ущерб на сумму 1465 рублей 27 копеек. --, примерно в 13 часов 35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отделе сельского хозяйства при администрации --, расположенном по --, умышленно, из корыстных побуждений, путем злоупотребления доверием клиента ФГУП «--», незаконно оформила ФИО41 подписку на периодические печатные издания, выписала последней изготовленную ею поддельную квитанцию по форме № СП-2 на подписку печатных изданий, получив от ФИО41, деньги в сумме 1090 рублей 62 копейки, тем самым, умышленно, из корыстных побуждений, злоупотребив доверием ФИО41,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ФИО41 причинен материальный ущерб на сумму 1090 рублей 62 копейки. --, примерно в 13 часов 40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здании Управления РЖД, расположенном по --, умышленно, из корыстных побуждений, путем злоупотребления доверием клиента ФГУП «--», незаконно оформила ФИО4 подписку на периодические печатные издания, выписала изготовленную ею поддельную квитанцию по форме № СП-2 на подписку печатных изданий, получив от ФИО4, деньги в сумме 869 рублей 71 копейку, тем самым, умышленно, из корыстных побуждений, злоупотребив доверием ФИО4,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потерпевшему ФИО4 причинен материальный ущерб на сумму 869 рублей 71 копейка. --, примерно в 11 часов,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ФИО3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ФИО3, деньги в сумме 912 рублей 32 копейки, тем самым, умышленно, из корыстных побуждений, злоупотребив доверием ФИО3,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ФИО3 причинен материальный ущерб на сумму 912 рублей 32 копейки. --, примерно в 11 часов 30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ФИО29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ФИО29, деньги в сумме 400 рублей 76 копеек, тем самым, умышленно, из корыстных побуждений, злоупотребив доверием ФИО29,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ФИО30 причинен материальный ущерб на сумму 400 рублей 76 копеек. --, примерно в 12 часов,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ФИО2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ФИО2, деньги в сумме 400 рублей 32 копейки, тем самым, умышленно, из корыстных побуждений, злоупотребив доверием ФИО2,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ФИО2 причинен материальный ущерб на сумму 400 рублей 32 копейки. --, примерно в 12 часов 10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ФИО14 домой по адресу: --, где, умышленно, из корыстных побуждений, путем злоупотребления доверием клиента ФГУП «--», незаконно оформила ФИО14 подписку на периодические печатные издания, выписала изготовленную ею поддельную квитанцию по форме № СП-2 на подписку печатных изданий, получив от ФИО14, деньги в сумме 1212 рублей 03 копейки, тем самым, умышленно, из корыстных побуждений, злоупотребив доверием ФИО14,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ФИО14 причинен материальный ущерб на сумму 1212 рублей 03 копейки. --, примерно в 13 часов 30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ФИО39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ФИО39, деньги в сумме 400 рублей 32 копейки, тем самым, умышленно, из корыстных побуждений, злоупотребив доверием ФИО39,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ФИО39 причинен материальный ущерб на сумму 400 рублей 32 копейки. --, примерно в 14 часов 05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ФИО12 домой по адресу: --, где, умышленно, из корыстных побуждений, путем злоупотребления доверием клиента ФГУП «--», незаконно оформила последнему подписку на периодические печатные издания, выписала изготовленную ею поддельную квитанцию по форме № СП-2 на подписку печатных изданий, получив от ФИО12, деньги в сумме 478 рублей 68 копеек, тем самым, умышленно, из корыстных побуждений, злоупотребив доверием ФИО12,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потерпевшему ФИО12 причинен материальный ущерб на сумму 478 рублей 68 копеек. --, примерно в 13 часов 15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здании инспекции «--» -- и -- и --, расположенном по --, умышленно, из корыстных побуждений, путем злоупотребления доверием клиента ФГУП «--», незаконно оформила ФИО44 подписку на периодические печатные издания, выписала изготовленную ею поддельную квитанцию по форме № СП-2 на подписку печатных изданий, получив от ФИО44, деньги в сумме 1557 рублей 78 копеек, тем самым, умышленно, из корыстных побуждений, злоупотребив доверием ФИО44,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ФИО44 причинен материальный ущерб на сумму 1557 рублей 78 копеек. --, примерно в 13 часов 35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офисе ИП «--.», расположенном по --, умышленно, путем злоупотребления доверием клиента ФГУП «--», незаконно оформила ФИО45 подписку на периодические печатные издания, выписала изготовленную ею поддельную квитанцию по форме № СП-2 на подписку печатных изданий, получив от ФИО45, деньги в сумме 2859 рублей 87 копеек, тем самым, умышленно, из корыстных побуждений, злоупотребив доверием ФИО45,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ФИО45 причинен материальный ущерб на сумму 2859 рублей 87 копеек. --, примерно в 12 часов 05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ФИО13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ФИО13, деньги в сумме 396 рублей 90 копеек, тем самым, умышленно, из корыстных побуждений, злоупотребив доверием ФИО13,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ФИО13 причинен материальный ущерб на сумму 396 рублей 90 копеек. --, примерно в 15 часов 05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находясь в здании Свободненского почтамта ФГУП «--», расположенном по --, умышленно, из корыстных побуждений, путем злоупотребления доверием клиента ФГУП «--», незаконно оформила ФИО15 подписку на периодические печатные издания, выписала изготовленную ею поддельную квитанцию по форме № СП-2 на подписку печатных изданий, получив от ФИО15, деньги в сумме 858 рублей 64 копейки, тем самым, умышленно, из корыстных побуждений, злоупотребив доверием ФИО15, похитила их.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потерпевшей ФИО15 причинен материальный ущерб на сумму 858 рублей 64 копейки. --, примерно в 14 часов 10 минут, в --, Ш., реализуя свой единый преступный умысел, направленный на мошенничество, то есть хищение денежных средств клиентов ФГУП «--», путем злоупотребления доверием, с причинением материального ущерба собственнику, пришла к ФИО31 домой по адресу: --, где, умышленно, из корыстных побуждений, путем злоупотребления доверием клиента ФГУП «--», незаконно оформила последней подписку на периодические печатные издания, выписала изготовленную ею поддельную квитанцию по форме № СП-2 на подписку печатных изданий, получив от ФИО31, деньги в сумме 1707 рублей 06 копеек, тем самым, умышленно, из корыстных побуждений, злоупотребив доверием ФИО31, похитила их. С похищенными денежными средствами Ш. с места совершения преступления скрылась и распорядилась ими по своему усмотрению. Ущерб, причиненный ФИО31 незаконными действиями почтальона участка обработки сортировки доставки почтовых отправлений Ш., составил 1707 рублей 06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Ш. совершила похищение у гражданина паспорта. Преступление совершено ею в -- при следующих обстоятельствах. --, примерно в 10 часов 30 минут, в --, Ш., находясь в --, у своей знакомой ФИО16, увидела на трюмо в комнате паспорт гражданина РФ, серия -- --, выданный -- --, на имя ФИО16 и в этот момент у нее возник преступный умысел, направленный на хищение у гражданина паспорта. --, примерно в 10 часов 30 минут, в --, Ш., находясь в --, реализуя свой преступный умысел, направленный на хищение паспорта у гражданина, умышленно, осознавая общественную опасность своих действий, и понимая, что она нарушает установленный законом порядок обращения с официальными документами, предвидя неизбежность наступления общественно-опасных последствий в виде хищения паспорта и желая наступления этих последствий, воспользовавшись тем, что за ее действиями никто не наблюдает, взяла в руки паспорт гражданина РФ, серия -- --, выданный -- --, на имя ФИО16, положила в карман кофты, надетой на ней, и вышла из квартиры, тем самым похитив его. С похищенным паспортом гражданина РФ Ш. с места совершения преступления скрылась, распорядившись им по своему усмотрению.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Ш. совершила мошенничество в сфере кредитования, то есть хищение денежных средств заемщиком путем предоставления банку заведомо ложных сведений. Преступление совершено ею в -- при следующих обстоятельствах. --, примерно в 08 часов, в --, у Ш., находившейся по месту своего жительства по --, достоверно знавшей о процедуре получения гражданами потребительского кредита в ПАО «--», возник преступный, корыстный умысел, направленный на мошенничество в сфере кредитования, то есть хищение денежных средств путем предоставления банку заведомо ложных сведений, с использованием имевшегося у неё паспорта на имя ФИО16 --, примерно в 14 часов, в --, Ш., имея в своем распоряжении паспорт на имя ФИО16, не ставя последнюю в известность относительно ее преступных намерений, реализуя свой корыстный, преступный умысел, направленный на мошенничество в сфере кредитования, то есть хищение денежных средств путем предоставления банку заведомо ложных сведений, умышленно, из корыстных побуждений, осознавая общественную опасность своих действий, предвидя неизбежность наступления общественно – опасных последствий в виде мошенничества в сфере кредитования, то есть хищения денежных средств путем предоставления банку заведомо ложных сведений, с причинением имущественного вреда собственнику и желая их наступления, пришла в Дополнительный офис -- ПАО «--», расположенный по --, где обратилась к менеджеру по продажам ФИО32, производящей прием заявлений на получение потребительских кредитов, выдаваемых ПАО «--», которой предоставила изготовленный ею, путем вклеивания своей фотографии, паспорт на имя ФИО16, а также сообщила заведомо ложные, не соответствующие действительности, сведения о своей личности и намерении получить потребительский кредит в ПАО «-- России». ФИО32, не подозревая о преступных намерениях Ш., получила от последней паспорт на имя ФИО16, после чего, составила заявление -анкету на получение потребительского кредита, регистрационный -- от --, на имя ФИО16 Ш., действуя от имени ФИО16, выполнила подписи от имени ФИО16 в заявлении - анкете на получение потребительского кредита, регистрационный -- от -- Продолжая осуществлять свой преступный умысел, направленный на мошенничество в сфере кредитования, то есть хищение денежных средств путем предоставления банку заведомо ложных сведений, --, примерно в 11 часов 15 минут, в --, Ш., находясь в Дополнительном офисе -- ПАО «--», расположенном по --, из корыстных побуждений, получив согласие от собственника имущества, введенного в заблуждение относительно ее преступных намерений для выдачи потребительского кредита заявителю, действуя от имени ФИО16, выполнила подписи от имени ФИО16 в: - бланке «индивидуальные условия договора потребительского кредита, от --»; - графике платежей по договору -- от --; - приложении к кредитному договору -- от -- «Информация об условиях предоставления, использования и возврата кредита «Оферта. Потребительский кредит»; - согласии на обработку персональных данных и данных об абоненте от --; - поручении на перечисление денежных средств со счета банковской карты в погашение текущих, просроченных платежей и неустойки по кредитному договору от --; - заявлении на страхование по программе коллективного добровольного страхования жизни и здоровья заемщика в Благовещенском отделении -- № -- от --. После чего, --, примерно в 11 часов 28 минут, в --, Ш., действуя от имени ФИО16, получила в кассе Дополнительного офиса -- ПАО «--», расположенного по --, деньги в сумме 58000 рублей, не намереваясь при этом в дальнейшем производить оплату полученного в ПАО «--» на имя ФИО16 потребительского кредита, тем самым похитив, путем предоставления банку заведомо ложных сведений о своей личности, 58000 рублей, принадлежащие ПАО «--».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ПАО «--» причинен материальный ущерб на сумму 58000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Ш. совершила кражу, то есть тайное хищение чужого имущества, совершённую с причинением значительного ущерба гражданину. Преступление совершено ею в -- при следующих обстоятельствах. --, примерно в 10 часов 30 минут, в --, Ш., находясь в --, у своей знакомой ФИО16, увидела в косметичке, стоявшей на трюмо в комнате, ювелирные изделия, и в этот момент у нее возник преступный умысел, направленный на тайное хищение ювелирных изделий, принадлежащих ФИО16, совершенное с причинением значительного ущерба гражданину. --, примерно в 10 часов 35 минут, в --, Ш., находясь в --, реализуя свой корыстный, преступный умысел, направленный на тайное хищение чужого имущества, совершенное с причинением значительного ущерба гражданину, умышленно, осознавая общественную опасность своих действий, предвидя неизбежность наступления общественно-опасных последствий в виде кражи, то есть тайного хищения чужого имущества с причинением значительного имущественного вреда собственнику, и, желая наступления данных последствий, воспользовавшись тем, что ФИО16 вышла из комнаты, и за ее преступными действиями не наблюдает, а, следовательно, ее действия носят тайный характер, достала руками из косметички, стоявшей на трюмо в комнате, ювелирные изделия, а именно: кольцо с камнями-фианитами, стоимостью 4331 рубль 00 копеек; женский браслет, стоимостью 15776 рублей 00 копеек; подвеску в форме сердца, с камнями-фианитами, стоимостью 1821 рубль 00 копеек; подвеску в форме прямоугольной пластины, с изображением знака зодиака «весы», стоимостью 4400 рублей 00 копеек, принадлежащие ФИО16, положила в карман кофты, надетой на ней, и вынесла их из квартиры, тем самым тайно, из корыстных побуждений, похитив их. С похищенным имуществом Ш. с места совершения преступления скрылась, распорядившись им по собственному усмотрению. В результате своих умышленных, преступных действий Ш. причинила потерпевшей ФИО16 материальный ущерб на общую сумму 26328 рублей 00 копеек, который для нее является значительным.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Ш. совершила мошенничество в сфере кредитования, то есть хищение денежных средств заемщиком путем предоставления кредитной организации заведомо ложных сведений. Преступление совершено ею в -- при следующих обстоятельствах. --, примерно в 09 часов, в --, у Ш., находившейся по месту своего жительства по --, достоверно знавшей о процедуре получения гражданами займа в ООО МФО «Финансовая независимость», возник преступный, корыстный умысел, направленный на мошенничество в сфере кредитования, то есть хищение денежных средств путем предоставления кредитной организации заведомо ложных сведений, с использованием имевшегося у неё паспорта на имя ФИО16 --, примерно в 14 часов, в --, Ш., имея в своем распоряжении паспорт на имя ФИО16, не ставя последнюю в известность относительно ее преступных намерений, реализуя свой корыстный, преступный умысел, направленный на мошенничество в сфере кредитования, то есть хищение денежных средств путем предоставления кредитной организации заведомо ложных сведений, умышленно, из корыстных побуждений, осознавая общественную опасность своих действий, предвидя неизбежность наступления общественно – опасных последствий в виде мошенничества в сфере кредитования, то есть хищения денежных средств путем предоставления кредитной организации заведомо ложных сведений, с причинением имущественного вреда собственнику и желая их наступления, пришла в помещение офиса ООО МФО «--» «--», расположенного на первом этаже торгового центра «--» по --, где обратилась к специалисту финансовой группы ФИО33, производящей прием заявлений на получение займов, выдаваемых ООО МФО «--», которой предоставила изготовленный ею, путем вклеивания своей фотографии, паспорт на имя ФИО16, а также сообщила заведомо ложные, не соответствующие действительности, сведения о своей личности и намерении получить заем в размере 5000 рублей в ООО МФО «--». ФИО33, не подозревая о преступных намерениях Ш., получила от последней паспорт на имя ФИО16, после чего, составила заявление о предоставлении займа от --, на имя ФИО16 Ш., действуя от имени ФИО16, выполнила подписи от имени ФИО16 в заявлении о предоставлении займа от -- Продолжая осуществлять свой преступный умысел, направленный на мошенничество в сфере кредитования, то есть хищение денежных средств путем предоставления кредитной организации заведомо ложных сведений, --, примерно в 14 часов, Ш., в --, находясь в помещении офиса ООО МФО «--» «--», расположенном на первом этаже торгового центра «--» по --, из корыстных побуждений, получив согласие от собственника имущества, введенного в заблуждение относительно ее преступных намерений для выдачи займа заявителю, выполнила подписи от имени ФИО16 в: - договоре займа -- от --; - приложении к договору займа ----- от --; - расходном кассовом ордере от --. После чего, --, примерно в 14 часов 30 минут, в --, Ш., действуя от имени ФИО16, получила в ООО МФО «--», расположенном на первом этаже торгового центра «--» по --, деньги в сумме 5000 рублей, не намереваясь при этом в дальнейшем производить оплату полученного в ООО МФО «--» на имя ФИО16 займа, тем самым похитив, путем предоставления кредитной организации заведомо ложных сведений о своей личности, 5000 рублей, принадлежащие ООО МФО «--». С похищенными денежными средствами Ш. с места совершения преступления скрылась и распорядилась ими по своему усмотрению. В результате умышленных, преступных действий Ш. ООО МФО «--» причинен материальный ущерб на сумму 5000 рублей. Подсудимая Ш. виновной в совершении указанных преступлений (по всем эпизодам) признала себя полностью, понимая существо предъявленного обвинения и соглашаясь с ним, добровольно, после предварительных консультаций с защитником – адвокатом ФИО20 и в ее присутствии, заявила ходатайство о постановлении приговора без проведения судебного разбирательства. Характер и последствия заявленного ходатайства подсудимому разъяснены и понятны. Потерпевшие ФИО22, ФИО11, ФИО10, ФИО34, ФИО26, ФИО35, ФИО27, ФИО9, ФИО36, ФИО37, ФИО38, ФИО8, ФИО39, ФИО40, ФИО28, ФИО5, ФИО4, ФИО41, ФИО42, ФИО43, ФИО44, ФИО45, ФИО16, ФИО46, ФИО15, ФИО29, ФИО14, ФИО13, ФИО7, ФИО6, ФИО3, ФГУП «--», ПАО «--» о месте и времени рассмотрения уголовного дела уведомлены надлежащим образом. Согласно заявлению, просят рассмотреть уголовное дело в их отсутствие. Не возражают против рассмотрения дела в порядке особого производства. Потерпевший ФИО12 в судебном заседании выразил согласие на рассмотрение дела в особом порядке судебного разбирательства. Представитель государственного обвинения не возражает против рассмотрения дела в особом порядке. В соответствии со ст. 314 УПК РФ ,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 наказание за которое не превышает 10 лет лишения свободы. Санкция ч. 1 ст. 159 УК РФ предусматривает наказание в виде лишения свободы сроком до двух лет. Санкция ч. 2 ст. 325 УК РФ предусматривает наказание в виде ареста сроком до трех месяцев. Санкция ч. 1 ст. 159.1 УК РФ предусматривает наказание в виде ареста сроком до четырех месяцев. Санкция ч. 2 ст. 158 УК РФ предусматривает наказание в виде лишения свободы сроком до пяти лет. Поскольку по настоящему уголовному делу в соответствии со ст. 314 УПК РФ имеются основания для применения особого порядка принятия судебного решения и соблюдены условия, предусмотренные законом для постановления приговора без проведения судебного разбирательства, суд считает возможным вынести в отношении подсудимой Ш. обвинительный приговор без проведения в общем порядке исследования и оценки, собранных по делу доказательств.</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Обсуждая юридическую квалификацию действий Ш. по ст. 159 УК РФ (по факту мошенничества в отношении клиентов ФГУП «--»), суд приходит к следующим выводам. Ш. органами предварительного расследования обвиняется в мошенничестве, то есть хищении чужого имущества путем злоупотребления доверием, совершенное лицом с использованием своего служебного положения, то есть в совершении преступления, предусмотренного ч. 3 ст. 159 УК РФ . Поскольку хищение чужого имущества Ш. совершено путем злоупотребления доверием, содеянное ею, следует квалифицировать как мошенничество. Обсуждая юридическую квалификацию действий Ш. по ч. 3 ст. 159 УК РФ в части квалифицирующего признака «с использованием своего служебного положения» суд приходит к следующим выводам. Согласно пункту 24 Постановления Пленума Верховного Суда РФ от 27 декабря 2007 года № 51 «О судебной практике по делам о мошенничестве, присвоении и растрате» под лицами, использующими свое служебное положение при совершении мошенничества, присвоения или растраты (часть 3 статьи , часть 3 статьи 160 УК РФ ), следует понимать должностных лиц, обладающих признаками, предусмотренными примечанием 1 к статье 285 УК РФ , государственных или муниципальных служащих, не являющихся должностными лицами, а также иных лиц, отвечающих требованиям, предусмотренным примечанием 1 к статье 201 УК РФ (например, лицо, которое использует для совершения хищения чужого имущества свои служебные полномочия, включающие организационно-распорядительные или административно-хозяйственные обязанности в коммерческой организации). Таким образом, по смыслу закона под лицами, использующими свое служебное положение, при совершении мошенничества следует понимать лиц, обладающими организационно-распорядительными или административно-хозяйственными полномочиями. Как разъяснено в п. 5 постановления Пленума ВС РФ, как административно-хозяйственные функции надлежит рассматривать полномочия должностного лица по управлению и распоряжению имуществом и (или) денежными средствами, находящимися на балансе и (или) банковских счетах организаций, учреждений, воинских частей и подразделений, а также по совершению иных действий (например, по принятию решений о начислении заработной платы, премий, осуществлению контроля за движением материальных ценностей, определению порядка их хранения, учета и контроля за их расходованием). Из анализа, предъявленного подсудимой Ш. обвинения, исходя из фактических обстоятельств дела, не требующих исследования доказательств по делу, суд приходит к выводу, что квалифицирующий признак, предусмотренный ч. 3 ст. 159 УК РФ – «с использованием своего служебного положения» вменен подсудимой Ш. излишне, в связи с чем, указанный квалифицирующий признак исключается судом из обвинения Ш. (п. 21 Постановления Пленума Верховного Суда РФ от 29.11.2016 года «О судебном приговоре»). При этом, изменение обвинения в части квалификации содеянного (квалифицирующего признака) по уголовному делу не требует исследования собранных по делу доказательств и фактические обстоятельства при этом не изменяются, то есть изменение обвинения в части указанного квалифицирующего признака возможно в особом порядке судебного разбирательства (п. 25 Постановления Пленума Верховного Суда РФ от 29.11.2016 года «О судебном приговоре»). В ходе судебного заседания государственный обвинитель – старший помощник прокурора -- Цапкова А.В. полагает необходимым исключить из текста обвинения подсудимой Ш. (по факту хищения денежных средств у клиентов «ФГУП «--») указание на причинение ФГУП «--» ущерба в результате непосредственного хищения, поскольку подсудимой Ш. согласно обвинению денежные средства изымались (похищались) непосредственно у граждан и некоторым из них ФГУП «--» возместила причиненный ущерб, то есть непосредственно у ФГУП «--» денежные средства не похищались. В силу ст. 252 УПК РФ , судебное разбирательство проводится лишь по предъявленному обвиняемому обвинению. В соответствии с ч. 8 ст. 246 УПК РФ , государственный обвинитель до удаления суда в совещательную комнату для постановления приговора может также изменить обвинение в сторону смягчения путем: исключения из юридической квалификации деяния признаков преступления, отягчающих наказание; исключения из обвинения ссылки на какую-либо норму Уголовного кодекса Российской Федерации, если деяние подсудимого предусматривается другой нормой Уголовного кодекса Российской Федерации, нарушение которой вменялось ему в обвинительном заключении или обвинительном акте. Суд принимает во внимание позицию государственного обвинителя, мнение участников процесса, очевидность указанных фактов, не требующих исследования доказательств по делу и полагает необходимым исключить из текста обвинения подсудимой Ш. (по факту хищения денежных средств у клиентов «ФГУП «--») указание на причинение указанной организации ущерба в результате непосредственного хищения, по вышеуказанным основаниям. Данные изменения не ухудшают положение подсудимой Ш.</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Обсуждая юридическую квалификацию действий Ш. по ч. 2 ст. 325 УК РФ (по факту похищения паспорта гражданина РФ), суд приходит в выводу о том, что Ш. при изъятии паспорта гражданина РФ на имя ФИО16 действовала незаконно, без ведома последней, в связи с чем, действия подсудимой Ш. необходимо квалифицировать, как похищение у гражданина паспорта.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Обсуждая юридическую квалификацию действий Ш. по ч. 1 ст. 159.1 УК РФ (по факту хищения денежных средств ПАО «--»), суд приходит к выводу о том, что хищение денежных средств совершено ею из корыстных побуждений, путем предоставления ПАО «--» заведомо ложных сведений, а именно с использованием имевшегося у нее паспорта на имя ФИО16 В связи с этим, содеянное ею, следует квалифицировать как мошенничество в сфере кредитования.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Обсуждая юридическую квалификацию действий Ш. (по факту тайного хищения имущества ФИО16), суд приходит к выводу о том, что при хищении имущества, принадлежащего потерпевшей, Ш. действовала тайно, поскольку, незаконные действия, направленные на изъятие имущества были осуществлены ею в отсутствие собственника или иного владельца этого имущества. С учетом имущественного положения потерпевшей ФИО16, которая является пенсионером по инвалидности, размер пенсии составляет 17000 рублей, иного дохода она не имеет, квалифицирующий признак «с причинением значительного ущерба гражданину» нашел подтверждение в ходе судебного заседания. В ходе судебного заседания государственный обвинитель – старший помощник прокурора -- Цапкова А.В. полагает необходимым уменьшить общую сумму ущерба по обвинению подсудимой Ш. в совершении преступления, предусмотренного п. в ч. 2 ст. 158 УК РФ (по факту хищения ювелирных изделий, принадлежащих ФИО16), с 26368 рублей до 26328 рублей, так как при сложении сумм стоимости всех четырех похищенных золотых изделий (4331+15776+1821+4400=26328) общая сумма их стоимости составляет 26328 рублей. В силу ст. 252 УПК РФ , судебное разбирательство проводится лишь по предъявленному обвиняемому обвинению. В соответствии с ч. 8 ст. 246 УПК РФ , государственный обвинитель до удаления суда в совещательную комнату для постановления приговора может также изменить обвинение в сторону смягчения путем: исключения из юридической квалификации деяния признаков преступления, отягчающих наказание; исключения из обвинения ссылки на какую-либо норму Уголовного кодекса Российской Федерации, если деяние подсудимого предусматривается другой нормой Уголовного кодекса Российской Федерации, нарушение которой вменялось ему в обвинительном заключении или обвинительном акте. Суд принимает во внимание позицию государственного обвинителя, мнение участников процесса, очевидность указанных фактов, не требующих исследования доказательств по делу и полагает необходимым уменьшить общую сумму ущерба по обвинению подсудимой Ш. в совершении преступления, предусмотренного п. в ч. 2 ст. 158 УК РФ (по факту хищения ювелирных изделий, принадлежащих ФИО16), с 26368 рублей до 26328 рублей, по вышеуказанным основаниям. Данные изменения не ухудшают положение подсудимой Ш.</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Обсуждая юридическую квалификацию действий Ш. (по факту хищения денежных средств ООО МФО «--»), суд приходит к выводу о том, что хищение денежных средств совершено из корыстных побуждений, путем предоставления ООО МФО «--» заведомо ложных сведений, а именно с использованием имевшегося у нее паспорта на имя ФИО16 ООО МФО «--» является кредитной организацией. В связи с этим, содеянное ею, следует квалифицировать как мошенничество в сфере кредитования. На основании вышеизложенного, суд полагает, что обвинение, с которым согласилась подсудимая Ш. (с учетом вышеуказанного), обоснованно, подтверждается доказательствами, собранными по уголовному делу, в связи с чем, приходит к выводу о виновности Ш.: - в мошенничестве, то есть хищении чужого имущества путем злоупотребления доверием, то есть в совершении преступления, предусмотренного ч. 1 ст. 159 УК РФ (по факту хищения денежных средств клиентов ФГУП «--»). - в похищении у гражданина паспорта, то есть в совершении преступления, предусмотренного ч. 2 ст. 325 УК РФ ; - в мошенничестве в сфере кредитования, то есть хищении денежных средств заемщиком путем предоставления банку заведомо ложных сведений, то есть в совершении преступления, предусмотренного ч. 1 ст. 159.1 УК РФ (по факту хищения денежных средств ПАО «-- --»); - в краже, то есть тайном хищении чужого имущества, совершенной с причинением значительного ущерба гражданину, то есть в совершении преступления, предусмотренного п. «в» ч. 2 ст. 158 УК РФ (по факту тайного хищения имущества ФИО16); - в мошенничестве в сфере кредитования, то есть хищении денежных средств заемщиком путем предоставления кредитной организации заведомо ложных сведений, то есть в совершении преступления, предусмотренного ч. 1 ст. 159.1 УК РФ (по факту хищения денежных средств ООО МФО «--»). Оснований для применения положений ст.ст. , , 76.2 УК РФ по делу нет. Обсуждая вопрос о мере наказания Ш., суд, кроме условий, предусмотренных ст. 316 УПК РФ , учитывает положения ст. , ч. 1 и ч. 5 ст. 62 УК РФ , характер и степень общественной опасности совершенных преступлений, которые, в силу ст. 15 УК РФ , относятся к категории небольшой (ч. 1 ст. , ч. 2 ст. , ч. 1 ст. 159.1 и ч. 1 ст. 159.1 УК РФ ) и средней тяжести (п. в ч. 2 ст. 158 УК РФ ); данные о личности подсудимой, которая судимости не имеет, имеет регистрацию и постоянное место жительство на территории Российской Федерации, состоит в зарегистрированном браке, имеет на иждивении одного малолетнего и одного несовершеннолетнего ребенка; по месту жительства УУП ОМ МВД России «Свободненский» характеризуется удовлетворительно; работает, по месту работы характеризуется с положительной стороны; на учете у врача психиатра и врача нарколога не состоит. Суд также учитывает состояние здоровья подсудимой Ш. Из заключения комиссии экспертов -- от -- (амбулаторная судебно-психиатрическая экспертиза) следует, что Ш. хроническим психическим расстройством, слабоумием, иным болезненным состоянием психики, лишающим ее способности в полной мере осознавать фактический характер и общественную опасность своих действий, руководить ими в настоящее время не страдает, и в период, относящийся к инкриминируемым ей противоправным деяниям, не страдала. Отмечавшиеся у Ш. в детском возрасте нарушения поведения не сопровождались задержкой психического развития и в процессе последующего естественного биологического созревания к настоящему времени полностью нивелировались. Как видно из материалов уголовного дела, в юридически значимый период у подэкспертной не отмечалось и признаков какого-либо временного психического расстройства, действия ее носили последовательный, целенаправленный характер, она правильно ориентировалась в окружающей обстановке, в ее поведении не прослеживалось признаков бреда, галлюцинаций, расстроенного сознания, то есть она могла осознавать фактический характер и общественную опасность своих действий и руководить ими. По своему психическому состоянию в настоящее время Ш. также может осознавать фактический характер своих действий и руководить ими, она могла правильно воспринимать обстоятельства, имеющие значение для дела, и в настоящее время может давать о них правильные показания, проведение следственных и судебных действий с ее участием возможно. В применении принудительных мер медицинского характера подэкспертная не нуждается (том --, л.д. 161-166). В соответствии с п. «и» ч. 1 ст. 61 УК РФ , смягчающим наказание обстоятельством признается явка с повинной. В силу уголовного закона, в качестве смягчающего наказание обстоятельства следует признавать явку с повинной и в тех случаях, когда лицо в устном или письменном виде добровольно сообщило органу, осуществляющему уголовное преследование, о совершенном им или с его участием преступлении. В материалах уголовного дела имеется объяснение от -- (том --, л.д. 208), взятое у Ш. до возбуждения уголовного дела, в котором она добровольно сообщила об обстоятельствах совершения ею преступления. В связи с этим, пояснения, которые дала Ш. в указанном объяснении, являются явкой с повинной (по факту хищения денежных средств ООО МФО «--»). По остальным эпизодам в материалах дела имеются протоколы явок с повинной. Обстоятельствами, смягчающими наказание подсудимой Ш., суд признает состояние ее здоровья (по всем эпизодам); явку с повинной (по всем эпизодам); активное способствование раскрытию и расследованию преступления (по всем эпизодам); полное признание вины и раскаяние в содеянном (по всем эпизодам); наличие на иждивении одного малолетнего и одного несовершеннолетнего детей (по всем эпизодам); иные действия, направленные на заглаживание причиненного вреда, путем принесение извинений потерпевшей ФИО16 (по эпизоду похищения паспорта гражданина на имя ФИО16 и по эпизоду хищения имущества, принадлежащего ФИО16). Обстоятельств, отягчающих наказание подсудимой Ш., суд не усматривает. При решении вопроса о возможности изменения категории совершенного Ш. преступления, предусмотренного п. «в» ч. 2 ст. 158 УК РФ , на менее тяжкое, то есть небольшой тяжести, в соответствии с ч. 6 ст. 15 УК РФ , суд учитывает фактические обстоятельства дела, степень его общественной опасности, наличие смягчающих и отсутствие отягчающих наказание обстоятельств, личность подсудимой, и приходит к выводу о невозможности изменения категорий преступлений на менее тяжкое. Судом учитывается требование закона о строго индивидуальном подходе к назначению наказания, что справедливое наказание способствует решению его задач и целей. Справедливость назначенного наказания заключается в его соответствии характеру и степени общественной опасности совершенного преступления, обстоятельствам его совершения и личности виновного. Согласно утвержденным резолюцией Генеральной Ассамблеи ООН от 14 декабря 1990 г. № 45/110 «Стандартные минимальные правила Организации Объединенных Наций в отношении мер, не связанных с тюремным заключением (Токийские правила)», судебный орган, имея в своем распоряжении выбор не связанных с тюремным заключением мер, должен при вынесении своего решения принимать во внимание потребности правонарушителя с точки зрения его возвращения к нормальной жизни в обществе, интересы защиты общества и интересы жертвы, с которой в надлежащих случаях следует консультироваться. В соответствии со ст. 56 УК РФ , наказание в виде лишения свободы может быть назначено осужденному, совершившему впервые преступление небольшой тяжести, только при наличии отягчающих обстоятельств, предусмотренных статьей 63 УК РФ , или только если соответствующей статьей Особенной части Уголовного кодекса РФ лишение свободы предусмотрено как единственный вид наказания. При назначении наказания суд учитывает характер и степень общественной опасности совершенных преступлений; личность подсудимой Ш.; наличие обстоятельств, смягчающих наказание и отсутствие обстоятельств, отягчающих наказание, а также влияние назначенного наказания на исправление осужденной и условия жизни ее семьи, преследуя цели наказания, предусмотренные ст. 43 УК РФ , а также с учетом получения осужденной заработной платы, суд считает необходимым назначить Ш. наказание по ч. 1 ст. , ч. 2 ст. , ч. 1 ст. 159.1 и ч. 1 ст. 159.1 УК РФ в виде штрафа за каждое преступление, а по ч. 2 ст. 158 УК РФ в виде лишения свободы, без предусмотренного санкцией ч. 2 ст. 158 УК РФ дополнительного наказания в виде ограничения свободы, при этом наказание в виде лишения свободы назначить в соответствии со ст. 73 УК РФ без изоляции от общества, то есть с применением института условного осуждения, а также с возложением на нее определенных обязанностей, способствующих ее исправлению, в условиях контроля за ее поведением, со стороны уполномоченного на то специализированного государственного органа, осуществляющего контроль за поведением условно осужденного, находя избранный подсудимой вид наказания, достаточным для ее исправления по вышеуказанным основаниям. Назначение Ш. иного более мягкого вида наказания, чем лишение свободы, за совершенное преступление, предусмотренное ч. 2 ст. 158 УК РФ , суд считает нецелесообразным, так как с учетом личности подсудимой Ш., обстоятельств совершенного преступления, суд приходит к выводу, что наказание, не связанное с лишением свободы по ч. 2 ст. 158 УК РФ , не будет способствовать целям наказания, предусмотренным ст. 43 УК РФ , в части восстановления социальной справедливости, а также в части исправления Ш. и предупреждения совершения ею новых преступлений. С учетом указанных обстоятельств, при назначении наказания у суда отсутствуют основания для применения к Ш. положений ст. 64 УК РФ , в части назначения ей наказания ниже низшего предела, предусмотренного санкциями ч. 1 ст. , ч. 2 ст. , ч. 1 ст. 159.1 , ч. 2 ст. , ч. 1 ст. 159.1 УК РФ , а равно назначения более мягкого вида наказания, чем предусмотрено этими статьями. Суд считает, что в действиях подсудимой Ш. отсутствуют исключительные обстоятельства, существенно уменьшающие степень общественной опасности совершенных ею преступлений. Согласно ч. 3 ст. 46 УК РФ суд вправе назначить штраф с рассрочкой выплаты определенными частями на срок до пяти лет. Между тем, поскольку в судебном заседании Ш. и ее защитником ходатайства о рассрочке штрафа не заявлено, доводы в обоснование данного ходатайства не приводились, а применение рассрочки уплаты штрафа, в соответствии с ч. 2 ст. 31 УИК РФ и на основании ч. 2 ст. 398 УПК РФ , возможно также на стадии исполнения приговора, суд, с учетом предусмотренных ст. 46 УК РФ требований, приходит к выводу, об отсутствии на данный момент оснований для рассрочки выплаты штрафа, что, однако, не лишает Ш. права на обращение в суд с ходатайством о предоставлении рассрочки уплаты штрафа в соответствии с ч. 2 ст. 398 УПК РФ , в порядке исполнения приговора, в случае, если немедленная уплата штрафа будет являться для него невозможной. При решении вопроса о назначении Ш. наказания в соответствии с ч. 2 ст. 69 УК РФ по совокупности преступлений, суд с учетом характера, степени и общественной опасности, совершенных подсудимой преступлений, данных о личности подсудимой, не усматривает оснований для применения к Ш. положений ч. 2 ст. 69 УК РФ в части назначения наказания по совокупности преступлений путем поглощения менее строгого наказания более строгим, и считает необходимым назначить наказание по совокупности преступлений путем частичного сложения назначенных наказаний. В соответствии с ч. 2 ст. 71 УК РФ , штраф при сложении с лишением свободы исполняется самостоятельно. Обсудив судьбу гражданских исков, заявленных в ходе предварительного расследования, ФГУП «--» Свободненский почтамт УФПС --, ПАО «--», ООО МФО «--», представителем потерпевшей ФИО2 - ФИО43, потерпевшими ФИО3, ФИО4, ФИО5, ФИО6, ФИО7, ФИО8, ФИО9, ФИО10, ФИО11, ФИО12, ФИО13, ФИО14. ФИО15, ФИО16, суд приходит к следующему. В ходе судебного заседания установлено, что представителем ФГУП «--» Свободненский почтамт УФПС -- ФИО49 заявлен гражданский иск на сумму 5649 рублей 05 копеек о возмещении материального ущерба, причиненного преступлением, который не возмещен; представителем ПАО «--» ФИО48 заявлен гражданский иск на сумму 63307 рублей 46 копеек о возмещении материального ущерба, причиненного преступлением, который не возмещен; представителем ООО МФО «--» ФИО46 заявлен гражданский иск на сумму 14635 рублей о возмещении материального ущерба, причиненного преступлением, который не возмещен; представителем потерпевшей ФИО2 - ФИО43 по делу заявлен гражданский иск на сумму 400 рублей 32 копейки о возмещении материального ущерба, причиненного преступлением, который не возмещен; потерпевшей ФИО3 по делу заявлен гражданский иск на сумму 912 рублей 32 копейки о возмещении материального ущерба, причиненного преступлением, который не возмещен; потерпевшим ФИО4 по делу заявлен гражданский иск на сумму 869 рублей 71 копейка о возмещении материального ущерба, причиненного преступлением, который не возмещен; потерпевшей ФИО5 по делу заявлен гражданский иск на сумму 1919 рублей 63 копейки о возмещении материального ущерба, причиненного преступлением, который не возмещен; потерпевшей ФИО6 по делу заявлен гражданский иск на сумму 1024 рублей 62 копейки о возмещении материального ущерба, причиненного преступлением, который не возмещен; потерпевшей ФИО7 по делу заявлен гражданский иск на сумму 876 рублей 28 копеек о возмещении материального ущерба, причиненного преступлением, который не возмещен; потерпевшей ФИО8 по делу заявлен гражданский иск на сумму 529 рублей 38 копеек о возмещении материального ущерба, причиненного преступлением, который не возмещен; потерпевшей ФИО9 по делу заявлен гражданский иск на сумму 476 рублей 28 копеек о возмещении материального ущерба, причиненного преступлением, который не возмещен; потерпевшей ФИО10 по делу заявлен гражданский иск на сумму 1676 рублей 28 копеек о возмещении материального ущерба, причиненного преступлением, который не возмещен; потерпевшей ФИО11 по делу заявлен гражданский иск на сумму 400 рублей о возмещении материального ущерба, причиненного преступлением, который не возмещен; потерпевшим ФИО12 по делу заявлен гражданский иск на сумму 478 рублей 68 копеек о возмещении материального ущерба, причиненного преступлением, который не возмещен; потерпевшей ФИО13 по делу заявлен гражданский иск на сумму 396 рублей 90 копеек о возмещении материального ущерба, причиненного преступлением, который не возмещен; потерпевшей ФИО14 по делу заявлен гражданский иск на сумму 1212 рублей 03 копейки о возмещении материального ущерба, причиненного преступлением, который не возмещен; потерпевшей ФИО15 по делу заявлен гражданский иск на сумму 858 рублей 64 копейки о возмещении материального ущерба, причиненного преступлением, который не возмещен; потерпевшей ФИО16 по делу заявлен гражданский иск на сумму 26328 рублей о возмещении материального ущерба, причиненного преступлением, который не возмещен. В силу ст. 1064 ГК РФ вред, причиненный имуществу гражданина, организации, подлежит возмещению в полном объеме лицами, причинившими вред. Подсудимая Ш. суду пояснила, что с исками она согласна и обязуется возместить причиненные материальные ущербы. В связи с чем, суд полагает необходимым заявленные потерпевшими ФГУП «--» Свободненский почтамт УФПС --, ПАО «Сбербанк России», ООО МФО «Финансовая независимость», представителем потерпевшей ФИО2 - ФИО43, потерпевшими ФИО3, ФИО4, ФИО5, ФИО6, ФИО7, ФИО8, ФИО9, ФИО10, ФИО11, ФИО12, ФИО13, ФИО14. ФИО15, ФИО16 гражданские иски удовлетворить в полном объеме. В силу ст. 81 УПК РФ доказательства: - оригиналы документов: заявление о приёме на работу от --, личная карточка работника, приказ о приёме на работу от --, договор -- о полной индивидуальной материальной ответственности от --, срочный трудовой договор -- от --, приказ о прекращении (расторжении) трудового договора от --, приказ ---п от -- о возмещении ущерба, объяснения Ш. по факту произошедшего от --, -- и --, хранящиеся у представителя потерпевшего ФГУП «--» Свободненский почтамт УФПС -- – филиала ФГУП «--» ФИО49, следует считать переданными по принадлежности; - копии документов: заявление о приёме на работу от --, личная карточка работника, приказ о приёме на работу от --, договор -- о полной индивидуальной материальной ответственности от --, срочный трудовой договор -- от --, приказ о прекращении(расторжении) трудового договора от --, приказ ---п от -- о возмещении ущерба, объяснения Ш. по факту произошедшего от --, -- и --, хранящиеся в материалах уголовного дела, следует хранить в материалах уголовного дела; - квитанция -- -- на имя ФИО22, квитанция -- -- на имя ФИО11, квитанции на имя ФИО31, ФИО24 и ФИО61., квитанция -- -- на имя ФИО10, квитанция -- -- на имя ФИО34, квитанция -- -- на имя ФИО26, квитанция -- -- на имя ФИО58, квитанция -- -- на имя ФИО27, квитанция -- -- на имя ФИО50, квитанции -- -- и -- -- на имя ФИО36, квитанция -- -- на имя ФИО38, квитанция -- -- на имя ФИО57, квитанции -- -- на имя ФИО39, -- -- на имя ФИО1, квитанция -- -- на имя ФИО51, квитанция -- -- на имя ФИО40, квитанция -- -- на имя ФИО6, квитанция -- -- на имя ФИО28, квитанция -- -- на имя ФИО5, квитанция -- -- на имя ФИО4, квитанция -- -- на имя ФИО41, квитанция -- -- на имя ФИО55, квитанция -- -- на имя ФИО42, квитанция -- -- на имя ФИО2, квитанция -- -- на имя ФИО44, квитанции -- -- на имя ФИО45, -- --, квитанция -- -- на имя ФИО52, квитанция -- -- на имя ФИО15, квитанция -- -- на имя ФИО53, копия акта служебного расследования ПАО «--» по обращению ФИО16 от --, хранящиеся в материалах уголовного дела, следует хранить в материалах уголовного дела; - справку МСЭ-2012 -- на имя ФИО58, хранящуюся у представителя потерпевшего ФИО35, следует считать переданной по принадлежности; - оригинал акта служебного расследования ПАО «--» по обращению ФИО16 от -- хранящийся у представителя потерпевшего ПАО «--» ФИО48, следует считать переданным о принадлежности; - справку серии МСЭ-2012 -- на имя ФИО2, медицинское заключение от -- на имя ФИО2 хранящиеся у представителя потерпевшего, следует считать переданными по принадлежности; - копии документов, предоставленных в ходе доследственной проверки ФГУП «--», ПАО «--», ООО МФО «--»: служебной записки, квитанции серия 458963 --, объяснения Ш. от --, служебной записки от --, квитанции серия 458963 --, 3 абонементов на имя ФИО62; объяснения Ш. от --; служебной записки от --, квитанции серия 676456-20 --, 10 абонементов на имя ФИО24, квитанции серия 676456-20 --, квитанции серия 676456-10 --, объяснения Ш. от --, заявления от --, карточки на Ш., срочного трудового договора -- от --, приложения к трудовому договору от -- --, личной карточки работника, договора -- о полной индивидуальной материальной ответственности от --, приказа --к-пр от --, квалификационной характеристики почтальона 1-3 класса, заявления ФИО22, квитанции серия 676456-20 --, 2 абонементов на имя ФИО22, заявления ФИО10, квитанции серия 676456-10 --, 2 абонементов на имя ФИО10; заявления ФИО11, квитанции серия 676456-20 --, абонемента на имя ФИО11, заявления ФИО42, квитанции серия 458963 --, 3 абонементов на имя ФИО42,заявления ФИО54, квитанции серия 676456-10 --, абонемента на имя ФИО60. заявления ФИО53, квитанции серия 458963 --, абонемента на имя: ФИО53, заявления ФИО44, квитанции серия 458963 --, 4 абонементов гостехнадзор, заявления ФИО3, квитанции серия 458963 --, 5 абонементов на имя ФИО55, заявления ФИО38 квитанции серия 458963 --, 4 абонементов на имя ФИО56, заявления ФИО57, квитанции серия 458963 --, 3 абонементов на имя ФИО57, заявления ФИО40, квитанции серия 458963 --, 2 абонементов на имя ФИО40,заявления ФИО6, квитанции серия 458963, 5 абонементов на имя ФИО6, заявления ФИО50, квитанции серия 458963 --, абонемента на имя ФИО50,заявления ФИО34, квитанции серия 676456-10 --, абонемента на имя ФИО34, заявления ФИО27, квитанции серия 458963, --, абонемента на имя ФИО68, заявления ФИО4, квитанции серия 458963 --, 2 абонементов на имя ФИО4, заявления ФИО12, квитанции серия 458963 --, абонемента на имя ФИО52, заявления ФИО5, квитанции серия 458963 -- абонементов на имя ФИО5, заявления ФИО7, заявления ФИО45, квитанции, серия 676456-19 --, 4 абонементов на имя ФИО67, квитанции серия 676456-10, --, 4 абонементов на имя ФИО69, заявления ФИО36, квитанции серия 458963 --, 2 абонементов на имя ФИО36, заявления ФИО10, заявления ФИО2, квитанции серия 458963 --, абонемента на имя ФИО2, заявления ФИО15, квитанции серия 676456-20 --, 2 абонементов на имя ФИО15, заявления ФИО58, квитанции серия 676456-20, --, 2 абонементов на имя ФИО58, заявления ФИО16 от --; объяснения ФИО16 от --; паспорта серии 10 02 -- на имя ФИО16; фотографии клиента подавшего заявку на кредит -- в ДО --;расходного кассового ордера -- --; мемориального ордера -- от --; мемориального ордера -- от --; мемориального ордера -- от --; мемориального ордера -- от --; мемориального ордера -- от --; заявления-анкеты на получение потребительского кредита -- от --; поручения на перечисление денежных средств от 15.12.2015г.; документа «Индивидуальные условия договора потребительского кредита» от --; заявления на страхование по программе коллективного добровольного страхования жизни и здоровья заемщика в Благовещенское отделение -- № Р000903791 от --, договора займа ---С-31201 от --, приложения к договору займа ---С-31201 от --, заявления о предоставлении займа от --, анкеты от --, расходного кассового ордера от --, фотографии клиента, оформившего договор займа ---С-31201 от --, досудебной претензии о возврате суммы ФИО59 по договору займа ---С-31201 от --, паспорта серии 10 02 -- на имя ФИО33, доверенности № ФН-2016-022 от -- хранящиеся в материалах уголовного дела, следует хранить в материалах уголовного дела; - оригинал акта служебного расследования по обращению ФИО16 от --, оригинал кредитного досье на имя ФИО16 по договору потребительского кредита -- от --, хранящиеся у представителя потерпевшего ФИО48, следует считать переданными по принадлежности; - копия акта служебного расследования по обращению ФИО16 от --, копия кредитного досье на имя ФИО16 по договору потребительского кредита -- от --, чек-ордер от -- операция 5001, чек-ордер от -- операция 5002, расходный кассовый ордер -- от --, информация о порядке оплаты кредита на имя ФИО16, индивидуальные условия «потребительского кредита», заявление на страхование по программе коллективного добровольного страхования жизни и здоровья заемщика Р000903791, условия участия в программе добровольного страхования жизни и здоровья заемщика, график платежей на имя ФИО16 от --, копии договора -- от --, акта -- от --, приложения к протоколу от --, протокола о проведении и подведении итогов аукциона -- от --, билета -- к заявке на участие в торгах юридического лица, копии акта приема-передачи движимого имущества, приобретенного на аукционе -- от --, залогового билета -- от --, хранящиеся в материалах уголовного дела, следует хранить в материалах уголовного дела; - копии документов: должностной инструкции менеджера по продажам ПАО «--» от --, трудового договора -- от --, паспорта гражданина РФ на имя ФИО16, договора о полной индивидуальной материальной ответственности от --, приказа о применении дисциплинарного взыскания ---к от --, извещения о факте возникновения дебиторской задолженности от --, объяснения от --, заявления от --, объяснительной от --, памятки об определении подлинности паспорта гражданина РФ, алгоритма определения подлинности паспорта гражданина РФ, паспорта и доверенности на имя ФИО33, кредитного досье на имя ФИО16 по договору займа ---С-31201 от --, оригинал кредитного досье на имя ФИО16 по договору займа ---С-31201 от --, хранящиеся в материалах уголовного дела, следует хранить в материалах уголовного дела. Обеспечительная мера процессуального принуждения в виде наложения ареста на денежные средства, находящиеся на счете -- в Дополнительном офисе -- Дальневосточного банка ПАО -- на сумму 103155 рублей 61 копейка, призванная в соответствии со ст. 115 УПК РФ обеспечить исполнение приговора в части гражданских исков – подлежит сохранению до фактического исполнения приговора в части гражданского иска. В соответствии с п. 10 ст. 316 УПК РФ , имеющиеся по делу процессуальные издержки, связанные с участием адвоката по назначению, взысканию с подсудимого не подлежат. Руководствуясь ст. ст. - , - , - , 316 УПК РФ , суд приговорил: Ш. признать виновной в совершении преступлений, предусмотренных ч. 1 ст. , ч. 2 ст. , ч. 1 ст. 159.1 , п. «в» ч. 2 ст. , ч. 1 ст. 159.1 УК РФ и назначить ей наказание: по ч. 1 ст. 159 УК РФ (по факту хищения денежных средств клиентов ФГУП «--») – в виде штрафа в размере 50000 (пятьдесят тысяч) рублей; по ч. 2 ст. 325 УК РФ (по факту похищения паспорта гражданина РФ) - в виде штрафа в размере 30000 (тридцать тысяч) рублей; по ч. 1 ст. 159.1 УК РФ (по факту хищения денежных средств ПАО «--») – в виде штрафа в размере 40000 (сорок тысяч) рублей; по п. «в» ч. 2 ст. 158 УК РФ (по факту хищения имущества ФИО16) – в виде 2 (двух) лет лишения свободы без ограничения свободы; по ч. 1 ст. 159.1 УК РФ (по факту хищения денежных средств ООО МФО «--») – в виде штрафа в размере 40000 (сорок тысяч) рублей. В силу ч. 2 ст. 69 УК РФ по совокупности преступлений, путем частичного сложения назначенных наказаний в виде штрафа, окончательно назначить Ш. наказание в виде штрафа в размере 60000 (шестьдесят тысяч) рублей. Назначенное наказание в виде штрафа исполнять самостоятельно. В силу ст. 73 УК РФ назначенное наказание в виде лишения свободы считать условным с испытательным сроком 3 (три) года. Возложить на Ш. дополнительные обязанности: - встать на учет в специализированный государственный орган, контролирующий исполнение наказания; - являться в установленное время для регистрации в специализированный государственный орган, контролирующий исполнение наказания; - не менять место жительства без уведомления специализированного государственного органа, контролирующего исполнение наказания. Взыскать в счет возмещения ущерба в пользу ФГУП «--» Свободненский почтамт УФПС -- с Ш. - 5649 (пять тысяч шестьсот сорок девять) рублей 5 копеек. Взыскать в счет возмещения ущерба в пользу ПАО «--» с Ш. - 63307 (шестьдесят три тысячи триста семь) рублей 46 копеек. Взыскать в счет возмещения ущерба в пользу ООО МФО «--» с Ш. - 14635 (четырнадцать тысяч шестьсот тридцать пять) рублей. Взыскать в счет возмещения ущерба в пользу ФИО2 с Ш. - 400 (четыреста) рублей 32 копейки. Взыскать в счет возмещения ущерба в пользу ФИО3 с Ш. - 912 (девятьсот двенадцать) рублей 32 копейки. Взыскать в счет возмещения ущерба в пользу ФИО4 с Ш. - 869 (восемьсот шестьдесят девять) рублей 71 копейка. Взыскать в счет возмещения ущерба в пользу ФИО5 с Ш. - 1919 (одна тысяча девятьсот девятнадцать) рублей 63 копейки. Взыскать в счет возмещения ущерба в пользу ФИО6 с Ш. - 1024 (одна тысяча двадцать четыре) рубля 62 копейки. Взыскать в счет возмещения ущерба в пользу ФИО7 с Ш. - 876 (восемьсот семьдесят шесть) рублей 28 копеек. Взыскать в счет возмещения ущерба в пользу ФИО8 с Ш. - 529 (пятьсот двадцать девять) рублей 38 копеек. Взыскать в счет возмещения ущерба в пользу ФИО9 с Ш. - 476 (четыреста семьдесят шесть) рублей 28 копеек. Взыскать в счет возмещения ущерба в пользу ФИО10 с Ш. - 1676 (одна тысяча шестьсот семьдесят шесть) рублей 28 копеек. Взыскать в счет возмещения ущерба в пользу ФИО11 с Ш. - 400 (четыреста) рублей. Взыскать в счет возмещения ущерба в пользу ФИО12 с Ш. - 478 (четыреста семьдесят восемь) рублей 68 копеек. Взыскать в счет возмещения ущерба в пользу ФИО13 с Ш. - 396 (триста девяносто шесть) рублей 90 копеек. Взыскать в счет возмещения ущерба в пользу ФИО14 с Ш. - 1212 (одна тысяча двести двенадцать) рублей 03 копейки. Взыскать в счет возмещения ущерба в пользу ФИО15 с Ш. - 858 (восемьсот пятьдесят восемь) рублей 64 копейки. Взыскать в счет возмещения ущерба в пользу ФИО16 с Ш. - 26328 (двадцать шесть тысяч триста двадцать восемь) рублей. Обеспечительную меру процессуального принуждения в виде наложения ареста на денежные средства, находящиеся на счете -- в Дополнительном офисе -- Дальневосточного банка ПАО -- на сумму 103155 рублей 61 копейка – сохранить до фактического исполнения приговора в части гражданского иска, оставив без изменения. Меру пресечения в отношении Ш. – подписку о невыезде и надлежащем поведении – отменить по вступлению приговора в законную силу. Доказательства: - оригиналы документов: заявление о приёме на работу от --, личная карточка работника, приказ о приёме на работу от --, договор -- о полной индивидуальной материальной ответственности от --, срочный трудовой договор -- от --, приказ о прекращении (расторжении) трудового договора от --, приказ ---п от -- о возмещении ущерба, объяснения Ш. по факту произошедшего от --, -- и --, хранящиеся у представителя потерпевшего ФГУП «--» Свободненский почтамт УФПС -- – филиала ФГУП «--» ФИО49, - считать переданными по принадлежности; - копии документов: заявление о приёме на работу от --, личная карточка работника, приказ о приёме на работу от --, договор -- о полной индивидуальной материальной ответственности от --, срочный трудовой договор -- от --, приказ о прекращении (расторжении) трудового договора от --, приказ ---п от -- о возмещении ущерба, объяснения Ш. по факту произошедшего от --, -- и --, хранящиеся в материалах уголовного дела, - хранить в материалах уголовного дела; - квитанция 676456-20 -- на имя ФИО22, квитанция 676456-20 -- на имя ФИО11, квитанции на имя ФИО31, ФИО24 и ФИО63., квитанция 676456-10 -- на имя ФИО10, квитанция 676456-10 -- на имя ФИО34, квитанция 676456-10 -- на имя ФИО26, квитанция 676456-20 -- на имя ФИО58, квитанция 458963 -- на имя ФИО27, квитанция 458963 -- на имя ФИО50, квитанции 458963 -- и 676456-10 -- на имя ФИО36, квитанция 458963 -- на имя ФИО38, квитанция 458963 -- на имя ФИО57, квитанции 458963 -- на имя ФИО39, 458963 -- на имя ФИО1, квитанция 458963 -- на имя ФИО51, квитанция 458963 -- на имя ФИО40, квитанция 458963 -- на имя ФИО6, квитанция 676456-10 -- на имя ФИО28, квитанция 458963 -- на имя ФИО5, квитанция 458963 -- на имя ФИО4, квитанция 458963 -- на имя ФИО41, квитанция 458963 -- на имя ФИО55, квитанция 458963 -- на имя ФИО42, квитанция 458963 -- на имя ФИО2, квитанция 458963 -- на имя ФИО44, квитанции 676456-10 -- на имя ФИО45, 676456-20 --, квитанция 458963 -- на имя ФИО52, квитанция 676456-20 -- на имя ФИО15, квитанция 458963 -- на имя ФИО53, копия акта служебного расследования ПАО «--» по обращению ФИО16 от --, хранящиеся в материалах уголовного дела, - хранить в материалах уголовного дела; - справку -- -- на имя ФИО58, хранящуюся у представителя потерпевшего ФИО35, - считать переданной по принадлежности; - оригинал акта служебного расследования ПАО «--» по обращению ФИО16 от -- хранящийся у представителя потерпевшего ПАО «--» ФИО48, - считать переданным о принадлежности; - справку серии -- -- на имя ФИО2, медицинское заключение от -- на имя ФИО2 хранящиеся у представителя потерпевшего, - считать переданными по принадлежности; - копии документов, предоставленных в ходе доследственной проверки ФГУП «--», ПАО «--», ООО МФО «--»: служебной записки, квитанции серия 458963 --, объяснения Ш. от --, служебной записки от --, квитанции серия 458963 --, 3 абонементов на имя ФИО64; объяснения Ш. от --; служебной записки от --, квитанции серия 676456-20 --, 10 абонементов на имя ФИО24, квитанции серия 676456-20 --, квитанции серия 676456-10 --, объяснения Ш. от --, заявления от --, карточки на Ш., срочного трудового договора -- от --, приложения к трудовому договору от -- --, личной карточки работника, договора -- о полной индивидуальной материальной ответственности от --, приказа --к-пр от --, квалификационной характеристики почтальона 1-3 класса, заявления ФИО22, квитанции серия 676456-20 --, 2 абонементов на имя ФИО22, заявления ФИО10, квитанции серия 676456-10 --, 2 абонементов на имя ФИО10; заявления ФИО11, квитанции серия 676456-20 --, абонемента на имя ФИО11, заявления ФИО42, квитанции серия 458963 --, 3 абонементов на имя ФИО42,заявления ФИО54, квитанции серия 676456-10 --, абонемента на имя ФИО60. заявления ФИО53, квитанции серия 458963 --, абонемента на имя: ФИО53, заявления ФИО44, квитанции серия 458963 --, 4 абонементов гостехнадзор, заявления ФИО3, квитанции серия 458963 --, 5 абонементов на имя ФИО55, заявления ФИО38 квитанции серия 458963 --, 4 абонементов на имя ФИО56, заявления ФИО57, квитанции серия 458963 --, 3 абонементов на имя ФИО57, заявления ФИО40, квитанции серия 458963 --, 2 абонементов на имя ФИО40,заявления ФИО6, квитанции серия 458963, 5 абонементов на имя ФИО6, заявления ФИО50, квитанции серия 458963 --, абонемента на имя ФИО50,заявления ФИО34, квитанции серия 676456-10 --, абонемента на имя ФИО34, заявления ФИО27, квитанции серия 458963, --, абонемента на имя ФИО17, заявления ФИО4, квитанции серия 458963 --, 2 абонементов на имя ФИО4, заявления ФИО12, квитанции серия 458963 --, абонемента на имя ФИО52, заявления ФИО5, квитанции серия 458963 -- абонементов на имя ФИО5, заявления ФИО7, заявления ФИО45, квитанции, серия 676456-19 --, 4 абонементов на имя ФИО65, квитанции серия 676456-10, --, 4 абонементов на имя ФИО66, заявления ФИО36, квитанции серия 458963 --, 2 абонементов на имя ФИО36, заявления ФИО10, заявления ФИО2, квитанции серия 458963 --, абонемента на имя ФИО2, заявления ФИО15, квитанции серия 676456-20 --, 2 абонементов на имя ФИО15, заявления ФИО58, квитанции серия 676456-20, --, 2 абонементов на имя ФИО58, заявления ФИО16 от --; объяснения ФИО16 от --; паспорта серии 10 02 -- на имя ФИО16; фотографии клиента подавшего заявку на кредит -- в ДО --;расходного кассового ордера -- --; мемориального ордера -- от --; мемориального ордера -- от --; мемориального ордера -- от --; мемориального ордера -- от --; мемориального ордера -- от --; заявления-анкеты на получение потребительского кредита -- от --; поручения на перечисление денежных средств от 15.12.2015г.; документа «Индивидуальные условия договора потребительского кредита» от --; заявления на страхование по программе коллективного добровольного страхования жизни и здоровья заемщика в Благовещенское отделение -- № Р000903791 от --, договора займа ---С-31201 от --, приложения к договору займа ---С-31201 от --, заявления о предоставлении займа от --, анкеты от --, расходного кассового ордера от --, фотографии клиента, оформившего договор займа ---С-31201 от --, досудебной претензии о возврате суммы ФИО59 по договору займа ---С-31201 от --, паспорта серии 10 02 -- на имя ФИО33, доверенности № ФН-2016-022 от -- хранящиеся в материалах уголовного дела, - хранить в материалах уголовного дела; - оригинал акта служебного расследования по обращению ФИО16 от --, оригинал кредитного досье на имя ФИО16 по договору потребительского кредита -- от --, хранящиеся у представителя потерпевшего ФИО48, - считать переданными по принадлежности; - копия акта служебного расследования по обращению ФИО16 от --, копия кредитного досье на имя ФИО16 по договору потребительского кредита -- от --, чек-ордер от -- операция 5001, чек-ордер от -- операция 5002, расходный кассовый ордер -- от --, информация о порядке оплаты кредита на имя ФИО16, индивидуальные условия «потребительского кредита», заявление на страхование по программе коллективного добровольного страхования жизни и здоровья заемщика Р000903791, условия участия в программе добровольного страхования жизни и здоровья заемщика, график платежей на имя ФИО16 от --, копии договора -- от --, акта -- от --, приложения к протоколу от --, протокола о проведении и подведении итогов аукциона -- от --, билета -- к заявке на участие в торгах юридического лица, копии акта приема-передачи движимого имущества, приобретенного на аукционе -- от --, залогового билета -- от --, хранящиеся в материалах уголовного дела, - хранить в материалах уголовного дела; - копии документов: должностной инструкции менеджера по продажам ПАО «--» от --, трудового договора -- от --, паспорта гражданина РФ на имя ФИО16, договора о полной индивидуальной материальной ответственности от --, приказа о применении дисциплинарного взыскания ---к от --, извещения о факте возникновения дебиторской задолженности от --, объяснения от --, заявления от --, объяснительной от --, памятки об определении подлинности паспорта гражданина РФ, алгоритма определения подлинности паспорта гражданина РФ, паспорта и доверенности на имя ФИО33, кредитного досье на имя ФИО16 по договору займа ---С-31201 от --, оригинал кредитного досье на имя ФИО16 по договору займа ---С-31201 от --, хранящиеся в материалах уголовного дела, - хранить в материалах уголовного дела. Приговор может быть обжалован в Амурский областной суд через Свободненский городской суд в течение 10 суток со дня его провозглашения. Разъяснить осужденной, что приговор, постановленный в соответствии со ст. 316 УПК РФ не может быть обжалован в апелляционном порядке по основанию, предусмотренному п. 1 ст. 389.15 УПК РФ , то есть из-за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осужденная вправе ходатайствовать о своем участии в рассмотрении уголовного дела судом апелляционной инстанции. Разъяснить осужденной, что в случае подачи апелляционной жалобы она вправе: пригласить защитника для участия в рассмотрении уголовного дела судом апелляционной инстанции; отказаться от защитника; ходатайствовать о назначении защитника судом. Судья Свободненского городского суда А.В. Половинко Суд: Свободненский городской суд (Амурская область) (подробнее) Судьи дела: Половинко А.В. (судья) (подробнее) Последние документы по делу: Приговор от 15 сентября 2017 г. по делу № 1-34/2017 Приговор от 21 августа 2017 г. по делу № 1-34/2017 Приговор от 25 июня 2017 г. по делу № 1-34/2017 Приговор от 2 мая 2017 г. по делу № 1-34/2017 Приговор от 18 апреля 2017 г. по делу № 1-34/2017 Постановление от 27 февраля 2017 г. по делу № 1-34/2017 Приговор от 20 февраля 2017 г. по делу № 1-34/2017 Постановление от 15 февраля 2017 г. по делу № 1-34/2017 Приговор от 30 января 2017 г. по делу № 1-34/2017 Приговор от 19 января 2017 г. по делу № 1-34/2017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Злоупотребление должностными полномочиями Судебная практика по применению нормы ст. 285 УК РФ По мошенничеству Судебная практика по применению нормы ст. 159 УК РФ Присвоение и растрата Судебная практика по применению нормы ст. 160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