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ФИО1, имея умысел на незаконный сбыт наркотических средств, из корыстных побуждений, с целью получения незаконной материальной выгоды, 28.05.2016, находясь в г. Таганроге Ростовской области, посредством &lt;данные изъяты&gt; связался с лицом, уголовное дело в отношении которого выделено в отдельное производство, с которым вступил в предварительный сговор на незаконный сбыт наркотических средств неопределенному кругу лиц, при этом заранее распределив между собой роли, а именно: лицо, уголовное дело в отношении которого выделено в отдельное производство, обеспечивало передачу ФИО1 наркотических средств, а ФИО1 при получении наркотических средств раскладывал их по адресам в виде закладок, за что должен получать денежные средства. Так, ФИО1, реализуя преступный умысел на незаконный сбыт наркотических средств неопределенному кругу лиц, действуя группой лиц по предварительному сговору с лицом, уголовное дело в отношении которого выделено в отдельное производство, 28.05.2016 примерно в 16:00ч. получил от последнего сообщение о местоположении наркотических средств, после чего, действуя согласно ранее распределенным ролям, находясь возле &lt;адрес&gt; в &lt;адрес&gt;, путем поднятия полиэтиленового пакета, получил наркотическое средство, общей массой не менее 2,861гр., которое содержит в своем составе вещество а-пирролидиновалерофенон, которое рассматривается как производное наркотического средства N-метилэфедрон, что является крупным размером, которое он для удобства в обеспечении сохранности, перемещения, хранения и дальнейшего незаконного сбыта расфасовал приблизительно одинаковыми массами и размерами в полимерные пакеты с замками фиксаторами. Затем, ФИО1, продолжая реализовывать свой преступный умысел, действуя группой лиц по предварительному сговору с лицом, уголовное дело в отношении которого выделено в отдельное производство, из корыстных побуждений, с целью дальнейшего получения незаконной материальной выгоды, действуя согласно условиям договора с последним, заложил закладку с наркотическим средством возле основания газовой трубы, находящейся на участке местности, прилагающем к домовладению № по &lt;адрес&gt; в &lt;адрес&gt;, а именно: полимерный пакет с замком фиксатором с порошкообразным веществом белого цвета, массой 0,191 гр., содержащее в своем составе вещество PVP (а-пирролидиновалерофенон), которое рассматривается как производное наркотического средства N-метилэфедрон, которое было изъято сотрудником полиции из незаконного оборота в ходе осмотра места происшествия по вышеуказанному адресу 30.05.2016 в период времени с 16:29ч. до 16:35ч.. 28.05.2016 примерно в 17:00ч. ФИО1 был задержан сотрудниками полиции по адресу: &lt;адрес&gt;, которые доставили его в ОП-1 УМВД России по г. Таганрогу, расположенный по адресу: &lt;адрес&gt;, где 28.05.2016 в период времени с 17:30ч. до 18:10ч. в ходе проведенного личного досмотра ФИО1, у него в правом боковом кармане надетой на нем куртки был обнаружен и изъят из незаконного оборота полимерный пакет с 8 полимерными пакетами с замками фиксаторами, в каждом из которых находилось по полимерному пакету с замком фиксатором с наркотическими средствами, а именно: с кристаллическим порошкообразным веществом белого цвета, массами 0,250 гр., 0,245 гр., 0,249 гр., 0,261 гр., 0,258 гр., 0,253 гр., 0,256 гр. и 0,250 гр., а также в левом боковом кармане куртки, надетой на ФИО1, обнаружены и изъяты из незаконного оборота 2 полимерных пакета с замками фиксаторами, в каждом из которых находилось по полимерному пакету с замком фиксатором с наркотическими средствами, а именно: с кристаллическим порошкообразным веществом белого цвета, массами 0,319 гр. и 0,329 гр., а всего наркотического средства общей массой 2,861 гр., которое содержит в своем составе вещество а-пирролидиновалерофенон и рассматривается как производное наркотического средства N-метилэфедрон, что является крупным размером данного вида наркотического средства. Таким образом, ФИО1, действуя группой лиц по предварительному сговору с лицом, уголовное дело в отношении которого выделено в отдельное производство, расфасовав указанное наркотическое средство, покушался его на незаконный сбыт неопределенному кругу лиц в крупном размере, однако не довел свой преступный умысел до конца по независящим от него обстоятельствам, так как наркотическое средство было изъято сотрудниками полиции из незаконного оборота в ходе его личного досмотра и при обнаружении закладки с наркотическим средством по указанному выше адресу.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Он же, ФИО1, имея умысел на незаконное хранение наркотических средств без цели сбыта, незаконно хранил для личного употребления по месту своего жительства, по адресу: &lt;адрес&gt;, в спальне на тумбочке, в пачке из-под сигарет «Донской табак», смесь растительной массы коричневого цвета, кристаллического вещества белого цвета и порошкообразного вещества черного и серого цветов, общей массой не менее 1,354 гр., которая содержит в своем составе никотин и вещество PVP (а-пирролидиновалерофенон), которое является производным наркотического средства N-метилэфедрон, а также в спичечном коробке смесь растительной массы коричневого цвета, кристаллического вещества белого цвета и порошкообразного вещества черного и серого цветов, общей массой не менее 0,777 гр., которая содержит в своем составе никотин и вещество PVP (а-пирролидиновалерофенон), которое является производным наркотического средства N-метилэфедрон, а всего указанного наркотического средства общей массой не менее 2,131 гр., что является крупным размером, до 22:05ч. 30.05.2016 – момента начала обыска в жилище, расположенном по адресу: &lt;адрес&gt;, в ходе которого сотрудник полиции обнаружил и изъял из незаконного оборота указанное наркотическое средство. Допрошенный в судебном заседании подсудимый ФИО1 вину по предъявленному обвинению, по ч. 3 ст. – п. «г» ч. 4 ст. 2281 и ч. 2 ст. 228 УК РФ , признал частично и показал, что на протяжении длительного времени употреблял наркотическое вещество «соль». 27.05.2016 он списался с лицом под ником «&lt;данные изъяты&gt;, чтобы приобрести несколько доз наркотического средства. В ходе переписки &lt;данные изъяты&gt; предложил ему работу закладчика, в связи с чем он решил под предлогом устройства на работу закладчика получить значительную партию наркотиков для личного употребления, тем самым хотел обмануть данное лицо и наркотические средства присвоить себе, а затем употребить. 27.05.2016 он направил данному лицу копию военного билета и копию паспорта, которые тот потребовал для гарантии, что его не обманут. 28.05.2016 он получил от &lt;данные изъяты&gt; несколько адресов с закладками, один из них был на ул. Р.Люксембург, при этом после того, как он обнаружил наркотическое средство, он расфасовал в 10 пакетов, принесенных с собой, для удобства дальнейшего употребления. Забрав закладку, ФИО1 направился во второй адрес, однако был задержан сотрудниками полиции, после чего в отделе полиции он добровольно выдал 10 полимерных пакетов с наркотическим веществом «солью». Так как он находился в наркотическом опьянении, под оказанным на него давлением со стороны сотрудников полиции, он оговорил себя и сказал, что работает закладчиком. Обнаруженные по месту его жительства наркотические средства принадлежат ему, и хранил он их личного употребления. Несмотря на частичное признание своей вины подсудимым ФИО1, его виновность в совершении инкриминируемых ему преступлений нашла свое полное подтверждение следующими, собранными по уголовному делу и исследованными в судебном заседании доказательствами: - по эпизоду покушения на незаконный сбыт наркотических средств (эпизод № 1): - протоколом личного досмотра от 28.05.2016г., согласно которому в период времени с 17:30ч. до 18:10ч. проведен личный досмотр ФИО1, который на предложение добровольно выдать предметы и вещества, изъятые из гражданского оборота, пояснил о наличии у него 10 полимерных пакетов с веществом «соль», после чего с рук ФИО1 были произведены смывы, а затем у него было обнаружено и изъято: - в правом боковом кармане куртки полимерный пакет, в котором находилось 8 полимерных пакетов, в каждом из которых находился полимерный пакет с веществом белого цвета; - в левом боковом кармане куртки 2 полимерных пакета, в каждом из которых находился полимерный пакет с веществом белого цвета; - в правом кармане джинсов мобильный телефон. При этом по факту изъятия ФИО1 пояснил, что указанное вещество он «хранил при себе с целью дальнейшей раскладки по закладкам» (том 1 л.д. 7-9); - показаниями свидетелей ФИО8 и ФИО9, данными ими в ходе судебного заседания, из которых следует, что 28.05.2016 они принимали участие в качестве понятых при личном досмотре ФИО1, который на предложение сотрудника полиции добровольно выдать запрещенные в гражданском обороте предметы и вещества, пояснил, что при нем находится 10 полимерных пакетов с веществом «соль». Далее были произведены смывы с рук ФИО1, после чего из одежды ФИО1 было изъято 10 пакетиков с порошкообразным веществом внутри и мобильный телефон. По факту изъятого ФИО1 пояснил, что является закладчиком наркотических средств и что изъятые у него пакеты с наркотическим средством «соль» он планировал разложить по закладкам. Обнаруженные предметы были помещены в пакеты и опечатаны; - актом проведения ОРМ «исследование предметов и документов» от 30.05.2016, согласно которому в период времени с 11:00ч. до 12:00ч. была исследована информация, находящаяся в памяти мобильного телефона, изъятого в ходе личного досмотра ФИО1, и в разделе «Блокнот» обнаружено 10 адресов с указанием мест, в том числе «0,5 ск 1-надгорная 27 лицом к номеру видим слева гараж еще левее от него газовая труба, под ней прикоп в фольге» (том 1 л.д. 35); - протоколом осмотра места происшествия от 30.05.2016, согласно которому по адресу: &lt;адрес&gt;, в земле обнаружен и изъят полиэтиленовый пакет с веществом белого цвета (том 1 л.д.40-41); - показаниями ФИО9 и ФИО10, данными ими в ходе судебного заседания, из которых следует, что 30.05.2016 они участвовали в качестве понятых при проведении осмотров мест происшествий по 10 адресам, в одном из которых сотрудником полиции был обнаружен сверток фольги, в котором находился пакет с веществом белого цвета. По данному факту был составлен протокол осмотра места происшествия, в котором они расписались; - протоколом осмотра места происшествия от 28.05.2016 с участием ФИО1, согласно которому осмотрен участок местности возле гаража по &lt;адрес&gt;, где, как указал ФИО1, он 28.05.2016 забрал закладку с наркотическим средством (том 1 л.д.37-39); - показаниями свидетеля ФИО11 (сотрудника полиции), данными им в ходе судебного заседания, из которых следует, что 28.05.2016 им совместно с оперуполномоченным ФИО13 на пер. Тургеневском в г. Таганроге по подозрению в употреблении наркотических средств был задержан и в последующем доставлен в ОП-1 УМВД России по г. Таганрогу ФИО2, который при проведении личного досмотра на предложение добровольно выдать предметы, запрещенные в гражданском обороте, сообщил, что желает добровольно выдать 10 полимерных пакетов с веществом «соль». Далее были произведены смывы с рук ФИО1. После чего в куртке, надетой на ФИО1, было обнаружено 10 полимерных пакетов с веществом белого цвета, а также мобильный телефон. По данному факту был составлен протокол, в котором расписались все участвующие лица. В ходе опроса ФИО1 пояснил, что обнаруженные у него наркотические средства он намеревался разложить в закладки, при этом изъявил желание указать место, где он получил данное наркотическое средство. Далее, в ходе осмотра места происшествия с участием ФИО1 по &lt;адрес&gt; в &lt;адрес&gt; было установлено место, где он 28.05.2016 забрал закладку с наркотическим средством. Кроме того, 30.05.2016 ФИО11 в ходе проведения ОРМ «исследование предметов и документов» в присутствии понятых был осмотрен мобильный телефон, изъятый у ФИО1, в котором в разделе «Блокнот» были обнаружены адреса с закладками, которые им были проверены с участием понятых, и в одном из адресов был обнаружен полимерный пакет с веществом белого цвета; - показаниями свидетеля ФИО13 (сотрудника полиции), данными им в ходе судебного заседания, которые в целом аналогичны вышеизложенным показаниям свидетеля ФИО11 в части задержания ФИО1 и проведения его личного досмотра; - заключением эксперта № 4129 от 07.06.2016, согласно которому кристаллические порошкообразные вещества белого цвета, массами 1,862гр. и 0,608гр., изъятые в ходе личного досмотра ФИО1, содержат в своем составе а-пирролидиновалерофенон, которое рассматривается как производное наркотического средства N-метилэфедрон. Первоначальные массы веществ составляли соответственно 2,022гр. и 0,648гр. (том 1 л.д. 78-82); - заключением эксперта № 4128 от 18.06.2016, согласно которому вещество массой 0,003гр., находящееся на поверхности марлевого тампона со смывами с пальцев и ладоней рук ФИО1, содержит в своем составе вещество а-пирролидиновалерофенон, которое рассматривается как производное наркотического средства N-метилэфедрон. На поверхности контрольного марлевого тампона какие-либо наркотические средства, психотропные, сильнодействующие, ядовитые вещества отсутствуют (том 1 л.д. 86-89); - заключением эксперта № 4137 от 05.07.2016, согласно которому представленное на экспертизу порошкообразное вещество белого цвета, массой 0,171 гр., изъятое 30.05.2016 в ходе осмотра места происшествия возле &lt;адрес&gt; в &lt;адрес&gt;, содержит в своем составе никотин и вещество PVP (а-пирролидиновалерофенон), которое рассматривается как производное наркотического средства N-метилэфедрон. Первоначальная масса составляла 0,191 гр. (том 1 л.д. 131-136); - протоколом № 1315 медицинского освидетельствования от 28.05.2016, согласно которому на начало освидетельствования – 19:10ч., ФИО1 жалоб на состояние здоровья не предъявлял, его сознание было ясное, он был формально ориентирован в ситуации, времени, личности (том 1 л.д. 32); - протоколом осмотра предметов от 27.07.2016, в ходе которого осмотрена и впоследствии признана в качестве вещественных доказательств детализация номера 89286201423, принадлежащего ФИО1 за период времени с 09:00ч. 01.05.2016 по 23:59ч. 28.05.2016 и установлено входящие смс-сообщения от «Qiwi» 27 и 28.05.2016 (том 1 л.д. 142-144); - протоколом осмотра предметов от 18.07.2016, в ходе которого осмотрены и впоследствии признаны в качестве вещественных доказательств: - полиэтиленовый пакет с веществом, изъятые возле &lt;адрес&gt; в &lt;адрес&gt;; - бумажный пакет с 2 полимерными пакетами, в каждом из которых находится полимерный пакет с веществом белого цвета, изъятые в ходе проведения личного досмотра ФИО1; - бумажный пакет с 8 полимерными пакетами, в каждом из которых находится полимерный пакет с веществом белого цвета, изъятые в ходе проведения личного досмотра ФИО1; - бумажный пакет с контрольным образцом марлевого тампона, бумажный пакет с марлевым тампоном со смывами (том 1 л.д. 173-175); - протоколом осмотра предметов от 15.07.2016, в ходе которого осмотрен и впоследствии признан в качестве вещественного доказательства сотовый телефон «МикроМаск D303» в корпусе черно-зеленого цвета IMEI 1 №, IMEI 2 №, изъятый в ходе проведения личного досмотра ФИО1, в памяти которого в разделе «Блокнот» обнаружено 10 адресов с указанием мест, в том числе «0,5 ск 1-надгорная 27 лицом к номеру видим слева гараж еще левее от него газовая труба, под ней прикоп в фольге». Также в памяти телефона в программе «Телеграмм» обнаружена переписка с лицом, уголовное дело в отношении которого выделено в отдельное производство, которая подтверждает причастность ФИО1 к совершению данного преступления (том 1 л.д. 159-170); ?????????????????????????????????????????????????????????????????~?????????J?J???????????J?J????????????J?J??????????????????????????????????????Ё?Ё???????????????????????????????????????????????????????????????????????/?????????????????¶?¶??????????‡??????‡??????????‡???‡??????????‡??????‡??????‡??????‡????? - по эпизоду незаконного хранения наркотических средств (эпизод № 2): - протоколом обыска от 30.05.2016, согласно которому по месту жительства ФИО1, по адресу: &lt;адрес&gt;, в жилой комнате на тумбочке был изъят спичечный коробок и пачка из-под сигарет «Донской табак», в которых находилась растительная смесь коричневого цвета (том 1 л.д.101-103); - показаниями свидетелей: Свидетель №2, данными им в ходе судебного заседания, и Свидетель №3, оглашенными в ходе судебного заседания в порядке ч. 1 ст. 281 УПК РФ (том 1 л.д. 219-221), из которых следует, что &lt;дата&gt; примерно в 22:00ч. они принимали участие в обыске в доме Горковенко, по адресу: &lt;адрес&gt;. Также в обыске принимала участие ФИО14, которая пояснила сотрудникам полиции, что ФИО1 проживает по данному адресу с ее внучкой «Алиной» в отдельной комнате. Далее был произведен осмотр комнат домовладения, в том числе и осмотр комнаты, где проживали «Алина» и «ФИО3», в которой на тумбочке был обнаружен спичечный коробок, в котором находилось растительная масса коричневого цвета, и пачка сигарет, в которой находилась растительная масса коричневого цвета. Указанные предметы были упакованы сотрудниками полиции; - показаниями свидетеля ФИО15, данными ею в ходе судебного заседания, из которых следует, что она находится в отношениях с ФИО1, и с января 2016 года он проживал с ней и с ее бабушкой по адресу: &lt;адрес&gt;. Она несколько раз заставала ФИО1 в неадекватном состоянии, но чем именно оно было вызвано, она сказать не знает; - показаниями свидетеля ФИО14, данными ею в ходе судебного заседания, из которых следует, что 30.05.2016 в позднее время суток по месту ее жительства, по адресу: &lt;адрес&gt;, сотрудниками полиции в присутствии понятых был произведен обыск, по результатам которого был составлен прокол, который она, ознакомившись, подписала; - показаниями свидетеля ФИО11 (сотрудника полиции), данными им в ходе судебного заседания, из которых следует, что им по постановлению следователя проводился обыск по адресу: &lt;адрес&gt;, в ходе которого были изъяты спичечный коробок и пачка из-под сигарет «Донской табак», в которых находилась растительная смесь; - заключением эксперта № 4137 от 05.07.2016, согласно которому: - смесь растительной массы, общей массой 1,304гр., изъятая 30.05.2016 в ходе обыска по адресу: &lt;адрес&gt;, содержит в своем составе никотин и вещество PVP (а-пирролидиновалерофенон), которое рассматривается как производное наркотического средства N-метилэфедрон. Первоначальная масса составляла 1,354 гр.; - смесь растительной массы, общей массой 0,727гр., изъятая 30.05.2016 в ходе обыска по адресу: &lt;адрес&gt;, содержит в своем составе никотин и вещество PVP (а-пирролидиновалерофенон), которое рассматривается как производное наркотического средства N-метилэфедрон. Первоначальная масса составляла 0,777гр. (том 1 л.д. 131-136); - протоколом осмотра предметов от 18.07.2016, согласно которому осмотрены и впоследствии признаны в качестве вещественных доказательств: - полиэтиленовый пакет с веществом, находящемся в пачке из-под сигарет «Донской табак», изъятой по адресу: &lt;адрес&gt;, - полиэтиленовый пакет с веществом, находящемся в спичечной коробке, изъятым по адресу: &lt;адрес&gt; (том 1 л.д. 173-175). Проверив вышеперечисленные доказательства на предмет их достоверности, относимости, допустимости и достаточности, суд приходит к выводу о доказанности вины подсудимого ФИО1 в совершении указанных в описательно-мотивировочной части приговора преступлений. Так, помимо полного признания своей вины ФИО1 по эпизоду незаконного хранения наркотических средств, его виновность в совершении данного преступления полностью доказана и подтверждена исследованными в ходе судебного разбирательства вышеприведенными по эпизоду № 2 показаниями свидетелей: Свидетель №2, Свидетель №3, ФИО14, ФИО15 и ФИО11, которые последовательны, не содержат существенных противоречий, а также подтверждаются письменными доказательствами – протоколом обыска, протоколом осмотра предметов и заключением эксперта. Данные доказательства являются допустимыми, достоверными и принимаются судом, а их совокупность суд находит достаточной для достоверного вывода о виновности ФИО1 в совершения данного преступления. При этом размер указанных наркотических средств установлен правильно, поскольку производные N-метилэфедрона, включены в список 1 Постановления Правительства РФ, в связи с чем их размер определяется весом всей смеси. Также, вопреки доводам стороны защиты, суд считает, что доказательства, представленные стороной обвинения, приведенные судом по эпизоду № 1, изобличают ФИО1 в совершении им покушения на незаконный сбыт наркотических средств группой лиц по предварительному сговору в крупном размере. К показаниям подсудимого ФИО1 о том, что изъятые у него в ходе личного досмотра наркотические средства он приобрел и хранил для личного употребления, раскладывать по тайникам не намеривался, а хотел таким образом обмануть лицо, передавшее ему наркотическое средство, и присвоить наркотические средства себе, а наркотическое средство, обнаруженное в ходе осмотра места происшествия, он лишь намеривался забрать, суд относится критически и расценивает их как реализацию подсудимым своего права на защиту, а также как данные им с целью избежать уголовной ответственности за содеянное, поскольку эти показания опровергаются доказательствами, исследованными в ходе судебного следствия. Так в судебном заседании установлено, что в ходе личного досмотра ФИО1 в расфасованном виде (в 10 пакетиках) обнаружены наркотические средства в крупном размере, вид которых установлен заключением эксперта. Предварительным следствием ФИО1 вменялось, что полученное им наркотическое средство возле &lt;адрес&gt; в &lt;адрес&gt; уже находилось в расфасованном виде, вместе с тем как в ходе предварительного следствия, так и в судебном заседании подсудимый показал, что самостоятельно расфасовал его в полимерные пакеты. Данное обстоятельство не влияет на доказанность совершенного подсудимым преступления. Принадлежность указанных пакетиков с наркотическим средством именно подсудимому, не отрицается как им самим, так и подтверждается показаниями свидетелей: ФИО11 и ФИО13 – сотрудников полиции, задержавших ФИО1 и проводивших его личный досмотр, ФИО8 и ФИО9 – понятых, присутствовавших при личном досмотре, а также письменными доказательствами, приведенными судом выше. Из протокола личного досмотра ФИО1 следует, что подсудимый, указал цель хранения указанных наркотических средств при себе – «для дальнейшей раскладки по закладкам». Данный факт также подтвердили допрошенные в ходе судебного следствия свидетели, принимавшие участие в личном досмотре ФИО1, которые сообщили суду, что ФИО1 пояснил, что является закладчиком наркотических средств и планировал разложить изъятые у него наркотические средства по закладкам. Доводы подсудимого о том, что такие пояснения им были даны в наркотическом опьянении, под оказанным на него давлением со стороны сотрудников полиции, голословны и более того опровергаются вышеприведенным протоколом медицинского освидетельствования, согласно которому на начало освидетельствования – в 19:10ч., то есть спустя всего лишь 1 час с момента окончания личного досмотра, ФИО1 жалоб на состояние здоровья не предъявлял, его сознание было ясное, он был формально ориентирован в ситуации, времени, личности. В ходе личного досмотра ФИО1 сотрудниками полиции был изъят его мобильный телефон, в котором были обнаружены адреса тайников, в одном из которых был изъят пакет, аналогичный изъятым в ходе личного досмотра ФИО1 – с тем же видом наркотического средства и приблизительного того же объема. Ввиду чего показания ФИО1 о том, что он лишь намеривался поднять закладку с наркотическим средством на &lt;адрес&gt;, также как и поднял закладку из тайника, расположенного на &lt;адрес&gt; (в несколько раз превышающую размером, обнаруженную сотрудниками полиции 30.05.2016), суд расценивает, как данные им с целью ввести суд в заблуждение относительно истинных обстоятельств дела. Более того, в мобильном телефоне ФИО1 в программе «Телеграмм» обнаружена его переписка с лицом, уголовное дело в отношении которого выделено в отдельное производство, которая подтверждает показания вышеуказанных свидетелей о том, что обнаруженные в ходе личного досмотра ФИО1 пакеты он намеривался разложить в тайники для последующего незаконного сбыта. Также из данной переписки следует, что ФИО1 намеривался совершить данное преступление именно группой лиц по предварительному сговору. Доводы стороны защиты о том, что из указанной переписки видно, что лицо, уголовное дело в отношении которого выделено в отдельное производство, высказывает угрозы в адрес подсудимого, в связи с тем, что тот не исполняет ему отведенную роль, судом не принимаются, поскольку из переписки следует, что угрозы от лица, уголовное дело в отношении которого выделено в отдельное производство, стали поступать в период времени, когда ФИО1 уже был задержан сотрудниками полиции – с 18:00ч., то есть подсудимый не мог довести свой преступный умысел до конца по независящим от него обстоятельствам. Исследованные в ходе судебного разбирательства вышеприведенные показания свидетелей, суд находит соответствующими действительности и доверяет им, поскольку они не заинтересованы в исходе дела, предупреждены об уголовной ответственности за дачу заведомо ложных показаний. Показания указанных лиц последовательны, не содержат существенных противоречий, а также подтверждаются иными материалами уголовного дела, приведенными выше и оцененными судом в их совокупности, ввиду чего у суда отсутствуют основания для признания их показаний недопустимыми доказательствами. Оснований полагать, что письменные доказательства собраны предварительным следствием в нарушение норм УПК РФ, не имеется, поскольку они собраны надлежащими субъектами, с соблюдением процедуры, предусмотренной для фиксации такого рода доказательств. У суда не имеется оснований сомневаться в правильности выводов экспертов в вышеприведенных экспертных заключениях, в их профессионализме и добросовестности. Заключения данных экспертиз, в которых содержатся вышеприведенные выводы, составлены с соблюдением требований закона, уполномоченными лицами, предупрежденными об уголовной ответственности по ст. 307 УК РФ за дачу заведомо ложного заключения. Таким образом, суд считает доводы стороны защиты о непричастности ФИО1 к незаконному сбыту наркотических средств несостоятельными, а совокупность представленных стороной обвинения доказательств достаточной для достоверного вывода о виновности подсудимого ФИО1 в совершении данного деяния. В связи с изложенным, изучив материалы уголовного дела, последовательно оценив доказательства в их совокупности, суд квалифицирует действия ФИО1: - по эпизоду № 1, по ч. 3 ст. – п. «г» ч. 4 ст. 2281 УК РФ, как покушение на незаконный сбыт наркотических средств, совершенный группой лиц по предварительному сговору, в крупном размере; - по эпизоду № 2, по ч. 2 ст. 228 УК РФ , как незаконное хранение без цели сбыта наркотических средств в крупном размере. Решая вопрос о назначении ФИО1 вида и размера наказания, суд учитывает характер и степень общественной опасности совершенных им преступлений, обстоятельства их совершения, личность подсудимого, а также влияние назначенного наказания на его исправление и на условия жизни его семьи. ФИО1 полностью признал свою вину по эпизоду № 2, раскаялся в содеянном, характеризуется исключительно положительно, награждался грамотами и благодарностями, что судом признается как смягчающие наказание обстоятельства, согласно ч. 2 ст. 61 УК РФ . Кроме того, обстоятельством, смягчающим наказание ФИО1 по эпизоду № 1, в соответствии с п. «и» ч. 1 ст. 61 УК РФ , судом признается активное способствование раскрытию и расследованию совершенного преступления, что следует из его признательного объяснения, данного до возбуждения уголовного дела (том 1 л.д. 14-16). В качестве данных о личности суд также учитывает, что ФИО1 ранее не судим, до задержания работал, на учете у врача психиатра не состоит, у врача нарколога состоит с ноября 2015 года с диагнозом «пагубное употребление наркотических веществ (каннабиноидов)». Обстоятельств, отягчающих наказание ФИО1, не имеется. Исходя из критериев назначения наказания, установленных ст. 60 УК РФ , а также с учетом всей совокупности вышеизложенных обстоятельств, суд приходит к выводу, что исправление подсудимого возможно только в условиях его изоляции от общества, с назначением ему наказания в виде реального лишения свободы, при этом считает возможным не назначать ФИО1 дополнительные виды наказаний, предусмотренные санкциями ч. 2 ст. и ч. 4 ст. 2281 УК РФ. Суд полагает, что применение к ФИО1 в соответствии со ст. 73 УК РФ условного осуждения, не сможет обеспечить исправление подсудимого. Оснований для применения ст. 64 УК РФ не имеется. Поскольку судом установлено наличие у ФИО1 по эпизоду № 1 смягчающих обстоятельств, предусмотренных п. «и» ч. 1 ст. 61 УК РФ , и отсутствие отягчающих обстоятельств, суд назначает ему наказание по данному эпизоду с применением ч. 1 ст. 62 УК РФ . С учетом фактических обстоятельств и общественной опасности совершенных подсудимым преступлений, оснований для смягчения категории их тяжести, в соответствии ч. 6 ст. 15 УК РФ , судом не установлено. В соответствии с п. «в» ч. 1 ст. 58 УК РФ вид исправительного учреждения ФИО1 суд назначает исправительную колонию строгого режима. Процессуальные издержки в размере 550 руб. (оплату за участие в судебном заседании 25.08.2016г. адвоката Кащеева В.И. в порядке ст. 51 УПК РФ ) подлежат взысканию в полном объеме с подсудимого с последующим перечислением в федеральный бюджет. При этом каких-либо оснований для освобождения полностью или частично от уплаты процессуальных издержек ФИО1, с учетом его возраста и трудоспособности, не имеется. Вопрос о вещественных доказательствах суд разрешает в соответствии со ст. ст. , 82 УПК РФ . На основании изложенного и руководствуясь ст. ст. , и 309 УПК РФ , суд ПРИГОВОРИЛ: Признать ФИО1 виновным в совершении преступлений, предусмотренных ч. 3 ст. – п. «г» ч. 4 ст. 2281 и ч. 2 ст. 228 УК РФ , и назначить ему наказание: - по эпизоду № 1, по ч. 3 ст. – п. «г» ч. 4 ст. 2281 УК РФ, в виде 9 (девяти) лет 10 (десяти) месяцев лишения свободы; - по эпизоду № 2, по ч. 2 ст. 228 УК РФ , в виде 3 (трех) лет лишения свободы. В соответствии с ч. 3 ст. 69 УК РФ , по совокупности преступлений, предусмотренных ч. 3 ст. – п. «г» ч. 4 ст. 2281 и ч. 2 ст. 228 УК РФ , путем частичного сложения назначенных наказаний, окончательно ФИО1 назначить наказание в виде 10 (десяти) лет 2 (двух) месяцев лишения свободы, с отбыванием наказания в исправительной колонии строгого режима. Меру пресечения ФИО1 – заключение под стражей, оставить без изменения, срок наказания исчислять с 30.01.2017. Зачесть ФИО1 в срок отбытия наказания период содержания его под стражей с 30.05.2017 по 29.01.2017 включительно. Процессуальные издержки в размере 550 руб. (оплату за участие в судебном заседании 25.08.2016г. адвоката Кащеева В.И. в порядке ст. 51 УПК РФ ) взыскать с ФИО1 с последующим перечислением в федеральный бюджет. Вещественные доказательства подлежат дальнейшему хранению по месту их нахождения до принятия окончательного решения по выделенному уголовному делу. Приговор может быть обжалован в апелляционном порядке в Ростовский областной суд через Таганрогский городской суд Ростовской области в течение 10 суток со дня провозглашения, а осужденным, содержащимся под стражей, в тот же срок со дня вручения ему копии приговора. В случае подачи апелляционной жалобы, осужденный вправе ходатайствовать в течение 10 суток со дня вручения ему копии приговора о своем участии в рассмотрении уголовного дела судом апелляционной инстанции лично либо путем использования систем видеоконференц-связи, при этом, вопрос о форме участия осужденного в судебном заседании решается судом. Председательствующий Судья Суд: Таганрогский городской суд (Ростовская область) (подробнее) Судьи дела: Серебряников Георгий Эдуардович (судья) (подробнее) Последние документы по делу: Приговор от 16 октября 2017 г. по делу № 1-43/2017 Постановление от 12 сентября 2017 г. по делу № 1-43/2017 Приговор от 11 июля 2017 г. по делу № 1-43/2017 Постановление от 20 июня 2017 г. по делу № 1-43/2017 Приговор от 16 мая 2017 г. по делу № 1-43/2017 Приговор от 9 мая 2017 г. по делу № 1-43/2017 Приговор от 19 апреля 2017 г. по делу № 1-43/2017 Приговор от 13 марта 2017 г. по делу № 1-43/2017 Приговор от 9 марта 2017 г. по делу № 1-43/2017 Приговор от 19 февраля 2017 г. по делу № 1-43/2017 Приговор от 15 февраля 2017 г. по делу № 1-43/2017 Приговор от 14 февраля 2017 г. по делу № 1-43/2017 Приговор от 8 февраля 2017 г. по делу № 1-43/2017 Приговор от 7 февраля 2017 г. по делу № 1-43/2017 Приговор от 29 января 2017 г. по делу № 1-43/2017 Приговор от 19 января 2017 г. по делу № 1-43/2017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