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п. «б»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паспорт гражданина РФ и страховое свидетельство государственного пенсионного страхования на имя ФИО1, полимерную сумку – оставить у ФИО1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Определение от 29 июня 2017 г. по делу № 1-23/2017 Приговор от 26 июня 2017 г. по делу № 1-23/2017 Приговор от 18 мая 2017 г. по делу № 1-23/2017 Приговор от 17 мая 2017 г. по делу № 1-23/2017 Постановление от 13 апреля 2017 г. по делу № 1-23/2017 Приговор от 13 апреля 2017 г. по делу № 1-23/2017 Приговор от 9 апреля 2017 г. по делу № 1-23/2017 Приговор от 6 апреля 2017 г. по делу № 1-23/2017 Приговор от 30 марта 2017 г. по делу № 1-23/2017 Приговор от 23 марта 2017 г. по делу № 1-23/2017 Апелляционное постановление от 9 марта 2017 г. по делу № 1-23/2017 Приговор от 9 марта 2017 г. по делу № 1-23/2017 Приговор от 6 марта 2017 г. по делу № 1-23/2017 Приговор от 20 февраля 2017 г. по делу № 1-23/2017 Приговор от 15 февраля 2017 г. по делу № 1-23/2017 Приговор от 12 февраля 2017 г. по делу № 1-23/2017 Постановление от 30 января 2017 г. по делу № 1-23/2017 Приговор от 11 января 2017 г. по делу № 1-23/2017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