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февраля 2017 года</w:t>
      </w:r>
    </w:p>
    <w:p>
      <w:pPr>
        <w:spacing w:before="200" w:after="300"/>
        <w:pBdr>
          <w:bottom w:val="single" w:sz="6" w:space="1" w:color="000000"/>
        </w:pBdr>
      </w:pPr>
    </w:p>
    <w:p>
      <w:pPr>
        <w:spacing w:before="200" w:after="300"/>
        <w:pBdr>
          <w:bottom w:val="single" w:sz="6" w:space="1" w:color="000000"/>
        </w:pBdr>
      </w:pPr>
    </w:p>
    <w:p>
      <w:pPr>
        <w:pStyle w:val="Heading1"/>
        <w:jc w:val="center"/>
      </w:pP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ФИО4 поступила в лечебное учреждение с диагнозом: «Перелом правой скуловой кости».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Данное телесное повреждение могло образоваться в результате воздействия твердого тупого предмета, не исключено в срок и при обстоятельствах, указанных в постановлении.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Это повреждение по признаку длительности расстройства здоровья свыше 3 недель квалифицируется как вред здоровью средней тяжести. л.д. 115-118 Протокол осмотра места происшествия от ДД.ММ.ГГГГ, согласно которому местом совершения преступления является дом, расположенный по адресу: &lt;адрес&gt;. л.д. 9-15 Заявление Свидетель №1 от ДД.ММ.ГГГГ, согласно которому последняя просит привлечь к уголовной ответственности ФИО1, причинивший телесные повреждение ее матери ФИО4 л.д. 6 Справка из ГКУ РПНД «Республиканский психоневрологический диспансер», согласно которой ФИО1 состоит на учете с диагнозом «Шизофрения». л.д. 186 Факт совершения ФИО1 общественно опасного деяния, запрещенного уголовным законом, попадающего под признаки состава преступления, предусмотренного п. «в» ч. 2 ст. 115 УК РФ , подтверждается собранными по делу доказательствами: - показания подозреваемого ФИО1, из которых следует, что он проживает по адресу: &lt;адрес&gt;, вместе со своей матерью ФИО4 и старшей сестрой Свидетель №1. ДД.ММ.ГГГГ он находился дома по вышеуказанному адресу. Вечером он собрался покормить собак, которые бегали по улице, то есть бездомных собак, так как жалеет их. Он взял из кухни несколько пачек лапши «Ролтон» и собрался выйти на улицу. Мать, увидев его с пачками лапши, стала говорить, что этого делать не надо, чтобы он перестал кормить бродячих собак. Он сказал матери, что будет кормить собак, и из-за этого между ним и матерью произошла ссора. В это время у него сильно болела голова, поэтому он не помнит, что произошло, но его забрали в отдел полиции, а потом отпустили. Что именно он сделал во время ссоры с матерью, не помнит. У него бывают провалы в памяти, в связи с этим он не может вспомнить, что делал до этого. л.д. 75-77 - показания потерпевшего ФИО5, из которых следует, что ДД.ММ.ГГГГ, примерно в 20 часов 00 минут, он возвращался домой, шел по &lt;адрес&gt;. Проходя мимо почтового отделения №, он увидел ФИО24 ФИО27, которая вела свою мать ФИО4. ФИО24 Роза попросила его помочь им. Он спросил, что случилось, и Роза рассказала, что ее брат ФИО9 избил мать и ее, и им с трудом удалось от него убежать. Он пошел к дому ФИО24, чтобы проверить, что там произошло. Он проверил входную дверь, она была заперта. Тогда он крикнул ФИО9, чтобы тот открыл дверь или вышел сам на улицу. ФИО9 стал кричать из квартиры, что он со всеми разберется, угрожал ему. После этого ФИО9 крикнул, что входную дверь не откроет и предложил ему зайти в дом через окно. Он увидел, что одно из окон приоткрыто, подойдя к нему, отодвинул створку окна. Он заглянул через окно, и в это время ФИО9 накинулся на него с ножом, ударил его им в правое предплечье. В руках ФИО9 был кухонный нож, с длинным широким лезвием и красной рукояткой. Он сразу отскочил от окна и больше не стал пытаться поговорить с ФИО9, так как понял, что он очень агрессивно настроен. Через некоторое время приехали сотрудники полиции и забрали ФИО1 с собой. Он самостоятельно дошел до почтового отделения №, где в это время находилась скорая помощь. Его и ФИО4 доставили в больницу, где ему наложили швы на правое предплечье, после чего он ушел домой. Он просит привлечь к уголовной ответственности ФИО1, который причинил ему телесное повреждение. л.д. 64-67 - показания потерпевшей ФИО4, из которых следует, что по адресу: &lt;адрес&gt;, она проживает вместе со своей дочерью Свидетель №1, ДД.ММ.ГГГГ г.р. и сыном ФИО2, ДД.ММ.ГГГГ г.р. ДД.ММ.ГГГГ вечером она, дочь Свидетель №1 и сын ФИО9 находились дома. Примерно в 20 часов 00 минут, когда ФИО9 находился в коридоре квартиры, она сделала ему замечание, чтобы он не уносил из дома продукты питания, которые ФИО9 забирал для того чтобы кормить бродячих собак. В это время Свидетель №1 находилась рядом с ней. Ее замечание сильно возмутило ФИО9, он стал говорить, что сам получает пенсию и может делать всё, что считает нужным. Она повторила ФИО9 свои замечания по поводу продуктов питания, которые он забирает из квартиры. Тогда ФИО9 сильно разозлился и схватил ее за одежду руками, толкнул ее в сторону стены, отчего она ударилась головой об стену. В это время Свидетель №1 стала отталкивать ФИО9 от нее, но тот не останавливался и стал бить Свидетель №1. Остановить ФИО9 им не удалось, он опять толкнул ее, от чего она упала на пол, и ФИО9 стал наносить ей удары кулаком руки по лицу, держа ее другой рукой за одежду прижимая к полу. Свидетель №1 выскочила из дома, и следом ей удалось вырваться и убежать на улицу. Она вместе с дочерью добежала до центральной улицы, где находится почтовое отделение №, где встретили соседей. Там на месте был ФИО5, проживающий неподалеку. ФИО5 спросил ее и Свидетель №1, что произошло, Свидетель №1 рассказала ФИО5, что ФИО9 избил ее и Свидетель №1. ФИО5 помог ей дойти до почтового отделения, а сам пошел к их дому узнать, что там делает ФИО9. Когда ФИО5 вернулся от дома к почтовому отделению, она увидела, что у него порезана правая рука. ФИО5 сказал, что ФИО9 ударил его по руке кухонным ножом. В это время уже приехала скорая помощь, на которой ее и ФИО5 увезли в Городскую больницу №, где ей поставили диагноз «Перелом челюсти». л.д. 57-60 - показания свидетеля Свидетель №1, из которых следует, что по адресу: &lt;адрес&gt;, проживает со своей матерью ФИО4, ДД.ММ.ГГГГ г.р., и младшим братом ФИО2, ДД.ММ.ГГГГ г.р. Вечером ДД.ММ.ГГГГ, она находилась дома, где были мать и брат ФИО9. Примерно в 20 часов 00 минут, между матерью и ФИО9 произошла ссора. Причиной ссоры послужило то, что мама сделала ФИО9 замечание и требовала, чтобы ФИО9 перестал забирать из дома продукты питания, которыми он кормил бездомных собак. ФИО9 замечание матери сильно возмутило, он говорил, что будет делать что хочет. Когда мать повторила ФИО9 своё требование, ФИО9 вышел из себя, схватил маму за одежду и с силой толкнул ее об стену. Мама ударилась головой об стену, и ФИО9 хотел ее еще ударить. Она стала пытаться помешать ФИО9, но тот был сильно возбужден, оттолкнул ее, ударил мать, отчего последняя упала. Она продолжала свои попытки помешать ФИО9, но было бесполезно. ФИО9 стал наносить матери удары кулаком по лицу, другой рукой ФИО9 держал мать за одежду. Ей и ее матери удалось убежать от ФИО9, и они вышли на улицу. Она помогала матери идти, тат как та чувствовала себя очень плохо. Дойдя до центральной улицы, где находится почтовое отделение №, встретили соседей, там был ФИО5, которому она рассказала, что произошло. ФИО5 пошел к их дому, хотел успокоить ФИО9, чтобы тот ничего более не сделал. Матери сразу вызвали скорую помощь. Через некоторое время ФИО5 вернулся к почтовому отделению, и она увидела, что у него резаная рана на правом предплечье. Она спросила у ФИО5, что произошло, и ФИО5 рассказал, что он пытался узнать у ФИО9, что произошло, но последний кухонным ножом с красной рукояткой и длинным лезвием ударил его по руке. У них дома был только один такой нож, который впоследствии был изъят в ходе осмотра места происшествия. После этого мать и ФИО5 увезли в Городскую больницу №, где матери поставили диагноз перелом скулы. Ее брат ФИО9 никаких телесных повреждений ей не причинил, она не желает привлекать его к уголовной ответственности за побои. ФИО9 страдает психическим расстройством – шизофренией. ФИО9 периодически находится на стационарном лечении в психоневрологическом диспансере &lt;адрес&gt;. Временами поведение ФИО9 становится агрессивным, и он не может контролировать свое поведение. Она как близкий родственник ФИО2 согласна стать его ФИО8лем и представлять его интересы в ходе предварительного расследования и в суде. л.д. 99-101, 146-148 - показания свидетеля Свидетель №3, из которых следует, что он работает в должности участкового уполномоченного полиции Управления МВД России по &lt;адрес&gt;. В конце августа 2016 года ему на рассмотрение поступил материал проверки по факту причинения телесных повреждений ФИО4 и ФИО5, совершенных ФИО1 В ходе изучения материала проверки было установлено, что в вечернее время суток, ФИО1, ДД.ММ.ГГГГ, находясь по своему месту жительства по адресу: &lt;адрес&gt;. 18 по &lt;адрес&gt;, после ссоры со своей матерью ФИО4 стал избивать ее руками, а также ударил свою сестру Свидетель №1 Когда ФИО4 и Свидетель №1 удалось убежать из дома, ФИО1 ножом нанес удар в правое предплечье ФИО5 который пришел в дом узнать, что произошло у его соседей. По материалу им была проведена дополнительная проверка, он опросил по данному материалу ФИО4, ФИО1 и ФИО5 Им был собран характеризующий материал на ФИО1 и назначены медицинские исследования в отношении пострадавших от действий ФИО1 В ходе дополнительной проверки им были собраны все необходимые данные, указывающие на то, что именно ФИО1 совершил преступление, то есть причинил телесные повреждения как своей матери ФИО4, так и ФИО5 Собрав все необходимые данные, материал проверки им был направлен в ОД Управления МВД России по &lt;адрес&gt; для принятия решения в порядке ст. - 145 УПК РФ . л.д. 170-172 - показания свидетеля Свидетель №2, из которых следует, что он работает в должности старшего участкового уполномоченного полиции Управления МВД России по &lt;адрес&gt;. ДД.ММ.ГГГГ он находился в составе следственно-оперативной группы Управления МВД России по &lt;адрес&gt;. В 21 час 00 минут в дежурную часть УМВД России по &lt;адрес&gt; поступило сообщение из РКБ СМП &lt;адрес&gt; о том, что к ним за медицинской помощью обратилась ФИО4, которой была поставлен диагноз Перелом челюсти». По указанию оперативного дежурного он выехал в больницу, а потом на место происшествия по адресу: &lt;адрес&gt;. В ходе проверки было установлено, что ДД.ММ.ГГГГ примерно в 20 часов 00 минут, ФИО1, находясь по месту жительства по адресу: &lt;адрес&gt;. 18 по &lt;адрес&gt;, после ссоры со своей матерью ФИО4 стал избивать ее руками, после чего ударил свою сестру Свидетель №1 Когда ФИО4 и Свидетель №1 удалось убежать из дома, ФИО1 ножом нанес удар в правое предплечье ФИО5, который пришел в дом, чтобы узнать, что произошло у его соседей. По материалу им была проведена первоначальная проверка, собран необходимый материал, который был передан в дежурную часть УМВД России по &lt;адрес&gt;. В ходе сбора материала было достоверно установлено, что именно ФИО1 причинил телесные повреждения своей матери ФИО4 и ФИО5 л.д. 173-175 - заключение амбулаторной судебно-психиатрической экспертизы № от ДД.ММ.ГГГГ, из которого следует, что ФИО1 страдает хроническим психическим расстройством: «Шизофрения. Параноидная форма. Галлюцинаторно-параноидальный синдром. Эмоционально-волевой дефект». В силу своего заболевания ФИО1 не мог осознавать фактический характер своих действий и руководствоваться ими, как в настоящее время, так и в момент совершения инкриминируемого ему деяния. ФИО1 нуждается в принудительном лечении в лечебном учреждении, осуществляющем психиатрическую помощь специализированного типа с интенсивным наблюдением, т.к. ФИО1 представляет общественную опасность и может нанести вред себе или окружающим в связи со слабым контролем собственных агрессивных импульсов. л.д. 93-95 - заключение судебно-медицинской экспертизы № от ДД.ММ.ГГГГ, согласно которой:</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Гр-ну ФИО5 выставлен диагноз: «Резаная рана мягких тканей средней трети правого предплечья».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Данное телесное повреждение могло образоваться в результате воздействия колюще-режущего предмета, коим мог быть нож, не исключено в срок и при обстоятельствах, указанных в постановлении.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Это повреждение по признаку кратковременного расстройства здоровья (свыше 6-ти, но не более 21 дня) квалифицируется как легкий вред здоровью. л.д. 131-134 - заключение судебной экспертизы холодного оружия № от ДД.ММ.ГГГГ, согласно которой:</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Представленный на исследование нож, изъятый ДД.ММ.ГГГГ в ходе осмотра места происшествия по адресу: &lt;адрес&gt;, к холодному оружию не относится.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Представленный на исследование нож, изъятый ДД.ММ.ГГГГ в ходе осмотра места происшествия по адресу: &lt;адрес&gt;, изготовлен промышленным способом. л.д. 161-164 Вещественное доказательство – нож приобщен к материалам уголовного дела в качестве вещественного доказательства. л.д. 105 Протокол осмотра места происшествия от ДД.ММ.ГГГГ, согласно которому местом совершения преступления является дом, расположенный по адресу: &lt;адрес&gt;. л.д. 9-15 Протокол предъявления предмета для опознания от ДД.ММ.ГГГГ, согласно которому потерпевший ФИО5 опознал нож, которым ФИО1 причинил ему телесное повреждение. л.д. 81-84 Протокол осмотра предметов (документов) от ДД.ММ.ГГГГ, согласно которому осмотрен нож, изъятый ДД.ММ.ГГГГ в ходе осмотра места происшествия - дом, расположенный по адресу: &lt;адрес&gt;. л.д. 102-104 Справка из ГКУ РПНД «Республиканский психоневрологический диспансер», согласно которой ФИО1 состоит на учете с диагнозом «Шизофрения». л.д. 186 Защитник ФИО15 и ФИО8ль Свидетель №1 против направления уголовного дела в суд для решения вопроса о назначении принудительной меры медицинского характера не возражают. ФИО1, совершивший общественно опасное деяние в силу ст. 21 УК РФ не подлежит привлечению к уголовной ответственности, однако, учитывая то обстоятельство, что совершенное ФИО1 деяние, по своему характеру представляет общественную опасность, в силу низкого контроля над своими агрессивными импульсами ФИО1 представляет общественную опасность для себя или других лиц, нуждается в принудительном лечении в условиях медицинского учреждения, осуществляющего психиатрическую помощь специализированного типа с интенсивным наблюдением. а основании изложенного и руководствуясь п. 2 части первой, частями третьей-шестой ст. 439 УПК РФ , П О С Т А Н О В И 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Направить уголовное дело № в Заводской районный суд &lt;адрес&gt; для применения принудительных мер медицинского характера в отношении ФИО2, ДД.ММ.ГГГГ г.р., уроженца &lt;адрес&gt;, зарегистрированного и проживающего по адресу: &lt;адрес&gt;, образование среднее, не работающего, не судимого.</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 направлении уголовного дела в суд уведомить ФИО8ля Свидетель №1 и защитника ФИО15</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Копии настоящего постановления вручить защитнику ФИО15 и ФИО8лю Свидетель №1 Следователь ФИО16 (фамилия, инициалы) Копию настоящего постановления получил “ ” ___________ 2016 г. Защитник ФИО15 (фамилия, инициалы) Копию настоящего постановления получил “ ” ___________ 2016 г. Законный представитель Свидетель №1 (фамилия, инициалы) Лицо, в отношении которого судом применяются принудительные меры медицинского характера ФИО1 СПИСОК ЛИЦ, ПОДЛЕЖАЩИХ ВЫЗОВУ В СУД: 1.? Лицо, в отношении которого судом применяются принудительные меры медицинского характера: ФИО2, проживает по адресу: ЧР, &lt;адрес&gt;. л.д. 75 2.? ФИО8ЛЬ: Свидетель №1, проживает по адресу: ЧР, &lt;адрес&gt;. л.д. 99 3.? ПОТЕРПЕВШИЕ:</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ФИО4, проживает по адресу: ЧР, &lt;адрес&gt;. л.д. 57</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ФИО5, проживает по адресу: ЧР, &lt;адрес&gt;. л.д. 64</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СВИДЕТЕЛИ:</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Свидетель №2, проживает по адресу: ЧР, &lt;адрес&gt;. л.д. 173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Свидетель №3, проживает по адресу: ЧР, &lt;адрес&gt;. л.д. 170 ПОСТАНОВЛЕНИЕ об освобождении от уголовной ответственности и о применении принудительной меры медицинского характера &lt;адрес&gt; ДД.ММ.ГГГГ Ленинский районный суд &lt;адрес&gt; в составе председательствующего судьи ФИО17, с участием прокурора прокуратуры &lt;адрес&gt; ФИО4, несовершеннолетнего лица, в отношении которого ведется производство о применении принудительной меры медицинского характера – ФИО1, ФИО8ля несовершеннолетнего ФИО1 – ФИО16, Суд: Заводской районный суд г. Грозного (Чеченская Республика) (подробнее) Судьи дела: Ибрагимов Эмильхан Русланович (судья) (подробнее) Последние документы по делу: Приговор от 17 октября 2017 г. по делу № 1-22/2017 Приговор от 10 августа 2017 г. по делу № 1-22/2017 Приговор от 26 февраля 2017 г. по делу № 1-22/2017 Постановление от 21 февраля 2017 г. по делу № 1-22/2017 Приговор от 19 февраля 2017 г. по делу № 1-22/2017 Постановление от 9 февраля 2017 г. по делу № 1-22/2017 Постановление от 2 февраля 2017 г. по делу № 1-22/2017 Приговор от 22 января 2017 г. по делу № 1-22/2017 Приговор от 17 января 2017 г. по делу № 1-22/2017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