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незаконным решение начальника отделения (территориального, г. Тамбов) ФГКУ «Западное региональное управление жилищного обеспечения» Министерства обороны Российской Федерации от ДД.ММ.ГГГГ № об отказе в предоставлении жилых помещений по договору социального найма;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начальника отделения (территориального, г. Тамбов) ФГКУ «Западное региональное управление жилищного обеспечения» Министерства обороны Российской Федерации повторно рассмотреть вопрос о его включении в список на предоставление жилого помещения по договору социально найма и распределении ему и членам его семьи жилого помещения по адресу: &lt;адрес&gt;. В судебном заседании административный истец, и его представитель адвокат Кочетков, полностью поддержали заявленные требования и настаивали на их удовлетворении. Кроме этого, представитель административного истца адвокат Кочетков также пояснил, что причиной заключения ФИО1 в ДД.ММ.ГГГГ нового контракта о прохождении военной службы послужило то обстоятельство, что он не был обеспечен жильем на момент предстоящего увольнения с военной службы, в связи, с чем истец вынужден был заключить новый контракт о прохождении военной службы. Кроме того, он пояснил, что в ДД.ММ.ГГГГ года начальником отделения (территориального, город Тамбов) ФГКУ «Западрегионжилье» МО РФ было принято решение о предоставлении ему жилого помещения в городе &lt;адрес&gt;, о котором он узнал только в ДД.ММ.ГГГГ. Поскольку, в городе Мытищи ФИО1 долго не предоставляли жилого помещения, то он в ДД.ММ.ГГГГ принял решение о замене избранного места жительства с &lt;адрес&gt;. Считает, что поскольку заявление об изменении избранного места жительства ФИО1 было подано, до получения решения, принятого начальником отделения (территориального, город Тамбов) ФГКУ «Западрегионжилье» МО РФ в ДД.ММ.ГГГГ, то вышеназванное заявление ФИО1 является недействительным и оно не должно учитываться при принятии решения по существу рассматриваемого административного искового заявления. В связи с этим, считает незаконным решение начальника отделения (территориального, г. Тамбов) ФГКУ «Западрегионжилье» МО РФ от ДД.ММ.ГГГГ № отказе в предоставлении жилых помещений по договору социального найма. Административный ответчик, начальник отделения (территориального, город Тамбов) ФГКУ «Западрегионжилье» МО РФ ФИО2, будучи надлежащим образом извещенным о времени и месте проведения судебного заседания, на последнее не прибыл, просил рассмотреть исковое заявление ФИО1 без его участия в судебном заседании. В своих письменных возражениях указал, что в соответствии с предъявленными ФИО1 документами, он относится к категории военнослужащих заключивших контракт о прохождении военной службы до ДД.ММ.ГГГГ. По состоянию ДД.ММ.ГГГГ выслуга лет в Вооруженных силах РФ составляет ДД.ММ.ГГГГ Кроме того, согласно справки № от ДД.ММ.ГГГГ прапорщик ФИО1 в настоящее время проходит службу в войсковой части № дислоцированной в &lt;адрес&gt;, контракт о прохождении им военной службы заключен до наступления предельного возраста пребывания на военной службе до ДД.ММ.ГГГГ. Документов о предстоящем увольнении с военной службы по достижению предельного возраста, по состоянию здоровья или в связи с организационно-штатными мероприятиями военнослужащим не представлено. На основании вышеизложенного, у ФИО1 отсутствует право на обеспечение жилым помещением по избранному месту жительства. Согласно п. 19 ст. Федерального закона «О статусе военнослужащих» военнослужащим - гражданам, проходящим военную службу по контракту, признанным нуждающимися в жилых помещениях, гражданам, уволенным с военной службы, состоящим на учете в качестве нуждающихся в жилых помещениях в федеральном органе исполнительной власти или федеральном государственном органе, в которых федеральным законом предусмотрена военная служба, отказавшимся от предложенного жилого помещения, расположенного по месту военной службы или по избранному месту жительства, которое соответствует требованиям, установленным законодательством Российской Федерации, а также изъявившим желание изменить ранее избранное место жительства, предоставляется жилищная субсидия. ДД.ММ.ГГГГ за исх. № в адрес ФИО1 было направлено сообщение о том, что он подлежит обеспечению жилым помещением посредством жилищной субсидии для чего ему необходимо обратиться в отделение с соответствующим заявлением и договором об открытии банковского счета. До настоящего момента административный истец вышеназванные документы в адрес отделения не предоставил. На основании изложенного, он просил суд отказать в удовлетворении требований ФИО1. Выслушав административного истца ФИО1, его представителя адвоката Кочеткова, исследовав материалы административного дела, военный суд приходит к следующим выводам. Согласно выписке из послужного списка, выданного командиром войсковой части № от ДД.ММ.ГГГГ №, ФИО1 первый контракт о прохождении военной службы был заключен ДД.ММ.ГГГГ. В соответствии со справкой об общей продолжительности военной службы, выданной командиром войсковой части № от ДД.ММ.ГГГГ №, календарная выслуга лет ФИО1 в Вооруженных силах РФ по состоянию на ДД.ММ.ГГГГ составляет № лет № месяцев № дней. Согласно контракту о прохождении военной службы заключенного ДД.ММ.ГГГГ между прапорщиком ФИО1 и командиром войсковой части № контракт заключен до наступления ФИО1 предельного возраста, то есть до ДД.ММ.ГГГГ. Как усматривается из решения начальника отделения (территориального, город Тамбов) ФГКУ «Западное региональное управление жилищного обеспечения» МО РФ от ДД.ММ.ГГГГ № ФИО1 члены его семьи: жена ФИО6 и сын ФИО7 были приняты на учет нуждающихся в жилых помещениях, предоставляемых по договору социального найма. Как видно из извещения ФГКУ «Западное региональное управление жилищного обеспечения» МО РФ (3 отдела ЗРУЖО (&lt;адрес&gt;)) о распределении жилого помещения № от ДД.ММ.ГГГГ Самородову на состав семьи 4 человека распределено жилое помещение в виде отдельной трехкомнатной квартиры общей площадью &lt;данные изъяты&gt; кв. м. по адресу: &lt;адрес&gt;. Как усматривается из решения начальника отделения (территориального, город Тамбов) ФГКУ «Западрегионжилье» МО РФ от ДД.ММ.ГГГГ № ФИО1 отказано в предоставлении жилых помещений по договору социального найма. В данном решении указано, что ФИО1 в соответствии с извещением № от ДД.ММ.ГГГГ на состав семьи 4 человека было распределено жилое помещение по избранному месту жительства по адресу: &lt;адрес&gt;, общей площадью &lt;данные изъяты&gt; кв.м., на получение которого ФИО1 дал согласие ДД.ММ.ГГГГ Однако, решением Знаменского районного суда Тамбовской области от ДД.ММ.ГГГГ в удовлетворении требований ФИО1 о признании дочери от первого брака ФИО8 членом его семьи отказано. Таким образом, в соответствии со вступившим в законную силу решением суда состав семьи ФИО1 3 (три) человека. В соответствии с п. 15.1 Федерального закона «О статусе военнослужащих» норма предоставления жилого помещения на состав семьи 3 человека составляет от &lt;данные изъяты&gt; общей площади жилого помещения. На основании вышеизложенного, размер распределенного помещения превышает норму предоставления на 13,8 кв. м. Жилое помещение, указанное в извещении № от ДД.ММ.ГГГГ г. подлежит возврату в Департамент жилищного обеспечения МО РФ для перераспределения. Как видно из рапорта от ДД.ММ.ГГГГ ФИО1 обращается к командованию войсковой части № и указывает, что контракт о прохождении военной службы истек ДД.ММ.ГГГГ г., в связи с этим ходатайствует о заключении с ним нового контракта о прохождении военной службы до достижения предельного возраста с ДД.ММ.ГГГГ г. по ДД.ММ.ГГГГ г. Как усматривается из контракта о прохождении военной службы ФИО1 ДД.ММ.ГГГГ заключил контракт о прохождении военной службы в Вооруженных Силах РФ до наступления предельного возраста с ДД.ММ.ГГГГ по ДД.ММ.ГГГГ Согласно справки, выданной командиром войсковой части № от ДД.ММ.ГГГГ №, ФИО1 с ДД.ММ.ГГГГ состоял в плане увольнения военнослужащих войсковой части № В соответствии с планом увольнения ДД.ММ.ГГГГ подлежал увольнению в запас по достижении предельного возраста. В установленные сроки не уволен в запас, в связи с необеспеченностью военнослужащего и членов его семьи жилым помещением по избранному месту жительству в &lt;адрес&gt;. В связи с отсутствием жилья по избранному месту жительства в октябре ДД.ММ.ГГГГ. заключил новый контракт до достижения предельного возраста. Как видно из извещения отделения (территориального, город Тамбов) ФГКУ «Западрегионжилье» МО РФ о распределении жилого помещения № от ДД.ММ.ГГГГ., Самородову на состав семьи 3 человека распределено жилое помещение в виде отдельной двухкомнатной квартиры общей площадью &lt;данные изъяты&gt; на 6 этаже по адресу: &lt;адрес&gt;. Согласно заявлению, поданного ФИО1 в отделение (территориальное, город Тамбов) ФГКУ «Западное региональное управление жилищного обеспечения» Министерства обороны Российской Федерации от ДД.ММ.ГГГГ., ФИО1 просит внести изменения в его учетные данные, а именно изменить избранное место жительства &lt;адрес&gt;. Как усматривается из решения начальника отделения (территориального, город Тамбов) ФГКУ «Западрегионжилье» МО РФ от ДД.ММ.ГГГГ № ФИО1 отказано в предоставлении жилых помещений по договору социального найма по избранному месту жительства. В данном решении указано, что в соответствии с представленными документами, по состоянию на 07.10.2016 г. выслуга лет в Вооруженных Силах Российской Федерации прапорщика ФИО1 составляет ДД.ММ.ГГГГ. В настоящее время местом прохождения военной службы по контракту в Вооруженных Силах Российской Федерации является войсковая часть №, дислоцированная в &lt;адрес&gt;. Документы о предстоящем увольнении с военной службы по достижении предельного возраста пребывания на военной службе, по состоянию здоровья или в связи с организационно-штатными мероприятиями не представлены. В соответствии со справкой № от ДД.ММ.ГГГГ, выданной командиром войсковой части № в ДД.ММ.ГГГГ. военнослужащим заключен контракт до наступления предельного возраста пребывания на военной службе - по ДД.ММ.ГГГГ. Исходя из положений пункта 1 статьи 15 Федерального закона от 27 мая 1998 г. N 76-ФЗ "О статусе военнослужащих" порядок обеспечения жильем военнослужащих, заключивших контракт до ДД.ММ.ГГГГ, определяет получение постоянного жилья «на общих основаниях» по месту прохождения службы. Таким образом, у ФИО1 отсутствует право на обеспечение жилым помещением по избранному месту жительства. С учетом изложенного суд считает установленным, что первый контракт о прохождении военной службы ФИО1 был заключен ДД.ММ.ГГГГ. Календарная выслуга лет ФИО1 в Вооруженных силах по состоянию на ДД.ММ.ГГГГ составляет ДД.ММ.ГГГГ Решением начальника отделения (территориального, город Тамбов) ФГКУ «Западрегионжилье» МО РФ МО РФ от ДД.ММ.ГГГГ № ФИО1 члены его семьи: жена ФИО6 и сын ФИО7 были приняты на учет нуждающихся в жилых помещениях, предоставляемых по договору социального найма. ДД.ММ.ГГГГ Самородову на состав семьи 4 человека распределено жилое помещение в виде отдельной трехкомнатной квартиры общей площадью &lt;данные изъяты&gt; по адресу: &lt;адрес&gt; Решением начальника отделения (территориального, город Тамбов) ФГКУ «Западрегионжилье» МО РФ от ДД.ММ.ГГГГ № ФИО1 отказано в предоставлении жилых помещений по договору социального найма в связи с тем, что размер распределенного помещения превышает норму предоставления на &lt;данные изъяты&gt;. В соответствии с планом увольнения ДД.ММ.ГГГГ. ФИО1 подлежал увольнению в запас по достижении предельного возраста. В установленные сроки не уволен в запас, в связи с необеспеченностью военнослужащего и членов его семьи жилым помещением по избранному месту жительству в &lt;адрес&gt;. ДД.ММ.ГГГГ. ФИО1 заключил новый контракт о прохождении военной службы в Вооруженных Силах РФ до наступления предельного возраста ДД.ММ.ГГГГ. ФИО1 ДД.ММ.ГГГГ на состав семьи 3 человека распределено жилое помещение в виде отдельной двухкомнатной квартиры по адресу: &lt;адрес&gt;, которое он получил в ДД.ММ.ГГГГ г., то есть до получения им вышеназванного извещения, ФИО1 обратился с заявлением в отделение (территориальное, город Тамбов) ФГКУ «Западное региональное управление жилищного обеспечения» Министерства обороны Российской Федерации, в котором просил внести изменения в его учетные данные, а именно изменить избранное место жительства &lt;адрес&gt;. Решением начальника отделения (территориального, город Тамбов) ФГКУ «Западное региональное управление жилищного обеспечения» МО РФ от ДД.ММ.ГГГГ № ФИО1 отказано в предоставлении жилых помещений по договору социального найма в связи с тем, что ФИО1 заключен контракт до наступления предельного возраста пребывания на военной службе - по ДД.ММ.ГГГГ., в настоящее время местом прохождения военной службы по контракту в Вооруженных Силах Российской Федерации является войсковая часть № дислоцированная в &lt;адрес&gt;. Рассматривая обоснованность действий начальника отделения (территориального, г. Тамбов) ФГКУ «Западрегионжилье» МО РФ, связанных с отказом в предоставлении жилых помещений ФИО1 по избранному им месту жительства, военный суд приходит к следующим выводам. Согласно ч.1 ст. ФЗ «О статусе военнослужащих» от 27.05.1998 года №ФЗ-76 военнослужащим - гражданам, заключившим контракт о прохождении военной службы до 1 января 1998 года (за исключением курсантов военных профессиональных образовательных организаций и военных образовательных организаций высшего образования), и совместно проживающим с ними членам их семей, признанным нуждающимися в жилых помещениях, федеральным органом исполнительной власти, в котором федеральным законом предусмотренавоеннаяслужба, предоставляются субсидия для приобретения или строительства жилого помещения (далее - жилищная субсидия) либо жилые помещения, находящиеся в федеральной собственности, по выбору указанных граждан в собственность бесплатно или по договору социального найма с указанным федеральным органом исполнительной власти по месту военной службы, а при увольнении с военной службы по достижении ими предельного возраста пребывания на военной службе, по состоянию здоровья или в связи с организационно-штатными мероприятиями при общей продолжительности военной службы 10 лет и более - по избранному месту жительства в соответствии с нормами предоставления площади жилого помещения, предусмотренными статьей 15_1 настоящего Федерального закона. Из анализа указанной статьи усматривается, что ФИО1, который относится к категории военнослужащих, заключивший первый контракт о прохождении военной службы до ДД.ММ.ГГГГ, имеет право на получение жилья по избранному им месту жительства, только при увольнении его с военной службы по достижении им предельного возраста пребывания на военной службе, по состоянию здоровья или в связи с организационно-штатными мероприятиями при общей продолжительности военной службы ДД.ММ.ГГГГ и более. Поскольку в ДД.ММ.ГГГГ у ФИО1 заканчивался контракт о прохождении военной службы, и он подлежал увольнению с военной службы по достижению им предельного возраста пребывания на военной службе, то он на законных основаниях состоял в списках военнослужащих, подлежащих обеспечению жильем, по избранному месту жительства. Вместе с тем, заключив ДД.ММ.ГГГГ контракт о прохождении военной службы в Вооруженных Силах РФ до наступления предельного возраста с ДД.ММ.ГГГГ ФИО1 в силу ст. ФЗ «О статусе военнослужащих», на данной стадии прохождения военной службы, лишился права на обеспечение его жильем по избранному месту жительства, поскольку стал относиться к категории военнослужащих, которые обеспечиваются жильем по месту прохождения военной службы. Таким образом, начальник отделения (территориальное г.Тамбов) «Западрегионжилье» МО РФ на законных основаниях ДД.ММ.ГГГГ принял решение № об отказе в предоставлении жилых помещений по договору социального найма прапорщику ФИО1, отдельной двухкомнатной квартиры, общей площадью &lt;данные изъяты&gt; по адресу: &lt;адрес&gt;., в связи с распределением жилого помещения не по месту прохождения военной службы. При таких обстоятельствах, военный суд считает необходимым отказать в удовлетворении требований заявления ФИО1 о признании незаконным решения начальника отделения (территориального, г. Тамбов) ФГКУ «Западрегионжилье» МО РФ от ДД.ММ.ГГГГ № об отказе в предоставлении жилых помещений по договору социального найма. Что же касается заявления ФИО1, о том, что поданное им в ДД.ММ.ГГГГ в отделение (территориальное, город Тамбов) ФГКУ «Западное региональное управление жилищного обеспечения» МО РФ заявление об изменении им избранного места жительства &lt;адрес&gt;, не ставит под сомнение принятое начальником отделения (территориального, город Тамбов) ФГКУ «Западрегионжилье» МО РФ в ДД.ММ.ГГГГ решение о предоставлении ему жилого помещения в городе Мытищи, поскольку, указанное решение им получено только в ДД.ММ.ГГГГ и соответственно он (ФИО1) имеет право на получение распределенной ему квартиры в городе Мытищи - военный суд считает, что указанное заявление не может повлиять на вывод суда об обоснованности оспариваемого истцом решения № от ДД.ММ.ГГГГ, поскольку не является юридически значимым обстоятельством, которое должно учитывается, при принятии решения о законности оспариваемого решения № от ДД.ММ.ГГГГ. На основании изложенного, руководствуясь ст. ст. - , 227 КАС РФ , военный суд, Р Е Ш И Л: В удовлетворении административного искового заявления прапорщика ФИО1, об оспаривании действий начальника отделения (территориального, город Тамбов) ФГКУ «Западное региональное управление жилищного обеспечения» МО РФ ДД.ММ.ГГГГ № об отказе в предоставлении жилых помещений по избранному месту жительства, - отказать. Решение может быть обжаловано в апелляционном порядке в Московский окружной военный суд через Тамбовский гарнизонный военный суд в течение месяца со дня его принятия судом в окончательной форме. Судья Тамбовского гарнизонного военного суда В.А. Лосев Ответчики: Начальник отделения (территориальное, г. Тамбов) ФГКУ "ЗРУЖО" МО РФ (подробнее) Судьи дела: Лосев Валерий Александрович (судья) (подробнее) Последние документы по делу: Решение от 5 февраля 2017 г. по делу № 2А-32/2017 Решение от 23 января 2017 г. по делу № 2А-32/2017 Решение от 15 января 2017 г. по делу № 2А-32/2017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