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Заявления, ходатайства лиц, участвующих в исполнительном производстве (далее - заявления, ходатайства), могут быть поданы на любой стадии исполнительного производства.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Заявления, ходатайства рассматриваются должностными лицами службы судебных приставов в соответствии с их полномочиями, предусмотренными настоящим Федеральным законом.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Заявление, ходатайство передаются должностным лицам службы судебных приставов в трехдневный срок со дня поступления в подразделение судебных приставов.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если должностное лицо службы судебных приставов, получившее заявление, ходатайство, не правомочно их рассматривать, указанное должностное лицо обязано в трехдневный срок направить заявление, ходатайство должностному лицу службы судебных приставов, правомочному их рассматривать, уведомив об этом в письменной форме лицо, подавшее заявление, ходатайство.</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Если иное не предусмотрено настоящим Федеральным законом, должностное лицо службы судебных приставов рассматривает заявление, ходатайство в десятидневный срок со дня поступления к нему заявления, ходатайства и по результатам рассмотрения выносит постановление об удовлетворении полностью или частично либо об отказе в удовлетворении заявления, ходатайства.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случае удовлетворения заявления, ходатайства должностное лицо службы судебных приставов в постановлении указывает, какие исполнительные действия совершены (подлежат совершению) и (или) какие меры принудительного исполнения применены (подлежат применению), если иное не предусмотрено настоящим Федеральным законом.</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Копия постановления об удовлетворении полностью или частично либо об отказе в удовлетворении заявления, ходатайства не позднее дня, следующего за днем его вынесения, направляется заявителю, должнику, взыскателю, а также в суд, другой орган или должностному лицу, выдавшим исполнительный документ. &lt;дата&gt; судебный пристав-исполнитель рассмотрев заявленные ходатайства, вынесла постановления об отказе ФИО5, ООО компании «Купец», ООО «Ясная поляна», ООО «Алтынъ-Базар», ООО фирма «Арцентр-40» в удовлетворении ходатайств. ФИО5, ООО «Ясная поляна», ООО «Алтынъ-Базар», ООО фирма «Арцентр-40» с вынесенными постановлениями не согласны. Статьей 12 Федерального закона от 21.07.1997г. N118-ФЗ "О судебных приставах" к одной из основных обязанностей судебного пристава-исполнителя отнесено принятие мер по своевременному, полному и правильному исполнению исполнительных документов. В силу п.7 ч.1 ст.64 ФЗ N229-ФЗ "Об исполнительном производстве", в процессе исполнения требований исполнительных документов судебный пристав-исполнитель вправе в целях обеспечения исполнения исполнительного документа накладывать арест на имущество, в том числе денежные средства и ценные бумаги, изымать указанное имущество, передавать арестованное и изъятое имущество на хранение. В соответствии со ст.68 ФЗ N229-ФЗ "Об исполнительном производстве", мерами принудительного исполнения являются действия, указанные в исполнительном документе, или действия, совершаемые судебным приставом-исполнителем в целях получения с должника имущества, в том числе денежных средств, подлежащего взысканию по исполнительному документу. Мерами принудительного исполнения являются наложение ареста на имущество должника, находящееся у должника или у третьих лиц, во исполнение судебного акта об аресте имущества. В соответствии с положениями части 3 статьи 80 ФЗ "Об исполнительном производстве" арест на имущество должника налагается судебным приставом-исполнителем, в том числе при исполнении судебного акта о наложении ареста на имущество. На основании п.3 ч.5 ст. ФЗ «Об исполнительном производстве» в акте о наложении ареста (описи имущества) помимо прочего должна быть указана предварительная оценка стоимости каждых занесенных в акт вещи или имущественного права и общей стоимости всего имущества, на которое наложен арест Из материалов дела следует, что предварительная стоимость арестованного имущества должника ФИО1, указанного в акте о наложении ареста от &lt;дата&gt;., была определена судебным приставом-исполнителем в сумме 24 100 000 руб. В соответствии с ч.1 ст. ФЗ «Об исполнительном производстве» оценка имущества должника, на которое обращается взыскание, производится судебным приставом-исполнителем по рыночным ценам, если иное не установлено законодательством Российской Федерации. В пункте 50 Постановления Пленума Верховного Суда Российской Федерации от 17 ноября 2015 года N 50 "О применении судами законодательства при рассмотрении некоторых вопросов, возникающих в ходе исполнительного производства" указано, что в случаях, предусмотренных частями 2 и 3 статьи 85 Закона об исполнительном производстве, оценка имущества должника, на которое обращается взыскание, производится судебным приставом-исполнителем с обязательным привлечением специалиста, соответствующего требованиям, предъявляемым законодательством об оценочной деятельности (далее - оценщика). Приведенными выше положениями законодательства, регулирующими вопросы наложения ареста на имущество должника, установлена обязанность судебного пристава-исполнителя привлекать оценщика для определения стоимости арестованного им имущества в случае, когда арест наложен с целью последующего обращения взыскания на имущество, чего в рассматриваемом деле нет. Учитывая данные обстоятельства, а также требование закона о своевременном исполнении судебных и иных актов, на основании которых возбуждены исполнительные производства, соблюдение баланса прав и законных интересов должника и взыскателей, судебный пристав-исполнитель правомерно отказал ФИО1 в удовлетворении ходатайства о проведении оценки недвижимого имущества, указанного в акте ареста от &lt;дата&gt;., а бездействия, выразившегося по мнению административного истца ФИО1, в не проведении оценки недвижимого имущества, указанного в акте о наложении ареста на имущество от &lt;дата&gt;., судебным приставом - исполнителем допущено не было. Согласно части 1 и части 2 статьи 81 ФЗ "Об исполнительном производстве" постановление о наложении ареста на денежные средства должника, находящиеся в банке или иной кредитной организации, судебный пристав-исполнитель направляет в банк или иную кредитную организацию. В случае, когда неизвестны реквизиты счетов должника, судебный пристав-исполнитель направляет в банк или иную кредитную организацию постановление о розыске счетов должника и наложении ареста на средства, находящиеся на счетах должника, в размере задолженности, определяемом в соответствии с частью 2 статьи 69 настоящего Федерального закона. Банк или иная кредитная организация незамедлительно исполняет постановление о наложении ареста на денежные средства должника и сообщает судебному приставу-исполнителю реквизиты счетов должника и размер денежных средств должника, арестованных по каждому счету (часть 3 ст. 81 Закона). На основании части 6 указанной статьи закона если денежные средства отсутствуют либо их недостаточно, банк или иная кредитная организация приостанавливает операции с имеющимися денежными средствами на счетах должника и (или) продолжает дальнейшее исполнение постановления о наложении ареста по мере поступления денежных средств на счета должника до исполнения в полном объеме указанного постановления или до снятия ареста судебным приставом-исполнителем. Согласно уведомления АО коммерческий банк «Арзамас» : на счете № ООО компания «Купец» &lt;дата&gt;. наложен арест на денежные средства в сумме 301руб.60коп., на счете № ООО фирма «Арцентр-40» &lt;дата&gt;. наложен арест на денежные средства в сумме 39254руб.43коп., на счете № ООО «Алтынъ-Базар» &lt;дата&gt;. наложен арест на денежные средства в сумме 13007 руб. 74 коп. Из сообщения ПАО «***» от &lt;дата&gt;. следует, что на денежные средства ООО «Алтынъ Базар» наложен арест, остаток денежных средств на счете клиента ООО «Алтынъ Базар» 0 руб. Из сообщения АО «***» от &lt;дата&gt;. на денежные средства ООО кондитерская фабрика «Арзамасочка», ООО фирма «Арцентр-40», ООО «Алтынъ-Базар», ООО «Ясная Поляна» наложен арест, остаток денежных средств на счетах указанных обществ отсутствует. Пленум Верховного Суда РФ в Постановлении от 17 ноября 2015 г. N50 в пункте 40 разъяснил, что если суд принял обеспечительную меру в виде ареста имущества ответчика, установив только его общую стоимость, то конкретный состав имущества, подлежащего аресту, и виды ограничений в отношении его определяются судебным приставом-исполнителем по правилам статьи 80 Закона об исполнительном производстве. Доводы представителя административных истцов о том, что судебный пристав-исполнитель необоснованно отказал в удовлетворении ходатайств административным истцом о снятии ареста с денежных средств, находящихся на расчетных счетах должников, при наличии действующего ареста на их имущество, что не соответствуют закону, поскольку не отвечает принципу соразмерности, суд не может принять во внимание, поскольку, учитывая, что стоимость принадлежащего должнику ФИО1 имущества, указанному в акте, является предварительной, у судебного пристава-исполнителя имелись основания для отказа ФИО1 в удовлетворении ходатайства о снятии ареста с денежных средств на расчетных счетах административных истцов. Предварительная оценка, указанная в акте об аресте, вопреки мнению представителя административных истцов, не имеет правового значения, поскольку оценка недвижимости, арестованной в ходе исполнительного производства, должна быть осуществлена оценщиком (часть 2 статьи 85 Федерального закона от 02.10.2007 N 229-ФЗ) либо судом. В силу части 4 ст.81 ФЗ "Об исполнительном производстве" судебный пристав-исполнитель незамедлительно принимает меры по снятию ареста с излишне арестованных банком или иной кредитной организацией денежных средств должника. В силу части 3 статьи Кодекса административного судопроизводства Российской Федерации суд оценивает относимость, допустимость, достоверность каждого доказательства в отдельности, а также достаточность и взаимосвязь доказательств в их совокупности. В силу положений части 11 статьи Кодекса административного судопроизводства Российской Федерации, обязанность доказывания обстоятельств нарушения прав, свобод и законных интересов административного истца, возлагается на лицо, обратившееся в суд. Ссылка представителя административных истцов о том, что сохранение ареста счетов, в рамках обеспечительных мер, привело фактически в парализации деятельности указанных обществ, невозможности производить обязательные платежи, в том числе в бюджеты, никакими доказательства не подтверждена. Административные истцы не лишены права обратиться к судебному приставу-исполнителю с заявлением о снятии наложенного ареста, подтвердив такую необходимость соответствующими документами. Поскольку по ходатайствам административных истцов, судебным приставом-исполнителем были приняты мотивированные процессуальные решения в соответствии с положениями ст. 64.1 Федерального закона «Об исполнительном производстве», оснований для признания постановлений судебного пристава-исполнителя об отказе в удовлетворении ходатайств судом не установлено, суд приходит к выводу, что требования административных истцов удовлетворению не подлежат. Как следует из ч.3 ст. 219 КАС РФ административное исковое заявление о признании незаконными решений, действий (бездействия) судебного пристава-исполнителя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 Из административного иска следует, что административными истцами оспариваются постановления судебного пристава-исполнителя от &lt;дата&gt;., которые были получены истцами &lt;дата&gt;., административный иск подан &lt;дата&gt;., в связи с чем, суд приходит к выводу о том, что срок для подачи иска не пропущен. Руководствуясь ст.ст. , - , 227 КАС РФ , суд р е ш и л: ФИО1 , ООО «Алтынъ-Базар», ООО «Ясная Поляна», ООО «Арцентр-40» в удовлетворении административного иска к УФССП России по Нижегородской области, судебному приставу-исполнителю Арзамасского районного отдела судебных приставов УФССП России по Нижегородской области , старшему судебному приставу Арзамасского районного отдела судебных приставов УФССП России по Нижегородской области, Арзамасскому районному отделу судебных приставов УФССП России по Нижегородской области : о признании незаконным бездействия судебного пристава-исполнителя выразившегося в не проведении оценки недвижимого имущества, указанного в акте о наложении ареста на имущество от &lt;дата&gt;.; о признании незаконным постановления судебного пристава-исполнителя от &lt;дата&gt;. об отказе в удовлетворении ходатайства ФИО1 о проведении оценки недвижимого имущества, указанного в акте ареста от &lt;дата&gt;.; о признании незаконным постановления судебного пристава-исполнителя от &lt;дата&gt;. об отказе в удовлетворении ходатайства ООО «Алтынъ-Базар» о снятии ареста с денежных средств на расчетных счетах общества; о признании незаконным постановления судебного пристава-исполнителя от &lt;дата&gt;. об отказе в удовлетворении ходатайства ООО «Арцентр-40» о снятии ареста с денежных средств на расчетных счетах общества; о признании незаконным постановления судебного пристава-исполнителя от &lt;дата&gt;. об отказе в удовлетворении ходатайства ООО «Ясная Поляна» о снятии ареста с денежных средств на расчетном счете общества, отказать. Решение может быть обжаловано в апелляционном порядке в Нижегородский областной суд через Арзамасский городской суд в течение месяца со дня его составления в окончательной форме. Судья Т.А.Фимина Суд: Арзамасский городской суд (Нижегородская область) (подробнее) Истцы: ООО "Алтын-Базар" (подробнее) ООО "Арцентр-40" (подробнее) ООО "Ясная поляна" (подробнее) Ответчики: Арзамасский районный отдел судебных приставов УФССП России по Нижегородской области (подробнее) Старший судебный пристав-исполнитель Арзамасского районного отдела судебных приставов УФССП России по Нижегородской области (подробнее) Судебный пристав-исполнитель Арзамасского районного отдела судебных приставов УФССП России по Нижегородской области Князькова М.Е. (подробнее) УФССП России по Нижегородской области (подробнее) Иные лица: ИП Георгиевская Ольга Ивановна (подробнее) ИП Георгиевский Иван Викторович (подробнее) ООО Компания "Купец" (подробнее) ООО Кондитерская фабрика "Арзамасочка" (подробнее) ПАО "Сбербанк России" (подробнее) Судьи дела: Фимина Т.А. (судья) (подробнее) Последние документы по делу: Решение от 18 сентября 2017 г. по делу № 2А-482/2017 Решение от 28 мая 2017 г. по делу № 2А-482/2017 Определение от 26 февраля 2017 г. по делу № 2А-482/2017 Решение от 7 февраля 2017 г. по делу № 2А-482/2017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