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 04 мая 2009 по 19 апреля 2012 года - монтажником по монтажу стальных и железобетонных конструкций в ООО "&lt;данные изъяты&gt;" строительное управление "&lt;данные изъяты&gt;". Причины невключения указанного периода : в выписке из лицевого счета застрахованного лица отсутствует код льготы; работодателем с 01.01.2006 года не предоставлялись Перечни рабочих мест, профессий, должностей, занятость в которых дает право на пенсию в связи с особыми условиями труда. Суд проверил законность и обоснованность исключения Пенсионным фондом из специального стажа ФИО1 перечисленного периода работы и пришел к следующим выводам. Согласно записям в трудовой книжке ФИО1 с 04 мая 2009 по 19 апреля 2012 года (3 года 1 день) работал монтажником по монтажу стальных и железобетонных конструкций в ООО "&lt;данные изъяты&gt;" строительное управление "&lt;данные изъяты&gt;". Пенсионный фонд необоснованно исключил из специального стажа ФИО1 данный период работы, поскольку он полностью соответствовал условиям, изложенным в Списке № 2 от 1991 г.г., необходимым для включения его в специальный стаж: данная должность предусмотрена Списком № 2 1991 г.; работа в качестве монтажника по монтажу стальных и железобетонных конструкций протекала в организации, деятельность которой была непосредственно связана со строительством, реконструкцией, техническим перевооружением, реставрацией и ремонтом зданий, сооружений и других объектов; занятость в должности монтажника по монтажу стальных и железобетонных конструкций имела место в течении всего рабочего дня. Факт занятости ФИО1 на строительных работах в качестве монтажника в течении полного рабочего дня Пенсионным фондом не оспаривался и надлежащими доказательствами не опровергнут. Факт занятости ФИО1 на работах, связанных с монтажом стальных и железобетонных конструкций в течении полного рабочего дня, подтверждается Выпиской из индивидуального лицевого счета, из которой не следует, что его работа в качестве монтажника по монтажу стальных и железобетонных конструкций носила сезонный, временный характер, протекала в условиях сокращенной рабочей недели или сокращенного рабочего дня. Доказательством того, что ООО "&lt;данные изъяты&gt;" строительное управление "&lt;данные изъяты&gt;" осуществляло строительную деятельность, связанную с реконструкцией, строительством, ремонтом зданий, сооружений, других объектов, является Выписка из Единого государственного реестра юридических лиц от ДД.ММ.ГГГГ. Согласно ней основными видами деятельности данной организации являются строительство зданий и сооружений. Факт отсутствия кода льгот в выписке из лицевого счета ФИО1 за спорный период, а также непредоставление работодателем с 01.01.2006 года Перечней рабочих мест, профессий, должностей, занятость в которых дает право на пенсию в связи с особыми условиями труда, не может служить основанием для лишения его права на досрочное назначение пенсии, поскольку представлять справки с кодом льготы, сведения о характере трудовой деятельности работника, Перечни рабочих мест, дающих прав на льготную пенсию, входит в обязанность работодателя. Невыполнение работодателем этой обязанности не должно ущемлять права истца на назначение досрочной трудовой пенсии по старости. Из указанного периода подлежат исключению 08.09.2010, 09.09.2010, 25.02.2011, 08.04.2011, 25.11.2011, являющихся периодами административных отпусков, т.е. отпусков без сохранения заработной платы. Периоды нахождения в отпусках без сохранения зарплаты не входят в специальный стаж, необходимый для назначения досрочной трудовой пенсии по старости (п.п. 5, 8-10, 12 Правил исчисления периодов работы, дающей право на досрочное назначение трудовой пенсии по старости в соответствии со ст. 28 ФЗ "О трудовых пенсиях в РФ", утв. Постановлением Правительства РФ от 11.07.2002). Итого в специальный стаж ФИО1 за вычетом упомянутых 5 дней подлежит включению период продолжительностью 2 года 11 месяцев 26 дней (3 года 1 день - 5 дней). Доводы Пенсионного фонда &lt;адрес&gt; о том, что по данным Выписки из ИЛС ФИО1 его работа в ООО "&lt;данные изъяты&gt;" в должности монтажника по монтажу стальных и ж/б конструкций подтверждается только за период с 4 мая 2009 по 31 декабря 2011 года суд признает несостоятельными. Согласно пункту 10 Правил подсчета и подтверждения страхового стажа для установления страховых пенсий, утв. Постановлением Правительства РФ от 02.10.2014 N 1015 периоды работы подтверждаются на основании сведений индивидуального (персонифицированного) учета. В случае если в сведениях индивидуального (персонифицированного) учета содержатся неполные сведения о периодах работы либо отсутствуют сведения об отдельных периодах работы, периоды работы подтверждаются документами, указанными в пунктах 11 - 17 настоящих Правил. Пунктом 11 указанных Правил установлено, что документом, подтверждающим периоды работы по трудовому договору, является трудовая книжка установленного образца. Согласно записям в трудовой книжке ФИО1 период его работы монтажником по монтажу стальных и железобетонных конструкций в ООО "&lt;данные изъяты&gt;" строительное управление "&lt;данные изъяты&gt;" составляет с 04 мая 2009 по 19 апреля 2012 года. Поскольку в сведениях индивидуального (персонифицированного) учета содержатся неполные сведения о периоде работы ФИО1 в ООО "&lt;данные изъяты&gt;" (т.е. до 31.12.2011 года), суд при определении периода работы истца в данной организации после указанной даты руководствуется данными его трудовой книжки. При рассмотрении требования истца об обязании Пенсионного фонда назначить ему досрочную страховую пенсию по старости в связи с тяжелыми условиями труда с 14 января 2016 г. суд руководствуется требованиями подп. 2 п. 1 ст. 30 ФЗ "О страховых пенсиях". Данная норма требует, чтобы лицо, претендующее на льготную пенсию по данному основанию, имело стаж работы в тяжелых условиях труда не менее 12 лет 6 месяцев, необходимый для выхода на пенсию в 55 лет, либо не менее 6 лет 3 месяцев, при этом возраст выхода на пенсию уменьшается на 1 год за каждые 2 с половиной года работы в тяжелых условиях труда. С учетом включенного судом в специальный стаж истца периода работа продолжительностью 2 года 11 месяцев 26 дней, а также ранее зачтенных в специальный стаж решением ГУ УПФР в &lt;адрес&gt; от ДД.ММ.ГГГГ периодов работы продолжительностью 3 года 4 месяца 25 дней, общая продолжительность специального стажа ФИО1 составляет 6 лет 4 месяца 21 день. На момент подачи заявления о назначении досрочной пенсии истцу исполнилось 58 лет, страховой стаж составляет 39 лет 4 дня. Продолжительности данного специального стажа достаточно для назначения истцу досрочной страховой пенсии по старости в соответствии в под. 2 п. 1 ст. 30 ФЗ "О страховых пенсиях" с уменьшением возраста выхода на пенсию на 1 год за каждые 2 года 6 месяцев работы в тяжелых условиях труда, т.е. с 58 лет. Поэтому требования истца об обязании Пенсионного фонда назначить ему досрочную страховую пенсию по старости в связи с тяжелыми условиями труда подлежат удовлетворению. В силу статьи 22 ФЗ "О страховых пенсиях" страховая пенсия назначается со дня обращения за ней, но во всех случаях не ранее чем со дня возникновения права на указанную пенсию. С заявлением о назначении досрочной страховой пенсии по старости ФИО1 обратился 14 января 2016 года. Следовательно, с указанной даты истцу должна быть назначена досрочная страховая пенсия по старости. Поскольку у истца имелся на момент обращения за назначением досрочной пенсии в связи с тяжелыми условиям труда необходимый специальный стаж, решение Пенсионного фонда в &lt;адрес&gt; от ДД.ММ.ГГГГ № об отказе в назначении ему досрочной пенсии по под. 2 п. 1 ст. 30 ФЗ "О страховых пенсиях" с уменьшением возраста является незаконным. Руководствуясь ст.ст. - 198 ГПК РФ , Р Е Ш И Л : Иск ФИО1 к ГУ УПФР в &lt;адрес&gt; о назначении досрочной трудовой пенсии - удовлетворить частично. Признать решение ГУ УПФР в &lt;адрес&gt; № от ДД.ММ.ГГГГ об отказе в назначении ФИО1, ДД.ММ.ГГГГ года рождения, досрочной страховой пенсии по п.п. 2 п. 1 ст. 30 ФЗ "О страховых пенсиях" в связи с отсутствием стажа 6 лет 3 месяца незаконным. Обязать Государственное учреждение Управление Пенсионного фонда РФ в &lt;адрес&gt;включить в специальный трудовой стаж ФИО1, необходимый для назначения досрочной страховой пенсии по старости в связи с тяжелыми условиями труда по п.п. 2 п. 1 ст. 30 ФЗ "О страховых пенсиях" следующий период : 1) с 04.05.2009 по 19.04.2012 г.г. - в качестве монтажника по монтажу стальных и железобетонных конструкций в ООО "&lt;данные изъяты&gt;" Строительное управление "&lt;данные изъяты&gt;", за исключением 08.09.2010, 09.09.2010, 25.02.2011, 08.04.2011, 25.11.2011, являющихся периодами административных отпусков. Обязать Государственное учреждение Управление Пенсионного фонда РФ в &lt;адрес&gt; назначить ФИО1 досрочную страховую пенсии по старости по подп. 2 п. 1 ст. 30 Федерального закона от 28.12.2013 "О страховых пенсиях" (с уменьшением возраста) с 14 января 2016 года, т.е. с даты обращения в пенсионный орган. В остальной части исковых требований ФИО1 к Государственному учреждению Управление Пенсионного фонда РФ в &lt;адрес&gt; - отказать. Решение может быть обжаловано в апелляционную инстанцию Ростовского областного суда через Зимовниковский районный суд РО в течении 1 месяца со дня принятия в окончательной форме. Решение принято в окончательной форме 20 февраля 2017 года. Судья Зимовниковского районного суда Р. В. Ревенко Суд: Зимовниковский районный суд (Ростовская область) (подробнее) Ответчики: ГУ УПФР в Дубовском районе Ростовской области (подробнее) Судьи дела: Ревенко Р.В. (судья) (подробнее) Последние документы по делу: Решение от 13 июля 2017 г. по делу № 2-78/2017 Решение от 4 апреля 2017 г. по делу № 2-78/2017 Решение от 28 марта 2017 г. по делу № 2-78/2017 Решение от 28 февраля 2017 г. по делу № 2-78/2017 Решение от 16 февраля 2017 г. по делу № 2-78/2017 Решение от 13 февраля 2017 г. по делу № 2-78/2017 Решение от 31 января 2017 г. по делу № 2-78/2017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