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- постановление администрации г. Азова Ростовской области от ДД.ММ.ГГГГ № «Об утверждении устава муниципального унитарного предприятия г. Азова &lt;данные изъяты&gt; в новой редакции; личное дело ФИО3 – директора &lt;данные изъяты&gt; на 57 листах; распоряжение Администрации г. Азова № от ДД.ММ.ГГГГ, 150–л от ДД.ММ.ГГГГ, 107 – л от ДД.ММ.ГГГГ, 141 – л от ДД.ММ.ГГГГ, 282 – л от ДД.ММ.ГГГГ, всего на 5 листах, хранящиеся в камере хранения вещественных доказательств СЧ ГСУ ГУ МВД России по Ростовской области при вступлении постановления в законную силу - вернуть в Администрацию г. Азова, г. Азов, Петровская площадь, 4;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- устав муниципального унитарного предприятия г. Азова &lt;данные изъяты&gt; в новой редакции; свидетельство: серия № о постановке на налоговый учет муниципального унитарного предприятия г. Азова &lt;данные изъяты&gt; № от ДД.ММ.ГГГГ; &lt;данные изъяты&gt; при вступлении постановления в законную силу – вернуть в &lt;данные изъяты&gt;&lt;адрес&gt;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- административные материалы в отношении ФИО3, изъятые в административной комиссии администрации г. Азова на 46 листах, хранящиеся в камере хранения вещественных доказательств СЧ ГСУ ГУ МВД России по Ростовской области, при вступлении постановления в законную силу – вернуть в административную комиссию Администрации г. Азова, г. Азов, Петровская площадь, 4;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- сшив писем &lt;данные изъяты&gt; на проведение сбора сведений о расходах ЖКУ на 87 листах; сшив писем &lt;данные изъяты&gt; на проведение сбора сведений о расходах ЖКУ на 77 листах; сшив писем &lt;данные изъяты&gt; на проведение сбора сведений о расходах ЖКУ на 87 листах, хранящиеся в камере хранения вещественных доказательств СЧ ГСУ ГУ МВД России по Ростовской области, при вступлении постановления в законную силу – вернуть в ГУП РО ИВЦ ЖКХ г. Азова, &lt;...&gt;;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- административное дело № на 126 листах; административное дело № на 108 листах; административное дело № на 81 листе; административное дело № на 141 листе; административное дело № на 137 листах; копии платежных поручений на 9 листах, хранящиеся в камере хранения вещественных доказательств СЧ ГСУ ГУ МВД России по Ростовской области ящик № 1 (л.д. 65-66, т. 16), при вступлении постановления в законную силу – вернуть в УНДиПР ГУМЧС России по РО, &lt;...&gt;;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- сшив объявлений на взнос наличными за период с 01.01.2011 по 17.10.2013 &lt;данные изъяты&gt; по расчетному счету № на 125 листах; сшив денежных чеков за период с 01.01.2011 по 17.10.2013 &lt;данные изъяты&gt; по расчетному счету № на 176 листах; CD-диск с расчетным счетом № за период с 10.09.2013 по 24.09.2014, хранящиеся в камере хранения вещественных доказательств СЧ ГСУ ГУ МВД России по Ростовской области ящик № 1 (л.д. 167-168, т. 16), при вступлении постановления в законную силу – вернуть в филиал &lt;данные изъяты&gt;, &lt;адрес&gt;: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- учетное дело № &lt;данные изъяты&gt; на 71 листе; регистрационное дело № &lt;данные изъяты&gt; на 145 листах, хранящиеся в камере хранения вещественных доказательств СЧ ГСУ ГУ МВД России по Ростовской области ящик № 1 (л.д. 167-168, т. 16), при вступлении постановления в законную силу – вернуть в МИФНС № 18 России по РО, &lt;...&gt;. Копию настоящего постановления направить всем участникам судебного разбирательства данного уголовного дела. Постановление может быть обжаловано в Ростовский областной суд через Азовский городской суд в течение 10 суток. Постановление составлено и отпечатано в совещательной комнате. Судья: (подпись) Копия верна: судья О.Н. Сергеева Секретарь С.Н. Алексеева Суд: Азовский городской суд (Ростовская область) (подробнее) Судьи дела: Сергеева Ольга Николаевна (судья) (подробнее) Последние документы по делу: Приговор от 17 декабря 2017 г. по делу № 1-84/2017 Приговор от 23 ноября 2017 г. по делу № 1-84/2017 Приговор от 26 октября 2017 г. по делу № 1-84/2017 Приговор от 19 октября 2017 г. по делу № 1-84/2017 Приговор от 15 октября 2017 г. по делу № 1-84/2017 Приговор от 25 сентября 2017 г. по делу № 1-84/2017 Приговор от 17 сентября 2017 г. по делу № 1-84/2017 Приговор от 3 сентября 2017 г. по делу № 1-84/2017 Постановление от 9 августа 2017 г. по делу № 1-84/2017 Постановление от 30 июля 2017 г. по делу № 1-84/2017 Приговор от 10 июля 2017 г. по делу № 1-84/2017 Приговор от 4 июля 2017 г. по делу № 1-84/2017 Приговор от 30 мая 2017 г. по делу № 1-84/2017 Приговор от 17 мая 2017 г. по делу № 1-84/2017 Приговор от 16 мая 2017 г. по делу № 1-84/2017 Приговор от 28 февраля 2017 г. по делу № 1-84/2017 Приговор от 16 февраля 2017 г. по делу № 1-84/2017 Постановление от 16 февраля 2017 г. по делу № 1-84/2017 Постановление от 31 января 2017 г. по делу № 1-84/2017 Приговор от 30 января 2017 г. по делу № 1-84/2017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