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в удовлетворении иска в остальной части отказать. Решение суда может быть обжаловано в апелляционном порядке в Кемеровский областной суд в 1- месячный срок с момента вынесения решения в окончательной форме. Мотивированное решение изготовлено **.**,**. Председательствующий: Петрова Н.В. Суд: Ленинский районный суд г. Кемерово (Кемеровская область) (подробнее) Судьи дела: Петрова Н.В. (судья) (подробнее) Последние документы по делу: Решение от 20 июня 2018 г. по делу № 2-209/2017 Решение от 19 февраля 2018 г. по делу № 2-209/2017 Решение от 2 августа 2017 г. по делу № 2-209/2017 Решение от 27 июня 2017 г. по делу № 2-209/2017 Решение от 8 июня 2017 г. по делу № 2-209/2017 Решение от 29 мая 2017 г. по делу № 2-209/2017 Определение от 28 мая 2017 г. по делу № 2-209/2017 Решение от 17 мая 2017 г. по делу № 2-209/2017 Решение от 12 апреля 2017 г. по делу № 2-209/2017 Решение от 28 марта 2017 г. по делу № 2-209/2017 Решение от 20 февраля 2017 г. по делу № 2-209/2017 Решение от 12 февраля 2017 г. по делу № 2-209/2017 Решение от 8 февраля 2017 г. по делу № 2-209/2017 Решение от 6 февраля 2017 г. по делу № 2-209/2017 Решение от 30 января 2017 г. по делу № 2-209/2017 Определение от 18 января 2017 г. по делу № 2-209/2017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