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24 февраля 2014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23 апреля 2014 года, график погашения займа с приложением на 6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17 января 2014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14.07.2014 года и приложение *** Календарный график платежей по договору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27 января 2014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11 декабря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21 марта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21 ноября 2012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28.08.2014 года и приложение *** Календарный график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20 мая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07 ноября 2012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21 мая 2013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31 января 2014 года, график погашения с приложением на 6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06.05.2014 года и приложение *** Календарный график платежей график погашения,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01 ноября 2013 года, график погашения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24 декабря 2012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08.09.2014 года и приложение *** Календарный график платежей,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18 октября 2013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24 января 2014 года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19.08.2014 года и приложение *** Календарный график платежей по договору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18 февраля 2013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17 декабря 2012 года, график погашения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11 января 2013 года, график погашения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30.06.2014 года и приложение *** Календарный график платежей,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15 июня 2012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11 июня 2013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30 июня 2013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22 июля 2013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06.05.2014 года и приложение *** Календарный график платежей,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24 июля 2013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25 апреля 2012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01.08.2014 года и приложение *** Календарный график платежей по договору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22.08.2014 года и приложение *** Календарный график платежей по договору займа,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10.07.2014 года и приложение *** Календарный график платежей по договору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26.05.2014 года и приложение *** Календарный график платежей по договору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29 октября 2013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21 августа 2013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29 июля 2013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25 августа 2014 года, календарный график платежей,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30 апреля 2014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31 января 2014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19.11.2014 года, график погашения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31 января 2014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29 апреля 2013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21 мая 2014 года график погашения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26 июля 2013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29 августа 2013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31 декабря 2013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31 декабря 2013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16 апреля 2014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02 июля 2012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31 января 2014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07 сентября 2012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31 марта 2014 года, график погашения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16 декабря 2013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29 августа 2013 года, график погашения займа с приложением на 6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04 декабря 2012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05 августа 2014 и приложение *** Календарный график платежей по договору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17 декабря 2013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09 января 2013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22 апреля 2014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28 апреля 2014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. Договор займа *** от 17 декабря 2012 года, график погашения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19 июля 2012 года, график погашения займа с приложением на 6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17 августа 2012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28 апреля 2014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30 апреля 2014 года, график погашения займа с приложением на 6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19 ноября 2012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31 марта 2014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28.08.2014 года и приложение *** Календарный график платежей,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03 сентября 2013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21 апреля 2014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07 сентября 2012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29 июня 2012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09 сентября 2013 года, график погашения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17 марта 2014 года, график погашения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20.05.2014 года и приложение *** Календарный график платежей по договору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15 апреля 2014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21 декабря 2012 года, график погашения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28.05.2014 года и приложение *** Календарный график платежей по договору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26 апреля 2013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17 марта 2014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05.08.2014 года и приложение *** Календарный график платежей по договору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22.07.2014 года и приложение *** Календарный график платежей по договору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19 сентября 2012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08 мая 2013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29.08.2014 года и приложение *** Календарный график платежей по договору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28 февраля 2014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22 июня 2012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04 октября 2013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27.05.2014 года и приложение *** Календарный график платежей по договору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28.05.2014 года и приложение *** Календарный график платежей по договору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12 февраля 2013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10 октября 2013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22 октября 2013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27 сентября 2013года,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24 февраля 2014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02 мая 2012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10 сентября 2013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26 февраля 2014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05 февраля 2014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15 марта 2013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02.09.2014 года и приложение *** Календарный график платежей,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26.08.2014 года и приложение *** Календарный график платежей,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26.12.2013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25 февраля 2014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18 апреля 2014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30 августа 2013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24 октября 2013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24 января 2014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18 октября 2013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14.05.2014 года и приложение *** Календарный график платежей,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11 февраля 2013 года, график погашения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21 июня 2013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19 июля 2012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04 октября 2013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29.08.2014 года и приложение *** Календарный график платежей по договору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15.07.2014 года и приложение *** Календарный график платежей по договору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09.09.2014 года и приложение *** Календарный график платежей по договору займа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14 марта 2013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23.06.2014 года и приложение *** Календарный график платежей по договору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18 апреля 2014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29 июня 2012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05 апреля 2012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17 июля 2012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22 июня 2012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27 сентября 2013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29 июня 2012 года, график погашения займа с приложением на 6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18.04.2014 года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01.08.2012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29.08.2014 года и приложение *** Календарный график платежей по договору займа,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02 июля 2012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02 октября 2013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05 февраля 2013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09 июня 2012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16 марта 2012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26 апреля 2013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16 сентября 2013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25 апреля 2014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03 августа 2012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10 сентября 2013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27.08.2014 года и приложение *** Календарный график платежей по договору займа,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17 августа 2012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15 октября 2013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24 декабря 2013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31 июля 2012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23.06.2014 года и приложение *** Календарный график платежей по договору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19 декабря 2013 года, график погашения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29 марта 2012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19 сентября 2013 года, график погашения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12 февраля 2013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15 января 2014 года, график погашения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24 декабря 2013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25 апреля 2013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07 февраля 2014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01.09.2014 года и приложение *** Календарный график платежей по договору займа,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10 октября 2012 года, график погашения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27.08.2014 года и приложение *** Календарный график платежей по договору займа,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18 декабря 2013 года, график погашения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14.05.2014 года и приложение *** Календарный график платежей по договору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04 февраля 2013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31 октября 2013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15.07.2014 года и приложение *** Календарный график платежей по договору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03.09.2014 и приложение *** Календарный график платежей по договору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29.11.2013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31 октября 2013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26 сентября 2011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19 марта 2013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04.09.2014 года и приложение *** Календарный график платежей по договору займа,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170.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170.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14.08.2014 года и приложение *** Календарный график платежей по договору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171.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171.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28 марта 2012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172.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172.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27 сентября 2013 года, график погашения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173.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173.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19 ноября 2013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174.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174.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01 августа 2013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175.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175.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01 октября 2012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176.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176.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10.07.2014 года и приложение *** Календарный график платежей по договору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177.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177.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25 мая 2012 года, график погашения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178.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178.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15 февраля 2013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179.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179.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24 сентября 2012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22 апреля 2014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30 августа 2012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19 июня 2012 года, график погашения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04 октября 2012 года, график погашения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21.05.2014 года и приложение *** Календарный график платежей по договору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10 октября 2012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28 марта 2014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24 января 2013 года, график погашения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28 января 2014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14.07.2014 года и приложение *** Календарный график платежей по договору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190.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190.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25 марта 2014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191.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191.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28 марта 2012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192.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192.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28 марта 2014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193.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193.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20.05.2014 года и приложение *** Календарный график платежей по договору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194.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194.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28.05.2014 года и приложение *** Календарный график платежей по договору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195.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195.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29 ноября 2013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196.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196.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25.08.2014 года и приложение *** Календарный график платежей по договору займа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197.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197.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14 января 2013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198.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198.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19 ноября 2013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199.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199.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21.06.2012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200.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200.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13 июня 2013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201.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201.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21 января 2013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202.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202.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18 июня 2013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203.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203.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10 декабря 2012 года, график погашения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204.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204.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31 января 2014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205.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205.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27 июня 2013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206.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206.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18 апреля 2014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207.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207.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31 октября 2013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208.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208.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29 января 2014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209.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209.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01 августа 2013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24 января 2012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07 февраля 2014 года, график погашения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212.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27 сентября 2013 года, график погашения займа с приложением на 7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213.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213.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5 декабря 2012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214.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214.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31 октября 2013 года, график погашения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215.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215.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14.07.2014 года и приложение *** Календарный график платежей по договору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216.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216.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25 марта 2014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217.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217.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5 декабря 2013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218.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218.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20.05.2014 года и приложение *** Календарный график платежей по договору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219.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219.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27 ноября 2013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220.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220.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14 февраля 2013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221.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221.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30 августа 2013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222.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222.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22.08.2014 года и приложение *** Календарный график платежей по договору займа,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223.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223.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27 сентября 2013 года, график погашения займа с приложением на 6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224.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224.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15 января 2013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225.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225.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30 сентября 2013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226.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226.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14 апреля 2014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227.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227.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30 сентября 2013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228.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228.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08.08.2014 года и приложение *** Календарный график платежей по договору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229.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229.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22 августа 2012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230.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230.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01 апреля 2013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231.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231.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28 марта 2014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232.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232.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16 января 2013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233.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233.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02 ноября 2012 года, график погашения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234.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234.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11 декабря 2012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235.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235.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30.05.2014 года и приложение *** Календарный график платежей по договору займа,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236.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236.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25 апреля 2012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237.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237.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18.06.2014 года и приложение *** Календарный график платежей по договору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238.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238.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29 марта 2012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239.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239.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 августа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240.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240.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24 января 2014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241.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241.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30.05.2014 года и приложение *** Календарный график платежей по договору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242.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242.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29 сентября 2011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243.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243.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13 марта 2013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244.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244.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09.06.2014 года и приложение *** Календарный график платежей по договору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245.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245.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29 марта 2012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246.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246.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6 ноября 2012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247.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247.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17.07.2014 года и приложение *** Календарный график платежей по договору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248.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248.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31 августа 2012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249.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249.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19.05.2014 и приложение *** Календарный график платежей по договору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250.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250.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23.06.2014 года и приложение *** Календарный график платежей по договору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251.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251.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18 апреля 2013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252.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252.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10 декабря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253.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253.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27 декабря 2013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254.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254.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02 мая 2012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255.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255.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23.06.2014 года и приложение *** Календарный график платежей по договору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256.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256.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07.05.2014 года и приложение *** Календарный график платежей по договору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257.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257.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23 августа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258.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258.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20 июня 2011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259.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259.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29 сентября 2011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260.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260.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09.06.2014 года и приложение *** Календарный график платежей по договору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261.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261.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09.06.2014 года и приложение *** Календарный график платежей по договору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262.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262.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24 января 2012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263.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263.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25 апреля 2012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264.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264.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22 ноября 2012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265.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265.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24 января 2013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266.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266.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22 февраля 2013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267.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267.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20 августа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268.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268.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13 марта 2013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269.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269.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04.09.2014 года и приложение *** Календарный график платежей по договору займа *** от 4 сентября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270.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270.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22 августа 2012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271.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271.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14 декабря 2012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272.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272.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14 августа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273.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273.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29 сентября 2011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274.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274.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22.08.2014 года и приложение *** Календарный график платежей по договору займа,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275.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275.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31 января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276.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276.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29 декабря 2012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277.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277.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03.09.2014 года и приложение *** Календарный график платежей по договору займа,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278.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278.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14.05.2014 года и приложение *** Календарный график платежей по договору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279.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279.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28 февраля 2012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280.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280.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30 сентября 2011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281.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281.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22 февраля 2013 года, график погашения займа, с приложением на 6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282.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282.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29 ноября 2012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283.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283.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15 октября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284.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284.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21 февраля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285.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285.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28 декабря 2013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286.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286.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08 октября 2012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287.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287.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25 февраля 2014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288.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288.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13 августа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289.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289.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25 января 2013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290.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290.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25 апреля 2014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291.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291.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04.09.2014 года и приложение *** Календарный график платежей по договору займа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292.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292.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10 декабря 2013 года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293.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293.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10 октября 2012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294.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294.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31 августа 2012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295.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295.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28 декабря 2013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296.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296.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03.09.2014 года и приложение *** Календарный график платежей по договору займа,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297.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297.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12 августа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298.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298.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26 ноября 2012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299.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299.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29.10.2013 года и приложение *** Календарный график платежей по договору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300.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300.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05 августа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301.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301.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31 января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302.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302.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28 сентября 2011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303.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303.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31 августа 2012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304.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304.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25 апреля 2013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305.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305.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04.09.2014 года и приложение *** Календарный график платежей по договору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306.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306.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23.01.2014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307.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307.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22 августа 2012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308.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308.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08 октября 2012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309.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309.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29 декабря 2012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22 августа 2012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14 февраля 2014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312.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09 декабря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313.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313.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11 мая 2011 года, график погашения займа, с приложением на 7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314.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314.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15 октября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315.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315.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23 августа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316.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316.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25 апреля 2014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317.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317.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03 августа 2012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318.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318.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16.05.2014 года и приложение *** Календарный график платежей по договору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319.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319.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05 марта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320.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320.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15 октября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321.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321.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17.07.2014 года и приложение *** Календарный график платежей по договору займа *** от 17 июля 2014 г.,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322.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322.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08.09.2014 года и приложение *** Календарный график платежей по договору займа,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323.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323.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30 декабря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324.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324.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17 августа 2012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325.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325.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25 февраля 2014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326.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326.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06.05.2014 года и приложение *** Календарный график платежей по договору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327.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327.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23 января 2012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328.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328.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22 апреля 2014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329.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329.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18 апреля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330.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330.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01 августа 2013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331.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331.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19 апреля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332.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332.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02 мая 2012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333.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333.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22 марта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334.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334.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29 апреля 2014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335.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335.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04 марта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336.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336.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30 августа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337.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337.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28 августа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338.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338.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27 августа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339.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339.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25 апреля 2012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340.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340.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15 июля 2013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341.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341.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25 июня 2013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342.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342.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19 июля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343.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343.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06 марта 2014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344.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344.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05 октября 2012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345.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345.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02 апреля 2013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346.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346.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20 февраля 2014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347.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347.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07 ноября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348.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348.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18.07.2014 года и приложение *** Календарный график платежей по договору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349.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349.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19 октября 2012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350.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350.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26 августа 2011 года, график погашения займа, с приложением на 6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351.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351.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12 августа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352.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352.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03.09.2014 года и приложение *** Календарный график платежей по договору займа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353.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353.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02 июля 2012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354.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354.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02 августа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355.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355.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22 апреля 2014 г,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356.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356.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16 июля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357.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357.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30 декабря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358.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358.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28 января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359.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359.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23 мая 2013 года, график погашения займа, с приложением на 6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360.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360.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20 июня 2012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361.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361.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31 октября 2013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362.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362.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25.08.2014 года и приложение *** Календарный график платежей по договору займа,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363.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363.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18.07.2014 года и приложение *** Календарный график платежей по договору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364.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364.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19 августа 2013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365.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365.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30.05.2014 года и приложение *** Календарный график платежей по договору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366.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366.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06 марта 2014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367.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367.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31 декабря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368.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368.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05 декабря 2012 года, график погашения займа, с приложением на 10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369.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369.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18 июля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370.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370.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25.08.2014 года и приложение *** Календарный график платежей по договору займа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371.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371.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23 апреля 2014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372.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372.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03 сентября 2012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373.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373.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03.09.2014 года и приложение *** Календарный график платежей по договору займа,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374.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374.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18.07.2014 года и приложение *** Календарный график платежей по договору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375.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375.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18 марта 2014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376.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376.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17 августа 2012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377.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377.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12 марта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378.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378.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19 июня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379.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379.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08 октября 2012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380.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380.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22.07.2014 года и приложение *** Календарный график платежей по договору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381.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381.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03 апреля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382.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382.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14 марта 2014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383.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383.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31 октября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384.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384.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22 сентября 2011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385.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385.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23 июля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386.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386.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14 февраля 2014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387.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387.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04.08.2014 года и приложение *** Календарный график платежей по договору займа,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388.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388.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31 декабря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389.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389.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07 июля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390.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390.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23 июля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391.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391.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29.05.2014 года и приложение *** Календарный график платежей по договору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392.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392.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29.05.2014 года и приложение *** Календарный график платежей по договору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393.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393.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04 марта 2014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394.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394.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11 марта 2014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395.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395.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22 апреля 2014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396.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396.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12 апреля 2013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397.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397.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09 апреля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398.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398.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05 апреля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399.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399.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01 августа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400.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400.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30 декабря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401.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401.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08 октября 2012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402.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402.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30.05.2014 года и приложение *** Календарный график платежей по договору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403.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403.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23.07.2014 года и приложение *** Календарный график платежей по договору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404.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404.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23 апреля 2014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405.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405.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30. 05.2014 года и приложение *** Календарный график платежей по договору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406.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406.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05 апреля 2012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407.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407.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12 февраля 2014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408.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408.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14 февраля 2014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409.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409.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15.05.2014 года и приложение *** Календарный график платежей по договору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30 мая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 октября 2012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412.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23 июля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413.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413.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16.05.2014 года и приложение *** Календарный график платежей по договору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414.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414.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03 октября 2012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415.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415.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24.06.2014 года и приложение *** Календарный график платежей по договору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416.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416.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21 июня 2012 года, график погашения займа, с приложением на 7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417.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417.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12 апреля 2013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418.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418.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02.09.2014 года и приложение *** Календарный график платежей по договору займа,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419.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419.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06.05.2014 года и приложение *** Календарный график платежей по договору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420.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420.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19 ноября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421.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421.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25 февраля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422.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422.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18 октября 2013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423.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423.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30 мая 2013 года, график погашения займа, с приложением на 6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424.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424.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14 марта 2014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425.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425.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29.07.2014 года и приложение *** Календарный график платежей по договору займа,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426.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426.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31 августа 2011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427.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427.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30.07.2014 года и приложение *** Календарный график платежей по договору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428.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428.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05 апреля 2012 года, график погашения займа, с приложением на 6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429.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429.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25.07.2014 года и приложение *** Календарный график платежей по договору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430.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430.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02.09.2014 года и приложение *** Календарный график платежей по договору займа,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431.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431.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12 февраля 2014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432.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432.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19 июня 2012 года, график погашения займа, с приложением на 6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433.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433.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25 декабря 2012 года, график погашения займа, с приложением на 6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434.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434.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03 сентября 2012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435.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435.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07 ноября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436.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436.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10.09.2014 года и приложение *** Календарный график платежей по договору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437.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437.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11 октября 2012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438.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438.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21.05.2014 года и приложение *** Календарный график платежей по договору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439.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439.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29 апреля 2014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440.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440.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21.07.2014 года и приложение *** Календарный график платежей по договору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441.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441.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05 апреля 2012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442.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442.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27.06.2014 года и приложение *** Календарный график платежей по договору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443.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443.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27 декабря 2012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444.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444.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15 августа 2012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445.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445.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24 января 2014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446.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446.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02 сентября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447.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447.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24.06.2014 года и приложение *** Календарный график платежей по договору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448.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448.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19.05.2014 года и приложение *** Календарный график платежей по договору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449.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449.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14 марта 2014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450.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450.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05.09.2014 года и приложение *** Календарный график платежей по договору займа, с приложением на 6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451.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451.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15 июля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452.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452.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22 июля 2013 года, график погашения займа,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453.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453.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22 июля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454.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454.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26 августа 2013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455.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455.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04 марта 2014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456.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456.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15.05.2014 года и приложение *** Календарный график платежей по договору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457.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457.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06 марта 2014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458.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458.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09.09.2014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459.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459.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31 декабря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460.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460.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12 сентября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461.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461.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06 марта 2013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462.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462.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12 июля 2013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463.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463.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27 мая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464.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464.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28 мая 2012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465.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465.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24.06.2014 года и приложение *** Календарный график платежей по договору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466.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466.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30.06.2014 года и приложение *** Календарный график платежей по договору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467.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467.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28 декабря 2012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468.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468.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31 августа 2011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469.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469.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10 июля 2013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470.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470.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04 марта 2014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471.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471.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18 июня 2012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472.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472.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26 марта 2013 года, график погашения займа,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473.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473.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31 декабря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474.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474.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10 февраля 2012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475.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475.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30.06.2014 года и приложение *** Календарный график платежей по договору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476.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476.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27 февраля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477.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477.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23.05.2014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478.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478.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12 февраля 2014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479.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479.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28 февраля 2012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480.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480.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04 июля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481.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481.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19 июля 2012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482.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482.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01 ноября 2013 года, график погашения займа, с приложением на 6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483.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483.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12 февраля 2014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484.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484.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05 апреля 2012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485.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485.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12 февраля 2014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486.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486.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30.06.2014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487.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487.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09 февраля 2012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488.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488.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15 апреля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489.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489.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12 февраля 2014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490.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490.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26 марта 2013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491.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491.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04.09.2014 года, график погашения займа,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492.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492.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29 ноября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493.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493.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29 ноября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494.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494.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01 марта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495.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495.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14 марта 2014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496.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496.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01 июля 2013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497.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497.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09 февраля 2012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498.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498.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31 октября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499.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499.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01.09.2014 года и приложение *** Календарный график платежей по договору займа,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500.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500.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15 февраля 2012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501.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501.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30 марта 2012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502.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502.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25.08.2014 года и приложение *** Календарный график платежей по договору займа,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503.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503.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05 апреля 2012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504.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504.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10 апреля 2014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505.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505.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31.03.2014 года и приложение *** Календарный график платежей по договору займа *** от 31 марта 2014 г., с приложением на 6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506.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506.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31.03.2014 года и приложение *** Календарный график платежей по договору займа *** от 31 март 2014 г., с приложением на 6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507.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507.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31.03.2014 года и приложение *** Календарный график платежей по договору займа *** от 31 март 2014 г.,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508.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508.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16.12.2014 года и приложение *** Календарный график платежей по договору займа *** от 16 декабря 2014 г.,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509.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509.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19.12.14 года и приложение *** Календарный график платежей по договору займа *** от 19 декабря 2014 г,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19.12.2014 года и приложение *** Календарный график платежей по договору займа *** от 19 декабря 2014 г.,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19.12.2014 года и приложение *** Календарный график платежей по договору займа *** от 19 декабря 2014 г.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512.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19.12.14 года и приложение *** Календарный график платежей по договору займа *** от 19 декабря 2014 г,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513.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513.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22.12.2014 года и приложение *** Календарный график платежей по договору займа *** от 22 декабря 2014 г.,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514.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514.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23.12.2014 года и приложение *** Календарный график платежей по договору займа *** от 23 декабря 2014 г.,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515.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515.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23.12.2014 года и приложение *** Календарный график платежей по договору займа *** от 23 декабря 2014 г.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516.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516.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29.12.2014 года и приложение *** Календарный график платежей по договору займа *** от 29 декабря 2014 г.,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517.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517.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20.03.15 года и приложение *** Календарный график платежей по договору займа *** от 20 марта 2015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518.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518.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24.03.15 года и приложение *** Календарный график платежей по договору займа *** от 24 марта 2015 г.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519.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519.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26.03.15 года и приложение *** Календарный график платежей по договору займа *** от 26 марта 2015 г. на имя Н. на сумму 100000 рублей,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520.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520.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27.03.15 года и приложение *** Календарный график платежей по договору займа *** от 27 марта 2015 г.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521.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521.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31.03.15 года и приложение *** Календарный график платежей по договору займа *** от 31 марта 2015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522.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522.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01.11.2013 года и приложение *** Календарный график платежей по договору займа *** от 1 ноября 2013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523.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523.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02.12.2013 года и приложение *** Календарный график платежей по договору займа *** от 2 декабря 2013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524.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524.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28.01.2014 года и приложение *** Календарный график платежей по договору займа *** от 28 января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525.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525.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18.03.2014 года и приложение *** Календарный график платежей по договору займа *** от 18 марта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526.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526.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03.04.2014 года и приложение *** Календарный график платежей по договору займа *** от 3 апреля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527.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527.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30.10.2014 года и приложение *** Календарный график платежей по договору займа *** от 30 октября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528.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528.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05.02.2015 года и приложение *** Календарный график платежей по договору займа *** от 5 февраля 2015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529.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529.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18.06.2015 года и приложение *** Календарный график платежей по договору займа *** от 18 июня 2015 г.,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530.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530.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30.06.2014 года и приложение *** Календарный график платежей по договору займа *** от 30 июня 2014 г.,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531.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531.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15.10.2014 года и приложение *** Календарный график платежей по договору займа *** от 15 октября 2014 г.,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532.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532.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19.12.2014 года и приложение *** Календарный график платежей по договору займа *** от 19 декабря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533.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533.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19.12.2014 года и приложение *** Календарный график платежей по договору займа *** от 19 декабря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534.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534.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19.12.2014 года и приложение *** Календарный график платежей по договору займа *** от 19 декабря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535.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535.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19.12.2014 года и приложение *** Календарный график платежей по договору займа *** от 19 декабря 2014 г.,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536.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536.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19.12.2014 года и приложение *** Календарный график платежей по договору займа *** от 19 декабря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537.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537.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22.12.2014 года и приложение *** Календарный график платежей по договору займа *** от 22 декабря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538.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538.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22.12.2014 года и приложение *** Календарный график платежей по договору займа *** от 22 декабря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539.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539.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22.12.2014 года и приложение *** Календарный график платежей по договору займа *** от 22 декабря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540.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540.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29.12.2014 года и приложение *** Календарный график платежей по договору займа *** от 29 декабря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541.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541.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29.12.2014 года и приложение *** Календарный график платежей по договору займа *** от 29 декабря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542.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542.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29.12.2014 года и приложение *** Календарный график платежей по договору займа *** от 29 декабря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543.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543.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29.12.2014 года и приложение *** Календарный график платежей по договору займа *** от 29 декабря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544.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544.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29.12.2014 года и приложение *** Календарный график платежей по договору займа *** от 29 декабря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545.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545.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29.12.2014 года и приложение *** Календарный график платежей по договору займа *** от 29 декабря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546.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546.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29.12.2014 года и приложение *** Календарный график платежей по договору займа *** от 29 декабря 2014 г., на имя О., на сумму 45000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547.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547.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30.12.2014 года и приложение *** Календарный график платежей по договору займа *** от 30 декабря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548.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548.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09.07.2013 года и приложение *** Календарный график платежей по договору займа *** от 09 июля 2013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549.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549.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08.10.2013 года и приложение *** Календарный график платежей по договору займа *** от 08 октября 2013 г.,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550.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550.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18.03.2014 года и приложение *** Календарный график платежей по договору займа *** от 18 марта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551.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551.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22.07.2014 года и приложение *** Календарный график платежей по договору займа *** от 22 июля 2014 г., с приложением на 8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552.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552.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30.06.2014 года и приложение *** Календарный график платежей по договору займа *** от 30 июня 2014 г., с приложением на 8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553.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553.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30.06.2014 года и приложение *** Календарный график платежей по договору займа *** от 30 июня 2014 г.,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554.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554.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26.12.2014 года и приложение *** Календарный график платежей по договору займа *** от 26 декабря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555.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555.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26.12.2014 года и приложение *** Календарный график платежей по договору займа *** от 26 декабря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556.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556.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25.03.2015 года и приложение *** Календарный график платежей по договору займа *** от 25 марта 2015 г.,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557.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557.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27.03.2015 года и приложение *** Календарный график платежей по договору займа *** от 27 марта 2015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558.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558.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30.03.2015 года и приложение *** Календарный график платежей по договору займа *** от 30 марта 2015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559.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559.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30.03.2015 года и приложение *** Календарный график платежей по договору займа *** от 30 мая 2015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560.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560.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27.08.2013 года и приложение *** Календарный график платежей по договору займа *** от 27 августа 2013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561.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561.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08.10.2013 года и приложение *** Календарный график платежей по договору займа *** от 08 октября 2013 г.,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562.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562.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25.11.2013 года и приложение *** Календарный график платежей по договору займа *** от 25 ноября 2013 г.,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563.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563.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14.02.2014 года и приложение *** Календарный график платежей по договору займа *** от 14 февраля 2014 г.,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564.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564.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26.02.2014 года и приложение *** Календарный график платежей по договору займа *** от 26 февраля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565.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565.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18.03.2014 года и приложение *** Календарный график платежей по договору займа *** от 9 марта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566.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566.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30.04.2014 года и приложение *** Календарный график платежей по договору займа *** от 30 апреля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567.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567.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16.07.2014 года и приложение *** Календарный график платежей по договору займа *** от 9 июля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568.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568.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31.07.2014 года и приложение *** Календарный график платежей по договору займа *** от 31 июля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569.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569.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30.10.2014 года и приложение *** Календарный график платежей по договору займа *** от 30 октября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570.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570.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26.06.2015 года и приложение *** Календарный график платежей по договору займа *** от 26 июня 2015 г., с приложением на 14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571.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571.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19.09.2014 года и приложение *** Календарный график платежей по договору займа *** от 19 сентября 2014 г.,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572.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572.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30.06.2014 года и приложение *** Календарный график платежей по договору займа *** от 30 июня 2014 г.,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573.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573.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24.12.2014 года и приложение *** Календарный график платежей по договору займа *** от 24 декабря 2014 г.,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574.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574.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25.12.2014 года и приложение *** Календарный график платежей по договору займа *** от 25 декабря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575.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575.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31.12.2014 года и приложение *** Календарный график платежей по договору займа *** от 31 декабря 2014 г.,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576.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576.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31.03.2015 года и приложение *** Календарный график платежей по договору займа *** от 31 марта 2015 г.,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577.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577.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08.05.2013 года и приложение *** Календарный график платежей по договору займа *** от 08 мая 2014 г.,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578.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578.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18.07.2013 года и приложение *** Календарный график платежей по договору займа *** от 18 июля 2013 г.,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579.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579.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06.08.2013 года и приложение *** Календарный график платежей по договору займа *** от 06 августа 2013 г.,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580.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580.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13.09.2013 года и приложение *** Календарный график платежей по договору займа *** от 13 сентября 2013 г.,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581.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581.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08.10.2013 года и приложение *** Календарный график платежей по договору займа *** от 08 октября 2013 г.,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582.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582.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31.10.2013 года и приложение *** Календарный график платежей по договору займа *** от 31 октября 2013 г.,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583.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583.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25.11.2013 года и приложение *** Календарный график платежей по договору займа *** от 25 ноября 2013 г.,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584.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584.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03.04.2014 года и приложение *** Календарный график платежей по договору займа *** от 03 апреля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585.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585.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30.09.2014 года и приложение *** Календарный график платежей по договору займа *** от 30 сентября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586.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586.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07.05.2015 года и приложение *** Календарный график платежей по договору займа *** от 07 мая 2015 г., с приложением на 32 листах, - Заявления 88 человек об исключении из КПК &lt;...&gt; хранящиеся при уголовном деле, по вступлении приговора в законную силу подлежат хранению при материалах уголовного дела; -Трудовой договор от 19.10.2010 г. на имя ФИО1 приказ (распоряжение) о приеме ФИО1 на работу *** от 01.12.2005 г., выписка из протокола *** общего собрания членов КПКГ &lt;...&gt; от 14.11.2003 г. «Об утверждении Постановления Правления КПКГ &lt;...&gt; «О назначении директора КПКГ &lt;...&gt; -Акт проверки деятельности КПК &lt;...&gt; от 05.06.2012 г.; аудиторское заключение по финансовой (бухгалтерской) отчетности от 14.03.2014 г.; аудиторское заключение по финансовой (бухгалтерской) отчетности от 23.03.2015 г.; акт проверки деятельности КПК &lt;...&gt; от 05.06.2012 г.; акт ревизии финансово-хозяйственной деятельности КПК &lt;...&gt; проведенной в период с 20.07.2015 по 30.08.2015 г.; - Протокол общего собрания членов КПК &lt;...&gt; *** от 29.08.2011 г.; Протокол общего собрания членов КПК &lt;...&gt; *** от 29.08.2011 г.; Протокол общего собрания членов КПК &lt;...&gt; *** от 20.06.2011 г.; Копия протокола общего собрания членов КПК &lt;...&gt; *** от 29.08.2011 г.; Копия постановления правления КПК &lt;...&gt; от 29.08.2011 г.; -Объяснение ФИО1 от 28.07.2015 г., акт ревизии финансово –хозяйственной деятельности КПК &lt;...&gt; проведенной в период времени с 05 августа по 20 августа 2015 года, хранящиеся при уголовном деле, по вступлении приговора в законную силу подлежат хранению при материалах уголовного дела; -Устав КПК &lt;...&gt; 2010 г.; Устав КПК &lt;...&gt; 2012 года; Положение об органах КПК &lt;...&gt; от 2011 г., Устав КПК &lt;...&gt; 2011 г.; Положение об органах КПК &lt;...&gt; от 2011 г., находящиеся на ответственном хранении у представителя потерпевшего Ж., по вступлении приговора в законную силу подлежат оставлению в распоряжении КПК &lt;...&gt; КПК &lt;...&gt; - Устав КПК &lt;...&gt; 2011 г.; Положение об органах КПК &lt;...&gt; от 2011 г.; Устав КПК &lt;...&gt; 2011 г.; Положение об органах КПК &lt;...&gt; от 2011 г. – находящиеся на ответственном хранении у представителя потерпевшего С., по вступлении приговора в законную силу подлежат оставлению в распоряжении КПК &lt;...&gt; КПК &lt;...&gt; -Устав КПК &lt;...&gt; 2011 г.; Положение об органах КПК &lt;...&gt; от 2011 г. находящиеся на ответственном хранении у представителя потерпевшего Ц., по вступлению приговора в законную силу подлежат оставлению в распоряжении КПК &lt;...&gt; В силу ч. 10 ст. 316 УПК РФ процессуальные издержки с ФИО1 взысканию не подлежат. На основании изложенного, руководствуясь требованиями ст. , 308 УПК РФ , суд ПРИГОВОРИЛ: ФИО1 признать виновным в совершении преступлений, предусмотренных ч. 4 ст. 159 УК РФ , ч. 4 ст. 159 УК РФ и назначить ему наказание: - по ч. 4 ст. 159 УК РФ в виде 3 лет лишения свободы, - по ч. 4 ст. 159 УК РФ в виде 3 лет лишения свободы. На основании ч. 3 ст. 69 УК РФ по совокупности преступлений, путем частичного сложения назначенных наказаний, назначить ФИО1 наказание в виде 4 лет 6 месяцев лишения свободы, с отбыванием наказания в исправительной колонии общего режима. Срок наказания исчислять с 22 февраля 2017 года. Меру пресечения ФИО1 с подписки о невыезде и надлежащем поведении изменить на заключение под стражу, взяв ФИО1 под стражу в зале суда. По вступлении приговора в законную силу меру пресечения отменить. Вещественные доказательства: 1) Договора займов с графиками платежей: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24 февраля 2014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23 апреля 2014 года, график погашения займа с приложением на 6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17 января 2014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14.07.2014 года и приложение *** Календарный график платежей по договору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27 января 2014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11 декабря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№ 0078 от 21 марта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21 ноября 2012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28.08.2014 года и приложение *** Календарный график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20 мая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07 ноября 2012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21 мая 2013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31 января 2014 года, график погашения с приложением на 6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06.05.2014 года и приложение *** Календарный график платежей график погашения,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01 ноября 2013 года, график погашения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24 декабря 2012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08.09.2014 года и приложение *** Календарный график платежей,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18 октября 2013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24 января 2014 года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19.08.2014 года и приложение *** Календарный график платежей по договору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18 февраля 2013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17 декабря 2012 года, график погашения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11 января 2013 года, график погашения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30.06.2014 года и приложение *** Календарный график платежей,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15 июня 2012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11 июня 2013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30 июня 2013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22 июля 2013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06.05.2014 года и приложение *** Календарный график платежей,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24 июля 2013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25 апреля 2012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01.08.2014 года и приложение *** Календарный график платежей по договору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22.08.2014 года и приложение *** Календарный график платежей по договору займа,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10.07.2014 года и приложение *** Календарный график платежей по договору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26.05.2014 года и приложение *** Календарный график платежей по договору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29 октября 2013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21 августа 2013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29 июля 2013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25 августа 2014 года, календарный график платежей,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30 апреля 2014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31 января 2014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19.11.2014 года, график погашения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31 января 2014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29 апреля 2013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21 мая 2014 года график погашения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26 июля 2013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29 августа 2013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31 декабря 2013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31 декабря 2013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16 апреля 2014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02 июля 2012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31 января 2014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07 сентября 2012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31 марта 2014 года, график погашения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16 декабря 2013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29 августа 2013 года, график погашения займа с приложением на 6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04 декабря 2012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05 августа 2014 и приложение *** Календарный график платежей по договору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17 декабря 2013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09 января 2013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22 апреля 2014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28 апреля 2014 года, график погашения займа с приложением на 3 листах; 63.. Договор займа *** от 17 декабря 2012 года, график погашения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19 июля 2012 года, график погашения займа с приложением на 6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17 августа 2012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28 апреля 2014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30 апреля 2014 года, график погашения займа с приложением на 6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19 ноября 2012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31 марта 2014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28.08.2014 года и приложение *** Календарный график платежей,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03 сентября 2013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21 апреля 2014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07 сентября 2012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29 июня 2012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09 сентября 2013 года, график погашения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17 марта 2014 года, график погашения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20.05.2014 года и приложение *** Календарный график платежей по договору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15 апреля 2014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21 декабря 2012 года, график погашения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28.05.2014 года и приложение *** Календарный график платежей по договору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26 апреля 2013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17 марта 2014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05.08.2014 года и приложение *** Календарный график платежей по договору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22.07.2014 года и приложение *** Календарный график платежей по договору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19 сентября 2012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08 мая 2013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29.08.2014 года и приложение *** Календарный график платежей по договору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28 февраля 2014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22 июня 2012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04 октября 2013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27.05.2014 года и приложение *** Календарный график платежей по договору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28.05.2014 года и приложение *** Календарный график платежей по договору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12 февраля 2013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10 октября 2013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22 октября 2013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27 сентября 2013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24 февраля 2014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02 мая 2012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10 сентября 2013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26 февраля 2014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05 февраля 2014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15 марта 2013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02.09.2014 года и приложение *** Календарный график платежей,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26.08.2014 года и приложение *** Календарный график платежей,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26.12.2013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25 февраля 2014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18 апреля 2014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30 августа 2013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24 октября 2013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24 января 2014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18 октября 2013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14.05.2014 года и приложение *** Календарный график платежей,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11 февраля 2013 года, график погашения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21 июня 2013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19 июля 2012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04 октября 2013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29.08.2014 года и приложение *** Календарный график платежей по договору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15.07.2014 года и приложение *** Календарный график платежей по договору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09.09.2014 года и приложение *** Календарный график платежей по договору займа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14 марта 2013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23.06.2014 года и приложение *** Календарный график платежей по договору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18 апреля 2014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29 июня 2012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05 апреля 2012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17 июля 2012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22 июня 2012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27 сентября 2013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29 июня 2012 года, график погашения займа с приложением на 6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18.04.2014 года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01.08.2012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29.08.2014 года и приложение *** Календарный график платежей по договору займа,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02 июля 2012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02 октября 2013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05 февраля 2013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09 июня 2012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16 марта 2012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26 апреля 2013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16 сентября 2013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25 апреля 2014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03 августа 2012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10 сентября 2013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27.08.2014 года и приложение *** Календарный график платежей по договору займа,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17 августа 2012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15 октября 2013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24 декабря 2013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31 июля 2012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23.06.2014 года и приложение *** Календарный график платежей по договору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19 декабря 2013 года, график погашения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29 марта 2012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19 сентября 2013 года, график погашения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12 февраля 2013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15 января 2014 года, график погашения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24 декабря 2013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25 апреля 2013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07 февраля 2014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01.09.2014 года и приложение *** Календарный график платежей по договору займа,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10 октября 2012 года, график погашения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27.08.2014 года и приложение *** Календарный график платежей по договору займа,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18 декабря 2013 года, график погашения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14.05.2014 года и приложение *** Календарный график платежей по договору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04 февраля 2013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31 октября 2013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15.07.2014 года и приложение *** Календарный график платежей по договору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03.09.2014 и приложение *** Календарный график платежей по договору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29.11.2013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31 октября 2013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26 сентября 2011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19 марта 2013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04.09.2014 года и приложение *** Календарный график платежей по договору займа,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170.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170.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14.08.2014 года и приложение *** Календарный график платежей по договору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171.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171.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28 марта 2012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172.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172.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27 сентября 2013 года, график погашения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173.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173.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19 ноября 2013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174.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174.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01 августа 2013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175.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175.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01 октября 2012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176.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176.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10.07.2014 года и приложение *** Календарный график платежей по договору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177.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177.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25 мая 2012 года, график погашения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178.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178.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15 февраля 2013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179.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179.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24 сентября 2012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22 апреля 2014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30 августа 2012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19 июня 2012 года, график погашения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04 октября 2012 года, график погашения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21.05.2014 года и приложение *** Календарный график платежей по договору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10 октября 2012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28 марта 2014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24 января 2013 года, график погашения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28 января 2014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14.07.2014 года и приложение *** Календарный график платежей по договору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190.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190.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25 марта 2014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191.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191.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28 марта 2012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192.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192.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28 марта 2014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193.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193.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20.05.2014 года и приложение *** Календарный график платежей по договору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194.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194.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28.05.2014 года и приложение *** Календарный график платежей по договору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195.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195.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29 ноября 2013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196.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196.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25.08.2014 года и приложение *** Календарный график платежей по договору займа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197.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197.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14 января 2013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198.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198.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19 ноября 2013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199.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199.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21.06.2012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200.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200.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13 июня 2013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201.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201.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21 января 2013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202.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202.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18 июня 2013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203.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203.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10 декабря 2012 года, график погашения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204.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204.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31 января 2014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205.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205.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27 июня 2013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206.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206.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18 апреля 2014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207.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207.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31 октября 2013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208.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208.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29 января 2014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209.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209.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01 августа 2013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24 января 2012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07 февраля 2014 года, график погашения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212.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27 сентября 2013 года, график погашения займа с приложением на 7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213.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213.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5 декабря 2012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214.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214.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31 октября 2013 года, график погашения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215.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215.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14.07.2014 года и приложение *** Календарный график платежей по договору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216.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216.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25 марта 2014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217.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217.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5 декабря 2013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218.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218.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20.05.2014 года и приложение *** Календарный график платежей по договору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219.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219.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27 ноября 2013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220.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220.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14 февраля 2013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221.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221.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30 августа 2013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222.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222.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22.08.2014 года и приложение *** Календарный график платежей по договору займа,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223.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223.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27 сентября 2013 года, график погашения займа с приложением на 6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224.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224.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15 января 2013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225.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225.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30 сентября 2013 года, график погашения займа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226.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226.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14 апреля 2014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227.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227.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30 сентября 2013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228.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228.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08.08.2014 года и приложение *** Календарный график платежей по договору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229.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229.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22 августа 2012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230.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230.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01 апреля 2013 года, график погашения займа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231.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231.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28 марта 2014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232.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232.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16 января 2013 года, график погашения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233.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233.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02 ноября 2012 года, график погашения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234.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234.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11 декабря 2012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235.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235.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30.05.2014 года и приложение *** Календарный график платежей по договору займа,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236.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236.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25 апреля 2012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237.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237.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18.06.2014 года и приложение *** Календарный график платежей по договору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238.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238.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29 марта 2012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239.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239.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 августа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240.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240.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24 января 2014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241.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241.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30.05.2014 года и приложение *** Календарный график платежей по договору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242.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242.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29 сентября 2011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243.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243.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13 марта 2013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244.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244.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09.06.2014 года и приложение *** Календарный график платежей по договору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245.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245.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29 марта 2012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246.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246.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6 ноября 2012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247.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247.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17.07.2014 года и приложение *** Календарный график платежей по договору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248.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248.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31 августа 2012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249.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249.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19.05.2014 и приложение *** Календарный график платежей по договору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250.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250.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23.06.2014 года и приложение *** Календарный график платежей по договору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251.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251.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18 апреля 2013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252.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252.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10 декабря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253.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253.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27 декабря 2013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254.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254.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02 мая 2012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255.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255.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23.06.2014 года и приложение *** Календарный график платежей по договору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256.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256.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07.05.2014 года и приложение *** Календарный график платежей по договору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257.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257.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23 августа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258.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258.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20 июня 2011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259.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259.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29 сентября 2011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260.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260.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09.06.2014 года и приложение *** Календарный график платежей по договору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261.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261.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09.06.2014 года и приложение *** Календарный график платежей по договору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262.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262.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24 января 2012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263.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263.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25 апреля 2012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264.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264.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22 ноября 2012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265.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265.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24 января 2013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266.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266.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22 февраля 2013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267.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267.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20 августа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268.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268.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13 марта 2013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269.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269.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04.09.2014 года и приложение *** Календарный график платежей по договору займа *** от 4 сентября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270.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270.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22 августа 2012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271.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271.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14 декабря 2012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272.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272.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14 августа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273.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273.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29 сентября 2011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274.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274.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22.08.2014 года и приложение *** Календарный график платежей по договору займа,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275.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275.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31 января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276.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276.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29 декабря 2012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277.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277.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03.09.2014 года и приложение *** Календарный график платежей по договору займа,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278.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278.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14.05.2014 года и приложение *** Календарный график платежей по договору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279.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279.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28 февраля 2012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280.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280.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30 сентября 2011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281.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281.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22 февраля 2013 года, график погашения займа, с приложением на 6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282.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282.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29 ноября 2012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283.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283.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15 октября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284.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284.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21 февраля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285.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285.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28 декабря 2013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286.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286.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08 октября 2012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287.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287.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25 февраля 2014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288.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288.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13 августа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289.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289.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25 января 2013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290.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290.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25 апреля 2014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291.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291.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04.09.2014 года и приложение *** Календарный график платежей по договору займа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292.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292.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10 декабря 2013 года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293.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293.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10 октября 2012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294.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294.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31 августа 2012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295.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295.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28 декабря 2013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296.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296.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03.09.2014 года и приложение *** Календарный график платежей по договору займа,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297.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297.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12 августа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298.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298.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26 ноября 2012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299.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299.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29.10.2013 года и приложение *** Календарный график платежей по договору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300.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300.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05 августа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301.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301.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31 января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302.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302.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28 сентября 2011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303.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303.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31 августа 2012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304.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304.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25 апреля 2013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305.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305.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04.09.2014 года и приложение *** Календарный график платежей по договору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306.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306.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23.01.2014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307.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307.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22 августа 2012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308.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308.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08 октября 2012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309.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309.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29 декабря 2012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22 августа 2012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14 февраля 2014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312.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09 декабря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313.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313.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11 мая 2011 года, график погашения займа, с приложением на 7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314.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314.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15 октября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315.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315.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23 августа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316.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316.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25 апреля 2014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317.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317.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03 августа 2012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318.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318.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16.05.2014 года и приложение *** Календарный график платежей по договору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319.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319.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05 марта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320.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320.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15 октября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321.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321.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17.07.2014 года и приложение *** Календарный график платежей по договору займа *** от 17 июля 2014 г.,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322.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322.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08.09.2014 года и приложение *** Календарный график платежей по договору займа,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323.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323.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30 декабря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324.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324.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17 августа 2012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325.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325.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25 февраля 2014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326.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326.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06.05.2014 года и приложение *** Календарный график платежей по договору займа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327.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327.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23 января 2012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328.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328.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22 апреля 2014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329.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329.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18 апреля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330.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330.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01 августа 2013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331.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331.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19 апреля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332.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332.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02 мая 2012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333.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333.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22 марта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334.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334.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29 апреля 2014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335.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335.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04 марта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336.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336.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30 августа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337.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337.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28 августа 2013 года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338.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338.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27 августа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339.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339.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25 апреля 2012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340.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340.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15 июля 2013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341.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341.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25 июня 2013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342.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342.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19 июля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343.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343.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06 марта 2014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344.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344.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05 октября 2012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345.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345.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02 апреля 2013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346.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346.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20 февраля 2014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347.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347.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07 ноября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348.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348.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18.07.2014 года и приложение *** Календарный график платежей по договору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349.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349.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19 октября 2012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350.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350.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26 августа 2011 года, график погашения займа, с приложением на 6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351.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351.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12 августа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352.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352.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03.09.2014 года и приложение *** Календарный график платежей по договору займа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353.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353.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02 июля 2012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354.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354.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02 августа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355.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355.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22 апреля 2014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356.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356.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16 июля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357.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357.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30 декабря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358.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358.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28 января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359.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359.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23 мая 2013 года, график погашения займа, с приложением на 6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360.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360.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20 июня 2012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361.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361.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31 октября 2013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362.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362.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25.08.2014 года и приложение *** Календарный график платежей по договору займа,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363.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363.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18.07.2014 года и приложение *** Календарный график платежей по договору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364.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364.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19 августа 2013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365.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365.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30.05.2014 года и приложение *** Календарный график платежей по договору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366.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366.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06 марта 2014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367.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367.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31 декабря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368.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368.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05 декабря 2012 года, график погашения займа, с приложением на 10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369.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369.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18 июля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370.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370.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25.08.2014 года и приложение *** Календарный график платежей по договору займа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371.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371.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23 апреля 2014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372.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372.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03 сентября 2012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373.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373.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03.09.2014 года и приложение *** Календарный график платежей по договору займа,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374.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374.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18.07.2014 года и приложение *** Календарный график платежей по договору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375.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375.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18 марта 2014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376.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376.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17 августа 2012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377.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377.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12 марта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378.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378.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19 июня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379.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379.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08 октября 2012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380.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380.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22.07.2014 года и приложение *** Календарный график платежей по договору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381.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381.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03 апреля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382.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382.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14 марта 2014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383.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383.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31 октября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384.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384.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22 сентября 2011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385.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385.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23 июля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386.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386.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14 февраля 2014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387.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387.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04.08.2014 года и приложение *** Календарный график платежей по договору займа,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388.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388.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31 декабря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389.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389.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07 июля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390.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390.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23 июля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391.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391.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29.05.2014 года и приложение *** Календарный график платежей по договору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392.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392.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29.05.2014 года и приложение *** Календарный график платежей по договору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393.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393.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04 марта 2014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394.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394.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11 марта 2014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395.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395.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22 апреля 2014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396.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396.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12 апреля 2013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397.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397.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09 апреля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398.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398.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05 апреля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399.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399.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01 августа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400.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400.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30 декабря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401.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401.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08 октября 2012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402.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402.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30.05.2014 года и приложение *** Календарный график платежей по договору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403.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403.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23.07.2014 года и приложение *** Календарный график платежей по договору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404.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404.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23 апреля 2014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405.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405.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30. 05.2014 года и приложение *** Календарный график платежей по договору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406.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406.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05 апреля 2012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407.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407.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12 февраля 2014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408.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408.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14 февраля 2014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409.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409.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15.05.2014 года и приложение *** Календарный график платежей по договору займа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30 мая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 октября 2012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412.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23 июля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413.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413.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16.05.2014 года и приложение *** Календарный график платежей по договору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414.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414.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03 октября 2012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415.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415.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24.06.2014 года и приложение *** Календарный график платежей по договору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416.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416.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21 июня 2012 года, график погашения займа, с приложением на 7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417.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417.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12 апреля 2013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418.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418.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02.09.2014 года и приложение *** Календарный график платежей по договору займа,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419.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419.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06.05.2014 года и приложение *** Календарный график платежей по договору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420.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420.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19 ноября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421.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421.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25 февраля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422.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422.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18 октября 2013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423.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423.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30 мая 2013 года, график погашения займа, с приложением на 6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424.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424.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14 марта 2014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425.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425.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29.07.2014 года и приложение *** Календарный график платежей по договору займа,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426.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426.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31 августа 2011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427.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427.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30.07.2014 года и приложение *** Календарный график платежей по договору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428.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428.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05 апреля 2012 года, график погашения займа, с приложением на 6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429.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429.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25.07.2014 года и приложение *** Календарный график платежей по договору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430.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430.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02.09.2014 года и приложение *** Календарный график платежей по договору займа,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431.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431.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12 февраля 2014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432.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432.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19 июня 2012 года, график погашения займа, с приложением на 6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433.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433.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25 декабря 2012 года, график погашения займа, с приложением на 6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434.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434.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03 сентября 2012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435.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435.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07 ноября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436.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436.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10.09.2014 года и приложение *** Календарный график платежей по договору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437.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437.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11 октября 2012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438.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438.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21.05.2014 года и приложение *** Календарный график платежей по договору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439.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439.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29 апреля 2014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440.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440.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21.07.2014 года и приложение *** Календарный график платежей по договору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441.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441.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05 апреля 2012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442.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442.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27.06.2014 года и приложение *** Календарный график платежей по договору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443.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443.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27 декабря 2012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444.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444.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15 августа 2012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445.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445.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24 января 2014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446.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446.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02 сентября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447.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447.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24.06.2014 года и приложение *** Календарный график платежей по договору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448.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448.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19.05.2014 года и приложение *** Календарный график платежей по договору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449.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449.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14 марта 2014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450.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450.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05.09.2014 года и приложение *** Календарный график платежей по договору займа, с приложением на 6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451.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451.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15 июля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452.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452.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22 июля 2013 года, график погашения займа,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453.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453.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22 июля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454.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454.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26 августа 2013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455.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455.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04 марта 2014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456.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456.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15.05.2014 года и приложение *** Календарный график платежей по договору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457.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457.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06 марта 2014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458.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458.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09.09.2014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459.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459.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31 декабря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460.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460.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12 сентября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461.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461.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06 марта 2013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462.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462.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12 июля 2013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463.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463.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27 мая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464.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464.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28 мая 2012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465.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465.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24.06.2014 года и приложение *** Календарный график платежей по договору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466.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466.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30.06.2014 года и приложение *** Календарный график платежей по договору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467.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467.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28 декабря 2012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468.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468.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31 августа 2011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469.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469.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10 июля 2013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470.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470.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04 марта 2014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471.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471.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18 июня 2012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472.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472.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26 марта 2013 года, график погашения займа,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473.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473.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31 декабря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474.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474.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10 февраля 2012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475.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475.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30.06.2014 года и приложение *** Календарный график платежей по договору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476.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476.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27 февраля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477.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477.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23.05.2014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478.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478.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12 февраля 2014 года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479.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479.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28 февраля 2012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480.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480.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04 июля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481.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481.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19 июля 2012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482.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482.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01 ноября 2013 года, график погашения займа, с приложением на 6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483.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483.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12 февраля 2014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484.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484.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05 апреля 2012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485.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485.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12 февраля 2014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486.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486.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30.06.2014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487.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487.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09 февраля 2012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488.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488.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15 апреля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489.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489.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12 февраля 2014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490.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490.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26 марта 2013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491.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491.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04.09.2014 года, график погашения займа,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492.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492.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29 ноября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493.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493.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29 ноября 2013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494.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494.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01 марта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495.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495.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14 марта 2014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496.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496.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01 июля 2013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497.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497.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09 февраля 2012 года, график погашения займа,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498.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498.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31 октября 2013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499.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499.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01.09.2014 года и приложение *** Календарный график платежей по договору займа,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500.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500.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15 февраля 2012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501.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501.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30 марта 2012 года, график погашения займа,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502.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502.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25.08.2014 года и приложение *** Календарный график платежей по договору займа,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503.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503.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05 апреля 2012 года, график погашения займа,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504.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504.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*** от 10 апреля 2014 года, график погашения займа,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505.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505.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31.03.2014 года и приложение *** Календарный график платежей по договору займа *** от 31 марта 2014 г., с приложением на 6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506.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506.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31.03.2014 года и приложение *** Календарный график платежей по договору займа *** от 31 март 2014 г., с приложением на 6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507.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507.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31.03.2014 года и приложение *** Календарный график платежей по договору займа *** от 31 март 2014 г.,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508.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508.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16.12.2014 года и приложение *** Календарный график платежей по договору займа *** от 16 декабря 2014 г.,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509.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509.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19.12.14 года и приложение *** Календарный график платежей по договору займа *** от 19 декабря 2014 г,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19.12.2014 года и приложение *** Календарный график платежей по договору займа *** от 19 декабря 2014 г.,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19.12.2014 года и приложение *** Календарный график платежей по договору займа *** от 19 декабря 2014 г.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512.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19.12.14 года и приложение *** Календарный график платежей по договору займа *** от 19 декабря 2014 г,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513.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513.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22.12.2014 года и приложение *** Календарный график платежей по договору займа *** от 22 декабря 2014 г.,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514.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514.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23.12.2014 года и приложение *** Календарный график платежей по договору займа *** от 23 декабря 2014 г.,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515.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515.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23.12.2014 года и приложение *** Календарный график платежей по договору займа *** от 23 декабря 2014 г.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516.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516.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29.12.2014 года и приложение *** Календарный график платежей по договору займа *** от 29 декабря 2014 г.,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517.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517.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20.03.15 года и приложение *** Календарный график платежей по договору займа *** от 20 марта 2015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518.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518.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24.03.15 года и приложение *** Календарный график платежей по договору займа *** от 24 марта 2015 г.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519.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519.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26.03.15 года и приложение *** Календарный график платежей по договору займа *** от 26 марта 2015 г. на имя Н. на сумму 100 000 рублей,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520.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520.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27.03.15 года и приложение *** Календарный график платежей по договору займа *** от 27 марта 2015 г.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521.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521.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31.03.15 года и приложение *** Календарный график платежей по договору займа *** от 31 марта 2015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522.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522.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01.11.2013 года и приложение *** Календарный график платежей по договору займа *** от 1 ноября 2013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523.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523.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02.12.2013 года и приложение *** Календарный график платежей по договору займа *** от 2 декабря 2013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524.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524.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28.01.2014 года и приложение *** Календарный график платежей по договору займа *** от 28 января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525.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525.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18.03.2014 года и приложение *** Календарный график платежей по договору займа *** от 18 марта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526.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526.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03.04.2014 года и приложение *** Календарный график платежей по договору займа *** от 3 апреля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527.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527.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30.10.2014 года и приложение *** Календарный график платежей по договору займа *** от 30 октября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528.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528.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05.02.2015 года и приложение *** Календарный график платежей по договору займа *** от 5 февраля 2015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529.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529.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18.06.2015 года и приложение *** Календарный график платежей по договору займа *** от 18 июня 2015 г.,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530.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530.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30.06.2014 года и приложение *** Календарный график платежей по договору займа *** от 30 июня 2014 г.,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531.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531.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15.10.2014 года и приложение *** Календарный график платежей по договору займа *** от 15 октября 2014 г.,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532.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532.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19.12.2014 года и приложение *** Календарный график платежей по договору займа *** от 19 декабря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533.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533.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19.12.2014 года и приложение *** Календарный график платежей по договору займа *** от 19 декабря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534.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534.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19.12.2014 года и приложение *** Календарный график платежей по договору займа *** от 19 декабря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535.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535.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19.12.2014 года и приложение *** Календарный график платежей по договору займа *** от 19 декабря 2014 г.,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536.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536.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19.12.2014 года и приложение *** Календарный график платежей по договору займа *** от 19 декабря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537.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537.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22.12.2014 года и приложение *** Календарный график платежей по договору займа *** от 22 декабря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538.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538.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22.12.2014 года и приложение *** Календарный график платежей по договору займа *** от 22 декабря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539.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539.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22.12.2014 года и приложение *** Календарный график платежей по договору займа *** от 22 декабря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540.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540.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29.12.2014 года и приложение *** Календарный график платежей по договору займа *** от 29 декабря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541.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541.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29.12.2014 года и приложение *** Календарный график платежей по договору займа *** от 29 декабря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542.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542.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29.12.2014 года и приложение *** Календарный график платежей по договору займа *** от 29 декабря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543.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543.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29.12.2014 года и приложение *** Календарный график платежей по договору займа *** от 29 декабря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544.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544.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29.12.2014 года и приложение *** Календарный график платежей по договору займа *** от 29 декабря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545.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545.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29.12.2014 года и приложение *** Календарный график платежей по договору займа *** от 29 декабря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546.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546.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29.12.2014 года и приложение *** Календарный график платежей по договору займа *** от 29 декабря 2014 г., на имя О., на сумму 45 000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547.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547.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30.12.2014 года и приложение *** Календарный график платежей по договору займа *** от 30 декабря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548.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548.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09.07.2013 года и приложение *** Календарный график платежей по договору займа *** от 09 июля 2013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549.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549.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08.10.2013 года и приложение *** Календарный график платежей по договору займа *** от 08 октября 2013 г.,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550.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550.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18.03.2014 года и приложение *** Календарный график платежей по договору займа *** от 18 марта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551.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551.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22.07.2014 года и приложение *** Календарный график платежей по договору займа *** от 22 июля 2014 г., с приложением на 8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552.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552.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30.06.2014 года и приложение *** Календарный график платежей по договору займа *** от 30 июня 2014 г., с приложением на 8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553.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553.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30.06.2014 года и приложение *** Календарный график платежей по договору займа *** от 30 июня 2014 г., с приложением на 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554.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554.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26.12.2014 года и приложение *** Календарный график платежей по договору займа *** от 26 декабря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555.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555.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26.12.2014 года и приложение *** Календарный график платежей по договору займа *** от 26 декабря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556.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556.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25.03.2015 года и приложение *** Календарный график платежей по договору займа *** от 25 марта 2015 г.,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557.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557.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27.03.2015 года и приложение *** Календарный график платежей по договору займа *** от 27 марта 2015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558.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558.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30.03.2015 года и приложение *** Календарный график платежей по договору займа *** от 30 марта 2015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559.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559.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30.03.2015 года и приложение *** Календарный график платежей по договору займа *** от 30 мая 2015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560.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560.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27.08.2013 года и приложение *** Календарный график платежей по договору займа *** от 27 августа 2013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561.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561.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08.10.2013 года и приложение *** Календарный график платежей по договору займа *** от 08 октября 2013 г.,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562.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562.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25.11.2013 года и приложение *** Календарный график платежей по договору займа *** от 25 ноября 2013 г.,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563.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563.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14.02.2014 года и приложение *** Календарный график платежей по договору займа *** от 14 февраля 2014 г.,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564.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564.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26.02.2014 года и приложение *** Календарный график платежей по договору займа *** от 26 февраля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565.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565.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18.03.2014 года и приложение *** Календарный график платежей по договору займа *** от 9 марта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566.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566.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30.04.2014 года и приложение *** Календарный график платежей по договору займа *** от 30 апреля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567.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567.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16.07.2014 года и приложение *** Календарный график платежей по договору займа *** от 9 июля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568.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568.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31.07.2014 года и приложение *** Календарный график платежей по договору займа *** от 31 июля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569.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569.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30.10.2014 года и приложение *** Календарный график платежей по договору займа *** от 30 октября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570.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570.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26.06.2015 года и приложение *** Календарный график платежей по договору займа *** от 26 июня 2015 г., с приложением на 14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571.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571.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19.09.2014 года и приложение *** Календарный график платежей по договору займа *** от 19 сентября 2014 г.,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572.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572.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30.06.2014 года и приложение *** Календарный график платежей по договору займа *** от 30 июня 2014 г.,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573.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573.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24.12.2014 года и приложение *** Календарный график платежей по договору займа *** от 24 декабря 2014 г.,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574.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574.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25.12.2014 года и приложение *** Календарный график платежей по договору займа *** от 25 декабря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575.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575.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31.12.2014 года и приложение *** Календарный график платежей по договору займа *** от 31 декабря 2014 г.,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576.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576.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31.03.2015 года и приложение *** Календарный график платежей по договору займа *** от 31 марта 2015 г., с приложением на 2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577.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577.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08.05.2013 года и приложение *** Календарный график платежей по договору займа *** от 08 мая 2014 г., с приложением на 5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578.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578.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18.07.2013 года и приложение *** Календарный график платежей по договору займа *** от 18 июля 2013 г.,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579.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579.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06.08.2013 года и приложение *** Календарный график платежей по договору займа *** от 06 августа 2013 г.,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580.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580.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13.09.2013 года и приложение *** Календарный график платежей по договору займа *** от 13 сентября 2013 г.,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581.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581.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08.10.2013 года и приложение *** Календарный график платежей по договору займа *** от 08 октября 2013 г.,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582.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582.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31.10.2013 года и приложение *** Календарный график платежей по договору займа *** от 31 октября 2013 г.,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583.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583.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25.11.2013 года и приложение *** Календарный график платежей по договору займа *** от 25 ноября 2013 г., с приложением на 3 листах;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584.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584.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03.04.2014 года и приложение *** Календарный график платежей по договору займа *** от 03 апреля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585.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585.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30.09.2014 года и приложение *** Календарный график платежей по договору займа *** от 30 сентября 2014 г., с приложением на 1 листе;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586.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586.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Индивидуальные условия договора займа *** от 07.05.2015 года и приложение *** Календарный график платежей по договору займа *** от 07 мая 2015 г., с приложением на 32 листах, - Заявления 88 человек об исключении из КПК &lt;...&gt; хранящиеся при уголовном деле, по вступлении приговора в законную силу подлежат хранению при материалах уголовного дела; -Трудовой договор от 19.10.2010 г. на имя ФИО1 приказ (распоряжение) о приеме ФИО1 на работу *** от 01.12.2005 г., выписка из протокола *** общего собрания членов КПКГ &lt;...&gt; от 14.11.2003 г. «Об утверждении Постановления Правления КПКГ &lt;...&gt; «О назначении директора КПКГ &lt;...&gt; -Акт проверки деятельности КПК &lt;...&gt;» от 05.06.2012 г.; аудиторское заключение по финансовой (бухгалтерской) отчетности от 14.03.2014 г.; аудиторское заключение по финансовой (бухгалтерской) отчетности от 23.03.2015 г.; акт проверки деятельности КПК «&lt;...&gt; от 05.06.2012 г.; акт ревизии финансово-хозяйственной деятельности КПК &lt;...&gt; проведенной в период с 20.07.2015 по 30.08.2015 г.; - Протокол общего собрания членов КПК &lt;...&gt; *** от 29.08.2011 г.; Протокол общего собрания членов КПК &lt;...&gt; *** от 29.08.2011 г.; Протокол общего собрания членов КПК &lt;...&gt; *** от 20.06.2011 г.; Копия протокола общего собрания членов КПК «&lt;...&gt; *** от 29.08.2011 г.; Копия постановления правления КПК &lt;...&gt; от 29.08.2011 г.; -Объяснение ФИО1 от 28.07.2015 г., акт ревизии финансово –хозяйственной деятельности КПК &lt;...&gt; проведенной в период времени с 05 августа по 20 августа 2015 года, хранящиеся при уголовном деле, по вступлении приговора в законную силу хранить при материалах уголовного дела; -Устав КПК &lt;...&gt; 2010 г.; Устав КПК &lt;...&gt; 2012 года; Положение об органах КПК &lt;...&gt; от 2011 г., Устав КПК &lt;...&gt; 2011 г.; Положение об органах КПК &lt;...&gt; от 2011 г., находящиеся на ответственном хранении у представителя потерпевшего Ж., по вступлении приговора в законную силу оставить в распоряжении КПК &lt;...&gt; КПК &lt;...&gt; - Устав КПК &lt;...&gt; 2011 г.; Положение об органах КПК &lt;...&gt; от 2011 г.; Устав КПК &lt;...&gt; 2011 г.; Положение об органах КПК &lt;...&gt; от 2011 г. – находящиеся на ответственном хранении у представителя потерпевшего С., по вступлении приговора в законную силу оставить в распоряжении КПК &lt;...&gt; КПК &lt;...&gt; -Устав КПК &lt;...&gt; 2011 г.; Положение об органах КПК &lt;...&gt; от 2011 г. находящиеся на ответственном хранении у представителя потерпевшего Ц., по вступлению приговора в законную силу оставить в распоряжении КПК &lt;...&gt; ФИО1 от взыскания процессуальных издержек по настоящему уголовному делу освободить. Приговор может быть обжалован в апелляционном порядке в Иркутский областной суд через Ленинский районный суд г. Иркутска в течение 10 суток со дня провозглашения приговора, а осуждённым, содержащимся под стражей – в течение 10 суток со дня вручения ему копии приговора. В случае подачи апелляционной жалобы осужденным, его защитником, представителем потерпевшего или апелляционного представления государственным обвинителем, осужденный вправе участвовать при рассмотрении дела судом апелляционной инстанции, ходатайство об участии должно содержаться в апелляционной жалобе осужденного или возражениях на апелляционную жалобу потерпевших, защитника или апелляционное представление государственного обвинителя. Председательствующий: Д.О. Мосов Суд: Ленинский районный суд г. Иркутска (Иркутская область) (подробнее) Судьи дела: Мосов Дмитрий Олегович (судья) (подробнее) Судебная практика по: По мошенничеству Судебная практика по применению нормы ст. 159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