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имея умысел на незаконное хранение без цели сбыта наркотических средств, незаконно хранил при себе в пачке из-под сигарет, за поясом брюк, надетых на нем, для личного употребления вещество, содержащее в своем составе ?-пирролидиновалерофенон, которое рассматривается как производное наркотического средства N-метиэфедрон, массой 0,362гр., что является значительным размером, до 22:58ч. 04.09.2015, то есть до момента проведения его личного досмотра в комнате по разбору с доставленными и задержанными ОП-3 УМВД России по г. Таганрогу, по адресу: &lt;...&gt;, после задержания сотрудниками полиции в 21:03ч. 04.09.2015 в районе &lt;адрес&gt; в &lt;адрес&gt;, в ходе которого у ФИО1 указанное наркотическое средство было обнаружено и изъято.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имея умысел на незаконные приобретение и хранение наркотических средств, в октябре 2016 года, находясь возле &lt;адрес&gt; в &lt;адрес&gt;, сорвал верхушечные части и листья дикорастущего растения конопля, которые поместил в находящийся при нем сверток, тем самым незаконно приобрел для личного употребления наркотическое средство – каннабис (марихуана), массой 8,91гр., что является значительным размером. После чего, продолжая реализовывать свой преступный умысел, ФИО1 незаконно хранил указанное наркотическое средство при себе, в заднем правом кармане надетых на нем джинсовых брюк, до 16:40ч. 18.11.2016, то есть до начала проведения его личного досмотра в служебном кабинете № 24 ОП-2 УМВД России по г. Таганрогу, по адресу: &lt;...&gt;, после задержания сотрудниками полиции в 15:35ч. 18.11.2016 около &lt;адрес&gt; в &lt;адрес&gt;, в ходе которого у ФИО1 указанное наркотическое средство было обнаружено и изъято. После ознакомления с материалами уголовного дела ФИО1 заявил ходатайство о постановлении приговора без проведения судебного разбирательства, в связи с согласием с предъявленным обвинением. В судебном заседании подсудимый ФИО1 вину в совершении указанных преступлений признал полностью, ходатайство о постановлении в отношении него приговора без проведения судебного разбирательства поддержал. Кроме того, ФИО1 пояснил суду, что данное ходатайство заявлено им добровольно, с предъявленным обвинением он согласен в полном объеме, особый порядок принятия судебного решения разъяснен ему защитником. Характер и последствия заявленного ходатайства, в том числе связанные с пределами обжалования приговора, постановленного в особом порядке, он осознает. Данное ходатайство поддержано защитником подсудимого. Государственный обвинитель не возражает против слушания дела в особом порядке. Таким образом, суд считает, что требования ст. 314 УПК РФ полностью соблюдены. Суд, изучив материалы уголовного дела, приходит к выводу, что обвинение, с которым согласился подсудимый ФИО1, обоснованно, подтверждается доказательствами, собранными по уголовному делу, и квалифицирует его действия: - по эпизоду № 1, по ч. 1 ст. 228 УК РФ , как незаконное хранение без цели сбыта наркотических средств в значительном размере; - по эпизоду № 2, по ч. 1 ст. 228 УК РФ , как незаконные приобретение и хранение без цели сбыта наркотических средств в значительном размере. Решая вопрос о назначении ФИО1 вида и размера наказания, суд учитывает характер и степень общественной опасности совершенных им преступлений, личность подсудимого, его состояние здоровья, а также влияние назначенного наказания на его исправление и на условия жизни его семьи. Признательные объяснения ФИО1, в том числе при проведении протокола осмотра места происшествия, а также его признательные показания, суд признает обстоятельствами, смягчающими наказание, в соответствии с п. «и» ч. 1 ст. 61 УК РФ , как активное способствование раскрытию и расследованию преступлений. В качестве данных о личности подсудимого суд также учитывает, что ФИО1 ранее не судим, проживает с матерью, на учете у врача психиатра не состоит, с 01.11.2015 состоит на учете нарколога с диагнозом «употребление каннабиноидов с вредными последствиями для здоровья», официально не работает, характеризуется удовлетворительно. Обстоятельств, отягчающих наказание подсудимому, не имеется. С учетом изложенных обстоятельств, исходя из общих начал назначения уголовного наказания, предусмотренных ст. 60 УК РФ , суд приходит к выводу о том, что исправление подсудимого возможно лишь с назначением ему наказания в виде реального лишения свободы. Суд считает, что менее строгие виды наказаний не смогут обеспечить достижения целей наказания, а применение к ФИО1 в соответствии со ст. 73 УК РФ условного осуждения, по твердому убеждению суда, не сможет обеспечить исправление подсудимого. Поскольку судом установлено наличие у ФИО1 смягчающих обстоятельств, предусмотренных п. «и» ч. 1 ст. 61 УК РФ , и отсутствие отягчающих обстоятельств, суд назначает ему наказание с применением ч. 1 ст. 62 УК РФ . В соответствии с п. «а» ч. 1 ст. 58 УК РФ вид исправительного учреждения подсудимому суд назначает колонию поселения. Вопрос о вещественных доказательствах суд разрешает в соответствии со ст. ст. , 82 УПК РФ . На основании изложенного и руководствуясь ст. 316 УПК РФ , суд ПРИГОВОРИЛ: Признать ФИО1 виновным в совершении преступлений, предусмотренных ч. 1 ст. и ч. 1 ст. 228 УК РФ , и назначить ему наказание: - по эпизоду № 1, по ч. 1 ст. 228 УК РФ , в виде 8 (восьми) месяцев лишения свободы; - по эпизоду № 2, по ч. 1 ст. 228 УК РФ , в виде 8 (восьми) месяцев лишения свободы. На основании ч. 2 ст. 69 УК РФ , по совокупности преступлений, предусмотренных ч. 1 ст. и ч. 1 ст. 228 УК РФ , путем частичного сложения назначенных наказаний, окончательно ФИО1 назначить наказание в виде 10 (десяти) месяцев лишения свободы, с отбыванием наказания в колонии поселении. В колонию поселения осужденному ФИО1 надлежит следовать самостоятельно. Исполнение приговора в части направления и помещения ФИО1 в колонию поселения возложить на ГУФСИН России по Ростовской области. Избрать ФИО1 меру пресечения – подписку о невыезде и надлежащем поведении, отменив ее после его прибытия в колонию поселения. Срок наказания исчислять со дня прибытия в колонию поселения. Вещественные доказательства: - наркотическое средство – каннабис (марихуана), ватные тампоны, полимерные пакеты, медицинские шприцы, коробку с ампулами, фрагменты конвалюты с таблетками – уничтожить; - производное наркотического средства N-метиэфедрон – продолжить хранить по месту его нахождения до принятия окончательного решения по выделенному уголовному делу (том 1 л.д. 72, 73, 192). Приговор может быть обжалован в апелляционном порядке в Ростовский областной суд через Таганрогский городской суд Ростовской области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жалобы,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лично либо путем использования систем видеоконференц-связи, при этом, вопрос о форме участия осужденного в судебном заседании решается судом. Председательствующий Судья Суд: Таганрогский городской суд (Ростовская область) (подробнее) Судьи дела: Серебряников Георгий Эдуардович (судья) (подробнее) Последние документы по делу: Приговор от 12 декабря 2017 г. по делу № 1-253/2017 Приговор от 30 ноября 2017 г. по делу № 1-253/2017 Приговор от 22 октября 2017 г. по делу № 1-253/2017 Приговор от 27 сентября 2017 г. по делу № 1-253/2017 Приговор от 18 сентября 2017 г. по делу № 1-253/2017 Приговор от 10 сентября 2017 г. по делу № 1-253/2017 Приговор от 20 июля 2017 г. по делу № 1-253/2017 Постановление от 20 июня 2017 г. по делу № 1-253/2017 Приговор от 23 мая 2017 г. по делу № 1-253/2017 Приговор от 18 мая 2017 г. по делу № 1-253/2017 Приговор от 17 мая 2017 г. по делу № 1-253/2017 Приговор от 17 апреля 2017 г. по делу № 1-253/2017 Приговор от 4 апреля 2017 г. по делу № 1-253/2017 Приговор от 27 февраля 2017 г. по делу № 1-253/2017 Приговор от 16 февраля 2017 г. по делу № 1-253/2017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