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незаключенным договор беспроцентного займа от **.**,**, составленный между ФИО1, действующим в качестве заемщика, и займодавцем ФИО2 на сумму &lt;данные изъяты&gt; рубля. 3.Взыскать с ФИО2 в возмещение расходов по оплате государственной пошлины в пользу ФИО1 &lt;данные изъяты&gt;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в удовлетворении иска в остальной части отказать. Решение может быть обжаловано в апелляционном порядке в Кемеровский областной суд течение одного месяца со дня вынесения решения суда в окончательной форме. Решение суда в окончательной форме изготовлено **.**,**. Председательствующий: Н.В.Петрова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17 августа 2017 г. по делу № 2-263/2017 Решение от 23 июля 2017 г. по делу № 2-263/2017 Определение от 11 июля 2017 г. по делу № 2-263/2017 Решение от 3 июля 2017 г. по делу № 2-263/2017 Решение от 28 мая 2017 г. по делу № 2-263/2017 Решение от 14 мая 2017 г. по делу № 2-263/2017 Решение от 11 мая 2017 г. по делу № 2-263/2017 Определение от 9 мая 2017 г. по делу № 2-263/2017 Решение от 27 апреля 2017 г. по делу № 2-263/2017 Решение от 18 апреля 2017 г. по делу № 2-263/2017 Решение от 18 апреля 2017 г. по делу № 2-263/2017 Решение от 13 апреля 2017 г. по делу № 2-263/2017 Решение от 9 апреля 2017 г. по делу № 2-263/2017 Решение от 3 апреля 2017 г. по делу № 2-263/2017 Решение от 1 марта 2017 г. по делу № 2-263/2017 Решение от 28 февраля 2017 г. по делу № 2-263/2017 Решение от 21 февраля 2017 г. по делу № 2-263/2017 Решение от 13 февраля 2017 г. по делу № 2-263/2017 Решение от 25 января 2017 г. по делу № 2-263/2017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