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a) Признаков монтажа на спорных фонограммах «1.ПMS.00070», «1.ПMS.00070.87.», «1.ПMS.00070.» и «1.ПMS.00070.85.» в пределах чувствительности использованных методов не обнаружено.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Реплики лиц, обозначенных в тексте дословного содержания разговоров на СФ1-СФ4 как «М1», на СФ3 как «М2», на СФ2 как «Ж1», а также образцы голосов и речи гр. ФИО15 и гр. ФИО14 пригодны для идентификационных исследований по голосу и речи. Реплики произносятся ФИО15 и ФИО14 (т. 2 л.д. 14-33); - Акт досмотра вещей, находящихся при физическом лице, изъятия вещей от 11.03.2015 года, согласно которому, в период времени с 14 часов 00 минут до 14 часов 25 минут, 11.03.2015 года, в присутствии очевидцев, в служебном автомобиле «ГАЗЕЛЬ-2217», государственный регистрационный знак регион припаркованном около дома № 72 «А» по проспекту Мира в городе Томске, был проведен личный досмотр ФИО14, в ходе которого в правом, боковом кармане черной куртки, надетой на ФИО14, был обнаружен и изъят сотовый телефон марки «LG», в корпусе черного цвета, со вставленной сим-картой оператора «Мегафон», с абонентским номером , номер был определен путем подачи сигнала *206#. В этом же кармане были обнаружены десять полимерных свертков желтого цвета, с находящимся внутри светлым порошкообразным веществом в каждом. В правом, внутреннем кармане, черной куртки, надетой на ФИО14, были обнаружены и изъяты денежные средства в сумме 1000 (одна тысяча) рублей, купюрой достоинством 1000 (одна тысяча) рублей. В правом носке, надетом на ФИО14, был обнаружен и изъят один полимерный сверток желтого цвета с находящимся внутри светлым порошкообразным веществом. (т. 1 л.д. 170-171); - Протокол осмотра предметов от 11.01.2016 года согласно которого, были осмотрены: 1) - компакт-диск VS 700MB/80MIN, зав. L C 16810. На лицевой стороне компакт-диска имеется рукописный текст, выполненный красящим веществом синего цвета: «…Образцы голоса и речи гр. ФИО15 2)- компакт-диск Verbatim CD-R COMPACT, зав. LB 0805. На лицевой стороне компакт-диска имеется рукописный текст, выполненный красящим веществом черного цвета: «…рег. с …». 3)- компакт-диск Verbatim CD-R COMPACT, зав. номер N. На лицевой стороне компакт-диска имеется рукописный текст, выполненный красящим веществом черного цвета: «…Рег. с 26.03.15…», полученные в ходе проведения оперативно-розыскных действий «Прослушивание телефонных переговоров», а так же предоставленные из криминалистических учетов ЭКО Управления ФСКН России по Томской области. (т. 2 л.д. 36-38); - Протокол осмотра предметов от 21.05.2015 года согласно которого, были осмотрены: - Детализации сведений о соединениях абонента сети «БИЛАЙН», «МЕГАФОН» номера: , которыми пользовались ФИО15 и ФИО14, разговаривая друг с другом, за период с 04.03.2015 года по 11.03.2015 года, в дни проведения оперативно-розыскных мероприятий «Проверочная закупа» и в день задержания, тем самым показана систематичность соединений между ФИО15 и ФИО14. (т. 2 л.д. 249-250); - 11.01.2016 года осмотрены, признаны в качестве вещественных доказательств денежные средства (один денежный билет банка России достоинством 1000 рублей с серийным номером ЗИ 7592644, изъятый у ФИО14, шесть денежных билетов банка России достоинством 1000 рублей с серийными номерами ХЛ 9748031, ЯИ 8466497, ТЬ 5498247, ПП 2265567, пя 9067808, тЧ 5310199; два денежных билета банка России достоинством 500 рублей с серийными номерами БТ 6808164, ЗА 1871568; двенадцать денежных билетов банка России достоинством 100 рублей с серийными номерами кл 1651364, ГЭ 6318189, ги 0397784, ЭЬ 0563434, иь 6300311, гб 2320539, их 9542770, гг 3104447, ЧЬ 3471863, ЧГ 3837298, кл 1089491, ки 2734953; два денежных билета банка России достоинством 50 рублей с серийными номерами ЕЬ 7024354, ЕК 1976289, изъятые в ходе личного обыска ФИО15, один денежный билет банка России достоинством 100 рублей с серийным номером иь 5065217, изъятый в ходе обыска в жилище ФИО15) наркотические средства и иные предметы, изъятые при проведении оперативно-розыскных мероприятий, личного обыска ФИО15, обыска в в , в ходе личного досмотра ФИО14 (т.т. 2 л.д. 39-40, т. 2 л.д. 164-173, 174-177, 178-180, 181-186, 251-252); - Протокол осмотра предметов от 14.04.2015 года, согласно которого, были осмотрены: 1) Один компакт-диск CD-R белого цвета с фабричным номером . При осмотре диска установлено следующее: на диске имеется две папки с файлами «04.03.15», «10.03.15».В папке «04.03.15» имеется 4 файла «04.03.15_1», «04.03.15_2», «04.03.15_3», «04.03.15_4». В папке «10.03.15» имеется 3 файла «10.03.15_2», «10.03.15_2», «10.03.15_3». При осмотре файлов зафиксировано систематическое посещение подсудимым ФИО14 , где проживает подсудимая ФИО15 2) Один компакт-диск CD-R белого цвета с фабричным номером . При осмотре диска установлено следующее: на диске имеется две папки с файлами «11.03.15», «Обзорное». В папке «11.03.15» имеется 2 файла «11.03.15_1», «11.03.15_2». В папке «Обзорное» имеется 4 файла «Обзорное_1», «Обзорное_2», «Обзорное_3», «Обзорное_4». При осмотре файлов зафиксированы действия подсудимого ФИО14 11.03.2015.(т. 1 л.д. 252-255); - Протокол предъявления лица для опознания в условиях, исключающих визуальное наблюдение от 08.05.2015 года, согласно которого ФИО4 опознал ФИО15, как лицо, у которой с 2011 года до начала марта 2015 года приобретал наркотическое средство «героин».(т. 2 л.д. 195-198); - Протокол предъявления лица для опознания в условиях, исключающих визуальное наблюдение от 11.03.2015 года, согласно которого ФИО1 опознал ФИО14, как лицо, у которого 04 марта 2015 года и 10 марта 2015 года приобрел наркотическое средство «героин» около дома № 4 по переулку Урожайному в городе Томске.(т. 3 л.д. 1-4); - Заключение амбулаторной судебной комплексной психолого-психиатрической экспертной комиссии от 27 сентября 2016 года № 591, из которой следует, что ФИО14 (том № 4 л.д. 193-195); Анализируя представленные доказательства, суд приходит к выводу о том, что вина подсудимых ФИО14 и ФИО15 в покушении на незаконный сбыт наркотических средств группой лиц по предварительному сговору в крупном и значительном размерах нашла свое подтверждение совокупностью изложенных доказательств. Анализируя показания подсудимого ФИО14, данные в судебном заседании и сопоставляя их с иными исследованными доказательствами, суд критически относится к показаниям подсудимого ФИО14, в той их части, в которой подсудимый отрицает наличие у него сговора с ФИО15 о сбыте наркотических средств. Так доводы ФИО14 о том, что он не имел предварительного сговора с ФИО15 на сбыт наркотического средства героин, опровергается как показаниями самой ФИО15, данными в ходе судебного заседания, так и показаниями свидетелей ФИО2, ФИО1, ФИО4, ФИО5, исследованными в судебном заседании письменными материалами дела. 04.03.2015, 10.03.2015 проводились оперативно-розыскные мероприятия по выявлению факта реализации наркотических средств, в ходе которого «Закупщику» вручались денежные средства для проведения проверочной закупки, после проведения которой, «Закупщик» добровольно выдавал приобретенное им наркотическое средство. Результаты оперативно-розыскной деятельности представлялись органу предварительного расследования и после возбуждения уголовного дела проверялись процессуальными средствами. Из показаний свидетеля ФИО2, являющегося сотрудником органа, осуществляющего оперативно-розыскную деятельность, следует, что в феврале 2015 года поступила оперативная информация о том, что ФИО14 и ФИО15 занимаются незаконным сбытом наркотических средств, в связи с чем для установления факта преступной деятельности было принято решение о проведении оперативно-розыскных мероприятий. Показания свидетеля ФИО2 подтверждаются показаниями свидетеля ФИО1, о том, что до проведения оперативных мероприятий, свидетель ФИО1 приобретал наркотические средства у ФИО14 Коме того, из показаний свидетеля ФИО4 следует, что он узнал от ФИО15, что она занимается сбытом наркотических совместно с ФИО14 Из показаний свидетеля ФИО5 следует, что в гостях у ФИО15 она неоднократно слышала её телефонные переговоры с ФИО14 о распространении наркотического средства «героин». Таким образом, суд приходит к выводу, что умысел на незаконный сбыт наркотического средства по предварительному сговору группой лиц у ФИО15 и ФИО14 возник до проведения оперативно-розыскных мероприятий 04.03.2015, 10.03.2015 и независимо от действий сотрудников органа, осуществляющего оперативно-розыскную деятельность, и лица, принимавшего участие в проведении оперативно-розыскного мероприятия, – свидетеля ФИО1 Из исследованных в ходе судебного следствия постановлений о проведении оперативно-розыскных мероприятий «проверочная закупка», «наблюдение» усматривается, что каждый раз имелись новые цели и основания для проведения ОРМ. Установлено, что проведение «проверочных закупок», «наблюдения» не являются провокацией, т.к. подсудимые непосредственно сами принимали решение заниматься сбытом наркотических средств и умысел на сбыт наркотических средств у них сформировался независимо от сотрудников полиции, что подтверждается совокупностью исследованных в судебном заседании доказательств. Результаты оперативно-розыскных мероприятий «проверочная закупка», были получены в соответствии со ст.ст. 7 и 8 Федерального закона от 12 августа 1995 г. № 144-ФЗ «Об оперативно-розыскной деятельности» на основании постановления, утвержденного руководителем органа, осуществляющего оперативно-розыскную деятельность (т. 1 л.д. 46, 127); результаты оперативно-розыскных мероприятий «проверочная закупка» были переданы органу следствия на основании постановления руководителя органа, осуществляющего оперативно-розыскную деятельность, и подтверждены показаниями свидетелей ФИО2, ФИО1 Таким образом, суд приходит к выводу, что результаты оперативно-розыскной деятельности, полученные при проведении оперативно-розыскных мероприятий от 04.03.2015, 10.03.2015 отвечают требованиям, предъявляемым к доказательствам уголовно-процессуальным законом. Сопоставляя акт выдачи денежных средств ФИО1 (т. 1 л.д. 134) с протоколом личного обыска ФИО15 (т. 1 л.д. 88-92), протоколом обыска в жилище ФИО15 (т. 1 л.д. 94-102) и протоколом осмотра предметов (т.2 л.д. 164-173), суд приходит к выводу, что при личном обыске ФИО15 были обнаружены и изъяты те же денежные купюры достоинством 500 рублей с серийным номером ЗА 1871568 и денежные билеты достоинством 100 рублей с серийными номерами ЧГ 3837298 и кл 1089491, которые были выданы ФИО1 для проведения оперативно-розыскного мероприятия. С учетом изложенного, суд считает установленным, что 04.03.2015 проводилось оперативно-розыскное мероприятие, которым установлено, что ФИО14, действуя группой лиц по предварительному сговору с ФИО15 сбыли за 1000 рублей наркотическое средство героин в размере 0, 33 грамма свидетелю ФИО1, которое впоследствии было изъято сотрудниками полиции. Также 10.03.2015 проводилось оперативно-розыскное мероприятие, которым установлено, что ФИО14 по предварительному сговору с ФИО15 сбыли за 2000 рублей наркотическое средство героин в размере 0, 18 грамма свидетелю ФИО1, которое впоследствии было изъято сотрудниками полиции. Также 11.03.2015 проводилось оперативно-розыскное мероприятие, которым установлено, что ФИО15, действуя с прямым умыслом на сбыт наркотических средств, незаконно сбыла оставшуюся часть вещества, являющегося смесью, содержащей героин (диацетилморфин) – наркотического средства, общей массой 3,2 грамма, ФИО14, которое впоследствии было изъято сотрудниками полиции. Факт незаконного сбыта ФИО15 наркотического средства ФИО14 подтверждается показаниями свидетелей, заключениями экспертов № 1527 от 31.12.2015, № 1504 от 08.12.2015, № 434 от 05.05.2015, иными исследованными в ходе судебного заседания письменными материала уголовного дела. Оснований не доверять показаниям свидетелей ФИО2, ФИО3, ФИО1, ФИО4, ФИО5, ФИО6, ФИО9, ФИО8, которые ими даны в ходе предварительного следствия и в ходе судебного заседания, у суда нет: они последовательны, непротиворечивы, полностью согласуются по существу, не только между собой, но и с иными исследованными доказательствами, результатами оперативно-розыскных мероприятий, оснований для оговора свидетелями подсудимых судом не установлено. Иные исследованные доказательства не противоречат изложенной совокупности. С учетом изложенного, суд признает изложенную совокупность доказательств достаточной для вывода о виновности ФИО15 и ФИО14 в совершенном преступлении. Органами предварительного следствия действия подсудимой ФИО15 в отношении наркотического средства – смеси, содержащей героин (диацетилморфин), массой 0,33 грамма от 04 марта 2015 года, в отношении наркотического средства – смеси, содержащей героин (диацетилморфин), массой 0,18 грамма от 10 марта 2015 года, в отношении наркотического средства – смеси, содержащей героин (диацетилморфин), массой 3,2 грамма, изъятого у подсудимого ФИО14 11 марта 2015 года, были квалифицированы, как единое преступление – по ч. 3 ст. - п. «г» ч. 4 ст. 228.1 УК РФ , как покушение на незаконный сбыт наркотических средств, группой лиц по предварительному сговору, в крупном размере. Действия подсудимого ФИО14 в отношении наркотического средства – смеси, содержащей героин (диацетилморфин), массой 0,33 грамма от 04 марта 2015 года, в отношении наркотического средства – смеси, содержащей героин (диацетилморфин), массой 0,18 грамма от 10 марта 2015 года, в отношении наркотического средства – смеси, содержащей героин (диацетилморфин), массой 3,2 грамма, изъятого у подсудимого ФИО14 11 марта 2015 года, органами предварительного следствия были квалифицированы, как единое преступление – по ч. 3 ст. - п. «г» ч. 4 ст. 228.1 УК РФ , как покушение на незаконный сбыт наркотических средств, группой лиц по предварительному сговору, в крупном размере. Государственный обвинитель в судебном заседании полагает, что из объема обвинения ФИО14 и ФИО15 подлежит исключению указание на предварительный сговор группой лиц между ФИО14 и ФИО15 по эпизоду от 11 марта 2015г., так как в судебном заседании установлено, что умысел подсудимых ФИО14 и ФИО15, направленный на покушение группой лиц по предварительному сговору на незаконный сбыт наркотических средств массой 3,2 грамма обнаруженных у ФИО14, не нашел своего подтверждения в судебном заседании. Просил квалифицировать действия подсудимого ФИО14 по эпизоду от 04 марта 2015 года и по эпизоду от 10 марта 2015 года,– по ч. 3 ст. 30 – п.п. «а,б» ч. 3 ст. 228.1 УК РФ , как покушение на незаконный сбыт наркотических средств, группой лиц по предварительному сговору, в значительном размере, то есть умышленные действия лица, непосредственно направленные на незаконный сбыт наркотических средств, группой лиц по предварительному сговору, в значительном размере, но не доведенные до конца по независящим от этого лица обстоятельствам. Действия подсудимой ФИО15 по эпизоду от 04 марта 2015 года, по эпизоду от 10 марта 2015 года, в отношении наркотического средства – смеси, содержащей героин (диацетилморфин), массой 3,2 грамма, изъятого у подсудимого ФИО14 11 марта 2015 года, государственный обвинитель полагает квалифицировать по ч. 3 ст. – п. «г» ч. 4 ст. 228.1 УК РФ , как покушение на незаконный сбыт наркотических средств, группой лиц по предварительному сговору, в крупном размере, то есть умышленные действия лица, непосредственно направленные на незаконный сбыт наркотических средств, группой лиц по предварительному сговору, в крупном размере, но не доведенные до конца по независящим от этого лица обстоятельствам. Вместе с тем, из предъявленного подсудимой ФИО15 обвинения следует, что в ходе предварительного следствия не были установлены время и место приобретения, как это указано органами предварительного следствия, подсудимой ФИО15 наркотического средства в целях сбыта, а так же лицо, у которого ФИО15 приобрела наркотическое средство, то есть не были установлены обстоятельства, указанные в п. 1 ч. 1 ст. 73 УПК РФ , в связи с чем, государственный обвинитель считает необходимым исключить из объема обвинения подсудимой ФИО15 указание на незаконное приобретение ФИО15 в целях сбыта наркотического средства. Действия ФИО14 по эпизоду незаконного приобретения и хранения у ФИО15 наркотического средства весом 3,2 грамма считает, что необходимо квалифицировать по ч.2 ст. 228 УК РФ . С учетом мотивированной позицией государственного обвинителя в соответствии с ч.7 ст. 246 УПК РФ , суд исключает из объема обвинения подсудимой ФИО15 указание на незаконное приобретение подсудимой ФИО15 в целях сбыта наркотического средства, исключает из объема обвинения подсудимого ФИО14 факт покушения на незаконный сбыт наркотического средства - смеси, содержащей героин (диацетилморфин), массой 3,2 грамма, изъятого у подсудимого ФИО14 11 марта 2015 года, а также считает, что из объема обвинения ФИО14 и ФИО15 подлежит исключению признак предварительного сговора в составе группы лиц по эпизоду от 11.03.2015 в отношении наркотических средств массой 3,2 грамма, как не нашедший своего подтверждения в судебном заседании. Суд квалифицирует действия подсудимого ФИО14 по эпизоду от 04 марта 2015 года и по эпизоду от 10 марта 2015 года,– по ч. 3 ст. 30 – п.п. «а,б» ч. 3 ст. 228.1 УК РФ , как покушение на незаконный сбыт наркотических средств, группой лиц по предварительному сговору, в значительном размере, то есть умышленные действия лица, непосредственно направленные на незаконный сбыт наркотических средств, группой лиц по предварительному сговору, в значительном размере, но не доведенные до конца по независящим от этого лица обстоятельствам. Действия ФИО14 по незаконному приобретению и хранению наркотических средств весом 3, 2 грамма суд считает необходимым квалифицировать по ч. 2 ст. 228 УК РФ . Действия подсудимой ФИО15 в отношении наркотического средства – смеси, содержащей героин (диацетилморфин), массой 0, 33 грамма по эпизоду от 04 марта 2015 года, в отношении наркотического средства – смеси, содержащей героин (диацетилморфин), массой 0,18 грамма по эпизоду от 10 марта 2015 года, в отношении наркотического средства – смеси, содержащей героин (диацетилморфин), массой 3,2 грамма, изъятого у подсудимого ФИО14 11 марта 2015 года, суд квалифицирует по ч. 3 ст. – п. «г» ч. 4 ст. 228.1 УК РФ , как покушение на незаконный сбыт наркотических средств, группой лиц по предварительному сговору, в крупном размере, то есть умышленные действия лица, непосредственно направленные на незаконный сбыт наркотических средств, группой лиц по предварительному сговору, в крупном размере, но не доведенные до конца по независящим от этого лица обстоятельствам. Действия ФИО15 и ФИО14 необходимо квалифицировать именно как покушение на незаконный сбыт наркотических средств, поскольку в судебном заседании установлено, что умысел ФИО15 на незаконный сбыт наркотических средств в крупном размере в группе лиц по предварительному сговору с ФИО14 и умысел ФИО14 на незаконный сбыт наркотических средств в значительном размере в группе лиц по предварительному сговору с ФИО15 не был доведен до конца. Действия ФИО15 и ФИО14 необходимо квалифицировать именно, как покушение на незаконный сбыт наркотических средств, поскольку в судебном заседании было установлено, что ФИО1 приобретал у ФИО14 наркотическое средство, действуя в рамках Федерального закона РФ «Об оперативно-розыскной деятельности». Из п. 13 Постановления Пленума Верховного Суда РФ от 15 июня 2006 года № 14 «О судебной практике по делам о преступлениях, связанных с наркотическими средствами, психотропными сильнодействующими и ядовитыми веществами», следует, что в тех случаях, когда передача наркотического средства осуществляется в ходе проверочной закупки, проводимой представителями правоохранительных органов в соответствии с Федеральным законом «Об оперативно-розыскной деятельности», содеянное следует квалифицировать по ч. 3 ст. 30 и соответствующей части статьи 228.1 УК РФ , поскольку в этих случаях происходит изъятие наркотического средства из незаконного оборота. Квалифицирующий признак – «группой лиц по предварительному сговору» – нашел свое подтверждение в судебном заседании в действиях подсудимых ФИО15 и ФИО14, поскольку в судебном заседании было установлено, что подсудимые ФИО15 и ФИО14, еще до начала совершения действий, направленных на незаконный сбыт наркотических средств, договорились о совместном совершении данного преступления, после чего подсудимые ФИО15 и ФИО14, действуя в соответствии с теми ролями, которые они распределили между собой, стали совместно реализовывать наркотические средства, при этом каждый из них выполнял объективную сторону преступления. Квалифицирующий признак «в значительном размере» - в действиях подсудимого ФИО14 нашел свое подтверждение в судебном заседании, поскольку значительным размером наркотического средства – смеси, содержащей героин (диацетилморфин), в соответствии с Примечанием 2 к ст. Уголовного кодекса РФ, и на основании Постановления Правительства РФ от 1 октября 2012 года № 1002, является размер, превышающий 0,5 грамма, соответственно, вес смеси, содержащей героин (диацетилморфин), в размере 0,51 грамма - является значительным размером. Квалифицирующий признак – «в крупном размере» - в действиях подсудимой ФИО15 нашел свое подтверждение в судебном заседании, поскольку крупным размером наркотического средства – смеси, содержащей героин (диацетилморфин) в соответствии с Примечанием 2 к ст. Уголовного кодекса РФ, и на основании Постановления Правительства РФ от 1 октября 2012 года № 1002, является размер, превышающий 2,5 грамма, соответственно вес смеси, содержащей героин (диацетилморфин), в размере 3, 71 грамма, также является крупным размером. По факту незаконного приобретения и хранения ФИО14 без цели сбыта наркотического средства, в крупном размере. В судебном заседании свидетель ФИО2 показал, что 11.03.2015 было принято решение о задержании ФИО14 Так, возле дома № 72 «а» по пр. Мира в г. Томск ФИО14 был задержан сотрудниками УФСКН России по Томской области и в присутствии понятых мужского пола ФИО14 был досмотрен. При нем было обнаружено, в кармане куртки сотовый телефон марки «LG» в корпусе черного цвета с сим-картой, 10 полимерных свертков, с порошкообразным веществом светлого цвета внутри, также еще один полимерный сверток, обнаруженный в правом носке надетом на ФИО14 с порошкообразным веществом светлого цвета внутри, денежные средства в размере 1000 рублей, одной купюрой. Все обнаруженное было изъято и упаковано в полимерные пакеты снабжены бумажными бирками и соответствующим образом опечатаны. По данному факту был составлен акт досмотра, с росписями всех участвующих лиц, замечаний по нему от лиц не поступило. По поводу изъятых вещей, ФИО14 пояснил, что все обнаруженное и изъятое принадлежит ему, в свертках находиться наркотическое вещество «героин». В судебном заседании свидетель ФИО8 полностью подтвердил показания, данные им в ходе предварительного следствия и оглашенные в судебном заседании с согласия сторон, из которых следует, что он присутствовал в качестве понятого при личном досмотре подсудимого ФИО14 Досмотр проводился в служебном автомобиле марки ГАЗ 2217. Каких-либо телефонных повреждений на ФИО14 он не видел. При досмотре у ФИО14 изъяли примерно 10 пакетиков, из пояснений самого ФИО14, он понял, что в пакетиках наркотическое средство героин. После досмотра подсудимого был составлен соответствующий акт, после ознакомления с которым все присутствующие подписались, никаких замечаний не поступало. ( т. 1 л.д. 176-177); В судебном заседании свидетель ФИО9 полностью подтвердил показания, данные им в ходе предварительного следствия и оглашенные в судебном заседании с согласия сторон, из которых следует, что он в 2015 году принимал участие в качестве понятого при личном досмотре ФИО14, у которого в ходе досмотра в носках нашли пакетики в виде свертков, а в карманах одежды телефон и деньги. ФИО14 говорил, что все изъятое принадлежит ему. После досмотра был составлен акт, он с ним ознакомился, расписался. Каких-либо видимых телесных повреждений у ФИО14 он не видел. (т.1 л.д. 173-174); Кроме того, доказательствами виновности подсудимого в совершении данного преступления являются протоколы следственных действий, и иные документы, которые были исследованы в ходе судебного заседания: - Акт досмотра вещей, находящихся при физическом лице, изъятия вещей от 11.03.2015 года, согласно которому, в период времени с 14 часов 00 минут до 14 часов 25 минут, 11.03.2015 года, в присутствии очевидцев, в служебном автомобиле ГАЗ 2217, государственный регистрационный знак , припаркованном около дома № 72 «А» по проспекту Мира в городе Томске, был проведен личный досмотр ФИО14, в ходе которого в правом, боковом кармане черной куртки, надетой на ФИО14, был обнаружен и изъят сотовый телефон марки «LG», в корпусе черного цвета, со вставленной сим-картой оператора «Мегафон», с абонентским номером , номер был определен путем подачи сигнала *206#. В этом же кармане были обнаружены десять полимерных свертков желтого цвета, с находящимся внутри светлым порошкообразным веществом в каждом. В правом, внутреннем кармане, черной куртки, надетой на ФИО14, были обнаружены и изъяты денежные средства в сумме 1000 (одна тысяча) рублей, купюрой достоинством 1000 (одна тысяча) рублей. В правом носке, надетом на ФИО14, был обнаружен и изъят один полимерный сверток желтого цвета с находящимся внутри светлым порошкообразным веществом. (т. 1 л.д. 170-171); - Заключение эксперта № 433 от 06.05.2015 года, согласно которому вещество, представленное на экспертизу, в одном свертке, массой 0,55 грамма (до исследования), является смесью, содержащей героин (диацетилморфин) – наркотическое средство и вещество, представленное на экспертизу, в десяти свертках, общей массой 2,65 грамма (до исследования), является смесью, содержащей героин (диацетилморфин) – наркотическое средство. (т. 2 л.д. 63-66); - Протокол личного обыска ФИО15 от 11.03.2015 года, согласно которому, в правом кармане халата, надетом на ФИО15, был обнаружен сотовый телефон марки «NOKIA», в корпусе серого цвета, со вставленной сим-картой «Билайн», с абонентским номером (номер был определен путем подачи сигнала вызова на телефон оперативного сотрудника с определителем номера). В левой чашке бюсгалтере, надетом на ФИО15, был обнаружен тряпичный кошелек бежевого цвета, в котором находились денежные средства в сумме 8300 (восемь тысяч триста) рублей, следующими купюрами: 6 (шесть) купюр достоинством по 1000 (одной тысячи) рублей, 2 (две) купюры достоинством по 500 (пятьсот) рублей, 12 (двенадцать) купюр достоинством по 100 (сто) рублей и 2 купюры достоинством по 50 (пятьдесят) рублей. (т. 1 л.д. 88-93); - Заключение эксперта № 434 от 05.05.2015 года, согласно которому на денежном билете достоинством 500 рублей с серийным номером ЗА 1871568 и денежных билетах достоинством 100 рублей с серийными номерами ЧГ 3837298 и кл 1089491, изъятых в ходе личного обыска гр. ФИО15, и тампонах со смывами с обеих рук гр. ФИО14 и гр. ФИО15 обнаружено вещество, люминесцирующее желто-зеленым цветом. Основы люминесцирующего вещества на вышеуказанных объектах и вещества, представленного на тампоне в качестве образца, однородны по своему химическому составу. - Заключение эксперта № 417 от 16.04.2015 года, согласно которому на представленных на экспертизу фрагменте полимерной пленки, пенициллиновом флакончике и весах обнаружен в следовых количествах героин (диацетилморфин) – наркотическое средство. (т. 2 л.д. 81-84); - Заключение эксперта № 1504 от 08.12.2015 года, согласно которому героин (диацетилморфин), изъятый 11.03.2015 года, в ходе личного досмотра ФИО14, героин (диацетилморфин), добровольно выданный 04.03.2015 года ФИО1 и героин (диацетилморфин), добровольно выданный 10.03.2015 года ФИО1 ранее составлял единое целое и имел общий источник происхождения. (т. 2 л.д. 131-137). - Заключение эксперта № 1527 от 31.12.2015 года, согласно которому все представленные фрагменты полимерной пленки, изъятые 11.03.2015 в ходе личного досмотра ФИО14, обыска по месту жительства ФИО15 по адресу: , имею общую групповую принадлежность. (т. 2 л.д. 144-147). - 11.01.2016 года осмотрены, признаны в качестве вещественных доказательств денежные средства, наркотические средства и иные предметы, изъятые при проведении оперативно-розыскных мероприятий, личного обыска ФИО15, обыска в в , в ходе личного досмотра ФИО14 (т.т. 2 л.д. 39-40, т. 2 л.д. 164-173, 174-177, 178-180, 181-186, 251-252); - Протокол осмотра предметов от 14.04.2015 года, согласно которого, были осмотрены: 1) Один компакт-диск CD-R белого цвета с фабричным номером . При осмотре диска установлено следующее: на диске имеется две папки с файлами «04.03.15», «10.03.15».В папке «04.03.15» имеется 4 файла «04.03.15_1», «04.03.15_2», «04.03.15_3», «04.03.15_4». В папке «10.03.15» имеется 3 файла «10.03.15_2», «10.03.15_2», «10.03.15_3». При осмотре файлов зафиксировано систематическое посещение подсудимым ФИО14 , где проживает подсудимая ФИО15 2) Один компакт-диск CD-R белого цвета с фабричным номером . При осмотре диска установлено следующее: на диске имеется две папки с файлами «11.03.15», «Обзорное». В папке «11.03.15» имеется 2 файла «11.03.15_1», «11.03.15_2». В папке «Обзорное» имеется 4 файла «Обзорное_1», «Обзорное_2», «Обзорное_3», «Обзорное_4». При осмотре файлов зафиксированы действия подсудимого ФИО14 11.03.2015.(т. 1 л.д. 252-255); - Заключение амбулаторной судебной комплексной психолого-психиатрической экспертной комиссии от 27 сентября 2016 года № 591, из которой следует, что ФИО14 . (том № 4 л.д. 193-195); Анализируя представленные доказательства, суд приходит к выводу о том, что вина подсудимого ФИО14 в незаконном приобретении и хранении наркотических средств без цели сбыта в крупном размере, нашла своё подтверждение в ходе судебного следствия. Указанные доказательства представлены суду стороной обвинения, они проверены, судом приняты, собраны с учетом требований ст.ст. - 82 УПК РФ . 11.03.2015 проводились оперативно-розыскные мероприятия в ходе которых был задержан ФИО14 Результаты оперативно-розыскной деятельности представлялись органу предварительного расследования и после возбуждения уголовного дела проверялись процессуальными средствами. Из показаний свидетеля ФИО2, являющегося сотрудником органа, осуществляющего оперативно-розыскную деятельность, следует, что 11.03.2015 с целью пресечения преступной деятельности было принято решение о проведении оперативно-розыскных мероприятий в отношении ФИО14, в ходе которых он бал задержан и у него было обнаружено и изъято наркотическое средство. Результаты оперативно-розыскных мероприятий были получены в соответствии со ст.ст. 7 и 8 Федерального закона от 12 августа 1995 г. № 144-ФЗ «Об оперативно-розыскной деятельности»; результаты оперативно-розыскных мероприятий были переданы органу следствия на основании постановления руководителя органа, осуществляющего оперативно-розыскную деятельность, и подтверждены показаниями свидетелей ФИО8, ФИО9, ФИО2 Таким образом, суд приходит к выводу, что результаты оперативно-розыскной деятельности, полученные при проведении оперативно-розыскных мероприятий 11.03.2015, отвечают требованиям, предъявляемым к доказательствам уголовно-процессуальным законом. Анализируя показания подсудимого ФИО14, данные в судебном заседании и сопоставляя их с иными исследованными доказательствами, суд критически относится к показаниям подсудимого, в той их части, в которой подсудимый утверждает, что изъятые у него при задержании десять полимерных пакетиков с наркотическим средством героин ему подкинули. В этом же кармане были обнаружены десять полимерных свертков желтого цвета, с находящимся внутри светлым порошкообразным веществом в каждом. В правом, внутреннем кармане, черной куртки, надетой на ФИО14, были обнаружены и изъяты денежные средства в сумме 1000 (одна тысяча) рублей, купюрой достоинством 1000 (одна тысяча) рублей. В правом носке, надетом на ФИО14, был обнаружен и изъят один полимерный сверток желтого цвета с находящимся внутри светлым порошкообразным веществом. Так доводы подсудимого ФИО14 о том, что изъятые у него из правого кармана штанов при задержании полимерные пакетики с наркотическим средством героин ему подкинули, и только один полимерный пакетик, изъятый у него из правого носка принадлежит ему, опровергается как показаниями самой ФИО15, данными в ходе судебного заседания, о том, что она сбывала 11.03.2015 ФИО14 наркотическое средство героин в размере 3,2 грамма, так и показаниями свидетелей, которые участвовали в качестве понятых при задержании и личном досмотре ФИО14, а также заключениями экспертов № 1527 от 31.12.2015, № 1504 от 08.12.2015, № 434 от 05.05.2015 о том, что наркотическое средство героин (диацитилморфин), изъятое у него из правого кармана штанов, один полимерный пакетик наркотического средства - героин (диацитилморфин), изъятый у него из правого носка, представленные фрагменты полимерной пленки изъятые у ФИО14 11.03.2015 в ходе личного досмотра, ранее составляли единое целое и имели общий источник происхождения с наркотическим средством героин, добровольно выданным ФИО1 04.03.2015 и 10.03.2015. Из показаний свидетеля ФИО8 следует, что после изъятия у ФИО14 полимерных пакетиков, из пояснений самого ФИО14 он понял, что в указанных пакетиках находится наркотическое средство героин. Кроме того, из показаний свидетеля ФИО9 следует, что ФИО14 подтвердил, что все изъятое, в том числе полимерные свертнки с наркотическим средством принадлежат ему. Оснований не доверять показаниям свидетелей ФИО8, ФИО9, которые ими даны в ходе предварительного следствия и в судебном заседании, у суда нет: они последовательны, непротиворечивы, полностью согласуются по существу, не только между собой, но и с иными исследованными доказательствами, результатами оперативно-розыскных мероприятий, оснований для оговора свидетелями подсудимых судом не установлено. Доводы ФИО14 о том, что при задержании к нему сотрудниками УФСКН по Томской области применялась физическая сила, не являются предметом судебного разбирательства, из представленного постановления от 17.01.2017 следует, что по заявлению ФИО14 в порядке ст.ст. - 145 УПК РФ проводится проверка. В соответствии с требованиями ст. 252 УПК РФ , суд не входит в исследования обстоятельств наличестования факта применения насилия к ФИО14 сотрудниками УФСКН, поскольку это не является предметом судебного разбирательства по настоящему уголовному делу. В судебном заседании государственный обвинитель просил действия подсудимого ФИО14 относительно наркотического средства - смеси, содержащей героин (диацетилморфин), массой 3,2 грамма, изъятого у ФИО14 11 марта 2015 года квалифицировать по ч. 2 ст. 228 УК РФ , как незаконные приобретение и хранение без цели сбыта наркотических средств в крупном размере. Свое решение государственный обвинитель мотивировал следующим: в судебном заседании установлено, что наркотическое средство – смесь, содержащую героин (диацетилморфин), массой 3,2 грамма, изъятое у подсудимого ФИО14 11 марта 2015 года, подсудимый ФИО14 незаконно приобрел у ФИО15 и хранил в целях личного употребления. С учетом мотивированной позицией государственного обвинителя в соответствии с ч.7 ст. 246 УПК РФ , суд квалифицирует действия подсудимого ФИО14 относительно наркотического средства - смеси, содержащей героин (диацетилморфин), массой 3,2 грамма, изъятого у подсудимого ФИО14 11 марта 2015 года по ч. 2 ст. 228 УК РФ , как незаконные приобретение и хранение без цели сбыта наркотических средств в крупном размере. Квалифицирующий признак – «в крупном размере» - в действиях подсудимого ФИО14. нашел свое подтверждение в судебном заседании, поскольку крупным размером наркотического средства – смеси, содержащей героин (диацетилморфин) в соответствии с Примечанием 2 к ст. Уголовного кодекса РФ, и на основании Постановления Правительства РФ от 1 октября 2012 года № 1002, является размер, превышающий 2,5 грамма, соответственно вес смеси, содержащей героин (диацетилморфин), в размере 3,2 грамма, также является крупным размером. Обсуждая вопрос о возможности освобождения подсудимого ФИО14 от уголовной ответственности за совершение преступления, предусмотренного ст. 228 УК РФ , по основаниям, предусмотренным примечанием 1 к ст. 228 УК РФ , суд приходит к следующему. Освобождение от уголовной ответственности за совершение деяния, предусмотренного ст. 228 УК РФ , возможно при наличии совокупности двух условий: добровольной сдачи лицом наркотических средств и активных действий, которые способствовали раскрытию или пресечению преступлений, связанных с незаконным оборотом наркотических средств, изобличению лиц, их совершивших, обнаружению имущества, добытого преступным путем. Однако при задержании лица, а также при проведении следственных действий по обнаружению и изъятию наркотических средств, выдача таких средств по предложению должностного лица, осуществляющего указанные действия, не может являться основанием для применения примечания 1 к ст. 228 УК РФ . Как было установлено в судебном заседании, наркотическое средство - смесь содержащая диацетилморфин (героин), было изъято у ФИО14 при его задержании 11.03.2015, в ходе проведения следственного действия по обнаружению и изъятию наркотического средства, в связи с чем суд считает невозможным в данном случае применение к подсудимому ФИО14 положений примечания 1 к ст. 228 УК РФ . При назначении наказания ФИО15 суд учитывает характер и степень общественной опасности совершенного преступления, которое относятся к категории особо тяжкого, данные о личности подсудимой, которая ранее не судима, её семейное и имущественное положение, состояние здоровья, обстоятельства дела, влияние назначенного наказания на исправление подсудимой и условия жизни её семьи. Обстоятельствами, смягчающим наказание подсудимой ФИО15 судом признается, в соответствии с п. «и» ч. 1 ст. 61 УК РФ , активное способствование изобличению и уголовному преследованию других соучастников преступления, в соответствии с п. «г» ч. 1 ст. 61 УК РФ , - наличие на иждивении малолетнего ребенка, в соответствии с ч.2 ст. 61 УК РФ активное способствование раскрытию и расследованию другого преступления, связанного с незаконным оборотом наркотических средств (т.2 л.д.200). Обстоятельств, отягчающих наказание подсудимой ФИО15, судом не установлено. Учитывая фактические обстоятельства преступлений и степень их общественной опасности, суд не находит оснований для изменения категории совершенного ФИО15 преступлений на менее тяжкую в соответствии с ч. 6 ст. 15 УК РФ . Учитывая, что преступление, предусмотренное ч. 3 ст. – п. «г» ч. 4 ст. - 1 УК РФ является неоконченным, суд, при назначении подсудимой ФИО15 наказания за указанное преступление, применяет положения ч. 3 ст. 66 УК РФ . Поскольку в судебном заседании установлено наличие смягчающего наказание подсудимой ФИО15 обстоятельства, предусмотренного п. «и» ч. 1 ст. 61 УК РФ , и отсутствие отягчающих наказание обстоятельств, при назначении наказания подсудимой должны быть применены положения ч. 1 ст. 62 УК РФ . Кроме того, при назначении наказания суд учитывает положения ст. , 60 УК РФ . На основании изложенного, суд считает необходимым назначить ФИО15 наказание в виде реального лишения свободы, полагая невозможным применение положений ст. 73 УК РФ об условном осуждении, так как считает, что исправление подсудимой возможно только в условиях ее реального отбывания наказания. Учитывая наличие смягчающих наказание ФИО15 обстоятельств, суд полагает возможным не назначать ФИО15 дополнительное наказание в виде штрафа и лишение права занимать определенные должности или заниматься определенной деятельностью. Для отбывания наказания ФИО15, в соответствии с ч. 1 ст. 58 УК РФ , должна быть назначена исправительная колония общего режима. При назначении наказания ФИО14 суд учитывает характер и степень общественной опасности совершенных им преступлений, которые относятся к категории тяжкого и особо тяжкого. Суд также учитывает данные о личности ФИО14, который ранее судим, его семейное и имущественное положение, состояние здоровья, обстоятельства дела, влияние назначенного наказания на исправление ФИО14 и условия жизни его семьи. Обстоятельством, смягчающим наказание подсудимого ФИО14 по двум эпизодам, судом в соответствии с п. «г» ч. 1 ст. 61 УК РФ признается, - наличие на иждивении малолетнего ребенка. Обстоятельством, отягчающим наказание подсудимого ФИО14, в соответствии с п. «а» ч. 1 ст. 63 УК РФ , судом признается особо опасный рецидив преступлений. Учитывая фактические обстоятельства преступлений и степень их общественной опасности, суд не находит оснований для изменения категории совершенных ФИО14 преступлений на менее тяжкую в соответствии с ч. 6 ст. 15 УК РФ . Учитывая, что преступление, предусмотренное ч. 3 ст. 30 - п. «а,б» ч. 3 ст. - 1 УК РФ , является неоконченным, суд, при назначении подсудимому ФИО14, применяет положения ч. 3 ст. 66 УК РФ . Поскольку в судебном заседании установлено наличие отягчающего наказание подсудимого обстоятельства, и отсутствие смягчающих обстоятельств, предусмотренных пп. «и,к» ч.1 ст. 61 УК РФ , то при назначении наказания по двум эпизодам преступлений, суд не применяет положения ч. 1 ст. 62 УК РФ . При назначении наказания суд применяет правила, предусмотренные ст. , 60 УК РФ . Поскольку в судебном заседании установлено наличие обстоятельства отягчающего наказание, при назначении наказания ФИО14 суд руководствуется положениями ч.2 ст. 68 УК РФ , не усматривает оснований для применения ч.3 ст. 68 УК РФ . Оснований для применения к подсудимому положений ст. 64 УК РФ суд не усматривает, так как в судебном заседании не установлено исключительных обстоятельств, существенно уменьшающих степень общественной опасности совершенных подсудимым преступлений. На основании изложенного, суд считает необходимым назначить ФИО14 наказание в виде реального лишения свободы за каждое из совершенных им преступлений, поскольку считает, что менее строгий вид наказания не сможет обеспечить достижения целей наказания, полагая невозможным при этом применение положений ст. 73 УК РФ , так как считает, что исправление ФИО14 возможно только в условиях его реального отбывания наказания, с отбыванием наказания в исправительной колонии особого режима. Учитывая наличие смягчающих наказание подсудимого ФИО14 обстоятельств, суд полагает возможным не назначать ФИО14 дополнительные наказания в виде штрафа и ограничения свободы. Судьба вещественных доказательств подлежит определению в соответствии со ст. 81 УПК РФ . руководствуясь ст.ст. , , 309 УПК РФ , суд приговорил: Признать ФИО15 виновной в совершении преступления, предусмотренного ч. 3 ст. , п. «г» ч. 4 ст. 228.1 УК РФ , и назначить ей наказание в виде 5 (пяти) лет лишения свободы, с отбыванием наказания в исправительной колонии общего режима. Срок наказания ФИО15 исчислять с 03 марта 2017 г. Меру пресечения ФИО15 в виде подписки о невыезде и надлежащем поведении – изменить на содержание под стражей, взяв ФИО15 под стражу в зале суда немедленно. Зачесть в срок отбытия наказания день задержания ФИО15 12.03.2015. Содержать ФИО15 под стражей до вступления приговора в законную силу в ФКУ СИЗО-1 УФСИН России по Томской области. Признать ФИО14 виновным в совершении преступления, предусмотренного ч.3 ст.30, п «а,б» ч. 3 ст. 228.1 УК РФ , и назначить ему наказание в виде 8 (восьми) лет лишения свободы. ФИО14 признать виновным в совершении преступления, предусмотренного ч.2 ст. 228 УК РФ , и назначить ему наказание в виде четырех лет лишения свободы. На основании ч. 3 ст. 69 УК РФ , по совокупности преступлений путем частичного сложения назначенных наказаний, окончательно назначить ФИО14 наказание в виде восьми лет шести месяцев лишения свободы с отбыванием наказания в исправительной колонии особого режима. Срок наказания ФИО14 исчислять с 03 марта 2017 г. Зачесть в срок наказания время содержания осужденного ФИО14 под стражей по настоящему уголовному делу в порядке задержания и меры пресечения с 11 марта 2015 г. по 02 марта 2017 г. включительно. Меру пресечения ФИО14 до вступления приговора в законную силу оставить прежней – заключение под стражу, с содержанием в ФКУ СИЗО-1 УФСИН России по Томской области. Вещественные доказательства по вступлении приговора в законную силу: - денежные средства в сумме 7700 (семь тысяч семьсот) рублей, изъятые 11 марта 2015 года в ходе личного обыска ФИО15, денежные средства в сумме 100 (сто) рублей, изъятые 11 марта 2015 года в ходе обыска по адресу: вернуть по принадлежности законному владельцу ФИО15 - денежные средства в сумме 600 рублей купюрами достоинством 500 рублей с серийным номером ЗА 1871568, достоинством 100 рублей с серийными номерами ЧГ 3837298 и кл 1089491 - обратить в доход государства. - денежные средства в сумме 1000 (одна тысяча) рублей, изъятые 11 марта 2015 года в ходе личного досмотра ФИО14 - вернуть по принадлежности законному владельцу ФИО14 - две светлые дактилопленки прямоугольной формы размерами 27*36 мм и 34*48 мм, изъятые в ходе проведения обыска по адресу: ; - бытовые электронные весы, с наслоением порошка черного цвета, изъятые 11 марта 2015 года в ходе обыска по адресу: ; - пустой пенициллиновый флакончик из прозрачного стекла с маркировкой на этикетке «Бициллин-3», на горлышке которого имеются остатки металлической крышки, а на дне наслоение вещества черного цвета, изъятый 11 марта 2015 года в ходе обыска по адресу: ; - контрольный спиртовой смыв (); - марлевый тампон с наслоением вещества черного цвета (смыв с пола по адресу: ); - марлевый тампон с наслоением вещества черного цвета (смыв с раковины по адресу: ); - образец метящего порошка, которым обрабатывались денежные средства 10 марта 2015 года в ходе проведения оперативно-розыскного мероприятия «Проверочная закупка»; - контрольный смыв ФИО14; - спиртовые смывы с рук ФИО14; - контрольный смыв ФИО15; - спиртовые смывы с рук ФИО15; - ногтевые срезы с рук ФИО15; - вещество, массой 0,33 грамма (до исследования), являющееся смесью, содержащей героин (диацетилморфин) – наркотическим средством, добровольно выданное ФИО1 04 марта 2015 года; - вещество, массой 0,18 грамма (до исследования), являющееся смесью, содержащей героин (диацетилморфин) – наркотическим средством, добровольно выданное ФИО1 10 марта 2015 года; - вещество, массой 0,55 грамма (до исследования), являющееся смесью, содержащей героин (диацетилморфин) – наркотическим средством, изъятое 11 марта 2015 года в ходе личного досмотра ФИО14; - вещество, общей массой 2,65 грамма (до исследования), являющееся смесью, содержащей героин (диацетилморфин) – наркотическим средством, изъятое 11 марта 2015 года в ходе личного досмотра ФИО14 - полупрозрачная полимерная пленка белого цвета, в которую было упаковано вещество, массой 0,33 грамма (до исследования), являющееся смесью, содержащей героин (диацетилморфин) – наркотическим средством, добровольно выданное ФИО1 04 марта 2015 года; - фрагмент полупрозрачной полимерной пленки желтого цвета, со следами героина (диацетилморфина), изъятый 11 марта 2015 года в ходе проведения обыска по адресу: ; - полупрозрачная полимерная пленка желтого цвета, в которую было упаковано вещество, массой 0,18 грамма (до исследования), являющееся смесью, содержащей героин (диацетилморфин) – наркотическим средством, добровольно выданное ФИО1 10 марта 2015 года; - фрагмент полупрозрачной полимерной пленки желтого цвета, изъятый 11 марта 2015 года в ходе проведения обыска по адресу: ; - одиннадцать фрагментов полупрозрачной полимерной пленки желтого цвета, внутри кототрых находилось вещество, массой 0,55 грамма (до исследования), являющееся смесью, содержащей героин (диацетилморфин) – наркотическим средством и- вещество, общей массой 2,65 грамма (до исследования), являющееся смесью, содержащей героин (диацетилморфин) – наркотическим средством, изъятые 11 марта 2015 года в ходе личного досмотра ФИО14; - полимерный пакет оранжевого цвета с зелеными рисунками и надписями, в который было упаковано вещество, массой 634,26 грамма (до исследования), являющееся смесью, содержащей героин (диацетилморфин) – наркотическим средством, изъятое 12 марта 2015 года в ходе осмотра места происшествия; - вещество, массой 634,26 грамма (до исследования), являющееся смесью, содержащей героин (диацетилморфин) – наркотическим средством, изъятое 12 марта 2015 года в ходе осмотра места происшествия – после вступления приговора в законную силу - уничтожить. - компакт-диск VS 700MB/80MIN 1x-52x CD-R COMPACT disc Recordable, зав. L C 16810. На лицевой стороне компакт-диска имеется рукописный текст, выполненный красящим веществом синего цвета: «…Образцы голоса и речи гр. ФИО15, - компакт-диск Verbatim CD-R COMPACT disc Recordable 700MB Mo 52x speed vitesse 80 min, зав. LB 0805. На лицевой стороне компакт-диска имеется рукописный текст, выполненный красящим веществом черного цвета: «…рег. с …»; - компакт-диск CD-R белого цвета с фабричным номером LH 3155SГ 14082074D1. На лицевой стороне компакт-диска имеется рукописный текст, выполненный красящим веществом синего цвета «Рег. с»; - компакт-диск CD-R белого цвета с фабричным номером LH 3155SГ 14082076D1. На лицевой стороне компакт-диска имеется рукописный текст, выполненный красящим веществом синего цвета «Рег. с»; - компакт-диск Verbatim CD-R COMPACT disc Recordable 700MB Mo 52x speed vitesse 80 min, зав. номер N. На лицевой стороне компакт-диска имеется рукописный текст, выполненный красящим веществом черного цвета: «…Рег. с 26.03.15…»; - детализация сведений о соединениях абонента сети «ТЕЛЕ 2», ; - детализация сведений о соединениях абонента сети «ТЕЛЕ 2», - хранить при уголовном деле. Приговор может быть обжалован в Томский областной суд через Ленинский районный суд г. Томска в течение десяти суток со дня его провозглашения, а осужденными, содержащимися под стражей, - в тот же срок со дня получения копии приговора. В случае подачи апелляционной жалобы или представления осужденные вправе ходатайствовать о своем участии в рассмотрении дела судом апелляционной инстанции. Приговор может быть обжалован в кассационном порядке. Судья подпись Г.Б. Мухамедярова Копия верна: судья Г.Б. Мухамедярова секретарь Ч.О.Хертек Суд: Ленинский районный суд г. Томска (Томская область) (подробнее) Судьи дела: Мухамедярова Г.Б. (судья) (подробнее) Судебная практика по: По вымогательству Судебная практика по применению нормы ст. 163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