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преступлению от 17.09.2016 года. В судебном заседании подсудимый ФИО8 показал, что в декабре 2015 г. у него сгорел дом и с декабря 2015 г. по июнь 2016 г. он находился в психиатрической больнице. До 17 сентября 2016 г. он был в монастыре в &lt;адрес&gt;&lt;адрес&gt; и решил уйти оттуда. 17 сентября 2016 г. примерно в 16 часов, когда он шел по автодороге возле &lt;адрес&gt;, то увидел стоящий на обочине автомобиль &lt;данные изъяты&gt; с госзнаком №. В автомобиле и рядом с ним никого не было. Так как он устал идти пешком, то решил поехать на этом автомобиле в сторону монастыря, потом в &lt;адрес&gt;. Он завел этот автомобиль ключами, находящимися в нем же и поехал. Из-за того, что в пути колесо спустило, он остановил на обочине дороги этот автомобиль и находился в нем, спал. После этого он был задержан сотрудниками полиции. Разрешения ему ездить на вышеуказанном автомобиле никто не давал. Кроме того, вина подсудимого ФИО8 подтверждается совокупностью собранных и исследованных в судебном заседании доказательств по делу, а именно следующими доказательствами. Согласно показаниям потерпевшего Потерпевший №2 от 19.10.2016 г. в ходе предварительного следствия (оглашены по ходатайству государственного обвинителя в порядке ч.1 ст. 281 УПК РФ ) 17 сентября 2016 года около 16 час. 30 мин. он поехал на своем автомобиле &lt;данные изъяты&gt; с регзнаком Н № в лесной массив возле д.&lt;адрес&gt; за грибами. Приехав на место, он остановил автомобиль на обочине автодороги Ростов-Иваново-Нижний Новгород, оставил двери не запертыми (из-за сломанного замка), ключи в машине. Примерно около 17 час. 30 мин. он вернулся из леса и своего автомобиля не обнаружил, увидел следы от его колес. Когда ехал в лес, то обгонял шедшего по дороге в направлении &lt;адрес&gt; мужчину. (т.1 л.д.168) Из показаний потерпевшего Потерпевший №2 от 8.12.2016 г. в ходе дополнительного допроса следователем (оглашены по ходатайству государственного обвинителя в порядке ч.1 ст. 281 УПК РФ ) следует, что 17 сентября около 22 часов после звонка из полиции об обнаружении его автомобиля, он, взяв запасные колеса автомобиля, приехал на автодорогу Ростов-Иваново-Н.Новгород между &lt;адрес&gt; и &lt;адрес&gt;. Там он увидел свой автомобиль ИЖ. В нем сидел неизвестный ему ранее ФИО8, который стал перед ним извиняться за спущенные колеса. Автомобиль был со спущенными колесами. Ключи от замка зажигания своего автомобиля перед уходом в лес он оставил в замке зажигания, так как не предполагал, что кто-нибудь может угнать его автомобиль. (т.1 л.д.177-179) Согласно показаниям свидетеля Свидетель №1 от 20.12.2016 г. (даны в ходе следствия по делу и оглашены по ходатайству государственного обвинителя в порядке ч.1 ст. 281 УПК РФ ) 17.09.2016 г. около 18 час. от дежурного ОП № МО МВД России «Южский» поступила ориентировка по факту угона автомобиля ИЖ &lt;данные изъяты&gt; с госзнаком Н №. С целью розыска автомобиля он с сотрудником Свидетель №2 проехали по автодороге Ростов-Иваново-Н.Новгород в &lt;адрес&gt;, где на 209 км в районе д.&lt;адрес&gt; около 21 часа ими был замечен на обочине дороги данный автомобиль со спущенными колесами. О находке они сообщили дежурному и дождались приезда СОГ. В салоне автомобиля спал мужчина, представившийся ФИО8 (т.1 л.д.191-192) Из показаний свидетеля Свидетель №2 от 21.12.2016 г. (даны в ходе следствия по делу и оглашены по ходатайству государственного обвинителя в порядке ч.1 ст. 281 УПК РФ ) следует, что 17.09.2016 г. совместно с Свидетель №1 он находился на дежурстве. Около 18 час. от дежурного ОП № МО МВД России «Южский» поступила ориентировка об угоне автомобиля ИЖ &lt;данные изъяты&gt; с госзнаком Н № С целью розыска автомобиля он с сотрудником Свидетель №1 проехал по автодороге Ростов-Иваново-Н.Новгород в &lt;адрес&gt;. На 209 км этой автодороги в районе д.&lt;адрес&gt; около 21 часа ими был замечен розыскиваемый автомобиль. У данного автомобиля, стоящего на обочине дороги, были спущены колеса. Об этом они сообщили дежурному и дождались приезда СОГ. В салоне данного автомобиля на пассажирском сиденье спал мужчина, представившийся ФИО8 (т.1 л.д.193-194) Протоколом осмотра места происшествия от 18.09.2016 г. (с фототаблицей) – участка дороги Ростов-Иваново-Н.Новгород вблизи &lt;адрес&gt;. Участвующий в осмотре Потерпевший №2 указал место, где стоял его автомобиль. (т.1 л.д.157-159) Протоколом осмотра местности от 18.09.2016 г. (с фототаблицей), из которого следует, что осмотрены местность и автомобиль марки &lt;данные изъяты&gt; с госзнаком Н №. (т.1 л.д.160-162) Согласно протоколу осмотра предметов от 18.09.2016 г. осмотрен автомобиль марки ИЖ &lt;данные изъяты&gt; с госзнаком №. Постановлением о признании и приобщении вещественных доказательств от 18.09.2016 г. автомобиль приобщен к делу в качестве доказательства. (т.1 л.д.163-165) Из протокола выемки от 22.09.2016 г. следует, что у потерпевшего Потерпевший №2 изъяты водительское удостоверение, свидетельство о регистрации ТС на автомобиль ИЖ &lt;данные изъяты&gt;. (т.1 л.д.170) Протоколом осмотра документов от 22.09.2016 г. (с фототаблицей), из которого следует, что осмотрены водительское удостоверение, свидетельство о регистрации ТС на автомобиль ИЖ &lt;данные изъяты&gt;. Постановлением о признании и приобщении вещественных доказательств от 22.12.2016 г. данные документы приобщены к делу в качестве доказательства (т.1 л.д.175). (т.1 л.д.171-174) Из протокола выемки от 8.12.2016 г. следует, что у потерпевшего Потерпевший №2 изъят ПТС на автомобиль ИЖ &lt;данные изъяты&gt;. (т.1 л.д.184) Протоколом осмотра документов от 8.12.2016 г. (с фототаблицей), из которого следует, что осмотрен на автомобиль ИЖ &lt;данные изъяты&gt;. Постановлением о признании и приобщении вещественных доказательств от 22.12.2016 г. данные документы приобщены к делу в качестве доказательства (т.1 л.д.188). (т.1 л.д.185-187) Протоколом проверки показаний на месте от 18.09.2016 г. (с фототаблицей) с участием подозреваемого ФИО8, в ходе которой последний показал место –с обочины автодороги Ростов-Иваново-Нижний Новгород возле &lt;адрес&gt; откуда он угнал автомобиль ИЖ Потерпевший №2 (т.1 л.д.208-212) Заключением эксперта № от ДД.ММ.ГГГГ, согласно которому наиболее вероятная рыночная стоимость автомобиля марки ИЖ &lt;данные изъяты&gt; с госномером № по состоянию на 17.09.2016 г. составляет &lt;данные изъяты&gt; руб. (т.2 л.д.61-81) Иными документами: -сообщением от Потерпевший №2 от 17.09.2016 г. 18 час.05 мин. в ДЧ ПП № МО МВД «Пучежский» о преступлении – угоне автомобиля ИЖ &lt;данные изъяты&gt; с госномером № (т.1 л.д.149); -заявлением от Потерпевший №2 от 17.09.2016 г. в ПП№ МО МВД «Пучежский» о привлечении неизвестного лица, угнавшего у него автомобиль (т.1 л.д.150). Вещественными доказательствами: автомобилем ИЖ &lt;данные изъяты&gt; Потерпевший №2, водительским удостоверением последнего и ПТС на данный автомобиль (находятся у потерпевшего). Проанализировав и оценив в совокупности собранные и исследованные в судебном заседании доказательства по делу, суд приходит к следующим выводам. Судом проанализированы противоречия между оглашенными показаниями потерпевшего Потерпевший №2 о принадлежности автомобиля ИЖ &lt;данные изъяты&gt; с госномером Н № и свидетелей Свидетель №2 Свидетель №1 о приезде владельца данного автомобиля ФИО6. Суд признает в данной части достоверными показания потерпевшего, так как они подтверждаются доказательствами по делу - ПТС на данное транспортное средство и др. доказательствами. Приведенные выше доказательства (за исключением показаний, в части не нашедшей своего подтверждения в судебном заседании) полностью изобличают ФИО8 в содеянных преступлениях. Указанные доказательства (за исключением показаний, в части не нашедшей своего подтверждения в судебном заседании) получены в соответствии с нормами уголовно-процессуального законодательства, последовательные, сочетаются между собой, существенных противоречий не имеют, в связи с чем суд признает их относимыми, допустимыми и достоверными, а в совокупности – достаточными для разрешения уголовного дела. В судебном заседании государственный обвинитель уточнил обвинение в части квалификации по обоим преступлениям, указав слово вместо «незаконное» «неправомерное». Суд соглашается с данным уточнением, так как ч.1 ст. 166 УК РФ предусмотрена уголовная ответственность за неправомерное завладение автомобилем или иным транспортным средством без цели хищения (угона), уточняет обвинение в данной части указав слово вместо «незаконное» «неправомерное». Суд считает необходимым уточнить обвинение по преступлению от 30.12.2015 года в части времени возникновения умысла у ФИО9 на угон, указав вместо «в период времени с 18 по 22 часа 30 минут» – «примерно в 18 часов», так как последнее подтверждается доказательствами, исследованными в судебном заседании, а именно показаниями подсудимого об этом, оглашенными показаниями свидетелей ФИО1, о том, что в 22 часа 20 мин. посторонний мужчина, как она потом узнала ФИО8 находился на территории автостоянки в &lt;адрес&gt;; свидетеля ФИО1, о том, что около 21 часа ФИО8 был на территории автостоянки. В данной части указанные показания последовательные, существенных противоречий не имеют, подтверждаются другими доказательствами. При таких обстоятельствах указанное в данной части в обвинении время – по 22 часа 30 мин. суд признает как ошибочно вмененное. С учетом указанных выше показаний свидетелей и по указанным основаниям суд считает необходимым уточнить обвинение по преступлению от 30.12.2015 г. в части времени проникновения ФИО8 на территорию автостоянки, указав примерно с 19 часов до 21 часа. Суд считает необходимым уточнить обвинение в части места возникновения умысла по вышеуказанному преступлению, указав вместо &lt;адрес&gt;, так как из адресной справки, других характеризующих подсудимого документов, следует, что подсудимый ФИО8 проживал в &lt;адрес&gt;, где и решил проникнуть на стоянку, что пояснил суду. Суд расценивает указание в обвинении на &lt;адрес&gt;, как описку. Действия подсудимого ФИО8 суд квалифицирует по эпизоду от 30.12.2015 г. по ч.3 ст. , ч.1 ст. 166 УК РФ , как покушение на неправомерное завладение автомобилем без цели хищения (угон); по эпизоду от 17.09.2016 г. по ч.1 ст. 166 УК РФ , как неправомерное завладение автомобилем без цели хищения (угон). Суд признает, что 30.12.2015 г. ФИО8 совершил покушение на угон автомобиля, так как по независящим от него обстоятельствам – ввиду задержания на месте преступления сотрудниками полиции, он не смог довести задуманное преступление до конца. При определении вида и размера наказания подсудимому за каждое преступление суд учитывает характер и степень общественной опасности совершенных преступлений, личность виновного, а также влияние назначенного наказания на исправление осужденного и условия жизни его семьи, обстоятельства, смягчающие наказание. ФИО8 совершил преступление средней тяжести и покушение на преступление средней тяжести, в содеянном раскаивается, юридически не судимый. В 2008 г. привлекался к уголовной ответственности по ч.1 ст. 112 УК РФ (уголовное дело прекращено по ст. 25 УПК РФ (т.2 л.д.92-97)). К административной ответственности в 2015-2016 г. не привлекался (т.2 л.д.105,106). На учете у врача нарколога ОБУЗ «ИОНД» АНО № &lt;адрес&gt;, врача психиатра &lt;данные изъяты&gt; филиала ОБУЗ «Областная клиническая психиатрическая больница «Богородское» ФИО8 не состоит (т.2 л.д.100, 102). В ОБУЗ «ОКПБ «Богородское» находился на лечении с диагнозом синдром зависимости от алкоголя 2 степени и др. (т.2 л.д.103). По месту жительства в &lt;адрес&gt; характеризуется как лицо, злоупотребляющее спиртными напитками. Проживал один без регистрации в &lt;адрес&gt; с весны 2016 г. в бане возле сгоревшего дома (т.2 л.д.107). По месту регистрации в &lt;адрес&gt; (в квартире бывшей его семьи) не проживал. Не работает, жалоб на него в администрацию не поступало, имеет водительское удостоверение (т.2 л.д.108,109). В 1997 году перенес тяжелую черепно-мозговую травму (т.2 л.д.110-112). На учете в ОГКУ «&lt;данные изъяты&gt; МЦЗН» ФИО9 не состоит (т.2 л.д.183). В 2015-2016 г. до 12 марта работал в ООО «&lt;данные изъяты&gt;» (т.2 л.д.126). Имеет заболевания -&lt;данные изъяты&gt;, хронический &lt;данные изъяты&gt;. ФИО8 военнообязанный (т.2 л.д.114). Разведен, на иждивении несовершеннолетних детей не имеет. Близких родственников на территории РФ не имеет (кроме сына). С совершеннолетним сыном в РФ отношений не поддерживает, жена умерла после прекращения с ним брачно-семейных отношений. Мер к заглаживанию вреда по обоим преступлениям не предпринимал. Согласно заключению комиссии судебно-психиатрических экспертов от ДД.ММ.ГГГГ № ФИО8 каким-либо хроническим психическим расстройством, временным психическим расстройством, слабоумием, иным болезненным состоянием психики не страдает и не страдал ими в период совершения инкриминируемых ему деяний. У ФИО8 обнаружен синдром зависимости в результате употребления апиоидов, средняя стадия, и в результате употребления алкоголя средней стадии. В период с 27 января по 28 января 2016 г. перенес временные психические расстройства в виде делирия смешанной этиологии, с 11 февраля по 11 мая 2016 г. в виде амнестического синдрома в результате употребления алкоголя. Вышеуказанные расстройства психики у Лебедева выражены не столь значительно, поэтому во время совершения инкриминируемых ему деяний он мог в полной мере осознавать фактический характер и общественную опасность своих действий и руководить ими, а так же не лишен такой возможности в настоящее время. В применении принудительных мер медицинского характера не нуждается (т.2 л.д.48-52). Суд соглашается с вышеуказанным заключением экспертов и признает ФИО9 в отношении содеянных им преступлений вменяемым. Обстоятельствами, смягчающими наказание подсудимого ФИО8, суд признает: -по преступлению от 17.09.2016 г. - в соответствии с п. «и» ч.1 ст. 61 УК РФ – активное способствование раскрытию, расследованию преступления, поскольку подсудимый подробно пояснял способ совершенного им в условиях неочевидности преступления, затем показывал это в ходе проведения поверки показаний на месте (т.1 л.д.208-112); -по каждому преступлению согласно ч.2 ст. 61 УК РФ - признание вины подсудимым, наличие заболевания ВИЧ, гипатита С. Суд не признает обстоятельством, смягчающим наказание согласно п. «и» ч.1 ст. 61 УК РФ , по преступлению от 30 декабря 2015 г. явку с повинной ФИО8 от 30.12.2015 г (т.1 л.д.74), так как последний был застигнут на месте преступления сотрудниками полиции, свидетелями непосредственно при покушении на совершение этого преступления, затем доставлен в полицию. При этом суд учитывает, что под явкой с повинной, которая в силу пункта "и" части 1 статьи 61 УК РФ является обстоятельством, смягчающим наказание, следует понимать добровольное сообщение лица о совершенном им или с его участием преступлении, сделанное в письменном или устном виде. Не может признаваться добровольным заявление о преступлении, сделанное лицом в связи с его задержанием по подозрению в совершении этого преступления. Признание лицом своей вины в совершении преступления в таких случаях может быть учтено судом в качестве иного смягчающего обстоятельства в порядке части 2 статьи 61 УК РФ . Указанная правовая позиция изложена в п.29 Постановления Пленума Верховного Суда РФ от 22.12.2015 № 58 «О практике назначения судами Российской Федерации уголовного наказания». В связи с указанным выше суд, учитывая наличие протокола явки с повинной ФИО9, признает его по преступлению от 30.12.2015 г. обстоятельством, смягчающим наказание подсудимого в соответствии с ч.2 ст. 61 УК РФ , – как признание вины. Обстоятельств, отягчающих наказание подсудимого, предусмотренных ст. 63 УК РФ , по каждому преступлению суд не усматривает. Учитывая вышеизложенное, суд считает, что за совершенное преступление и за покушение на преступление, в целях исправления осужденного ФИО8 необходимо назначить наказание в виде лишения свободы. При этом суд учитывает личность подсудимого - не имеет постоянного места жительства (жил в &lt;адрес&gt; в бане у сгоревшего дома, затем искал место проживание в монастырях; по месту регистрации не проживал); с родственниками отношений не поддерживает, злоупотреблял спиртными напитками. ФИО9 будучи подозреваемым в покушении на угон, спустя несколько месяцев совершил угон транспортного средства, что указывает на склонность его к совершению преступлений. Суд учитывает, так же что ФИО9 скрывался от следствия из-за чего находился в розыске, хотя 31.12.2015 дал обязательство о явке (т.1 л.д.128), указав о том, что обязуется являться по вызовам следствия, в случае перемены места жительства сообщать об этом последним; не сообщал органам следствия о своем местонахождении (в течение 2 месяцев, с 11 февраля 2016 г. находился в &lt;данные изъяты&gt; филиале ОБУЗ ОКПБ «Богородское» (с диагнозом амнестический синдром в результате употребления алкоголя (т.1 л.д.147)); затем уехав из &lt;адрес&gt; в &lt;адрес&gt;, где 18 сентября 2016 г. был задержан по подозрению в совершении нового преступления (т.1 л.д.213). Поскольку ФИО9 обвиняется в совершении 30 декабря 2015 г. покушения на преступление, то при назначении наказания за данное преступление суд учитывает положения ч.3 ст. 66 УК РФ , согласно которой срок или размер наказания за покушение на преступление не может превышать трех четвертей максимального срока или размера наиболее строгого вида наказания, предусмотренного соответствующей статьей Особенной части настоящего Кодекса за оконченное преступление. При определении размера наказания за преступление от 17 сентября 2016 г. суд учитывает положения ч.1 ст. 62 УК РФ (т.к. имеется смягчающее обстоятельство, предусмотренное п. «и» ч.1 ст. 61 УК РФ и отсутствуют отягчающие обстоятельства). Из данной нормы закона следует, что при наличии смягчающих обстоятельств, предусмотренных п.п. «и» и (или) «к» ч.1 ст. 61 УК РФ ,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Особенной части настоящего Кодекса. Положения ч.5 ст. 62 УК РФ по каждому преступлению суд не применяет, так как дело рассмотрено в общем порядке. Оснований для назначения наказания подсудимому с применением ст.ст. , 73 УК РФ по каждому преступлению суд, при изложенных выше обстоятельствах, не усматривает. При этом суд так же учитывает, что цели и мотивы преступлений, роль виновного во время совершения преступления, покушения на совершение преступления не свидетельствуют о наличии исключительных обстоятельств, существенно уменьшающих степень общественной опасности преступлений. Учитывая то, что ФИО9 обвиняется в совершении 2 преступлений (оконченного и покушения на преступление) средней тяжести, то окончательное наказание ему должно быть назначено с учетом требований ч.ч.1,2 ст. 69 УК РФ , по совокупности преступлений, путем частичного сложения назначенных наказаний. При этом окончательное наказание не может превышать более чем наполовину максимальный срок или размер наказания, предусмотренного за наиболее тяжкое из совершенных преступлений. Согласно п.«а» ч.1 ст. 58 УК РФ отбывать наказание ФИО8 должен в колонии-поселении, как лицо, осужденное к лишению свободы за совершение умышленных преступлений средней тяжести, ранее не отбывавшее лишение свободы. Суд считает необходимым направить Л-вы в колонию-поселение под конвоем, учитывая положения ч.4 ст.75. 1 УИК РФ. Из данной нормы закона следует, что по решению суда осужденный может быть заключен под стражу и направлен в колонию-поселение под конвоем в порядке, предусмотренном статьями 75 и 76 настоящего Кодекса, в случаях уклонения его от следствия или суда, нарушения им меры пресечения или отсутствия у него постоянного места жительства на территории Российской Федерации. ФИО8 уклонялся от следствия, в связи с чем был объявлен в розыск, зарегистрирован в &lt;адрес&gt;, но по месту регистрации не проживал. С декабря проживал возле сгоревшего дома в &lt;адрес&gt;, затем с апреля 2016 года по сентябрь 2016 года постоянного места жительства на территории РФ не имел (искал приют в монастыре д.&lt;адрес&gt;, был задержан по пути из этого монастыря). В связи с указанным, суд считает необходимым направить его в колонию-поселение под конвоем. До вступления приговора в законную силу суд считает необходимым для обеспечения исполнения приговора, учитывая характеризующие данные на подсудимого (склонность к совершению преступлений, отсутствие постоянного места жительства) оставить без изменения в отношении ФИО8 меру пресечения в виде заключения под стражей с содержанием в ФКУ СИЗО-2 УФСИН России по Ивановской области (г.Кинешма). В силу ст. 72 УК РФ в срок отбывания наказания ФИО8 следует засчитать время содержания его под стражей с момента задержания, т.е. с 18 сентября 2016 года. Вещественные доказательства: автомобиль марки ИЖ &lt;данные изъяты&gt; с госномером №, свидетельство о регистрации, ПТС на данное транспортное средство, водительское удостоверение на имя Потерпевший №2 оставить по принадлежности Потерпевший №2; полуботинки оставить по принадлежности ФИО8, деревянный брусок уничтожить; автомобиль &lt;данные изъяты&gt; с госзнаком А №, свидетельство о регистрации данного ТС, паспорт на данное ТС, оставить по принадлежности Потерпевший №1 Гражданский иск по делу не заявлен. На основании изложенного, руководствуясь ст.ст. , , 309 УПК РФ , суд ПРИГОВОРИЛ: Признать ФИО8 виновным в совершении преступлений, предусмотренных ч.3 ст. , ч.1 ст. 166 УК РФ (по эпизоду от 30 декабря 2015 г.), ч.1 ст. 166 УК РФ (по эпизоду от 17.09.2016 г.). Назначить ФИО8 наказание за преступление, предусмотренное ч.3 ст. , ч.1 ст. 166 УК РФ (по эпизоду от 30 декабря 2015 г.), в виде лишения свободы сроком 1 год 4 месяца. Назначить ФИО8 наказание за преступление, предусмотренное ч.1 ст. 166 УК РФ (по эпизоду от 17.09.2016 г.) в виде 1 года 11 месяцев лишения свободы. Окончательное наказание ФИО8 назначить по совокупности преступлений путем частичного сложения назначенных наказаний в виде 2 лет 2 месяцев лишения свободы с отбыванием наказания в колонии-поселении. Направить ФИО8 в колонию-поселение под конвоем. Меру пресечения в отношении ФИО8 в виде заключения под стражей с содержанием в ФКУ СИЗО-2 УФСИН России по Ивановской области (г.Кинешма) оставить без изменения до вступления приговора в законную силу. Срок наказания ФИО10 исчислять с 6 марта 2017 года. В срок лишения свободы засчитать период содержания ФИО10 по стражей с момента его задержания, то есть с 18 сентября 2016 года до 6 марта 2017 года. Вещественные доказательства: автомобиль марки ИЖ &lt;данные изъяты&gt; с госномером №, свидетельство о регистрации, ПТС на данное транспортное средство, водительское удостоверение на имя Потерпевший №2 оставить по принадлежности Потерпевший №2; полуботинки оставить по принадлежности ФИО8; деревянный брусок уничтожить; автомобиль &lt;данные изъяты&gt; с госзнаком А №, свидетельство о регистрации данного ТС, паспорт на данное ТС, оставить по принадлежности Потерпевший №1 Приговор может быть обжалован в апелляционном порядке в Ивановский областной суд через Пестяковский районный суд в течение 10 суток со дня его провозглашения, а осужденным, содержащимся под стражей, - в тот же срок со дня получения им копии приговора. При подаче апелляционной жалобы осужденный вправе ходатайствовать об участии в заседании суда апелляционной инстанции. Такое ходатайство может быть заявлено осужденным в течение 10 суток со дня вручения ему копии приговора – в апелляционной жалобе, либо в тот же срок со дня вручения копии апелляционной жалобы или представления прокурора, затрагивающих его интересы, - в отдельном ходатайстве либо возражениях на жалобу или представление. Председательствующий судья подпись М.В.Киселёва Суд: Пестяковский районный суд (Ивановская область) (подробнее) Судьи дела: Киселева Марина Васильевна (судья) (подробнее) Последние документы по делу: Приговор от 23 марта 2017 г. по делу № 1-4/2017 Приговор от 5 марта 2017 г. по делу № 1-4/2017 Приговор от 21 февраля 2017 г. по делу № 1-4/2017 Приговор от 19 февраля 2017 г. по делу № 1-4/2017 Приговор от 6 февраля 2017 г. по делу № 1-4/2017 Приговор от 2 февраля 2017 г. по делу № 1-4/2017 Приговор от 1 февраля 2017 г. по делу № 1-4/2017 Приговор от 23 января 2017 г. по делу № 1-4/2017 Постановление от 19 января 2017 г. по делу № 1-4/2017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