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конце мая 2015 года ФИО1 в целях реализации преступного умысла направленного не незаконное приобретение и хранение, без цели сбыта наркотического средства каннабис (марихуана) для личного употребления, на приусадебном участке принадлежащем его родственникам, расположенном в районе *** посеял путем внесения в почву семена наркосодержащего растения конопли. В один из дней августа 2015 года, но не позднее 20 числа, когда растения конопли созрели и стали пригодны для использования их в качестве наркотического средства, ФИО1 вырвал их с корнем и сложил в пакет, который отнес к себе в сарай, расположенный в подвальном помещении *** Зная о том, что высушенная или не высушенная травянистая (без корней) часть растения конопли, является наркотическим средством каннабис (марихуана), ФИО1, имея опыт употребления данного наркотического средства, и реализуя свой преступный умысел, направленный на незаконное хранение наркотического средства, с целью личного употребления, с принесенных им в сарай наркосодержащих растений конопли, достигших стадии созревания, отделил плодоносящие и цветущие верхушки, то есть те части растения, которые пригодны для употребления в качестве наркотического средства. Отделенные части растений конопли - наркотическое средство каннабис (марихуана), ФИО1, высушил и измельчил, придав им состояние, пригодное для употребления. Полученное наркотическое средство каннабис (марихуана) он, расфасовав во фрагменты, изготовленные из листов бумаги, а также части наркосодержащего растения конопли, убрал в спортивную сумку в сарае, по вышеуказанному адресу, где и стал незаконно хранить. Продолжая реализовывать свой преступный умысел, направленный на незаконное хранение наркотических средств, ФИО1 не позднее 20 августа 2015 года часть полученного наркотического средства каннабис (марихуана) отнес к себе домой по адресу: ***., где и стал незаконно хранить там. 26 февраля 2016 года в период с 14 часов 05 минут до 16 часов 20 минут в жилище ФИО1, расположенном по адресу: ***, а также в подсобных помещениях, а именно в сарае расположенном в подвальном помещении данного дома, был произведен обыск, в ходе которого в квартире было обнаружено и изъято вещество растительного происхождения в двух бумажных свертках, которое согласно заключению эксперта *** от *** является наркотическим средством каннабис (марихуана) общей массой в высушенном виде 7,76 граммов; вещество растительного происхождения в бумажном свертке, которое согласно заключению эксперта *** от *** является наркотическим средством каннабис (марихуана) массой в высушенном виде 1,05 грамма; вещество растительного происхождения в бумажном свертке, которое согласно заключению эксперта *** от *** является наркотическим средством каннабис (марихуана) массой в высушенном виде 0,4 грамма. В сарае, расположенном в подвальном помещении дома обнаружено и изъято вещество растительного происхождения в 10 бумажных свертках, находящихся в спортивной сумке, которое согласно заключению эксперта *** от *** является наркотическим средством каннабис (марихуана) общей массой в высушенном виде 255,17 граммов и вещество растительного происхождения которое согласно заключению эксперта *** от *** является частями наркотикосодержащего растения конопля массой 799 граммов. В соответствии с Постановлением Правительства РФ № 681 от 30.06.1998 «Об утверждении перечня наркотических средств, психотропных веществ и их прекурсоров, подлежащих контролю в Российской Федерации», каннабис (марихуана) является наркотическим средством, который внесен в список наркотических средств,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В соответствии с Постановлением Правительства Российской Федерации № 1002 от 01.10.2012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частей, содержащих наркотические средства или психотропные вещества, для целей статей , 228.1 и и 229.1 Уголовного кодекса Российской Федерации», общая масса наркотического средства каннабис (марихуана) – 264,38 граммов составляет крупный размер. В соответствии с Постановлением Правительства Российской Федерации № 934 от 27 ноября 2010 года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Уголовного кодекса Российской Федерации» растение конопля входит в «Перечень растений, содержащих наркотические средства или психотропные вещества либо их прекурсоры и подлежащие контролю в Российской Федерации». В соответствии с Постановлением Правительства Российской Федерации № 1002 от 01.10.2012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частей, содержащих наркотические средства или психотропные вещества, для целей статей , 228.1 и и 229.1 Уголовного кодекса Российской Федерации», масса частей наркотикосодержащего растения конопля в высушенном виде массой 799 граммов относится к крупном размеру. Обнаруженное и изъятое в жилище ФИО1, расположенном по адресу: ***, а также в сарае подвального помещения вышеуказанного дома, наркотическое средство каннабис (марихуана), общей массой в высушенном виде 264,38 граммов, а также части наркосодержащего растения конопли в высушенном виде массой 799 граммов, что соответствует крупному размеру, ФИО1 незаконно хранил, без цели сбыта в крупном размере для личного потребления.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начале февраля 2016 года ФИО1 на фоне потребления наркотического средства каннабис (марихуана) рассказал своему знакомому потребителю наркотических средств ФИО2 об имеющемся у него наркотическом средстве каннабис (марихуана), которое хранится у него дома и в сарае подвального помещения дома. ФИО2, являясь потребителем наркотического средства каннабис (марихуана) и имея широкий круг знакомых из числа потребителей наркотиков, осознавая противоправность и общественную опасность своих действий, из корыстных побуждений предложил ФИО1 заняться незаконным сбытом, незаконно хранящегося у ФИО1 наркотического средства каннабис (марихуана) потенциальным потребителям наркотиков. ФИО1, осознавая противоправность и общественную опасность своих действий, испытывая материальные трудности, из корыстных побуждений вступил с ФИО2 в преступный сговор, согласившись заняться совместным незаконным сбытом, незаконно хранящегося у него наркотического средства каннабис (марихуана) потенциальным потребителям наркотиков, по мере поступления заказов на наркотическое средство марихуана. После чего, исходя из личных возможностей каждого, между ними были распределены роли. Согласно распределению ролей ФИО2 должен был подыскивать покупателей наркотического средства из числа потребителей, поддерживать с ними связь, договариваться о встречах в конкретное время и в определенных местах, устанавливать цену на сбываемое ими наркотическое средство, заниматься непосредственной передачей, то есть незаконным сбытом наркотических средств потребителям наркотиков при личной встрече. ФИО1, должен был незаконно хранить по месту своего проживания по адресу: ***, а также в сарае, находящемся в подвальном помещении вышеуказанного дома, наркотическое средство, расфасовывать его в удобную для незаконного сбыта упаковку – свертки из бумаги, приготавливая наркотическое средство каннабис (марихуана) к последующему незаконному сбыту, передавать их ФИО2 для дальнейшего незаконного сбыта потенциальным потребителям, либо по указанию ФИО2, действуя умышленно, совместно и согласованно, группой лиц по предварительному сговору, сам незаконно сбывать это наркотическое средство потребителям, подысканным ФИО2, с которыми тот заранее договаривался. Денежными средствами, полученными от незаконно сбытого наркотического средства каннабис (марихуана) ФИО1 и ФИО2 договорились распоряжаться совместно по своему усмотрению. С целью постоянной координации своих действий связанных с незаконным сбытом наркотических средств, ФИО1 и ФИО2 действуя умышленно, совместно и согласованно, группой лиц по предварительному сговору, использовали средства мобильной связи, а именно: в пользовании ФИО1 находился мобильный телефон с абонентскими номерами ***; ***, в пользовании ФИО2 - мобильный телефон с абонентским номером ***. Кроме того, ФИО2 по указанному мобильному телефону поддерживал связь с покупателями наркотического средства, с целью незаконного сбыта наркотического средства каннабис (марихуана) в составе группы лиц по предварительному сговору с ФИО1. Конкретная преступная деятельность ФИО1 и ФИО2 выразилась в совершении следующего преступления: 05 февраля 2016 года в период времени до 17 часов 55 минут, ФИО2, осознавая противоправность своих действий, действуя умышленно, в целях реализации преступного умысла направленного на незаконный сбыт наркотических средств, действуя в составе группы лиц по предварительному сговору с ФИО1, согласно отведенной ему роли подыскал покупателя наркотического средства, лицо под псевдонимом «В.Т.Н.» и договорился с последней о встрече около *** с целью последующего незаконного сбыта ей наркотического средства каннабис (марихуана) на сумму 1000 рублей. Затем ФИО2 сообщил ФИО1 о достигнутой договоренности на сбыт наркотического средства каннабис (марихуана) в количестве двух свертков лицу под псевдонимом «В.Т.Н.» на сумму 1000 рублей. ФИО1, действуя умышленно, из корыстных побуждений, выполняя свою часть преступных обязательств, спустился в сарай, расположенный в подвальном помещении дома, где хранилось наркотическое средство. Действуя умышленно, в целях реализации преступного умысла направленного на незаконный сбыт наркотических средств, расфасовал часть незаконно хранящегося в сарае наркотического средства каннабис (марихуана) в два свертка изготовленные им из тетрадных листов в клетку, которые вынес на улицу где передал, ожидающему его возле ***, ФИО2 После этого ФИО2 и ФИО1, действуя совместно и согласованно, пришли к *** в котором располагается ООО МФЦ «***» на встречу с лицом под псевдонимом «В.Т.Н.» в целях незаконного сбыта последней наркотического средства каннабис (марихуана). 05 февраля 2016 года около 14 часов 55 минут в ходе встречи, состоявшейся по вышеуказанному адресу, лицо под псевдонимом «В.Т.Н.» передала ФИО2 из рук в руки денежные средства в сумме 1000 рублей в качестве оплаты за наркотическое средство. После этого ФИО2, осознавая противоправность своих действий, действуя умышленно, совместно и согласованно, в группе лиц по предварительному сговору с ФИО1 передал «В.Т.Н.», то есть незаконно сбыл совместно с ФИО1, продав за 1000 рублей, вещество растительного происхождения, расфасованное в два свертка, которое, согласно справке об исследовании *** от 08.02.2016г. и заключению эксперта ***Э от ***, является наркотическим средством каннабис (марихуана) общей массой в высушенном виде 8,3 граммов. В этот же день, то есть 05 февраля 2016 года «В.Т.Н.», находясь в служебном кабинете Городецкого МРО УФСКН России по Нижегородской области, расположенном в здании администрации *** добровольно выдала сотрудникам Городецкого МРО УФСКН России по Нижегородской области незаконно приобретенное у ФИО2 и ФИО1 наркотическое средство каннабис (марихуана) и, таким образом, наркотическое средство из незаконного оборота было изъято. В соответствии с Постановлением Правительства РФ № 681 от 30.06.1998г. «Об утверждении перечня наркотических средств, психотропных веществ и их прекурсоров, подлежащих контролю в Российской Федерации», каннабис (марихуана) является наркотическим средством, которое внесено в список наркотических средств,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В соответствии с Постановлением Правительства Российской Федерации № 1002 от 01.10.2012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частей, содержащих наркотические средства или психотропные вещества, для целей статей , 228.1 и и 229.1 Уголовного кодекса Российской Федерации», масса наркотического средства каннабис (марихуана) – 8,3 граммов составляет значительный размер. Таким образом, 05 февраля 2016 года около 14 ч 55 мин, ФИО2 и ФИО1, действуя умышленно, совместно и согласовано, по единому преступному умыслу, направленному на незаконный сбыт наркотических средств в своих корыстных интересах, группой лиц по предварительному сговору, у *** незаконно сбыли «В.Т.Н.» наркотическое средство каннабис (марихуана) в значительном размере, общей массой 8,3 грамма. Денежными средствами, полученными от незаконно сбытого наркотического средства каннабис (марихуана) ФИО1 и ФИО2 распорядились по своему усмотрению. 13 февраля 2016 года оперуполномоченные Городецкого МРО УФСКН России по Нижегородской области, располагая достоверной информацией о преступной деятельности ФИО2, связанной с незаконным сбытом наркотического средства каннабис (марихуана) на территории ***, приняли решение о проведении оперативно-розыскного мероприятия «проверочная закупка» наркотических средств в отношении указанного лица. В качестве покупателя наркотического средства при проведении данного оперативно-розыскного мероприятия, согласилось выступить лицо под псевдонимом «С.», имеющая с ФИО2 доверительные отношения, ранее приобретавшее у него наркотическое средство каннабис (марихуана). 13 февраля 2016 года лицо, участвующее в роли покупателя в проведении оперативно-розыскного мероприятия «проверочная закупка» наркотических средств, под псевдонимом «С.», посредством сотовой связи под контролем оперуполномоченных, созвонилась с ФИО2 и договорилась с ним о приобретении у него наркотического средства каннабис (марихуана) в количестве двух свертков на сумму 1000 рублей. В ходе телефонного разговора ФИО2 дал согласие на продажу наркотического средства каннабис (марихуана) в указанном количестве на сумму 1000 рублей и назначил «С.» встречу у магазина «Пятерочка», расположенного на ***. Таким образом, ФИО2, осознавая противоправность своих действий, действуя умышленно, из корыстных побуждений, совместно и согласованно, группой лиц по предварительному сговору с ФИО1 без оказываемого на него давления, принял решение осуществить незаконный сбыт наркотического средства каннабис (марихуана) лицу под псевдонимом «С.». Затем, действуя умышленно, он сообщил ФИО1 о том, что у него достигнута договоренность с подысканным им лицом под псевдонимом «С.» о незаконном сбыте последней наркотического средства каннабис (марихуана) в количестве двух свертков на сумму 1000 рублей. ФИО1, действуя умышленно, выполняя свою часть преступных обязательств, спустился в сарай, расположенный в подвальном помещении дома, где хранилось наркотическое средство. В целях реализации преступного умысла, направленного на незаконный сбыт наркотических средств, расфасовал в два свертка часть незаконно хранящегося в сарае наркотического средства каннабис (марихуана), которые при личной встрече передал ФИО2 В тот же день, то есть 13 февраля 2016 года около 13 часов 55 минут лицо под псевдонимом «С.» приехала к ***, где встретилась с ФИО2, и далее по указанию ФИО2 они проследовали в тамбур аптеки, расположенной *** Находясь в тамбуре аптеки, лицо под псевдонимом «С.», участвовавшая в качестве покупателя наркотического средства при проведении оперативно-розыскного мероприятия «проверочная закупка», передала ФИО2 из рук в руки денежные средства в сумме 1000 рублей в качестве оплаты за наркотическое средство. После этого ФИО2, осознавая противоправность своих действий, действуя умышленно, совместно и согласованно в группе лиц по предварительному сговору с ФИО1, передал «С.» вещество растительного происхождения, расфасованное в два свертка, которое согласно справке об исследовании *** от *** и заключению эксперта *** от *** является наркотическим средством каннабис (марихуана) общей массой в высушенном виде 7,40 граммов. В этот же день, то есть 13 февраля 2016 года лицо под псевдонимом «С.», находясь в служебном кабинете Городецкого МРО УФСКН России по Нижегородской области, расположенном в здании администрации *** добровольно выдала сотрудникам Городецкого МРО УФСКН России по Нижегородской области незаконно приобретенное у ФИО2 наркотическое средство каннабис (марихуана) и, таким образом наркотическое средство из незаконного оборота было изъято. В соответствии с Постановлением Правительства РФ № 681 от 30.06.1998 «Об утверждении перечня наркотических средств, психотропных веществ и их прекурсоров, подлежащих контролю в Российской Федерации», каннабис (марихуана) является наркотическим средством, который внесен в список наркотических средств,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В соответствии с Постановлением Правительства Российской Федерации № 1002 от 01.10.2012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частей, содержащих наркотические средства или психотропные вещества, для целей статей , 228.1 и и 229.1 Уголовного кодекса Российской Федерации», масса наркотического средства каннабис (марихуана) – 7,40 граммов составляет значительный размер. Таким образом, 13 февраля 2016 года, около 13 часов 55 минут, ФИО2 и ФИО1, действуя умышленно, совместно и согласовано, по единому преступному умыслу, направленному на незаконный сбыт наркотических средств в своих корыстных интересах, группой лиц по предварительному сговору в тамбуре аптеки, расположенной *** незаконно сбыли «С.» наркотическое средство каннабис (марихуана) общей массой 7,40 граммов. Денежными средствами, полученными от незаконно сбытого наркотического средства каннабис (марихуана) ФИО1 и ФИО2 распорядились сообща по своему усмотрению. 25 февраля 2016 года оперуполномоченные Городецкого МРО УФСКН России по Нижегородской области, располагая достоверной информацией о преступной деятельности ФИО2 и ФИО1, связанной с незаконным сбытом наркотического средства каннабис (марихуана) на территории г.Заволжье Нижегородской области, приняли решение о проведении оперативно-розыскного мероприятия «проверочная закупка» наркотических средств в отношении указанных лиц. В качестве покупателя наркотического средства при проведении оперуполномоченными Городецкого МРО УФСКН России по Нижегородской области оперативно-розыскного мероприятия «проверочная закупка» наркотических средств, согласилось выступить лицо под псевдонимом «У.», имеющая с ФИО2 и ФИО1 доверительные отношения, ранее приобретавшее у них наркотическое средство каннабис (марихуана). 25 февраля 2016 года «У.», участвующая в роли покупателя в проведении оперативно-розыскного мероприятия «проверочная закупка» наркотических средств, под контролем оперуполномоченных созвонилась с ФИО2 и договорилась с ним о приобретении у него наркотического средства каннабис (марихуана) в количестве двух свертков на сумму 1000 рублей. В ходе телефонного разговора ФИО2 дал согласие на продажу наркотического средства каннабис (марихуана) в количестве двух свертков на сумму 1000 рублей и назначил встречу у магазина «Пятерочка», расположенного на ***. Таким образом, ФИО2, осознавая противоправность своих действий, действуя умышленно, из корыстных побуждений, совместно и согласованно, группой лиц по предварительному сговору с ФИО1 без оказываемого на него давления, принял решение осуществить незаконный сбыт наркотического средства каннабис (марихуана) лицу под псевдонимом «У.». Затем ФИО2 сообщил ФИО1 о том, что у него достигнута договоренность с подысканным им лицом под псевдонимом «У.» о незаконном сбыте последней наркотического средства каннабис (марихуана) в количестве двух свертков на сумму 1000 рублей, а также о том, что сам он на встречу с покупателем прийти не сможет, и дал указание ФИО1 прийти на эту встречу самому. ФИО1, действуя умышленно, выполняя свою часть преступных обязательств, в целях реализации преступного умысла, направленного на незаконный сбыт наркотического средства каннабис (марихуана), незаконно хранящегося у него дома, расфасовал часть средства в два свертка, и стал ждать телефонного звонка от «У.», которая должна была связаться с ним в целях приобретения наркотического средства. 25 февраля 2016 года, около 15 часов 17 минут «У.» позвонила ФИО1 и в ходе состоявшегося телефонного разговора они договорились о встрече у магазина «С.», расположенного по адресу: *** 25 февраля 2016 года, около 15 часов 37 минут в ходе встречи у магазина «***», расположенного по вышеуказанному адресу, «У.», участвовавшая в качестве покупателя наркотического средства при проведении оперативно-розыскного мероприятия «проверочная закупка», передала ФИО1 денежные средства в сумме 1000 рублей в качестве оплаты за наркотическое средство. После этого ФИО1, осознавая противоправность своих действий, действуя умышленно, совместно и согласованно, в группе лиц по предварительному сговору с ФИО2 передал «У.» вещество растительного происхождения, расфасованное в два свертка, которое согласно справке об исследовании *** от *** и заключению эксперта *** от *** является наркотическим средством марихуана (каннабис) общей массой в высушенном виде 10,4 граммов. В этот же день, то есть 25 февраля 2016 года лицо под псевдонимом «У.», находясь в служебном кабинете Городецкого МРО УФСКН России по Нижегородской области, расположенном в здании администрации ***, добровольно выдала сотрудникам Городецкого МРО УФСКН России по Нижегородской области, незаконно приобретенное у ФИО1 наркотическое средство каннабис (марихуана) и, таким образом, наркотическое средство из незаконного оборота было изъято. В соответствии с Постановлением Правительства РФ № 681 от 30.06.1998 «Об утверждении перечня наркотических средств, психотропных веществ и их прекурсоров, подлежащих контролю в Российской Федерации», каннабис (марихуана) является наркотическим средством, который внесен в список наркотических средств,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В соответствии с Постановлением Правительства Российской Федерации № 1002 от 01.10.2012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частей, содержащих наркотические средства или психотропные вещества, для целей статей , 228.1 и и 229.1 Уголовного кодекса Российской Федерации», масса наркотического средства каннабис (марихуана) – 10,4 граммов составляет значительный размер. Таким образом, 25 февраля 2016 года около 15 часов 37 мин. ФИО2 и ФИО1, действуя умышленно, совместно и согласовано, по единому преступному умыслу, направленному на незаконный сбыт наркотических средств в своих корыстных интересах, группой лиц по предварительному сговору, у магазина «Стимул», расположенного по адресу: *** незаконно сбыли «У.» наркотическое средство каннабис (марихуана) общей массой 10,4 грамма. Таким образом, в период времени с 05 февраля 2016 года по 25 февраля 2016 года ФИО1 и ФИО2 умышленно, из корыстных побуждений, действуя совместно и согласованно группой лиц по предварительному сговору, незаконно сбыли наркотическое средство каннабис (марихуана) в значительном размере, общей массой 26,1 граммов. Подсудимый ФИО1 вину в совершении инкриминируемых ему преступлений признал полностью, но от дачи показаний отказался, воспользовавшись предоставленным ст. 51 Конституции РФ, правом. В связи с этим в судебном заседании были исследованы его показания, данные в ходе предварительного следствия. Будучи допрошен в качестве подозреваемого и обвиняемого, ФИО1 пояснял, что наркотические средства, а именно марихуану он употребляет путем курения с 2012 года. До 2015 года марихуану он приобретал у своих на территории г.Заволжье, либо употреблял в компании своих знакомых, которые его угощали безвозмездно. Ему было известно, что марихуана это высушенные измельченные части растения конопли, поэтому, чтобы избавить себя от финансовых затрат на приобретение марихуаны, он решил самостоятельно вырастить коноплю на своем приусадебном участке, расположенном в районе ***. Из созревших растений конопли намеревался впоследствии получить наркотическое средство марихуану для личного употребления. В конце мая 2015 года он на приусадебном участке разбросал семена конопли, а в 20 числах августа 2015 он вырвал с корнем три куста созревших растений конопли и принёс к себе в сарай, который находится в подвальном помещении *** в котором он проживает. Принесенные кусты конопли он разложил в сарае на стеллаж, с тем, чтобы их высушить и использовать для личного употребления. Часть готового к употреблению наркотического средства марихуаны он принес к себе домой, где стал хранить в целях личного потребления. Кроме того, что он употреблял марихуану сам, он угощал ей своих знакомых, одним из которых является ФИО2, проживающий в *** Он нигде не работал, денег у него не было, и в начале февраля 2016 года он решил продавать марихуану своим знакомым потребителям наркотических средств по цене 500 рублей за 1 (один) коробок. Продавал марихуану он несколько раз. Рябков, зная о том, что у него в сарае хранится марихуана, и он продает её своим знакомым потребителям наркотиков, предложил ему продавать марихуану вместе, в том числе и его (ФИО3) знакомым потребителям наркотиков. После этого они решили, что продавать марихуану будут вместе и деньги, полученные от продажи, будут делить напополам. Поскольку к ФИО2 в целях приобретения наркотических средств обращалось больше знакомых потребителей наркотиков, чем к нему, то они решили, что ключ от сарая, находящегося в подвальном помещении его дома, где у него хранилась марихуана, будет находиться у ФИО3. ФИО2 сам будет подыскивать потребителей и устанавливать цену на продаваемую ими марихуану. Он (ФИО1) по указанию ФИО2 должен будет встречаться с потребителями, которых ФИО2 подыщет и продавать марихуану по цене 500 рублей за один сверток. Деньги, вырученные от продажи наркотика, они договорились тратить на совместные личные нужды, например приобретение спиртных напитков. 05 февраля 2016 года Рябков позвонил ему по мобильному телефону и предложил продать два коробка с марихуаной по цене 1000 рублей одной своей знакомой по имени Т.. Он согласился, и они договорились, что деньги от продажи разделят пополам, то есть по 500 рублей каждому. Сразу после разговора с ФИО3 он спустился в подвал дома, где в сарае расфасовал в два бумажных свертка наркотик. Выйдя из подвала, увидел ФИО2, ожидавшего его у подъезда. Они вдвоём пошли к медицинскому центру «М.» на ***, где, по словам ФИО3, тот назначил встречу Т.. По пути к медицинскому центру он передал ФИО2 оба свертка с марихуаной, поскольку о продаже с Т. договаривался именно ФИО2 «Медико» ждали недолго. Вскоре пришла Т. в сопровождении молодого человека. Ни Т., ни молодого человека ранее он не знал. Все вместе они зашли за здание медицинского центра, где ФИО2 передал Т. два бумажных свертка с марихуаной, а она передала ФИО3 деньги в сумме 1000 рублей. После этого Т. с А., так представился пришедший с ней молодой человек, уехали, а они с ФИО2 пошли по домам. Деньги, полученные от продажи марихуаны в тот же вечер, то есть 05 февраля 2016 года израсходовали на приобретение пива и сигарет, которые вместе употребили. 13 февраля 2016 года ему позвонил ФИО2 и предложил продать всё той же Т. два коробка с наркотическим средством по цене 1000 рублей. Согласившись, он спустился в подвал дома, где в сарае на глаз расфасовал марихуану в два свертка из тетрадных листов. В тот день свертки с марихуаной он при личной встрече передал ФИО2 Сам он на встречу с Т. в этот день не ходил, но от ФИО2 ему известно о том, что в этот же день в тамбуре аптеки *** по проспекту Дзержинского в гор.Заволжье два свертка с марихуаной он (Рябков) продал Т. за 1000 рублей. Деньги, полученные от продажи марихуаны, они в этот день, то есть 13 февраля 2016 года потратили на покупку пива и сигарет, которые вместе употребили. 25 февраля 2016 года около 13 часов ему по сотовому телефону позвонил ФИО2 и сообщил, что к нему вновь обратилась Т. с целью приобретения у него марихуаны в количестве двух коробков на сумму 1000 рублей, и что полученную сумму после продажи наркотика они поделят пополам. На предложение ФИО2 он согласился и сообщил, чтобы тот подходил к его подъезду. Перед тем как выйти навстречу ФИО2, он взял марихуану, которая хранилась у него дома. ФИО2 ожидал его у подъезда, и сказал, что с Т. он встретиться не сможет, так как ему вместе с подругой надо ехать в церковь, и попросил, чтобы он сам встретился с ней и предал два свертка с марихуаной за 1000 рублей. Он не возражал. Они вместе зашли в один из подъездов его дома, где он от общего количества наркотика, взятого из дома, отсыпал два коробка марихуаны. ФИО2 сообщил ему, что Т. сама позвонит ему на его мобильный телефон, и назвал ему номер её телефона. После этого они с ФИО2 расстались, и он пошел обратно к себе домой. Находясь дома, он скинул на указанный номер Т. «маячок», что бы она знала на какой номер ему звонить. Около 15 часов 40 минут ему позвонила Т. они договорились о встрече у магазина «С.» на ***. Т. уже ожидала его. Они зашли за здание магазина, где он передал ей два бумажных свертка с марихуаной, а она ему - денежные средства в сумме 1000 рублей купюрами достоинством по 100 рублей каждая. После этого они расстались, и он направился в сторону своего дома. По дороге он послал ФИО2 «маячок» для того, чтобы тот перезвонил ему. Когда он проходил мимо ***, его задержали сотрудники наркоконтроля. После задержания он был доставлен в здание Городецкого МРО УФСКН, где в присутствии двух понятых - мужчин был проведен его личный досмотр, в ходе которого у него изъяли принадлежащий ему мобильный телефон и деньги в сумме 1000 рублей, которые он получил от продажи марихуаны Т.. Всё изъятое было упаковано в два, о чем был составлен акт, в котором все расписались. Замечаний и дополнений ни от кого не поступило. После чего на служебном автомобиле в сопровождении сотрудников наркоконтроля его доставили в Городецкую ЦРБ, где провели медицинское освидетельствование, и был установлен факт употребления им наркотических средств. На следующий день, то есть 26 февраля 2016 года в его квартире по адресу ***, а также в подсобных помещениях был произведен обыск. Перед началом он добровольно выдал два бумажных свертка с наркотическим средством марихуана; два пакета с семенами конопли и пачку из-под сигарет с семенами конопли; бумажный сверток с марихуаной. В ходе обыска в сарае, расположенном в подвальном помещении, он добровольно выдал спортивную сумку с марихуаной и 10 газетных свертков с марихуаной, а также тетрадь в клетку, из которой он изготавливал свертки для продажи марихуаны. Все выданные предметы были упакованы и опечатаны в пакеты и канцелярские файлы, заверены подписями понятых. Следователем был составлен протокол обыска, замечаний и заявлений от участвующих лиц не поступало. Вся обнаруженная и изъятая в ходе обыска в квартире и в сарае марихуана, принадлежит ему (т.4 л.д. 42-49; 70-76; 80-97). После исследования показаний, данных на предварительном следствии, судом было установлено, что ключ от его сарая, в котором хранилась марихуана, переходил между ним и ФИО3 из рук в руки, и каждый из них имел свободный доступ к наркотику. Подсудимый ФИО2 в суде вину в совершении инкриминируемого ему преступления не признал и показал, что сбытом наркотических средств никогда не занимался, является потребителем, иногда курит траву- марихуану, наркозависимым не является. С Зотовым знаком с детства; ему известно, что тот курит траву – марихуану. В начале 2016 года узнал, что у ФИО4 есть марихуана, и раза два покупал у него на 1000 рублей для личного потребления. Но ни по просьбе Зотова, ни по своей инициативе сбытом марихуаны он никогда не занимался. Никогда ключей от подвала Зотова не имел. Дома, где он проживает, запасов марихуаны никогда не было, иногда держал для себя около одного грамма. Весов и упаковочного материала у него также никогда не было. В начале 2016 года к нему дважды обращалась молодая женщина по имени Т., с которой его познакомил знакомый из Чкаловска по имени А.. Они вместе курили траву, которую привозил А.. Т. звонила и просила, не может ли он достать травы, так как она не местная, и мало кого здесь знает, говорила, что ей очень надо, при этом сильно настаивала. Он позвонил Зотову, спросил не может он продать Т. травы на 1000 рублей. Встретился Зотовым где - то на ***, где - не помнит, передал деньги в сумме 1000 рублей, взял два свёртка с марихуаной, а впоследствии встретился с Т. и отдал свертки с марихуаной ей, она же ему - 1000 рублей. Спустя несколько дней Т. вновь звонила ему и настойчиво просила купить ей травы, но он отказался, и дал ей номер телефона Зотова. После этого он со своей подругой уехали в церковь в д. Ш., а по возвращении был задержан сотрудниками полиции. От дальнейшей дачи показаний и ответов на поставленные вопросы Рябков отказался. Будучи допрошен в качестве обвиняемого в ходе предварительного следствия, ФИО2 свою вину в совершении инкриминируемого ему преступления, предусмотренного п. «а» п. «б» ч.3 ст. 228.1 УК РФ не признал и по существу предъявленного обвинения показания давать отказался на основании ст. 51 Конституции РФ (т.4 л.д.218-220). Вина подсудимых ФИО1 и ФИО3 в совершении инкриминируемых им преступлений подтверждается показаниями свидетелей и материалами уголовного дела, исследованными в судебном заседании. Свидетель Б. М.С. показал, что до расформирования УФСКН он работал в должности оперуполномоченного Городецкого МРО. В конце января 2016 года в отдел стала поступать оперативная информация о том, что мужчина по имени М., по прозвищу «Р.», проживающий в г.***, осуществляет незаконный сбыт наркотического средства марихуана по цене от 500 до 1000 рублей за один сверток наркотика. В целях выявления лиц причастных к незаконному обороту наркотических средств 05 февраля 2016 года им и старшим оперуполномоченным отдела М.Д.П. проводился рейд на территории г. Заволжья. В ходе проведения рейда около 15 часов у здания медицинского центра «М.», расположенного в *** ими были замечены трое парней и девушка, которые вышли из-за здания «М.», осматриваясь по сторонам, как будто чего-то опасаясь. Выйдя на дорогу, молодые люди попрощались и стали расходиться, при этом девушка единственная пошла в противоположную от них сторону. Поведение молодых людей показалось им подозрительным, и они с М.Д.П. приняли решение установить её личность и возможно личности парней, с которыми она до этого общалась. Парней задерживать не стали, поскольку вдвоём с женщиной они могли не справиться с тремя мужчинами в случае оказания сопротивления. Они догнали девушку и, представившись сотрудниками наркоконтроля, попросили её пройти с ними в служебный автомобиль. Девушка подчинилась и в автомобиле неожиданно сообщила, что желает добровольно выдать два свертка с наркотическим средством марихуана. При этом она пояснила, что наркотик приобрела у одного из троих парней по имени М. за 1000 рублей для личного потребления. Также назвала имена двух других молодых людей: А. и К., и сказала, что с М. её познакомил А., а М. дал ей номер сотового телефона *** и сказал, что в случае необходимости приобретения наркотика она может обращаться к нему напрямую без проблем. У девушки имелась реальная возможность распорядиться приобретённым наркотическим средством, поскольку они не имели намерения досматривать её. Желание выдать свертки с наркотиком было исключительно её добровольным волеизъявлением. Выдачу наркотика решили оформить от неё, как от лица с присвоением псевдонима «В.Т.Н.». Это было сделано в целях обеспечения её безопасности по её же просьбе, поскольку она опасалась мести со стороны М. и его друзей. На служебном автомобиле девушку доставили в служебный кабинет, расположенный в здании администрации г. Заволжье, где в присутствии двух понятых женского пола, произвели документальное оформление выдачи бумажного свертка из тетрадного листа в клетку с веществом растительного происхождения зеленого цвета внутри, в котором находился еще один сверток из тетрадного листа в клетку с веществом растительного происхождения также зеленого цвета. В ходе произведенного личного досмотра от участвующих лиц, заявлений и замечаний не поступило. Для подтверждения имеющейся в УФСКН информации о том, что некто М. является сбытчиком наркотических средств и парень, продавший «В.Т.Н.» марихуану 05.02.2016 года, одно и то же лицо, руководством отдела было принято решение о проведении в соответствии с 144-ФЗ ФЗ «Об оперативно-розыскной деятельности в РФ» в отношении мужчины по имени М. оперативно-розыскного мероприятия «проверочная закупка» наркотических средств. Также целью проведения этого ОРМ было установление видовой принадлежности сбываемого М. вещества, и документирование его преступной деятельности. Было получено разрешение на проведение «проверочной закупки», которая была запланирована на 13 февраля 2016 года. В качестве закупщика наркотического средства было подобрано лицо - женщина, которая согласилось принять участие в ОРМ «проверочная закупка», но с условием о сохранении в тайне её подлинных анкетных данных. Данное условие было принято, так как у неё имелись основания опасаться мести со стороны распространителей наркотиков и их знакомых. В соответствии с законом РФ «О государственной тайне» от *** *** сведения о лицах, сотрудничающих на конфиденциальной основе с органами, осуществляющими оперативно-розыскную деятельность, составляют государственную тайну и не подлежат рассекречиванию. «Закупщику» был присвоен псевдоним «С.», этот псевдоним она выбрала сама. 13 февраля 2016 года из конфиденциальных источников в отдел поступила оперативная информация о том, что мужчина по имени М. осуществляет незаконный сбыт наркотического средства марихуана потенциальным потребителям наркотиков на территории г. Заволжье. В этот же день, то есть 13 февраля 2016 года, в дневное время состоялась встреча с закупщиком под псевдонимом «С.», и она подтвердила свое согласие на участие в оперативно-розыскном мероприятии «проверочная закупка» в качестве покупателя. После чего она была доставлена в служебный кабинет Городецкого МРО УФСКН РФ по Нижегородской области, расположенный в здании администрации г.Заволжье, где в присутствии двух понятых женского пола в оперуполномоченным М.Д.П. был произведен личный досмотр «С.» на предмет обнаружения при ней запрещенных к обороту на территории РФ веществ и предметов. При «С.» никаких запрещенных предметов и веществ обнаружено не было, и по результатам досмотра был составлен акт, который подписан всеми участвующими лицами. Далее, с участием тех же понятых была произведена пометка денежной купюры достоинством 1000 рублей, путем её ксерокопирования и занесения номера и серии этой денежной купюры в акт пометки денежных купюр. Осмотренная и помеченная купюра, в присутствии понятых была выдана «С.» под расписку для использования при проведении ОРМ «проверочная закупка наркотических средств». По результатам осмотра и пометки денежных средств был составлен акт, в котором все участвующие лица расписались. Никаких замечаний не поступило, и «С.» под их контролем, с предоставленного ей сотового телефона созвонилась с интересующим их М. и договорилась о встрече в целях приобретения у него наркотического средства марихуана. В ходе телефонного разговора М. назначил «С.» встречу у магазина «Пятерочка», расположенного на ***. После этого они с ОУ М.Д.П. на служебном автомобиле доставили «С.» к месту встречи. Там «С.» выйдя из машины, направилась к ***, а они с М.Д.П., соблюдая определенную дистанцию на разных позициях, проследовали за ней, с целью осуществления наблюдения. В ходе наблюдения он увидел, как в 13 часов 50 минут к «С.» подошел мужчина, одетый в болоньевую куртку синего цвета, штаны синего цвета и трикотажную шапку темно-серого цвета, и они зашли в тамбур аптеки расположенной в ***. Тамбур был застекленный, и он через прозрачное стекло хорошо видел, как «С. » передала мужчине, находящиеся у нее в правой руке денежные средства, а он взамен передал ей из рук в руки два бумажных свертка. Он посмотрел на часы, времени было около 13 часов 55 минут. Далее с «С.» вышли из тамбура и разошлись в разные стороны: мужчина направился вдоль *** проспекта Дзержинского, а «С.» в направлении их служебного автомобиля. Он шёл следом за ней до самого служебного автомобиля и видел, что «С.» ни с кем не встречалась и не общалась, и следуя полученной перед закупкой инструкции, два свертка продолжала держать в руке, никуда их не убирая и не перекладывая. В служебном автомобиле «С.» сразу же показала два бумажных свертка, изготовленных из тетрадных листов в клетку и линейку с веществом растительного происхождения зеленого цвета внутри. Со слов «С.» данные свертки ей были приобретены у мужчины по имени М.. Они сразу вернулись в служебный кабинет Городецкого МРО УФСКН, где около 14 часов 40 минут «С.» в присутствии двух приглашенных понятых женского пола добровольно выдала М.Д.П. два свертка с веществом растительного происхождения внутри каждого и пояснила, что приобрела их именно у М.. Выданные «С.» свертки с веществом были упакованы и по результатам добровольной выдачи был составлен акт выдачи. После этого в присутствии тех же самых понятых М.Д.П. был произведен повторный досмотр «С.» на предмет обнаружения при ней запрещенных вещей и предметов, оборот которых на территории РФ запрещен. Таких вещей и предметов при «С.» обнаружено не было. В ходе проведенного оперативно-розыскного мероприятия «проверочная закупка» негласно использовались технические средства видеофиксации. В ходе проведенного 13 февраля 2016 года оперативно-розыскного мероприятия «проверочная закупка» наркотических средств была установлена личность мужчины по имени М., им оказался ФИО2, *** года рождения, проживающий в гор.***. Также в ходе параллельно проводимого оперативно-розыскного мероприятия «прослушивание телефонных переговоров» были получены данные о том, что ФИО2 осуществляет свою преступную деятельность не один, а в группе лиц по предварительному сговору со своим знакомым потребителем наркотических средств по имени К. по прозвищу «Б». Они перезванивались, и Рябков сообщал Зотову о лицах, готовых приобрести марихуану на ту или иную сумму и в том или ином количестве. В целях установления личности молодого человека по имени К., получения фактических данных об осуществлении им и ФИО3 преступной деятельности, связанной с незаконным сбытом наркотического средства марихуана в составе группы лиц по предварительному сговору, установления канала поступления наркотического средства указанным лицам для дальнейшего незаконного сбыта на территории г.Заволжья, а также в целях пресечения их преступной деятельности, руководством отдела было принято решение о проведении оперативно-розыскного мероприятия «проверочная закупка» наркотических средств. В установленном законом порядке было получено разрешение на проведение «проверочной закупки», которая была запланирована на 25 февраля 2016 года. Было подобрано лицо - женщина, которая согласилась принять участие в ОРМ «проверочная закупка» наркотического средства под псевдонимом «У.». За процессом сбыта им совместно с оперуполномоченным Городецкого МРО Управления ФСКН России по Нижегородской области майором полиции О.А.В. проводилось оперативное мероприятие «наблюдение». Наблюдение было начато 25 февраля 2016 года в 13 часов по месту жительства объекта оперативной заинтересованности - ФИО2 по адресу: ***, г. ***. В ходе наблюдения было установлено, что в 14 часов 30 минут ФИО2 вышел из дома один, и, пройдя вдоль *** проследовал к подъезду ***, где в 14 часов 35 минут встретился с молодым человеком, по предварительным данным по имени К.. Далее ФИО2 и К. зашли в подвальное помещение, вход в которое расположен рядом с входной дверью 7 подъезда ***. В 14 часов 37 минут объекты вышли из подвального помещения и разошлись: К. вернулся в ***, а ФИО2 вернулся к себе домой. Около 15 часов ФИО2 вышел из дома с молодой девушкой, известной им по имени Н., и далее наблюдение за ним не велось. В 15 часов 36 минут «У.» вышла из служебного автомобиля и проследовала в сторону магазина «С.» на *** на встречу объекту оперативной заинтересованности - молодому человеку по имени К.. Оперативное наблюдение было продолжено в отношении К. и «У.». В ходе дальнейшего наблюдения было установлено, что указанные лица, поравнявшись, обошли магазин и зашли за него. Времени было 15 часов 36 минут. В 15 часов 37 минут «У.» передала К. денежные средства, который взял деньги и передал «У.» из рук в руки два бумажных свертка. Держа свертки в руке, «У.» вернулась к их служебному автомобилю. По пути следования «У.» ни с кем не встречалась и не общалась. К., расставшись с «У.» проследовал по *** в направлении своего дома, где около 15 часов 50 минут был задержан сотрудниками отдела. Им оказался ФИО1, проживающий по адресу: ***, гор.Заволжье, ***. Около 19 часов 25 минут возле первого подъезда *** был задержан ФИО2. После задержания ФИО2 и ФИО1 были доставлены в Городецкий МРО УФСКН России по ***, где старшим оперуполномоченным отдела Д.А.С. были произведены личные досмотры каждого. В ходе досмотра были обнаружены и изъяты сотовые телефоны и денежные средства, полученные в том числе от продажи наркотического средства марихуана 25 февраля 2016 года лицу под псевдонимом «У.». Кроме того, после задержания ФИО2 и ФИО1 были доставлены в приемный покой ГБУЗ Городецкая ЦРБ, где проведено освидетельствование на предмет наркотического опьянения. По результатам освидетельствования у каждого было установлено наркотическое опьянение каннабиоидами (марихуаной). 26 февраля 2016 года в жилище ФИО2, а также в подсобных помещениях в присутствии двух понятых был произведен обыск. Перед началом следственного действия Рябков и его родители были ознакомлены с постановлением о производстве обыска. Всем присутствующим разъяснен порядок проведения обыска, а понятым их права и обязанности, в том числе право подавать свои заявления и замечания. ФИО2 было предложено добровольно выдать наркотические средства, предметы, изъятые из гражданского оборота, а также предметы и деньги, имеющие отношение к незаконному обороту наркотических средств. После чего ФИО2 добровольно выдал наркотическое средство - марихуану, которое он хранил в своей комнате. С полки шкафа из-под одежды он достал и выдал сверток из тетрадного листа в клетку с веществом растительного происхождения зелено-коричневого цвета внутри и приспособление для курения марихуаны. В ходе обыска в этой же комнате в телевизионной тумбе были обнаружены и изъяты три тетради, две в клетку и одна в линейку, которые были изъяты. По окончании обыска следователем был составлен протокол обыска, который был зачитан вслух и подписан всеми участвующими лицами. Заявлений, замечаний, дополнений подлежащих занесению в протокол обыска от участвующих лиц не поступило. В тот же день, то есть, *** после обыска у ФИО3 проводили обыск в жилище ФИО1, а также в подсобных помещениях. Всё происходило в таком же порядке, как и у ФИО3. В ходе обыска ФИО1 добровольно выдал наркотическое средство - марихуану, которое он хранил в квартире в телевизионной тумбе. Наркотическое вещество растительного происхождения зеленого цвета находилось в двух свертках из газеты и одном бумажном свертке белого цвета. Из этой же тумбы ФИО1 достал и выдал два пакета из прозрачного полимерного материла с семенами конопли и пачку из-под сигарет марки «Святой Георгий» внутри которой находился бумажный сверток с семенами растений конопли. После этого ФИО1 заявил, что желает добровольно выдать наркотическое средство марихуану, которое хранится в его сарае в подвальном помещении дома. Все участники обыска спустились в подвальное помещение и прошли в сарай. Там ФИО1 снял с деревянного щита спортивную сумку, в которой находилось 10 бумажных свертков с веществом растительного происхождения зеленого цвета и тетрадь в клетку с вырванным листом, и добровольно выдал всё. Кроме того, ФИО1 добровольно выдал находящееся на щите вещество растительного происхождения зеленого цвета. Все выданные предметы и вещества были предъявлены понятым, сфотографированы, а затем изъяты и упакованы надлежащим образом. По окончании обыска следователем был составлен протокол, который зачитан вслух и подписан всеми участвующими лицами. Заявлений, замечаний, дополнений подлежащих занесению в протокол обыска от участвующих лиц не поступило. Свидетель М.Д.П. в судебном заседании показала, что с декабря 2011 года по июль 2014 года она занимала должность старшего оперуполномоченного в Балахнинском отделе УФСКН, а с июля 2014 по июнь 2016 года работала в той же должности в Городецком МРО России по Нижегородской области. В конце января 2016 года в отдел стала поступать оперативная информация о том, что мужчина по имени М., житель ***, осуществляет незаконный сбыт наркотического средства марихуана потенциальным потребителям. Согласно оперативной информации этот М. реализует наркотическое средство по цене от 500 до 1000 рублей за один сверток весом 100 грамм. В ходе отработки полученной оперативной информации был проведен комплекс оперативно-розыскных мероприятий, в том числе и такие, как: «наведение справок», «опросы», и данная информация нашла свое подтверждение. В целях выявления лиц причастных к незаконному обороту наркотических средств, 05 февраля 2016 года они с оперуполномоченным Б. М.С. проводили рейд на территории г. Заволжья. В ходе проведения рейда около 14 часов 55 минут у здания медицинского центра «Медико», расположенного на *** ими были замечены трое молодых людей и девушка, которые вышли из-за здания «М.», при этом молодые люди вели себя подозрительно, постоянно осматривались по сторонам, как будто чего-то опасались. Выйдя на дорогу, молодые люди попрощались и стали расходиться, при этом девушка пошла в противоположную от них сторону. Они с Б. М.С. решили установить личность этой девушки, догнали её и, представившись сотрудниками наркоконтроля, попросили пройти с ними в служебный автомобиль. Девушка не возражала и, сев в салон автомобиля сразу сказала, что при ней имеется два свертка с наркотическим средством – марихуаной, и она хотела бы их выдать добровольно. На вопрос о том, откуда у неё наркотик, девушка пояснила, что незадолго до своего задержания она для личного потребления приобрела марихуану у своего знакомого по имени М. за 1000 рублей. Волеизъявление девушки было свободным, поскольку никаких намерений досматривать её, у них не было; они хотели в случае необходимости лишь доставить её на медицинское освидетельствование. В том случае, если бы девушка не выдала наркотическое средство, у неё имелась бы реальная возможность распорядиться им. Они предложили девушке сотрудничать, и она согласилась при условии соблюдения секретности, поскольку опасалась мести со стороны М. и его окружения. В целях её безопасности ей был присвоен псевдоним «В.Т.Н.», и на служебном автомобиле она была доставлена в служебный кабинет, расположенный в здании администрации г.Заволжье, где около 15 часов 10 минут того же дня, в присутствии двух приглашенных понятых женского пола, «В.Т.Н.» добровольно выдала Б. М.С. два бумажных свертка из тетрадного листа в клетку с веществом растительного происхождения, которые находились один в другом. Всё выданное Б. М.С. в присутствии понятых упаковал в прозрачный канцелярский файл, и был составлен акт добровольной выдачи. После этого, она (М.) в присутствии тех же понятых произвела личный досмотр «В.Т.Н.» на предмет обнаружения при ней предметов и вещей, запрещенных к обороту на территории РФ. Таковых обнаружено и изъято не было, о чем был составлен акт личного досмотра, который подписали все участвующие лица. Заявлений и замечаний по поводу каких-либо нарушений ни от кого не поступило. Затем «В.Т.Н.» сообщила, что выданный ей сверток с марихуаной она приобрела у своего знакомого по имени М. по прозвищу «Р.» через другого своего знакомого по имени А. за 1000 рублей. Во время встречи М. дал ей свой номер сотового телефона и сказал, что в случае необходимости она может обращаться к нему за марихуаной напрямую. С целью документирования преступной деятельности мужчины по имени М., руководством отдела было принято решение о проведении в отношении него оперативно-розыскных мероприятий. Было получено соответствующее разрешение, и проведение «проверочной закупки» было запланировано на 13 февраля 2016 года. В качестве закупщика наркотического средства было подобрано специальное лицо, которое согласилось принять участие в этом мероприятии под условием о сохранении в тайне его подлинных анкетных данных. В связи с этим, а также во избежание рассекречивания проводимого мероприятия, «закупщику» был присвоен псевдоним «С.», который был выбран им самим. 13 февраля 2016 года в отдел, из конфиденциальных источников поступила оперативная информация о том, что, М. осуществляет незаконный сбыт наркотического средства марихуаны потенциальным потребителям наркотиков. В этот же день в дневное время состоялась встреча с «С.», которая подтвердила свое согласие на участие в оперативно-розыскном мероприятии «проверочная закупка» наркотических средства в качестве покупателя, после чего, она была доставлена в служебный кабинет Городецкого МРО УФСКН РФ, расположенный в здании администрации г.*** где планировалось провести все подготовительные мероприятия. В 13 часов в присутствии двух приглашенных понятых женского пола в вышеуказанном помещении она произвела личный досмотр «С.» на предмет обнаружения при ней запрещенных к обороту на территории РФ веществ и предметов. Таковых обнаружено не было. По результатам досмотра «С.» был составлен акт, который подписан всеми участвующими лицами. Далее, с участием тех же понятых, оперуполномоченным Б. М.С. была произведена пометка денежной купюры достоинством 1000 рублей, путем её ксерокопирования и занесения номера и серии этой купюры в акт пометки денежных купюр. Осмотренная и помеченная денежная купюра достоинством в 1000 рублей в присутствии понятых была выдана «С.» под расписку для использования при проведении ОРМ «проверочная закупка наркотических средств». По результатам осмотра и пометки денежных средств был составлен акт. Затем «С.» под их с Б. М.С. контролем, с выданного ими ей сотового телефона созвонилась с М. и договорилась о встрече в целях приобретения у него наркотического средства марихуаны. В ходе телефонного разговора М. назначил «С.» встречу у магазина «Пятерочка», расположенного на ***. После этого они с Б. М.С. на служебном автомобиле доставили «С.» к месту встречи. «С.» выйдя из машины, направилась к *** г.Заволжья. Они с Б. М.С., с целью наблюдения за встречей «С.» с М., соблюдая определенную дистанцию на разных позициях, проследовали за «С.». В ходе наблюдения она увидела, как к «С.» подошел мужчина, одетый во всё тёмное, затем они проследовали в застекленный тамбур аптеки расположенный в ***. С выбранной ей позиции наблюдать за происходящим в тамбуре, не представилось возможным. Дальнейшее наблюдение проводил Б. М.С. Спустя короткое время мужчина и «С.» вышли из тамбура, мужчина направился вдоль ***, а «С.» вернулась в служебный автомобиль. Там «С.» сразу же продемонстрировала два бумажных свертка изготовленных из листов в клетку и линейку с веществом растительного происхождения зеленого цвета внутри, которые, с её слов, она приобрела у М.. На служебном автомобиле они сразу же вернулись в служебный кабинет в здании администрации, где около 14 часов 40 минут «С.» в присутствии двух приглашенных понятых женского пола добровольно выдала ей два бумажных свертка с веществом растительного происхождения внутри каждого. Выданные «С.» свертки она упаковала в канцелярский файл, и был составлен акт выдачи. После этого ей был произведен повторный досмотр «С.» на предмет обнаружения при ней запрещенных вещей и предметов, которых обнаружено не было. По данному факту также был составлен акт. Все действия производились в присутствии понятых, которые своими подписями подтверждали законность происходящего. В ходе проведенного 13 февраля 2016 года оперативно-розыскного мероприятия «проверочная закупка» наркотических средств, а также проводимого параллельно с ним оперативно-розыскного мероприятия «прослушивание телефонных переговоров», была установлена личность мужчины по имени М., им оказался - ФИО2 ***. Кроме того, были получены данные о том, что ФИО2 осуществляет свою преступную деятельность не один, а группой лиц по предварительному сговору со своим знакомым потребителем наркотических средств по имени К.. С целью установления личности молодого человека по имени К., документирования преступной деятельности в составе группы лиц по предварительному сговору, установления канала поступления наркотических средств, а также пресечения преступной деятельности, связанной с незаконным оборотом наркотических средств, руководством отдела было принято решение о проведении оперативно-розыскного мероприятия «проверочная закупка» наркотических средств, которое было запланировано на 25 февраля 2016 года. В качестве закупщика наркотического средства было подобрано специальное лицо - женщина, которая согласилась принять участие в ОРМ в качестве закупщика наркотического средства у М., но при условии неразглашения её настоящих данных. Ей был присвоен псевдоним «У.» и 25 февраля 2016 года в 13 часов 30 минут в служебном кабинете Городецкого МРО УФСКН РФ в ***, в присутствии понятых были выполнены все подготовительные мероприятия: произведен личный досмотр «У.» на предмет обнаружения при ней запрещенных к обороту на территории РФ веществ и предметов, по результатам которого составлен акт; произведена пометка денежных купюр достоинством 100 рублей в количестве 10 штук, путем их ксерокопирования и занесения номеров и серий этих купюр в акт пометки денежных купюр. Осмотренные и помеченные деньги в сумме 1.000 рублей были выданы «У.» под расписку для использования их при проведении ОРМ «проверочная закупка наркотических средств». Перед началом досмотра, в ходе его проведения и после его завершения, замечаний, дополнений и каких-либо заявлений, подлежащих занесению в акты, от «У.» и остальных участников не поступило. Затем «У.» под их контролем с представленного ей телефона позвонила ФИО3 и договорилась о приобретении у него наркотического средства марихуаны. Но, вскоре ФИО2 перезвонил ей и сообщил, что на встречу с ней сам он прийти не сможет, а наркотик ей принесет его знакомый. Спустя непродолжительное время, на телефон «У.» с другого абонентского номера стали приходить «маячки». «У.» перезвонила по указанному номеру, и в ходе состоявшегося телефонного разговора молодой человек представившийся К., назначил ей встречу возле церкви на ***. На служебном автомобиле «У.» была доставлена в район магазина «Стимул», расположенного напротив церкви, и, выйдя из машины, проследовала к молодому человеку по имени К., который шел ей навстречу. Она также вышла из автомобиля и с целью осуществления наблюдения, проследовала в том же направлении. «У.» с К. зашли за магазин «С.» с торца здания, и там она передала ему деньги, а он взамен передал ей два бумажных свертка. Всё происходящее она видела очень хорошо. Держа свертки в руке, «У.» вернулась в служебный автомобиль, при этом по пути следования ни с кем не встречалась и не общалась. Она также вернулась в служебный автомобиль. Там «У.» сразу же показала два бумажных свертка, изготовленных из тетрадных листов. После этого, примерно в 18 часов 30 минут, они приехали в Городецкий МРО УФСКН РФ, где «У.» в присутствии двух женщин, приглашенных в качестве понятых, добровольно выдала ей два бумажных свертка, приобретённых у К., внутри которых находилось вещество растительного происхождения. Выданные свертки с веществом, были упакованы в канцелярский файл. По результатам добровольной выдачи составлен акт; затем произведен досмотр «У.» на предмет обнаружения при ней запрещенных вещей и предметов, которых обнаружено не было. Свидетель О.А.В. в судебном заседании показал, что он работает в должности начальника ***. В феврале 2016 года Городецким отделом УФСКН проводились оперативно-розыскные мероприятия, документирующие преступную деятельность ФИО1, проживающего по адресу: *** ФИО2, проживающего в ***. В указанных мероприятиях он принимал участие на завершающей стадии их проведения в порядке оказания помощи. *** около 13 часов они с оперуполномоченным Городецкого МРО УФСКН Б. М.С. проводили оперативное наблюдение по месту жительства ФИО2. В ходе наблюдения было установлено, что в 14 часов 30 минут ФИО2 вышел из дома один, был одет в куртку синего цвета, темные штаны и трикотажную шапку серого цвета. Пройдя вдоль ***, он проследовал к восьмому ***, где встретился с молодым человеком, известным им по имени К., который был одет в тёмную куртку с капюшоном. Затем они оба зашли в дверь подвального помещения, расположенную рядом с входной дверью седьмого подъезда. Спустя несколько минут вышли и разошлись. К. вернулся в восьмой подъезд ***, а ФИО2 вернулся к себе домой. Около 15 часов ФИО2 вышел из дома с молодой девушкой, известной им по имени Н., и направились в сторону церкви. Далее за ФИО2 наблюдение не велось. Наблюдение было продолжено за К. и в отношении лица, выступающим под псевдонимом «У.», при проведении оперативно-розыскного мероприятия «проверочная закупка». Встреча этих лиц состоялась у магазина «С.» на *** около 15ч. - 15ч. 30 минут. «У.» и молодой человек по имени К. они обошли магазин с торцевой стороны, и зашли за него. С выбранной им позиции всё происходящее за магазином, хорошо просматривалось. «У.» передала К. деньги, а он взамен - два бумажных свертка. Держа свертки в руке, «У.» вернулась к служебному автомобилю наркоконтроля. При этом по пути следования она ни с кем не встречалась и не общалась, а, полученные от К. два свертка, продолжала держать в руке, никуда не убирая. Как только «У.» села в автомобиль, машина уехала, а они продолжали наблюдение. К., расставшись с «У.» проследовал по *** в направлении своего дома, где и был ими задержан около 15 часов 50 минут. В этот же день, то есть 25 февраля 2016 года около 19 часов возле первого подъезда *** г.Заволжье *** ими был задержан ФИО2. После задержания ФИО2 и ФИО1 были доставлены в Городецкий МРО УФСКН РФ, где старшим оперуполномоченным отдела Д.А.С. досмотрены. В ходе проведения личного досмотра ФИО2 и ФИО1, при них были обнаружены и изъяты сотовые телефоны и денежные средства, полученные в том числе от продажи наркотического средства марихуаны лицу под псевдонимом «У.». Кроме того, после задержания ФИО2 и ФИО1 доставлялись в приемный покой Городецкой ЦРБ и освидетельствованы на предмет наркотического опьянения. У каждого из них было установлено наркотическое опьянение каннабиоидами (марихуаной). 26 февраля 2016 года в период времени с 1 часа 40 минут до 3 часов 30 минут в жилище ФИО2 по адресу: ***, а также в подсобных помещениях был произведен обыск участником которого он являлся. Перед проведением обыска ФИО2 добровольно выдал наркотическое средство марихуану, которое он хранил в шкафу в своей комнате, завёрнутым в тетрадный листок в клетку, а также приспособление для курения марихуаны. Всё это было изъято и упаковано. Далее в ходе обыска в этой же комнате в телевизионной тумбе были обнаружены три тетради, две разлинованные в клетку и одна в линейку, которые также были изъяты. В тот же день, то есть, 26 февраля 2016 года в период времени с 14 часов до 16 часов 20 минут в жилище ФИО1 по адресу: ***, а также в подсобных помещениях был проведен неотложный обыск участником которого он являлся. Перед началом проведения обыска ФИО1 добровольно выдал наркотическое средство марихуану, которое он хранил в квартире в телевизионной тумбе в двух свертках из газеты. Свертки с веществом были и в свертке из белой бумаги. цвета с веществом растительного происхождения зеленого цвета внутри. Далее из этой же тумбы ФИО1 достал и выдал два пакета из прозрачного полимерного материла с семенами конопли и пачку из-под сигарет марки «Святой Георгий» внутри которой находился бумажный сверток с семенами растений конопли. Всё было изъято и упаковано. После этого ФИО1 заявил, что желает добровольно выдать наркотическое средство марихуану, которое хранится в его сарае в подвальном помещении дома. Все участники обыска спустились в подвальное помещение и прошли в сарай. Находясь в сарае, ФИО1 снял с деревянного щита спортивную сумку, в которой находилось 10 бумажных свертков с веществом растительного происхождения зеленого цвета внутри и тетрадь в клетку с вырванным листом, а также находящееся на щите вещество растительного происхождения зеленого цвета, и всё выдал добровольно. Всё также было изъято и упаковано. Ничего более в ходе производства обыска в жилище ФИО1 обнаружено и изъято не было. По окончании обыска следователем был составлен протокол, который был зачитан следователем вслух. Заявлений, замечаний, дополнений подлежащих занесению в протокол обыска от участвующих лиц не поступило. После оглашения протокол обыска был подписан всеми участвующими лицами. Свидетель Д.А.С. показал, что ранее он работал в должности ***. 25 февраля 2016 года он принимал участие в оперативно-розыскных мероприятиях, связанных с пресечением преступной деятельности жителей г.*** ФИО1 и ФИО2, связанной с незаконным сбытом наркотического средства марихуана на территории г.Заволжье. После задержания указанные граждане на служебном автомобиле были доставлены в здание Городецкого МРО УФСКН РФ для производства личного досмотра, поскольку имелись веские основания полагать, что они могут хранить при себе наркотические средства и другие предметы, имеющие отношение к незаконному обороту наркотических средств. В проведении личного досмотра в качестве понятых участвовали двое мужчин, которым были разъяснены их права и обязанности. *** в период времени в 17 часов в служебном кабинете Городецкого МРО им был произведен личный досмотр ФИО1 и ФИО2. Перед началом досмотра каждому из них было предложено добровольно выдать предметы и вещи, запрещенные к обороту на территории РФ и имеющие отношение к незаконному обороту наркотических средств, психотропных, сильнодействующих и ядовитых веществ. На поступившее предложение ФИО1 заявил, что при нем имеются денежные средства, полученные им *** от продажи марихуаны девушке по имени Т.. Как пояснил ФИО1, наркотическое средство он получил от выращенных неподалеку от своего дома растений конопли. В ходе досмотра Зотова в правом наружном кармане его спортивных штанов были обнаружены денежные средства в сумме 1000 рублей, а именно десять купюр достоинством в 100 рублей каждая. Обнаруженные им денежные средства были изъяты и упакованы в прозрачный канцелярский файл из полимерного материала. Далее, в ходе досмотра ФИО1 в левом наружном кармане его куртки был обнаружен сотовый телефон марки «Самсунг» с установленной в нем сим-картой «Теле.2». Всё было изъято и упаковано. По результатам досмотра был составлен акт личного досмотра, который был прочитан вслух, и подписан всеми участвующими лицами. В этот же день, то есть *** в 20 часов им производился личный досмотр ФИО2. Перед началом досмотра ФИО2 заявил, что при нем наркотических средств и других запрещенных предметов не имеется. В процессе проведения досмотра ФИО2 при нём был обнаружен сотовый телефон марки «Самсунг» с сим-картой «Теле.2», который был изъят и упакован. Далее в ходе досмотра в левом внутреннем кармане олимпийки ФИО2 были обнаружены и изъяты денежные средства в сумме 700 рублей, две купюры достоинством 100 рублей, одна купюра достоинством в 500 рублей и также изъяты. По результатам досмотра, был составлен акт личного досмотра, который прочитан вслух, подписан всеми участвующими лицами. Замечаний, дополнений и заявлений, подлежащих занесению в акт досмотра, от ФИО2 и остальных участников не поступило. Свидетель под псевдонимом «В.Т.Н.» в судебном заседании показала, что ранее на протяжении длительного времени она является потребителем наркотических средств. В начале 2016 года употребляла марихуану, которую приобретала у своих знакомых. В конце января 2016 года от своего знакомого по имени А., она узнала, что наркотик можно приобрести в г.Заволжье по цене от 500 до 1000 рублей за сверток у его знакомого ФИО2 по прозвищу «Р.». Она попросила А. договориться с ФИО2 о встрече в целях приобретения наркотического средства марихуаны. А. согласился в случае необходимости ей помочь. *** утром она в целях приобретения марихуаны созвонилась с Андреем и попросила созвониться с ФИО3, и договориться о приобретении у него для нее марихуаны на суму 1000 рублей. Вскоре А. перезвонил и сказал, что договорился с ФИО2 о продаже двух свертков с марихуаной, и ФИО2 назначил ей встречу около медицинского центра «М.» на *** в 15 часов. В указанное время она пришла к зданию «М.», где её уже ждал А.. Вскоре к ним подошли два молодых человека, которыми оказались ФИО2 и еще один молодой человек по имени К.. А. познакомил её с ними, после чего они зашли за здание медицинского центра, где ФИО2 передал ей два бумажных свертка из тетрадного листа в клетку один в другом, в которых была трава (марихуана), а она ему - деньги в сумме 1000 рублей. Также ФИО2 продиктовал ей номер своего мобильного телефона *** и сказал, что в случае необходимости приобретения марихуаны она может обращаться к нему уже напрямую. После этого разговора, они вышли из-за здания «М.», попрощались и разошлись. Она убрала сверток с марихуаной к себе в одежду и пошла по ***. Почти сразу же к ней подошли двое молодых людей: парень и девушка, которые представились сотрудниками наркоконтроля, предъявив служебные удостоверения, и попросили её пройти с ними в служебный автомобиль для установления её личности. Зная, что при ней находится сверток с марихуаной, она решила выдать его добровольно. Об этом она заявила сотрудникам наркоконтроля, и добровольно рассказала об обстоятельствах приобретения данного наркотика. Опасаясь мести со стороны ФИО3 и его окружения, она попросила, чтобы, оформляя ею выдачу наркотика, в документах не указывали её настоящую фамилию и предложила использовать псевдоним «В.Т.Н.». Далее на служебном автомобиле её доставили в здание администрации, расположенной на ***, где она в служебном кабинете в присутствии двух понятых - женщин добровольно выдала сотруднику оба бумажных свертка из тетрадного листа в клетку с марихуаной. Сотрудница наркоконтроля оформила выдачу наркотического средства, составила акт, который все подписали. Свидетель Б.В.М. показала, что 5 февраля 2016 года, около 15 часов к ней и коменданту Ч.О.Н. на рабочее место в администрации г.Заволжье обратился оперуполномоченный Городецкого МРО УФСКН РФ и попросил их принять участие в проведении каких-то мероприятий в качестве понятых. Они согласились, и прошли в служебный кабинет, расположенный на первом этаже здания администрации. Там находилась молодая, ранее им не знакомая женщина, которая была представлена, но как, она не помнит. Им с Ч.О.Н. были разъяснены права и обязанности, как понятых. После чего женщина добровольно выдала сотруднику полиции два бумажных конвертика из тетрадных листов в клетку, внутри которых находилось растительное вещество серо-зеленого цвета, вероятно, наркотическое. Откуда у неё эти свёртки, женщина не говорила. Они вообще ни о чём не разговаривали с ней. Сразу же после выдачи в этом же кабинете сотрудницей был произведен личный досмотр указанной женщины, в ходе которого никаких предметов и средств при ней обнаружено не было. Выданные свёртки в их присутствии были упакованы; составлен акт; они на всех документах и упаковках расписались и ушли. Никаких замечаний у них не было. По времени все мероприятия продолжались около 40 минут. Свидетель Ч.О.Н. пояснила, что 5 февраля 2016 года совместно с ведущим специалистом администрации г.Заволжье Б.В.М. участвовала в качестве понятой при проведении мероприятия по выдаче незнакомой им женщиной наркотического средства сотрудникам наркоконтроля и последующего личного досмотра этой женщины. Мероприятие проходило в служебном кабинете УФСКН, расположенном в здании администрации г.Заволжье во второй половине дня и продолжалось не более часа. Перед началом им с Б.В.М. сотрудником наркоконтроля были разъяснены права и обязанности понятых. После чего женщина, находившаяся в кабинете ещё до их прихода, добровольно выдала сотруднику два свертка из тетрадных листов в клетку, внутри которых находилось вещество, на вид высушенная трава грязно - зеленого цвета. В их присутствии, выданные свертки с веществом были упакованы в прозрачный канцелярский файл; упаковка снабжена пояснительной надписью. Происхождение изъятых свёртков с травой в их присутствии девушка не раскрывала. По итогам выдачи оперуполномоченный составил акт выдачи, который все участвующие лица подписали. При этом каких-либо замечаний, дополнений, заявлений, подлежащих занесению в акт выдачи от неё и остальных участвующих лиц, не поступило. Сразу после выдачи, в этом же кабинете сотрудницей наркоконтроля был произведен личный досмотр вышеуказанной женщины. В ходе досмотра предметов, запрещенных в обороте, и денежных средств обнаружено не было; и также был составлен протокол. Никаких замечаний, дополнений, заявлений от участников не поступило. Женщина, с участием которой производились все действия была им представлена, но она не помнит её данные. На вид ей около 30 лет, высокая, худощавая, волосы тёмные, были распущены; внешне выглядела неопрятно. Свидетель, выступающая под псевдонимом «С.» пояснила суду, что она является потребителем различных наркотических средств. В начале 2016 года стала употреблять «план» - марихуану, которую приобретала у своих знакомых, одним из которых является житель г.Заволжье ФИО2 по прозвищу «Р.». В январе-феврале 2016 года она неоднократно приобретала марихуану у ФИО3 по цене 500 рублей за один сверток. При этом свертки всегда были изготовлены из тетрадных листов в клетку или линейку. Для того, чтобы приобрести у ФИО2 марихуану ей нужно было позвонить ему на мобильный телефон и договориться о покупке. В ходе телефонного разговора ФИО2 сам назначал место встречи на территории г.Заволжье. Иногда на встречу Рябков приходил вместе со своим знакомым Зотовым К.. В начале февраля 2016 года, к ней обратились оперуполномоченные Городецкого МРО УФСКН РФ по Нижегородской области с предложением принять участие в проведении проверочной закупки марихуаны у молодого человека по имени М., осуществляющего незаконный сбыт наркотического средства на территории г.Заволжье. Она поняла, что речь идет о ФИО2, и согласилась. Она должна была выступить в роли закупщика. Согласие она дала при условии засекретить её подлинные анкетные данные, поскольку реально опасалась мести со стороны ФИО3. Ей был присвоен псевдоним «С.». 13 февраля 2016 года, в дневное время, по инициативе сотрудников наркоконтроля они встретились в условленном месте в г.Заволжье. На служебном автомобиле её доставили в служебный кабинет, расположенный в здании администрации г.Заволжье, где в присутствии двух женщин - понятых сотрудница наркоконтроля произвела её личный досмотр, и ничего запрещённого не обнаружив, вручила ей деньги в сумме 1000 рублей, которые были помечены путём ксерокопирования купюр и занесения их номеров в акт. Затем она под контролем сотрудников полиции позвонила М. на принадлежащий ему сотовый телефон, и поинтересовалась можно ли приобрести марихуану, на что М. согласился, и сказал, чтобы она перезвонила ему чуть позже. Созвонившись ещё раз, они с М. договорились встретиться за магазином «Пятерочка», на ***. После чего с оперативными сотрудниками она на автомобиле подъехала к условленному месту встречи, где увидела М.. Встретившись, они с М. зашли в тамбур аптеки, она передала М. деньги в сумме 1000 рублей, а он ей два бумажных свертка из листов в клетку и линейку с марихуаной, после чего они вышли на улицу. Она прошла в ожидавший её автомобиль сотрудников наркоконтроля, а М. ушел вдоль дома. Вернувшись в автомобиль, она показала сотрудникам полиции приобретённые пакетики с марихуаной. Её снова доставили в служебный кабинет наркоконтроля, где она в присутствии двух понятых добровольно выдала свертки с марихуаной, которые приобрела у М.. Свертки были упакованы, опечатаны; составлен акт их выдачи, в котором все присутствующие расписались. Затем также в присутствии понятых сотрудница Городецкого МРО произвела её личный досмотр, в результате которого запрещенных в гражданском обороте на территории РФ предметов и веществ обнаружено не было. По результатам досмотра был составлен акт. Никаких замечаний не было. Свидетель Г.Е.В. показала, что в один из дней февраля 2016 года, около обеда она проходила мимо здания администрации г.Заволжье, когда её остановил молодой человек и, представившись сотрудником Городецкого наркоконтроля, попросил быть понятой. Она согласилась и прошла в один из кабинетов здания администрации, где уже находилась ещё одна понятая. Кроме них в кабинете было ещё две женщины, одна из которых сотрудник наркоконтроля. Им разъяснили права и обязанности понятых. Сотрудница досмотрела женщину, о чём составила акт, в котором все участвующие лица расписались. Не обнаружив у женщины запрещённых предметов, сотрудница полиции в этом же кабинете вручила той денежную купюру достоинством 1000 рублей, предварительно пометив её путем ксерокопирования и записи в акт серии и номера. По итогам пометки и осмотра был составлен акт, в котором все участвующие лица расписались, при этом замечаний и дополнений не поступило. Свидетель К.В.Д. показала, что в один из дней февраля 2016 года около 13 часов к ней на улице подошёл молодой человек и, представившись сотрудником Городецкого наркоконтроля, попросил поучаствовать в качестве понятой при проведении каких-то мероприятий. Её проводили в один из кабинетов здания администрации г.Заволжье. Там находились две девушки, одна из которых, как оказалось, была сотрудником наркоконтроля. Спустя короткое время туда же привели ещё одну понятую. Им были разъяснены их права и обязанности. Вторая девушка – не сотрудник полиции, которую им представили как «С.», добровольно выдала свёрток с какой-то травой и пояснила, что это наркотическое средство. Где она приобрела наркотик, девушка не рассказывала. По итогам был составлен акт, в котором она и все остальные участвующие лица расписались, при этом замечаний и каких-либо дополнений, ни от кого не поступило. Свидетель, выступающий под псевдонимом «У.» в суде показала, что ранее она на протяжении длительного времени является потребителем наркотических средств, в том числе марихуаны. В начале 2016 года она приобретала марихуану у своих знакомых, в том числе неоднократно у ФИО2 по цене 500 рублей за один сверток. Для этого ей нужно было позвонить ему на мобильный телефон и договориться о покупке. Номер телефона ФИО3 известен в среде наркоманов, а откуда он у неё, она уже не помнит. ФИО2 сам назначал ей место встречи, где взамен денег она получала от него наркотик. Иногда на встречу ФИО2 приходил вместе со своим знакомым по имени К.. В конце февраля 2016 года, к ней обратились оперуполномоченные Городецкого МРО УФСКН с предложением принять участие в закупке марихуаны у М. и К., где она должна была выступить в роли закупщика. Ранее она покупала у ФИО3 наркотик под контролем сотрудников полиции, и вновь согласилась, но в целях собственной безопасности при условии сохранения в тайне её настоящего имени и фамилии. На этот раз она выступала под псевдонимом «У.». ***, в дневное время, в условленном месте на территории г.Заволжье она встретилась с сотрудниками наркоконтроля, которые на служебном автомобиле доставили её в свой служебный кабинет, в ***. Там в присутствии двух женщин понятых сотрудница Городецкого МРО произвела её личный досмотр, ничего запрещенного в гражданском обороте на территории РФ при ней обнаружено не было, о чём был составлен акт, и ей были вручены денежные купюры достоинством 100 рублей в количестве 10 штук. Затем она под контролем сотрудников позвонила ФИО2 на принадлежащий ему сотовый телефон, и договорилась о приобретении у него марихуаны. Но вскоре ей перезвонил ФИО2 и сказал, что сам он на встречу с ней не придет, а марихуану ей принесет его знакомый, которого она также знает, и который сам свяжется с ней и назначит встречу. Вскоре ей на телефон стали приходить «маячки» о том, что ей кто-то пытается дозвониться. Она перезвонила, это был К.. Он назначил ей встречу возле церкви на *** в г.Заволжье. На служебном автомобиле она была доставлена сотрудниками полиции в указанное место, где увидела ФИО4. Встретившись, они зашли за здание магазина «С.», расположенного неподалёку, где она передала Зотову 1000 рублей, а он ей два бумажных свертка с марихуаной изготовленных из листов в клетку и линейку. После этого они разошлись, и она проследовала в ожидавший её автомобиль сотрудников наркоконтроля. Там она показала два свертка с марихуаной, которые приобрела у ФИО4, и сотрудники наркоконтроля доставили ее в Городецкий МРО. В служебном кабинете наркоконтроля в присутствии двух понятых женского пола она добровольно выдала сотруднице два свертка с марихуаной, которые приобрела у ФИО4. В присутствии ее и понятых свертки с марихуаной были упакованы и оформлены документально. Свидетель Б.О.Г. показала, что в один из дней февраля 2016 года, после 20-го числа около 14 часов она вместе другой девушкой принимали участие в качестве понятых при проведении каких-то мероприятий в служебном кабинете наркоконтроля в ***. В их присутствии сотрудницей наркоконтроля производился личный досмотр женщины, которую им представили как «У.» и ей передавались деньги в сумме 1000 рублей в количестве десяти купюр достоинством 100 рублей каждая. Эти купюры были отксерокопированы, их серии и номера занесены в акт, в котором она, и остальные участвующие лица поставили свои подписи, при этом замечаний, дополнений, подлежащих занесению в акт, ни от кого не поступило. Свидетель В.Ю.С. показала, что 25 февраля 2016 года около 14 часов она по приглашению сотрудника наркоконтроля была понятой при проведении личного досмотра женщины, которая была представлена, как «У.» и вручении ей денежных средств для закупки наркотических средств. В ходе досмотра «У.» никаких запрещенных предметов и денежных средств при ней обнаружено не было. По итогам досмотра был составлен акт, в котором они со второй понятой расписались. После этого сотрудницей наркоконтроля были осмотрены и переписаны в акт серии и номера десяти денежных купюр достоинством 100 рублей каждая, которые также были отксерокопированы. Деньги в сумме 1000 рублей были вручены «У.», о чём в акте сделана запись, и акт подписан. Замечаний и дополнений, от участников проведения этих оперативных действий, не поступило. Свидетель З.Н.Л. показала, что зимой 2016 года, в вечернее время она со знакомой К.Е.Л. находились в Городецкой ЦРБ и были приглашены в качестве понятых. С их согласия на служебном автомобиле они были доставлены в Городецкий МРО УФСКН, где в кабинете на втором этаже здания женщина, которая была представлена им как У., добровольно выдала сотруднице два свертка из тетрадных листов с веществом растительного происхождения зеленого цвета. Перед началом этого мероприятия им с К.Е.Л. сотрудником полиции были разъяснены права и обязанности как понятых. Выданные свертки с веществом в их присутствии были упакованы и снабжены пояснительными надписями. По итогам составлен акт, который все участвующие лица подписали. При этом каких-либо замечаний, дополнений, заявлений, подлежащих занесению в акт выдачи ни от кого из участвующих лиц, не поступило. Затем сразу же в этом же кабинете сотрудница произвела личный досмотр У.. В ходе досмотра при ней ничего запрещённого обнаружено не было, о чём также составлен акт, который подписан без замечаний. Свидетель К.Е.Л. показала, что 25 февраля 2016 года вместе со своей знакомой З.Н.Л. участвовали в качестве понятых при проведении выемки наркотического средства у ранее незнакомой им женщины в здании Городецкого отдела УФСКН. Она и З.Н.Л. при этом никакой личной заинтересованности в исходе мероприятий не имели. Перед началом мероприятия сотрудник УФСКН разъяснил им права и обязанности понятых, затем в их присутствии, находившаяся в кабинете женщина, добровольно выдала сотруднице два бумажных свертка с растительным веществом зеленого цвета. Выданные свертки с веществом в их присутствии, сотрудница упаковала, и составила акт. Они расписались на упаковке и в акте. При этом каких-либо замечаний, дополнений, заявлений от них не поступило. Затем та же сотрудница произвела личный досмотр этой женщины. Предметов, запрещенных в обороте, и денежных средств, при ней обнаружено не было. По результатам досмотра был составлен акт, который они подписали без замечаний и каких-либо дополнений. Свидетель С.В.Н. показал, что около года тому назад, то есть в один из дней февраля 2016 года в вечернее время к нему обратились оперуполномоченные Городецкого МРО УФСКН и попросили принять участие в качестве понятого в ходе личного досмотра гражданина. Он добровольно согласился, при этом никакой личной заинтересованности не имел. Он прошел в служебный кабинет в здание Городецкого МРО УФСКН, где ему и еще одному мужчине перед началом досмотра были разъяснены права и обязанности понятых. Там же находился молодой человек, которого оперуполномоченный представил как ФИО2. Парню было предложено добровольно выдать предметы и вещи, запрещенные к обороту на территории РФ и имеющие отношение к незаконному обороту наркотиков, в том числе и сами наркотические средства. ФИО2 заявил, что у него ничего запрещенного при себе не имеется. После этого оперуполномоченный произвёл личный досмотр ФИО3, в ходе которого был обнаружен и изъят сотовый телефон и деньги в сумме 700 рублей. Всё изъятое было упаковано и составлен акт личного досмотра, который был прочитал вслух, и всеми подписан без замечаний, дополнений и каких-либо заявлений. Свидетель Ч.А.Г. показал, что в феврале 2016 года в вечернее время он по просьбе сотрудников Городецкого отдела наркоконтроля участвовал в качестве понятого при проведении личного досмотра некоего Зотова. Мероприятие происходило в служебном кабинете Городецкого МРО УФСКН. Кроме него там находился еще один приглашенный в качестве понятого мужчина. После того, как им были разъяснены права и обязанности, молодому человеку было предложено добровольно выдать предметы и вещи, запрещенные к обороту, в том числе и наркотические средства. Зотов выдал деньги в сумме 1000 рублей купюрами достоинством 100 рублей, при этом пояснил, что получены они от продажи наркотического средства марихуаны какой-то девушке в г.Заволжье. После чего оперуполномоченный произвел личный досмотр Зотова, в ходе которого у него был изъят сотовый телефон. Изъятые деньги и телефон были упакованы, и составлен акт, который подписали все участвующие лица. Свидетель Ц.В.Г. пояснил, что 26 февраля 2016 года принимал участие в качестве понятого в ходе проведения обыска в квартире ФИО1 по адресу: ***, а также в подсобных помещениях, принадлежащих этой семье. Вторым понятым также был мужчина. Перед началом обыска следователь вслух прочитал постановление, с которым под роспись ознакомил Зотова и его мать. Затем следователь разъяснил им права и обязанности понятых при производстве обыска, в том числе право подавать свои заявления и замечания по ходу обыска, которые в обязательном порядке будут занесены в протокол. После этого Зотову и его матери было предложено добровольно выдать наркотические средства, предметы, изъятые из гражданского оборота. Зотов заявил, что желает добровольно выдать наркотическое средство, которое хранится в его квартире. В подтверждении своих слов он прошел в зал, где из телевизионной тумбы достал сверток из газеты с веществом растительного происхождения зеленого цвета внутри. Из этой же тумбы Зотов достал сверток из бумаги белого цвета, в котором также находилось растительное вещество в высушенном виде. Из этой же тумбы Зотов достал и выдал два пакета и пачку из-под сигарет с семенами конопли. Затем Зотов заявил, что желает добровольно выдать наркотическое средство, которое хранится в его сарае в подвальном помещении. Все спустились туда. ФИО1 выдал спортивную сумку, в которой находились бумажные свертки с аналогичным веществом растительного происхождения и тетрадь в клетку с вырванным листом. Кроме того, он выдал вещество растительного происхождения, которое снял со щита. Все выданные предметы и вещества были предъявлены им, сфотографированы, изъяты и упакованы. По окончании обыска следователем был написан протокол, который был зачитан всем вслух. Заявлений, замечаний, дополнений от участвующих лиц не поступило. После чего протокол был подписан. Свидетель П.Н.Б. дал аналогичные показания, при этом пояснил, что участвовал в качестве понятого в ходе проведения обыска в квартире Зотова и в подсобных помещениях. В ходе обыска Зотов добровольно выдал наркотическое средство марихуану, которое хранил в квартире и в сарае в подвальном помещении дома. Всё выданное им было изъято и упаковано; составлен протокол, который после того, как следователь прочитал вслух, был подписан всеми участниками без замечаний и дополнений. Свидетель А.Н.Н. показала, что 26 февраля 2016 года она находилась дома, когда около двух часов ночи к ней пришли сотрудники Госнаркоконтроля и попросили побыть понятой при производстве обыска в квартире Р-вых, проживающих на одной с ней лестничной площадке в ***, а также в подсобных помещениях, принадлежащих данной семье. Она добровольно согласилась, пришла в квартиру Р-вых, где в качестве понятой также участвовала соседка Ф.С.. Перед началом обыска следователь зачитал постановление, разъяснил всем присутствующим порядок проведения обыска, а понятым - их права и обязанности. После чего ФИО2 и его родителям было предложено добровольно выдать наркотические средства, предметы, изъятые из гражданского оборота, а также предметы и деньги, имеющие отношение к незаконному обороту наркотических средств. На данное предложение ФИО2 добровольно выдал наркотическое средство, которое он хранил в шкафу в своей комнате. Оно находилось в бумажном свёртке из тетрадного листа в клетку. На вид оно растительного происхождения зелено-коричневого цвета в высушенном виде. Также он выдал приспособление для её курения. В ходе обыска в этой же комнате в телевизионной тумбе были обнаружены и изъяты три тетради: две в клетку и одна в линейку. Всё, что было выдано добровольно ФИО3, и обнаружено сотрудниками полиции, следователь упаковал. После этого обыск был произведен в сарае, расположенном в подвальном помещении дома, где ничего обнаружено и изъято не было. По окончании обыска следователем был составлен протокол, который после прочтения был подписан всеми участвующими лицами без замечаний. Свидетель, выступающий под псевдонимом «Белов», в судебном заседании показал, что ранее он употреблял наркотическое средство марихуану путем курения. В период времени с конца октября по декабрь 2015 года он приобретал марихуану у своего знакомого жителя *** по имени М. по прозвищу «Р.», «Р.», возможно по фамилии «Рябков», с которым он находится в доверительных отношениях. При желании употребить марихуану он со своего сотового телефона звонил М. на принадлежащий ему номер сотового телефона ***, заканчивающегося цифрами 01 и спрашивал, есть ли у того чего-нибудь курнуть, имея в виду наркотик. Иногда М. сам звонил ему и предлагал, спрашивая, нет ли у него желания приобрести траву. Приобретал он разное количество марихуаны, были случаи, что на 500 рублей, а бывало, что на 1000 и 1500 рублей. Он называл М. сумму, которой располагает, а тот на эту сумму отсыпал ему травы в пачку из-под сигарет. Приобретал около 4-5 раз. Марихуану М. всегда приносил в бумажных свёртках из тетрадных листов, как в клетку, так и в линейку. Случалось, что М. угощал его марихуаной и безвозмездно, а случалось, что и в долг давал, но это было не более трёх раз. Встречались они в основном на *** у магазина «Магнит». Откуда у М. марихуана, ему не известно. Будучи допрошен в качестве свидетеля в ходе предварительного следствия, «Б.» пояснял, что около трёх раз Рябков угощал его марихуаной на безвозмездной основе. О том, что ещё несколько раз он покупал у ФИО3 наркотическое средство, не рассказывал. В связи с этим в судебном заседании были исследованы показания «Б.», данные в ходе предварительного следствия (т.3 л.д.230-232). После оглашения данных показаний «Б.» пояснил, что при допросе в ходе предварительного следствия он давал показания лишь про случаи безвозмездной передачи ему марихуаны ФИО3, не затрагивая случаи продажи, вероятно потому, это отвечал следователю лишь на поставленные вопросы. Судом установлено, что оснований оговаривать ФИО3 у «Б.» не имеется, поскольку отношения между ними всегда были ровные, спокойные, кроме увлечения наркотическими средствами их ничто не связывало. Поэтому, показания, данные «Б.», как в ходе предварительного следствия, так и в судебном заседании, суд признаёт правдивыми и наряду с другими доказательствами принимает их за основу при вынесении ФИО3 обвинительного приговора. Свидетель К.М.Ю., допрошенный в судебном заседании, показал, что ФИО2 знает в течение всей своей жизни, отношения поддерживали приятельские. Освободившись 31 декабря 2015 года из мест лишения свободы, снова стал общаться с М.. Никогда марихуану у ФИО3 не брал, и вместе они не курили. В связи с существенными противоречиями в судебном заседании по ходатайству гособвинителя были оглашены показания свидетеля К, данные им в ходе предварительного следствия, из которых следует, что в феврале 2016 года он несколько раз, по сотовому телефону звонил своему знакомому ФИО2 по прозвищу «Р.» и интересовался нет ли у него «чего-нибудь угоститься», имея ввиду наркотическое средство марихуану. Откуда у ФИО2 могла быть марихуана, ему неизвестно, он у ФИО2 об этом не спрашивал, а тот ему никогда не говорил (т.3 л.д.235-236). После исследования данных показаний, свидетель К.М.Ю. подтвердил их правдивость и пояснил, что при допросе в полиции ему был задан вопрос, по какому поводу он общался с ФИО3, в том числе и по сотовому телефону, на что он и дал такие показания. Свидетель В.Р.А. в судебном заседании пояснил, что до 2004 года он употреблял «тяжёлые наркотики», в настоящее время только курит травку, которую за наркотик не считает. В январе - феврале 2016 года он в компании своих знакомых ФИО2 по прозвищу «Р.» и ФИО4 по прозвищу «Б.» употреблял марихуану, которой его угощали ФИО2 и ФИО4 на безвозмездной основе. Откуда они брали марихуану, ему не известно. Свидетель Г.О.В. в судебном заседании показал, что ранее он употреблял наркотическое средство марихуану путем курения. Среди его знакомых есть ФИО2 по прозвищу «Р.» и ФИО1 по прозвищу «Б.». О том, что Рябков покуривает травку, он знал. Как-то один раз зимой 2016 года они созвонились с ФИО3, встретились и покурили марихуану, которой его угостил М.. Откуда у того трава, он не знал и не интересовался. Других случаев совместного употребления марихуаны с ФИО3 у него не было. В связи с существенными противоречиями в судебном заседании по ходатайству гособвинителя были оглашены показания свидетеля Г., данные им в ходе предварительного следствия, из которых следует, что в феврале 2016 года несколько раз он в целях потребления марихуаны звонил ФИО3 по сотовому телефону и интересовался нет ли у того «чего-нибудь для души», имея ввиду марихуану. Получив от ФИО2 положительный ответ, он шел в указанное ФИО2 место, где они курили марихуану, которой его угощал Рябков (т.3 л.д.237-238). После исследования данных показаний, свидетель Г.О.В. не подтвердил их и пояснил, что эти показания не соответствуют данным им показаниям, а протокол подписал, не читая. Суд, оценив показания свидетеля Г.О.В., данные в ходе предварительного следствия, в совокупности с другими доказательствами по уголовному делу, находит их правдивыми, поскольку они согласуются с показаниями других свидетелей, которые также получали от Рябкова марихуану безвозмездно и неоднократно, а единственная их встреча (в феврале 2016 года), о которой говорит свидетель Г. в судебном заседании, кроме того, подтверждается данными ОРД «прослушивание телефонных переговоров». Доводы Г. о том, что протокол допроса он подписал не читая, является неубедительными. В протоколе его допроса дважды имеется его собственноручная запись, свидетельствующая о том, что протокол им прочитан лично; заявлений и замечаний не имеется. Позицию Г. в судебном заседании, суд расценивает, как возможность смягчить вину в содеянном ФИО3, с которым он до последнего поддерживал приятельские отношения. Свидетель Ч.Н.В. в судебном заседании показала, что примерно со середине августа 2015 года она поддерживает близкие отношения с ФИО2, который проживает в ***. О том, что Рябков является потребителем наркотических средств, она не знала и не догадывалась. Тем более, ей ничего неизвестно о том, что он занимался незаконным сбытом наркотиков. Сама она наркотические средства не употребляет и никогда не употребляла. 25 февраля 2016 года в дневное время, около 12 часов они с М. встретились для того, чтобы поехать в церковь в ***. До 15 часов они находились у него дома, а затем на автобусе уехали в ***. Быстро возвратились в г.Заволжье и до 16 часов находились дома у ФИО3. В начале седьмого часа вечера М. пошел провожать её до дома, но, как только они вышли из подъезда, их задержали сотрудники наркоконтроля, и доставили в здание Городецкого отдела УФСКН. Там с нее было получено объяснение, и от сотрудников наркоконтроля она узнала, что М. причастен к незаконному распространению наркотиков. Кроме показаний свидетелей, вина подсудимых ФИО1 и ФИО2 в инкриминируемых им преступлениях подтверждается письменными материалами дела, исследованными в судебном заседании: - рапортом следователя СО МО МВД России «Городецкий» капитана юстиции Ш.В.Г. об обнаружении признаков преступления зарегистрированным в книге учета сообщений о преступлениях под *** от ***, согласно которому 26 февраля 2016 года в период с 14 часов 05 минут до 16 часов 20 минут в жилище ФИО1 по адресу: ***, а также в подсобных помещениях, а именно в сарае, расположенном в подвальном помещении ***, в процессе проведения обыска было обнаружено и изъято: на полках в телевизионной тумбе вещество растительного происхождения в двух бумажных свертках, которое согласно заключению эксперта *** от *** является наркотическим средством каннабис (марихуаной) общей массой в высушенном виде 7,76 граммов; вещество растительного происхождения в бумажном свертке, которое согласно заключению эксперта *** от *** является наркотическим средством каннабис (марихуаной) массой в высушенном виде 1,05 грамма; вещество растительного происхождения в бумажном свертке, которое согласно заключению эксперта *** от *** является наркотическим средством каннабис (марихуаной) массой в высушенном виде 0,4 грамма. В сарае, расположенном в подвальном помещении, обнаружено и изъято: вещество растительного происхождения в 10 бумажных свертках, находящихся в спортивной сумке, которое согласно заключению эксперта *** от ***, является наркотическим средством каннабис (марихуаной) общей массой в высушенном виде 255,17 граммов и вещество растительного происхождения которое согласно заключению эксперта *** от *** является частями наркосодержащего растения конопля массой 799 граммов (т.1 л.д.41); - протоколом обыска в жилище ФИО1, проведенного 26 февраля 2016 года по адресу: ***, а также в подсобных помещениях, в ходе которого были обнаружены и изъяты: в помещении зала вещество растительного происхождения в четырёх бумажных свертках; в сарае, расположенном в подвальном помещении дома - вещество растительного происхождения в 10 бумажных свертках, находящихся в спортивной сумке и вещество растительного происхождения, хранившееся отдельно на щите, а также тетрадь. Все обнаруженное в присутствии понятых и участвующих лиц было упаковано и надлежащим способом опечатано (т.1 л.д.215-229); Постановлением Городецкого городского суда *** от *** производство обыска в случаях, не терпящих отлагательства по указанному адресу, а также в подсобных помещениях, признано законным (т.1 л.д.232); - заключением эксперта *** от ***, согласно выводам которого, представленное на исследование вещество растительного происхождения в одном бумажном свертке, обнаруженное и изъятое 26 февраля 2016 года в ходе производства обыска в жилище ФИО1 по адресу: ***, является наркотическим средством - каннабис (марихуаной), масса которого в высушенном виде составляет 0,4 грамма (т.2 л.д.72-78); - протоколом обыска в жилище ФИО2, проведенным 26 февраля 2016 года на основании разрешения Городецкого городского суда Нижегородской области по адресу: ***, в ходе которого были обнаружены и изъяты: бумажный сверток с веществом растительного происхождения, приспособление для курения; три тетради. Все обнаруженное в присутствии понятых и участвующих лиц было упаковано и надлежащим способом опечатано (т.1 л.д.199-212); - заключением эксперта *** от ***, из выводов которого следует, что на внутренней поверхности приспособления для курения, изъятого 26 февраля 2016 года в ходе производства обыска в жилище ФИО2 по адресу: *** обнаружено наркотическое средство - тетрагидроканнабинол. Тетрагидроканнабинол является основным компонентом наркотических средств, получаемых из растения конопля (марихуана, гашиш и т.д.). Масса наслоений вещества на внутренней поверхности «приспособления для курения» составляет 0,086 грамма (т.2 л.д.58-61); - протоколом осмотра предметов, в котором зафиксированы результаты осмотра, обнаруженного при обыске в квартире ФИО3 26.02.2016 года приспособления для курения наркотических веществ (т.2 л.д.200-204); - протоколом осмотра предметов от ***, где указано, что были осмотрены: тетрадь с листами в клетку, обнаруженная и изъятая 26 февраля 2016 года в ходе производства обыска в жилище ФИО1 по адресу: *** три тетради: с листами светло желтого цвета в линейку; в обложке синего цвета в клетку; в обложке синего цвета в клетку, обнаруженные и изъятые 26 февраля 2016 года в ходе производства обыска в жилище ФИО2 по адресу: *** Всё осмотренное упаковано и надлежащим способом опечатано в пакет из полимерного материала (т.2 л.д.205-209); - заключением экспертизы *** от ***, согласно выводам которой, представленные на исследование: вещество растительного происхождения в четырёх бумажных свертках, обнаруженное и изъятое 26 февраля 2016 года в ходе производства обыска в жилище ФИО1, а также вещество растительного происхождения в десяти бумажных свертках, находящихся в спортивной сумке, обнаруженные и изъятые 26 февраля 2016 года в ходе производства обыска в подсобном помещении (подвальное помещение) жилища ФИО1 по адресу: ***, - являются наркотическим средством каннабис (марихуана).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Общая масса каннабиса (марихуаны) в высушенном виде составляет283,46грамма: (3,95+3,29+5,60+4,60+2,04+4,59+3,17+1,05+19,36+18,51+25,14+31,26+31,43+33,55+36,63+15,30+15,11+28,88).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Представленная на исследование растительная масса, обнаруженная и изъятая 26 февраля 2016 года в ходе производства обыска в подсобном помещении жилища ФИО1 по вышеуказанному адресу, является частями наркосодержащего растения конопли.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Масса представленных на исследование частей наркосодержащего растения конопли в высушенном виде составляет 799 граммов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Представленные на исследование: вещество растительного происхождения в двух бумажных свертках, добровольно выданное лицом под псевдонимом «С.» 13 февраля 2016 года в рамках оперативно-розыскного мероприятия «проверочная закупка» наркотических средств, и вещество растительного происхождения в двух бумажных свертках, добровольно выданное лицом под псевдонимом «У.» 25 февраля 2016 года в рамках оперативно-розыскного мероприятия «проверочная закупка» наркотических средств, - могли ранее составлять единую массу.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Представленные на исследование: вещество растительного происхождения в одном бумажном свертке, обнаруженное и изъятое 26 февраля 2016 года в ходе производства обыска в жилище ФИО2 по адресу: ***, и вещество растительного происхождения в двух бумажных свертках, обнаруженное и изъятое 26 февраля 2016 года в ходе производства обыска в жилище ФИО1 по адресу: ***, - могли ранее составлять единую массу.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Представленные на исследование: вещество растительного происхождения в одном бумажном свертке, обнаруженное и изъятое 26 февраля 2016 года в ходе производства обыска в жилище ФИО1 по адресу: ***, и вещество растительного происхождения в шести бумажных свертках, находящихся в спортивной сумке, обнаруженное и изъятое 26 февраля 2016 года в ходе производства обыска в подсобном помещении (подвальное помещение) жилище ФИО1 по адресу: ***, - могли ранее составлять единую массу.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Представленные на исследование: вещества растительного происхождения в четырех бумажных свертках, находящихся в спортивной сумке, обнаруженные и изъятые 26 февраля 2016 года в ходе производства обыска в подсобном помещении (подвальное помещение) жилище ФИО1 по адресу: ***, - могли ранее составлять единую массу (т.2 л.д.9-33); - протоколом осмотра предметов от 10 августа 2016 года, в котором указано, что были осмотрены: вещество растительного происхождения зеленого цвета, обнаруженное и изъятое 26 февраля 2016 года в ходе производства обыска в жилище ФИО1 по адресу: *** которое в соответствии с заключением эксперта *** от *** признано наркотическим средством каннабис (марихуаной) массой в высушенном виде 1,05 грамма, и было израсходовано в полном объеме в ходе экспертного исследования, а также сам фрагмент листа бумаги в котором находилось данное вещество; вещество растительного происхождения зеленого цвета, обнаруженное и изъятое при проведении обыска у Зотова, признанное в заключением эксперта *** от *** наркотическим средством каннабис (марихуаной), массой в высушенном виде 0,4 грамма, израсходованное в полном объеме в ходе экспертного исследования, а также сам сверток из фрагмента газетной бумаги в котором находилось данное вещество. Всё упаковано и надлежащим способом опечатано в файл из прозрачного полимерного материала, для хранения при материалах уголовного дела до принятия судебного решения по уголовному делу (т.2 л.д.187-192); - постановлением о представлении результатов оперативно-розыскной деятельности дознавателю, органу дознания, следователю или в суд от 16 мая 2016 года, на основании которого в соответствии с Приказом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следователю для осуществления проверки и принятия процессуального решения в порядке статей и 145 УПК РФ , а также для приобщения к уголовному делу были предоставлены результаты оперативно-розыскной деятельности: акт выдачи от ***, акт личного досмотра «В.Т.Н.», справка об исследовании *** от ***, и другие материалы проверки (т.1 л.д.58-59); - актом добровольной выдачи от ***, в котором зафиксированы результаты добровольной выдачи оперуполномоченному Городецкого отдела УФСКН лицом под псевдонимом «В.Т.Н.», в присутствии двух понятых женского пола двух бумажных свертков с веществом растительного происхождения внутри (т.1 л.д.60); - актом личного досмотра от ***, в котором отражены результаты досмотра лица под псевдонимом «В.Т.Н.», в присутствии двух понятых женского пола. В ходе досмотра установлено, что предметов запрещенных к гражданскому обороту при себе у «В.Т.Н.» обнаружено не было (т.1 л.д.62-63); - справкой об исследовании *** от ***, согласно которой, представленное на исследование вещество растительного происхождения из двух бумажных свертков, выданных «В.Т.Н.», является наркотическим средством - каннабис (марихуаной), масса которого в высушенном виде составляет 8,3 грамма (т.1 л.д.66); - заключением эксперта ***Э от ***, согласно выводам которого, представленная на экспертизу растительная масса, которую *** Рябков сбыл «В.Т.Н.», является наркотическим средством каннабис (марихуаной) массой в высушенном виде 7,3 грамма (3,9+3,4) грамма. Первоначально масса составляла 8,3 грамма (справка об исследовании *** от 08.022016 БЭКО УФСКН РФ по Нижегородской области (т.2 л.д.45-47); - протоколом осмотра предметов от ***, в ходе которого было осмотрено вещество растительного происхождения зеленого цвета с семенами округлой формы, сухое на ощупь, добровольно выданное лицом под псевдонимом «В.Т.Н.» 05 февраля 2016 года, которое в соответствии с заключением эксперта ***Э от *** признано наркотическим средством каннабисом (марихуаной), упаковано и надлежащим способом опечатано Осмотренное, приобщено к уголовному делу в качестве вещественных доказательств (т.2 л.д.180-186); - протоколом осмотра предметов от ***: двух фрагментов листа бумаги в клетку, в которых до переупаковывания находилось вещество растительного происхождения зеленого цвета, добровольно выданное 05 февраля 2016 года лицом под псевдонимом «В.Т.Н.», признанное согласно справке об исследовании *** от *** наркотическим средством каннабисом (марихуаной) общей массой в высушенном виде 8,40 граммов; двух фрагментов листа бумаги в клетку и линейку в которых до переупаковывания находилось вещество растительного происхождения зеленого цвета, добровольно выданное 13 февраля 2016 года лицом под псевдонимом «С.», признанное согласно справке об исследовании *** от *** наркотическим средством каннабисом (марихуаной) общей массой в высушенном виде 7,40 граммов; двух фрагментов листа бумаги в клетку и линейку в которых до переупаковывания находилось вещество растительного происхождения зеленого цвета, добровольно выданное 25 февраля 2016 года лицом под псевдонимом «У.», в рамках оперативно-розыскного мероприятия «проверочная закупка» наркотических средств и признанное согласно справке об исследовании *** от *** наркотическим средством каннабисом (марихуаной) общей массой в высушенном виде 10,4 граммов. Всё осмотренное упаковано и надлежащим способом опечатано (т.2 л.д.193-199); - рапортом следователя СО МО МВД России «Городецкий» Ф.Д.Ю. об обнаружении признаков преступления зарегистрированным в книге учета сообщений о преступлениях под *** от ***, согласно которому 05 февраля 2016 года около 14 ч 55 мин у ***, ФИО2, путем личной передачи, незаконно сбыл лицу под псевдонимом «В.Т.Н.» два бумажных свертка с веществом растительного происхождения, которое, согласно справке об исследовании *** от ***, является наркотическим средством каннабис (марихуана) общей массой 8,3 грамма (т.1 л.д.32); - рапортом об обнаружении признаков преступления зарегистрированный в книге учета сообщений о преступлениях под *** от ***, оперуполномоченного Городецкого МРО УФСКН России Б.М.С.. согласно которому 13 февраля 2016 года, около 13 часов 55 минут, мужчина по имени М., находясь в тамбуре аптеки, расположенной на первом этаже ***, незаконно сбыл за 1000 (одну тысячу) рублей лицу, гражданке «С.», вещество растительного происхождения зеленого цвета, расфасованное в два бумажных свертка, которое согласно справке об исследовании *** от *** является наркотическим средством каннабис (марихуаной) общей массой в высушенном виде 7,40 грамма (т.1 л.д.3); - постановлением о представлении результатов оперативно-розыскной деятельности дознавателю, органу дознания, следователю или в суд от ***, на основании которого в соответствии с Приказом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следователю для осуществления проверки и принятия процессуального решения в порядке статей и 145 УПК РФ , а также для приобщения к уголовному делу были предоставлены результаты оперативно-розыскной деятельности и другие материалы проверки, полученные в ходе проведения 13 февраля 2016 года оперативно-розыскного мероприятия «проверочная закупка» с участием лица под псевдонимом «С.» (т.1 л.д.88-89); - постановлением о рассекречивании сведений, составляющих государственную тайну, и их носителей от ***, на основании которого в соответствии с Приказом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для осуществления проверки и принятия процессуального решения в порядке статей и 145 УПК РФ , а также для приобщения к уголовному делу рассекречены материалы (оперативно-служебные документы) оперативно-розыскной деятельности, полученные в ходе документирования преступной деятельности мужчины по имени М. (ФИО2) с участием лица под псевдонимом «С.» (т.1 л.д.90-91); - постановлением о проведении оперативно-розыскного мероприятия «проверочная закупка» наркотических средств от ***, разрешающее проведение оперативно-розыскного мероприятия «проверочная закупка» наркотических средств на сумму 1000 рублей в отношении неустановленного лица мужчины по имени М. в г.Заволжье *** (т.1 л.д.92-93); - актом проведения оперативно-розыскного мероприятия «наблюдение» от ***, из содержания которого следует, что 13 февраля 2016 года оперуполномоченными Городецкого МРО УФСКН России по *** в ходе оперативно-розыскного мероприятия «проверочная закупка» наркотических средств проводилось наблюдение, и было установлено, что 13 февраля 2016 года около 13 часов 55 минут мужчина по имени М., находясь в тамбуре аптеки, расположенной на ***, незаконно сбыл за 1000 (одну тысячу) рублей лицу, имеющему псевдоним «С.», выступающему в роли покупателя, вещество растительного происхождения зеленого цвета, расфасованное в два бумажных свертка (т.1 л.д.94-95); - актом личного досмотра в котором указано, что 13 февраля 2016 года лицо под псевдонимом «С.», выступающее в качестве покупателя, перед проведением оперативно-розыскного мероприятия «проверочная закупка» наркотических средств, в присутствии двух понятых женского пола было досмотрено, и предметов запрещенных к гражданскому обороту при ней обнаружено не было (т.1 л.д.96-97); - актом пометки денежных купюр с приложением, согласно которому 13 февраля 2016 года, была осмотрена денежная купюра достоинством 1000 (одна тысяча) рублей, серия и номер которой: ГН ***, занесены в акт пометки с денежной купюры с применением ксерокса снята светокопия. После чего купюра была выдана «С.» для производства «проверочной закупки» наркотических средств, о чём в акте сделана соответствующая отметка, заверенная подписями понятых и «С.» (т.1 л.д.98-100); - актом добровольной выдачи, в котором указано, что 13 февраля 2016 года лицо под псевдонимом «С.» в присутствии двух лиц женского пола добровольно выдало оперуполномоченному вещество растительного происхождения зеленого цвета, расфасованное в два бумажных свертка, которые упакованы в прозрачный канцелярский файл из полимерного материала и надлежащим образом опечатаны (т.1 л.д.101-102); - актом личного досмотра «С.», выступающей в роли покупателя 13 февраля 2016 года, согласно которому, она в присутствии двух понятых была досмотрена оперуполномоченным после проведения оперативно-розыскного мероприятия «проверочная закупка» наркотических средств и добровольной выдачи. В ходе досмотра установлено, что предметов запрещенных к гражданскому обороту при лице под псевдонимом «С.» обнаружено не было (т.1 л.д.103-104); - справкой об исследовании *** от ***, из которой следует, что представленное на исследование вещество растительного происхождения, выданное «С.», является наркотическим средством - каннабис (марихуаной), массой в высушенном виде 7,40 (4,03+3,37) грамма (т.1 л.д.108-109); - рапортом оперуполномоченного Городецкого МРО УФСКН России Б.М.С. об обнаружении признаков преступления зарегистрированным в книге учета сообщений о преступлениях под *** от ***, согласно которому 25 февраля 2016 года, около 15 часов 37 минут, ФИО1 *** года рождения, находясь возле здания магазина «С.», расположенного по адресу: ***, действуя совместно и согласованно, по предварительному сговору с ФИО2 *** года рождения, сбыл за 1000 (одну тысячу) рублей лицу под псевдонимом «У.», вещество растительного происхождения зеленого цвета, расфасованное в два бумажных свертка, которое согласно справке об исследовании *** от *** является наркотическим средством марихуаной (каннабис) общей массой в высушенном виде 10,4 грамма (т.1 л.д.7); - постановлением о представлении результатов оперативно-розыскной деятельности дознавателю, органу дознания, следователю или в суд от ***, на основании которого в соответствии с Приказом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следователю для осуществления проверки и принятия процессуального решения, а также для приобщения к уголовному делу были предоставлены результаты оперативно-розыскной деятельности и другие материалы проверки, полученные в ходе проведения 25 февраля 2016 года оперативно-розыскного мероприятия «проверочная закупка» и в ходе задержания ФИО2 и ФИО1 (т.1 л.д.123-125); - постановлением о рассекречивании сведений, составляющих государственную тайну, и их носителей от ***, на основании которого в соответствии с Приказом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для осуществления проверки и принятия процессуального решения в порядке статей и 145 УПК РФ , а также для приобщения к уголовному делу рассекречены результаты оперативно-розыскной деятельности и другие материалы проверки, полученные в ходе проведения 25 февраля 2016 года оперативно-розыскного мероприятия «проверочная закупка» и в ходе задержания ФИО2 и ФИО1 (т.1 л.д.126-127); - постановлением о проведении оперативно-розыскного мероприятия «проверочная закупка» наркотических средств от ***, разрешающее проведение оперативно-розыскного мероприятия «проверочная закупка» наркотических средств на сумму 1000 рублей в отношении ФИО2 *** года рождения и молодого человека по имени К. в г*** (т.1 л.д.128); - актом проведения оперативно-розыскного мероприятия «наблюдение» от ***, из содержания которого следует, что 25 февраля 2016 года оперуполномоченными Городецкого МРО УФСКН России по *** проводилось наблюдение в ходе оперативно-розыскного мероприятия «проверочная закупка» наркотических средств, и было установлено, что около 15 часов 37 минут этого же дня, молодой человек по имени К. (ФИО1 *** года рождения), находясь за зданием магазина «С.», расположенного по адресу: ***., сбыл за 1000 (одну тысячу) рублей лицу, имеющему псевдоним «У.», два бумажных свертка с веществом растительного происхождения (т.1 л.д.129-131); - актом личного досмотра лица, выступающего в качестве покупателя перед проведением оперативно-розыскных мероприятий от ***, в котором отражены результаты досмотра лица под псевдонимом «У.» до проведения «проверочной закупки» наркотических средств с её участием. Досмотр проведён в присутствии двух понятых женского пола. В ходе досмотра установлено, что предметов запрещенных к гражданскому обороту при «У.» обнаружено не было (т.1 л.д.132); - актом пометки денежных купюр от *** с приложением, из которого следует, что были осмотрены десять денежных купюр достоинством 100 (сто) рублей каждая, и занесены в акт серии и номера данных купюр: ***, с применением ксерокса на бумажных листах сняты светокопии купюр, которые после осмотра и пометки были выданы лицу под псевдонимом «У.» для производства «проверочной закупки» наркотических средств, о чем в акте сделана соответствующая отметка, заверенная подписью «У.». Данный факт удостоверен подписями понятых и участвующих лиц (т.1 л.д.133;134-136); - актом добровольной выдачи от ***, согласно которому, лицо под псевдонимом «У.» в присутствии двух понятых женского пола добровольно выдало оперуполномоченному вещество растительного происхождения, расфасованное в два бумажных свертка, которые были упакован и надлежащим образом опечатаны (т.1 л.д.137); - актом личного досмотра покупателя после проведения оперативно-розыскных мероприятий от ***, в котором указано, что лицо под псевдонимом «У.» сразу после проведения оперативно-розыскного мероприятия «проверочная закупка» наркотических средств и добровольной выдачи было досмотрено оперуполномоченным в присутствии двух понятых женского пола. В ходе досмотра предметов запрещенных к гражданскому обороту при «У.» обнаружено не было (т.1 л.д.138); - протоколами осмотра предметов от ***, в котором зафиксированы результаты осмотра следующих предметов: вещество растительного происхождения в двух бумажных свертках, добровольно выданное лицом под псевдонимом «С.» 13 февраля 2016 года; вещество растительного происхождения в двух бумажных свертках, добровольно выданное лицом под псевдонимом «У.» 25 февраля 2016 года в рамках оперативно-розыскного мероприятия «проверочная закупка» наркотических средств; вещество растительного происхождения в одном бумажном свертке, обнаруженное и изъятое 26 февраля 2016 года в ходе производства обыска в жилище ФИО2 по адресу: ***; вещество растительного происхождения в двух бумажных свертках, обнаруженное и изъятое 26 февраля 2016 года в ходе производства обыска в жилище ФИО1 по адресу: ***; вещество растительного происхождения в одном бумажном свертке, обнаруженное и изъятое 26 февраля 2016 года в ходе производства обыска в жилище ФИО1 по вышеуказанному адресу; вещества растительного происхождения в десяти бумажных свертках, находящихся в спортивной сумке, обнаруженные и изъятые 26 февраля 2016 года в ходе производства обыска в подсобном помещении (подвальное помещение) жилища ФИО1 по вышеуказанному адресу. Осмотренное надлежащим способом упаковано и опечатано и приобщено к уголовному делу в качестве вещественных доказательств (т.2 л.д.169-179); - справкой об исследовании *** от ***, из которой следует, что представленное на исследование вещество растительного происхождения, выданное 25.02.2016 года «У.», является наркотическим средством - марихуаной (каннабисом), массой в высушенном виде составила 10,4 грамма (т.1 л.д.143-146); - актом личного досмотра ФИО1, составленного по результатам его досмотра сразу после задержания от ***, согласно которому при нём были обнаружены и изъяты денежные купюры в количестве 10 штук достоинством 100 (сто) рублей каждая: мб ***; и сотовый телефон модель SAMSUNG GT-*** абонентский номер ***. Всё изъятое было упаковано и надлежащим способом опечатано (т.1 л.д.167-169); - актом личного досмотра ФИО2 составленного по результатам его досмотра сразу после задержания от ***, согласно которому при нём были обнаружены и изъяты денежные средства на общую сумму 700 рублей; сотовый телефон модель SAMSUNG *** абонентский номер ***. Всё изъятое было упаковано и надлежащим способом опечатано (т.1 л.д.173-175); - протоколом осмотра предметов: денежной купюры достоинством 500 рублей, имеющей серию и номер: ***, двух денежных купюр достоинством 100 рублей каждая, имеющих серии и номера: ***, обнаруженных и изъятых 25 февраля 2016 года в ходе производства личного осмотра ФИО2, которые были приобщены к уголовному делу в качестве вещественных доказательств и помещены на хранение на депозитный счет МО МВД России «Городецкий» (т.2 л.д.210-214); -справкой *** (актом медицинского освидетельствования на состояние опьянения) от ***, согласно которой, в биосредах ФИО1 обнаружены каннабиноиды и установлено состояние наркотического опьянения (т.4 л.д.28); - протоколом осмотра предметов от ***, в ходе которого были осмотрены денежные купюры, обнаруженные и изъятые 25 февраля 2016 года в ходе производства личного осмотра ФИО1. При сравнительном осмотре денежных купюр установлено, что серии и номера десяти купюр достоинством 100 рублей каждая: ***, выданных лицу под псевдонимом «У.» для производства оперативно-розыскного мероприятия «проверочная закупка» наркотических средств у ФИО3 и Зотова осуществляющих незаконный сбыт наркотического средства марихуана на территории ***, полностью совпадают с номерами и сериями денежных купюр, изъятых у Зотова. Денежные купюры приобщены к уголовному делу в качестве вещественных доказательств и хранятся на депозитном счете МО МВД России «Городецкий» (т.2 л.д.215-222); - протоколом осмотра предметов, в котором отражены результаты осмотра сотового телефона модели SAMSUNG *** абонентский номер +***, обнаруженного и изъятого 25 февраля 2016 года в ходе производства личного досмотра ФИО1; сотового телефона модели SAMSUNG *** абонентский номер ***, обнаруженного и изъятого 25 февраля 2016 года в ходе производства личного досмотра ФИО2. В ходе осмотра сотового телефона ФИО1 установлено наличие в памяти телефона абонента записанного как «Р.» абонентский номер +*** (ФИО2). Кроме того, установлено наличие абонентских соединений с абонентом «Р.» и с абонентским номером ***, находившимся в пользовании лица под псевдонимом «С.» и лица под псевдонимом «У.» за 25.02.2016 года. В ходе осмотра сотового телефона ФИО2 установлено наличие двух входящих и одного исходящего сотового соединений за 25.02.2016 года с абонентом «Т» номер ***, находившимся в пользовании лица под псевдонимом «С.» и того же лица под псевдонимом «У.», а также наличие исходящих звонков с абонентом ***, находящимся в пользовании Зотова. Осмотренное приобщено к уголовному делу в качестве вещественных доказательств и надлежащим способом упаковано (т.3 л.д.16-24); - протоколом осмотра предметов, в котором указано, что были осмотрены сопроводительное письмо TELE2 *** *** с установочными данными абонентов ***; компактный CD-R диск марки Verbatim CD-R80 700 MB 80 MIN UP TO 52хSPEED vitesse с детализацией абонентских соединений ООО «Т2 Мобайл» Нижегородский филиал, абонентов *** за период времени с *** по ***. В ходе осмотра установлено, что - абонентский номер *** - *** в 18:09:05 зарегистрирован на ФИО1 *** года рождения - абонентский номер *** - *** в 13:01:53 зарегистрирован на ФИО1 *** года рождения - абонентский номер ***- *** в 10:21:03 зарегистрирован на ФИО2 *** года рождения В ходе осмотра детализации абонентского номера ***, установлено наличие абонентских соединений *** с абонентским номером ***, находившимся в пользовании лица под псевдонимом «С.» и того же лица под псевдонимом «У.». В ходе осмотра детализации абонентского номера +***, установлено наличие абонентских соединений *** с абонентским номером ***, находившимся в пользовании лица под псевдонимом «С.» и того же лица под псевдонимом «У.». В ходе осмотра детализации абонентского номера +***, установлено наличие абонентских соединений *** с абонентским номером ***, находившимся в пользовании ФИО1 В ходе осмотра детализации абонентского номера ***, установлено наличие абонентских соединений *** с абонентским номером ***, находившимся в пользовании лица под псевдонимом «С.» и того же лица под псевдонимом «У.». В ходе осмотра установлено наличие связи за *** с абонентским номером ***. В ходе осмотра установлено наличие связи за *** с абонентским номером ***, которое использовало лицо под псевдонимом «У.» *** в рамках оперативно-розыскного мероприятия «проверочная закупка» наркотических средств когда под контролем сотрудников созванивалось с ФИО2, а затем с ФИО1 и договаривалось с последним о приобретении у него наркотического средства каннабиса (марихуаны) (т.3 л.д.30-48); - протоколом осмотра предметов от ***, в котором указано, что был произведен осмотр компактного диска CD-R Verbatim COMPACT disc Recordable 700 MB с результатами оперативно-розыскного мероприятия «прослушивание телефонных переговоров», проводимого на основании разрешения Городецкого городского суда Нижегородской области в отношении неустановленного мужчины по имени М., впоследствии установленного, как ФИО2 *** года рождения по абонентскому номеру сотовой связи ***, а также сводки с текстом предоставленных фонограмм телефонных переговоров в установленном законом порядке. ***: Д - М., может зайдешь, возьмешь немножко? М - У меня есть. Д - А? М - У меня есть. Д - Ну, маленько, хоть дай, курануть. М - Давай, ладно, позвоню позже, как выйду. *** С - Да, этот Ваня звонит, я у него двести рублей брал. Курнуть ему надо дать, маленько. М - Скажи, вечером. Сейчас я вообще не смогу, Саня. И со Львом договорись на вечер. С - У меня все бабки на кармане уже. *** Н - Зайди, братан, пожалуйста. М - Куда? Н - Туда. М - Что надо-то, я не пойму? Н - Что...Льву надо, да этому чуть-чуть. М - Так ты через сколько выйдешь? Приходи один. *** О - У тебя нет ничего для души-то? М - Курнуть маленько есть у "Совы". В судебном заседании установлено, что кличка «Сова» принадлежит подсудимому ФИО1 *** *** Г - Ясно. М., я, короче, попозже поеду, если что, ну... есть вариант расслабиться, покурить-то? М - Братан, приедешь, так что-нибудь придумаем уж. *** П - "Курануть" бы что-нибудь. М - А у меня есть немного, осталось... *** С - У тебя есть хоть "курануть", а? М - Есть. С - .../неясно/ хоть нагнаться. М - /Перебив./Есть, есть, есть, есть, Саня. Курнуть найду. *** С - У тебя с собой есть курнуть-то вообще? М - Да. *** Н - А нет покурить, братан? М - Да есть немножко. *** Н - Найдём по поводу.../неясно/, что ль, братан, а? М - Есть. Н - Погоди, братан, не слышу. М - Есть, говорю. *** Р - Что, у тебя курнуть нет, М.? М - Чего? Р - У тебя нет дунуть-то ничего? М - Да найдём. *** К - ...Чего ты там? Не осталось у тебя курнуть-то? М - Да есть немного. Из содержания разговоров, имеющихся на вышеуказанном компакт-диске, следует, что диалоги устной речи на фонограммах - это разговоры между ФИО2 и, обращающимися к нему потребителями наркотического средства марихуана в целях приобретения у ФИО2 наркотического средства марихуана. Также обсуждаются другие вопросы, связанные с незаконным оборотом наркотических средств. Кроме того, из фонограмм разговоров ФИО2 от *** и от *** следует, что между ним и женщиной по имени Т. (Ж), которой 5 февраля 2016 года он продавал марихуану у медицинского центра «М.», состоялся разговор, в ходе которого они договаривались о встрече с целью приобретения наркотического средства марихуана. ФИО2 назначает Т. встречу у магазина «Пятерочка» на ***. 13 февраля 2016 года в ходе встречи с Т., которая произошла в тамбуре аптеки ФИО2 продал Т. за 1000 рублей два свертка с наркотическим средством марихуана, которое я ему в этот день то есть 13 февраля 2016 года передал ФИО1 для дальнейшего незаконного сбыта Т.. *** М - Алло! Ж - М., в общем, я к хлебозаводу подъезжаю. М - К хлебозаводу? Смотри, помнишь, где мы тогда "славливались"? Вот около этого "медика"-то? Ж - Около "медика"? М - Ну вот помнишь, когда вы приезжали с "Хорьком"? Ж - Ой, я вообще нездешняя, я не помню. М - Как тебе объяснить то? Ж - Ну ты скажи, чего там находится? Я сейчас таксисту объясню. М - Ну спроси у него, он знает, где Дзержинского? Ж - Дзержинского знаете где… (говорит в сторону) Да, да, да, говорит, знаю. М - Вот пускай... едет к "Пятёрочке", вот на Дзержинского, тридцать девятый... ой, тридцать пятый дом. Вот прямо за "Пятёрочку" заезжай. За "Пятёрочку" заедешь, позвонишь. Ж - Ага. Всё, хорошо. Всё поняла. М - Ага. Давай. В ходе разговора Т. и ФИО2 25 февраля 2016 года они договариваются о встрече с целью приобретения наркотического средства марихуана. ФИО2 говорит, что скинет ей на телефон «цифры», то есть номер сотового телефона ФИО1, и в тот день, то есть 25 февраля 2016 года навстречу с Т. с целью продажи ей наркотического средства марихуана ходил именно Зотов, после чего сразу был задержан сотрудниками Госнаркоконтроля. *** Т - Да, М.! М - Таня! Т - А? М - Слушай-ка, чего, я тебе сейчас... Т - А? М - Цифры скину. Там будет 603, 604. На эти цифры позвонишь. Т - 603 и 604? М - Ну я тебе сейчас скину "маяк". Денег просто нет на том на телефоне. Ну, я сейчас просто приеду, слышишь? С пацаном, помнишь, который со мной был тогда? Ну, ты его узнаешь. Т - А! Ну! Ну, ну, ну! М - Вот позвонишь на этот номер, сейчас тебе скину "маяк". Ладно? Т - А-а. Ага, ладно. Ага. М - Ага, давай (т.3 л.д.58-123); - постановлением о представлении результатов оперативно-розыскной деятельности дознавателю, органу дознания, следователю или в суд от ***, на основании которого в соответствии с Приказом МВД России N 776, Минобороны России N 703, ФСБ России N 509, ФСО России N 507, ФТС России N 1820, СВР России N 42, ФСИН России N 535, ФСКН России N 398, СК России N 68 от 27.09.2013 "Об утверждении Инструкции о порядке представления результатов оперативно-розыскной деятельности органу дознания, следователю или в суд" следователю для осуществления проверки и принятия процессуального решения в порядке статей и 145 УПК РФ , а также для приобщения к уголовному делу были предоставлены результаты оперативно-розыскной деятельностикомпактный диск CD-R Verbatim COMPACT disc Recordable 700 MB 52xspeed vitesse 80 min, с результатами оперативно-розыскного мероприятия «прослушивание телефонных переговоров», проводимого на основании разрешения Городецкого городского суда Нижегородской области в отношении неустановленного мужчины по имени М., установленного как ФИО2 *** года рождения по абонентскому номеру сотовой связи ***, упакованный и надлежащим способом опечатанный в бумажный конверт, а также сводки с текстом предоставленных фонограмм телефонных переговоров, а именно: сводка *** рег. *** с от ***; сводка *** рег. *** с от ***; сводка *** рег. *** с от ***; сводка *** рег. *** с от ***; сводка *** рег. *** с от ***; сводка *** рег. *** с от ***; сводка *** рег. *** с от ***; сводка *** рег. *** с от ***; сводка *** рег. *** с от ***; сводка *** рег. *** с от ***; сводка *** рег. *** с от *** (т.3 л.д.49-50); - постановлением о рассекречивании сведений, составляющих государственную тайну и их носителей от ***, в соответствии с которым были рассекречены сводки с текстом предоставленных фонограмм телефонных переговоров, а именно: сводка *** рег. *** с от ***; сводка *** рег. *** с от ***; сводка *** рег. *** с от ***; сводка *** рег. *** с от ***; сводка *** рег. *** с от ***; сводка *** рег. *** с от ***; сводка *** рег. *** с от ***; сводка *** рег. *** с от ***; сводка *** рег. *** с от ***; сводка *** рег. *** с от ***; сводка *** рег. *** с от *** (т.3 л.д.51-52); - постановлением о рассекречивании сведений, составляющих государственную тайну и их носителей от ***, в соответствии с которым были рассекречены результаты оперативно-розыскного мероприятия «прослушивание телефонных переговоров» по абонентскому номеру сотовой связи ***, используемому ФИО2(т.3 л.д.53); - постановлением о рассекречивании *** от ***, в соответствии с которым были рассекречено разрешение Городецкого городского суда от 09 апреля 2016 года, разрешающее проведение оперативно-розыскного мероприятия «прослушивание телефонных переговоров» в отношении неустановленного мужчины по имени М., установленного как ФИО2 *** года рождения по абонентскому номеру сотовой связи *** сроком на 90 суток (т.3 л.д.54-55); - постановлением о разрешении проведения оперативно-розыскного мероприятия от ***, Городецкого городского суда Нижегородской области, разрешающее проведение оперативно-розыскного мероприятия «прослушивание телефонных переговоров» в отношении неустановленного мужчины по имени М., установленного как ФИО2 *** года рождения по абонентскому номеру сотовой связи *** сроком на 90 суток (т.3 л.д.56). Оценивая все доказательства в соответствии с требованиями ст. 88 УПК РФ с точки зрения их относимости, допустимости и достоверности, как в отдельности, так и в их совокупности, суд считает, что они являются допустимыми и достаточными для вынесения обвинительного приговора. Не смотря на непризнание подсудимым ФИО3 своей вины, суд считает, что предъявленное ему обвинение нашло подтверждение в полном объёме совокупностью всех доказательств по делу. В п. 13 Постановления Пленума Верховного Суда РФ от 15.06.2006 N 14 (ред. от 30.06.2015) "О судебной практике по делам о преступлениях, связанных с наркотическими средствами, психотропными, сильнодействующими и ядовитыми веществами" указано, что 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Утверждение ФИО2 о том, что он никогда не сбывал наркотические средства, в частности марихуану, опровергается не только изобличающими показаниями подсудимого Зотова, но и показаниями свидетелей, выступающих под псевдонимами «В.Т.Н.», «С.» «У.» и «Б.», а также свидетелей К, Б. и Г., которые суд признаёт правдивыми, поскольку они подтверждаются результатами ОРД «прослушивание телефонных переговоров» и «проверочная закупка». Судом достоверно установлено, что в действиях ФИО2 и ФИО1 имеет место сбыт наркотического средств марихуаны, как путём продажи, так и безвозмездно. Об этом же свидетельствует обнаружение и изъятие при обыске в подсобных помещениях ФИО1 большого количества марихуаны, расфасованного в отдельные небольшие свёртки, удобные для реализации. Доводы защиты о том, что в действиях ФИО2 имеет место соисполнительство, являются неубедительными. В соответствии с п.15.1. Постановления Пленума Верховного Суда РФ от 15.06.2006 N 14 (ред. от 30.06.2015) "О судебной практике по делам о преступлениях, связанных с наркотическими средствами, психотропными, сильнодействующими и ядовитыми веществами", в случае, когда лицо передает приобретателю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по просьбе (поручению) другого лица, которому они принадлежат, его действия следует квалифицировать как соисполнительство в незаконном сбыте указанных средств, веществ, растений. Вместе с тем, в судебном заседании установлено, что действия ФИО3 и Зотова, направленные на незаконный сбыт, носили совместный и согласованный характер, и были направлены на достижение единого результата – получение денежных средств, которые использовались сообща. Об этом свидетельствуют факты приискания ФИО3 покупателей наркотического средства, его активные действия, направленные на дачу Зотову указаний относительно количества наркотика и суммы на его продажу; непосредственные встречи с этими лицами и прямой сбыт марихуаны. Указанные обстоятельства подтверждаются совокупностью таких доказательств, как показания подсудимого Зотова и данные ОРД «прослушивание телефонных переговоров» и «проверочная закупка». Все оперативно-розыскные мероприятия по выявлению преступной деятельности подсудимых, получены с соблюдением оснований для проведения указанных оперативно-розыскных мероприятий, предусмотренных ст. Федерального закона «Об оперативно-розыскной деятельности» и требований ч.3 ст.8 этого же Федерального закона, и свидетельствуют о наличии у ФИО3 и Зотова умысла, направленного на незаконный сбыт наркотических средств, совершенный группой лиц по предварительному сговору, сформировавшегося у них независимо от деятельности сотрудников оперативного подразделения Городецкого отдела УФСКН России по Нижегородской облати, а также последующее фактическое осуществление ими всех действий, направленных на совершение этого преступления. Об этом также свидетельствуют показания свидетелей Б., К, Г. и свидетеля, выступающего под псевдонимом «Б.», согласно которым, Рябков и Зотов сбывали наркотическое средство марихуану, как путём безвозмездной передачи, так и путём продажи в период с октября 2015 года по январь 2016 года, то есть ещё до начала проведения в отношении них оперативно-розыскных мероприятий. Оперативные мероприятия были проведены с целью проверки информации о сбыте ФИО3 и Зотовым наркотических средств, установление видовой принадлежности сбываемого ими вещества, канала поступления наркотического средства, а также для документирования и пресечения их противоправной деятельности. При проведении оперативно-розыскного мероприятия «проверочная закупка» 13 февраля 2016 года, помеченные купюры, выданные лицу под всевдонимом «С.», выступающему в качестве закупщика наркотического средства у ФИО3, не изымались, вызвано особенностями данного ОРМ, носящего негласный характер, в ходе которого никого задерживать не планировалось. Все ОРМ проведены на основании постановлений, утвержденных в соответствии с этим Законом. Результаты оперативно-розыскной деятельности Городецкого МРО УФСКН России по Нижегородской области представлены следователю с соблюдением требований «Инструкции о порядке представления результатов оперативно-розыскной деятельности дознавателю, органу дознания, следователю, или в суд", утверждённой Приказом Министерства внутренних дел Российской Федерации N 776, Минобороны России N 703, ФСБ России N 509, ФСО России N 507, ФТС России N 1820, СВР России N 42, ФСИН России N 535, ФСКН России N 398, СК России N 68 от 27.09.2013. Позицию подсудимого ФИО2 суд расценивает как реализацию им своего конституционного права, позволяющего строить свою защиту по своему усмотрению и защищаться любыми не запрещёнными законом способами. Исследовав все доказательства обвинения, суд принимает их за основу при вынесении обвинительного приговора и квалифицирует действия подсудимых: ФИО1 и ФИО2 по преступлению в период с 05.02.2016 года по 25.02.2016 года по ст.228.1 ч.3 п.п. «а,б» УК РФ - незаконный сбыт наркотических средств, совершенный группой лиц по предварительному сговору, в значительном размере. Из обвинения Зотова следует, что он приобрел наркотическое средство - каннабис (марихуану) путем сбора им же посеянных и выращенных растений конопли на земельном участке, расположенном в районе ***а, принадлежащем его родственникам. Действия Зотова в этой части органами предварительного следствия квалифицированы, как незаконное приобретение наркотического средства каннабис. Согласно разъяснениям, содержащимся в п. 6 Постановления Пленума Верховного Суда РФ от *** N 14 "О судебной практике по делам о преступлениях, связанных с наркотическими средствами, психотропными, сильнодействующими и ядовитыми веществами", под незаконным приобретением без цели сбыта наркотических средств, растений, содержащих наркотические средства, надлежит считать их получение любым способом, в том числе сбор дикорастущих растений и их частей на земельных участках граждан, если эти растения не высеивались и не выращивались. Согласно приведенным разъяснениям Пленума Верховного Суда РФ, посев и выращивание лицом растений конопли не может расцениваться как незаконное приобретение наркотического средства. Посев и выращивание растений, содержащих наркотические вещества, то есть их культивирование, образуют самостоятельный состав преступления, предусмотренный ст. 231 УК РФ . При таких обстоятельствах квалифицирующий признак незаконного приобретения наркотического средства подлежит исключению из обвинения ФИО1, а все его действия, связанные с наличием обнаруженного в его квартире и подсобных помещениях дома наркотического средства - каннабиса (марихуаны) общей массой в высушенном виде 264,38 граммов, а также части наркосодержащего растения конопли в высушенном виде массой 799 граммов, следует квалифицировать как незаконное хранение, без цели сбыта наркотических средств, а так же незаконное хранение без цели сбыта частей растений, содержащих наркотические средства, совершенные в крупном размере, то есть по ст. ч.2 УК РФ. Обстоятельствами, смягчающими наказание обвиняемого ФИО1 суд признает в соответствии со ст. ч.1 п. «г» УК РФ наличие малолетнего ребёнка у виновного; в соответствии ст. ч.1 п. «и» УК РФ - активное способствование раскрытию и расследованию преступления, изобличению и уголовному преследованию других соучастников преступления. Обстоятельств, смягчающих наказание подсудимому ФИО2, предусмотренных ст. 61 УК РФ , судом не установлено. Обстоятельств, отягчающих наказание подсудимым ФИО1 и ФИО2, предусмотренных ст. 63 УК РФ судом не установлено. При назначении наказания суд, принимает во внимание наличие смягчающих наказание подсудимому ФИО1 обстоятельств, обстоятельства совершения преступлений, характер, степень тяжести совершённых преступлений, относящихся к категории тяжких и особо тяжких, реально высокую степень общественной опасности, поскольку они направлены против здоровья населения и общественной нравственности, а также данные о личности подсудимых: ФИО1, который ранее не судим, по месту жительства участковым уполномоченным МО МВД России «Городецкий» характеризуется удовлетворительно; ***. ***. - ФИО2, который ранее не судим, по месту жительства участковым уполномоченным МО МВД России «Городецкий» характеризуется неопределённо; в июне 2015 года привлекался к административной ответственности за употребление наркотических средств без назначения врача (штраф оплачен); *** *** *** Психическое состояние подсудимых ФИО1 и ФИО2 у суда сомнений не вызывает, и каждый из них подлежит уголовной ответственности и наказанию. В соответствии со ст.ст. , и 43 УК РФ и с учётом принципа справедливости и неотвратимости наказания, влияния назначенного наказания на исправление осужденных, целей назначения наказания - исправление осужденных, восстановление социальной справедливости, суд полагает, что исправление и перевоспитание обоих подсудимых возможно только в условиях изоляции от общества. Оснований для применения ст.ст. и 73 УК РФ обоим подсудимым, а также положений ст. ч.1 УК РФ подсудимому ФИО2 судом не установлено. Правовых и фактических оснований для изменения категории совершенных преступлений на менее тяжкую, что предусмотрено ч.6 ст. 15 УК РФ обоим подсудимым судом также не установлено. Учитывая наличие у подсудимого ФИО1 смягчающего обстоятельства, предусмотренного ст. ч.1 п. «и» УК РФ, суд при назначении ему наказания применяет положения ст. ч.1 УК РФ по обоим преступлениям. При назначении наказания подсудимому Зотову суд не применяет положения ст.ст. 72.1 и 82.1 УК РФ , поскольку ему назначено наказание в виде реального лишения свободы, а совершённые им преступления не предусмотрены в качестве основания для предоставления отсрочки отбывания наказания в виде лишения свободы до окончания лечения и медико-социальной реабилитации. Дополнительные наказания, предусмотренные ст.ст. ч.2 УК РФ в виде штрафа и ограничения свободы подсудимому ФИО1, дополнительные наказания, предусмотренные ст. 228.1 ч.3 УК РФ в виде штрафа и ограничения свободы подсудимым ФИО2 и ФИО1, суд не назначает, полагая достаточным для их исправления отбывания основного вида наказания в виде реального лишения свободы. Ранее подсудимые ФИО1 и ФИО2 не отбывали наказание в виде лишения свободы, но совершенное ими преступление, предусмотренное ст. 228.1 ч.3 УК РФ, относится к категории особо тяжких. В соответствии с п. «в» ч.1 ст. 58 УК РФ вид исправительного учреждения каждому из них следует определить в виде исправительной колонии строгого режима. Судьба вещественных доказательств судом разрешена в соответствии со ст.81 УПКРФ. Судьба процессуальных издержек судом разрешена отдельным постановлением. Руководствуясь ст.ст. , - , - 310 УПК РФ , суд ПРИГОВОРИЛ: ФИО2, признать виновным в совершении преступления, предусмотренного ст. 228.1 ч.3 п.п. «а, б» УК РФ. ФИО1 признать виновным в совершении преступлений, предусмотренных ст.ст.228 ч.2; 228.1 ч.3 п.п. «а,б» УК РФ. Назначить наказание: ФИО2 - 9(девять) лет лишения свободы с отбыванием наказания в исправительной колонии строгого режима. ФИО1: по ст. ч.2 УК РФ – 3(три) года лишения свободы; по ст. 228.1 ч.3 п.п. «а, б» УК РФ – 8 (восемь) лет лишения свободы. На основании ст. ч. 3 УК РФ по совокупности преступлений путем частичного сложения наказаний окончательно определить 8 (восемь) лет 6 (шесть) месяцев лишения свободы с отбыванием наказания в исправительной колонии строгого режима. Меру пресечения в отношении ФИО2 оставить прежней - в виде заключения под стражу. Срок отбывания наказания ФИО2 исчислять с 10 марта 2017 года. Зачесть ему в срок отбытия наказания время содержания его под стражей с 26 февраля 2016 года по 9 марта 2017 года. Меру пресечения ФИО1 изменить на заключение под стражу в зале суда. Срок отбывания наказания исчислять ФИО1 с 10 марта 2017 года. Вещественные доказательства: - вещество растительного происхождения в двух бумажных свертках, добровольно выданное лицом под псевдонимом «С.» 13 февраля 2016 года в рамках оперативно-розыскного мероприятия «проверочная закупка» наркотических средств; - вещество растительного происхождения в двух бумажных свертках, добровольно выданное лицом под псевдонимом «У.» 25 февраля 2016 года в рамках оперативно-розыскного мероприятия «проверочная закупка» наркотических средств; - вещество растительного происхождения в одном бумажном свертке, обнаруженное и изъятое 26 февраля 2016 года в ходе производства обыска в жилище ФИО2 по адресу: ***; вещество растительного происхождения в двух бумажных свертках, обнаруженное и изъятое 26 февраля 2016 года в ходе производства обыска в жилище ФИО1 по адресу: ***; - вещество растительного происхождения в одном бумажном свертке, обнаруженное и изъятое *** в ходе производства обыска в жилище ФИО1 по адресу: ***; вещества растительного происхождения в десяти бумажных свертках, находящихся в спортивной сумке, обнаруженные и изъятые 26 февраля 2016 года в ходе производства обыска в подсобном помещении (подвальное помещение) жилище ФИО1 по адресу: ***; - вещество растительного происхождения зеленого цвета с семенами округлой формы, признанное в соответствии с заключением эксперта ***Э от *** наркотическим средством каннабис (марихуана) добровольно выданное лицом под псевдонимом «В.Т.Н.» 05 февраля 2016 года; вещество растительного происхождения зеленого цвета с семенами округлой формы, признанное в соответствии с заключением эксперта ***Э от *** наркотическим средством каннабис (марихуана) добровольно выданное лицом под псевдонимом «В.Т.Н.» 05 февраля 2016 года, хранящиеся в специализированной камере хранения наркотических средств и психотропных веществ МО МВД России «Городецкий» в здании отдела полиции (дислокации г. Заволжье) по адресу: ***; - приспособление для курения, обнаруженное и изъятое 26 февраля 2016 года в ходе производства обыска в жилище ФИО2 по адресу: *** - вещество растительного происхождения зеленого цвета, признанное в соответствии с заключением эксперта *** от *** наркотическим средством каннабис (марихуана) массой в высушенном виде 1,05 грамма, обнаруженное и изъятое 26 февраля 2016 года в ходе производства обыска в жилище ФИО1 по адресу: ***; - фрагмент листа бумаги в котором находилось вещество растительного происхождения зеленого цвета, признанное в соответствии с заключением эксперта *** от *** наркотическим средством каннабис (марихуана) массой в высушенном виде 1,05 грамма - вещество растительного происхождения зеленого цвета признанное в соответствии с заключением эксперта *** от *** наркотическим средством каннабис (марихуана) массой в высушенном виде 0,4 грамма, израсходованное в полном объеме в ходе экспертного исследования, обнаруженное и изъятое 26 февраля 2016 года в ходе производства обыска в жилище ФИО1 по адресу: ***., а также сам сверток из фрагмента газетной бумаги в котором находилось вещество; - тетради, изъятые *** в ходе производства обыска в жилище ФИО1 и ФИО2; - шесть фрагментов листов бумаги в клетку и линейку, в которых до переупаковывания находилось вещество растительного происхождения, признанное наркотическим средством каннабис (марихуана) – уничтожить; - компактный диск с результатами оперативно-розыскного мероприятия «проверочная закупка» наркотических средств с применением технических средств видеофиксации от *** рег *** от 13.02.2016г.; - сопроводительное письмо TELE2 *** *** с установочными данными абонентов ***; ***; ***; - компактный CD-R диск марки Verbatim CD-R80 700 MB 80 MIN UP TO 52хSPEED vitesse с детализацией абонентских соединений ООО «***» Нижегородский филиал, абонентов ***; ***; *** за период времени с 01.01.2016 года по 25.02.2016 года; абонентские соединения; - компактный диск CD-R Verbatim COMPACT disc Recordable 700 MB 52xspeed vitesse 80 min, сводки с текстом предоставленных фонограмм телефонных переговоров - хранить в материалах уголовного дела. - денежные купюры достоинством 100 рублей в количестве 10 штук, имеющие серии и номера: ***, обнаруженные и изъятые 25 февраля 2016 года в ходе производства личного досмотра ФИО1, зачисленные на депозитный счет МО МВД России «Городецкий» - считать возвращёнными владельцу. - денежные средства на общую сумму 700 рублей, изъятые в ходе производства личного досмотра ФИО2, зачисленные на депозитный счет МО МВД России «Городецкий»; - сотовый телефон модель SAMSUNG *** абонентский номер ***, изъятый в ходе производства личного досмотра ФИО2 – возвратить родственникам ФИО2 - сотовый телефон модель SAMSUNG *** абонентский номер ***, изъятый в ходе производства личного досмотра ФИО1– выдать родственникам ФИО1 Приговор может быть обжалован в апелляционном порядке в судебную коллегию по уголовным делам Нижегородского областного суда путём подачи жалобы через Городецкий городской суд в течение 10 (десяти) суток со дня его провозглашения, а осужденными к реальному лишению свободы Зотовым и ФИО3, содержащимися под стражей - в тот же срок со дня вручения ему копии приговора. В случае подачи апелляционной жалобы осужденные вправе в тот же срок (десять суток) ходатайствовать о своём участии в рассмотрении уголовного дела судом апелляционной инстанции и поручить осуществление своей защиты избранным ими защитнику либо ходатайствовать перед судом о назначении защитника. Председательствующий Т.С.Чернова Подлинник приговора находится в материалах дела ***г. Городецкого городского суда Нижегородской области. Копия верна. Судья Т.С.Чернова Суд: Городецкий городской суд (Нижегородская область) (подробнее) Судьи дела: Чернова Татьяна Сергеевна (судья) (подробнее) Последние документы по делу: Приговор от 18 октября 2017 г. по делу № 1-10/2017 Постановление от 16 августа 2017 г. по делу № 1-10/2017 Приговор от 19 июля 2017 г. по делу № 1-10/2017 Приговор от 14 июня 2017 г. по делу № 1-10/2017 Постановление от 5 апреля 2017 г. по делу № 1-10/2017 Приговор от 13 марта 2017 г. по делу № 1-10/2017 Приговор от 9 марта 2017 г. по делу № 1-10/2017 Приговор от 28 февраля 2017 г. по делу № 1-10/2017 Приговор от 21 февраля 2017 г. по делу № 1-10/2017 Приговор от 19 февраля 2017 г. по делу № 1-10/2017 Постановление от 19 февраля 2017 г. по делу № 1-10/2017 Приговор от 8 февраля 2017 г. по делу № 1-10/2017 Приговор от 31 января 2017 г. по делу № 1-10/2017 Приговор от 24 января 2017 г. по делу № 1-10/2017 Приговор от 23 января 2017 г. по делу № 1-10/2017 Приговор от 22 января 2017 г. по делу № 1-10/2017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