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44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мая 2012 года</w:t>
      </w:r>
    </w:p>
    <w:p>
      <w:pPr>
        <w:spacing w:before="200" w:after="300"/>
        <w:pBdr>
          <w:bottom w:val="single" w:sz="6" w:space="1" w:color="000000"/>
        </w:pBdr>
      </w:pP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осуждённого ФИО5 удовлетворить частично.</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Приговор Трусовского районного суда г. Астрахани от 12 мая 2012 г., кассационное определение судебной коллегии по уголовным делам Астраханского областного суда от 28 июня 2012г., постановление Ленинского районного суда г. Астрахани от 7 августа 2013г., постановление президиума Астраханского областного суда от 10 февраля 2015г. в отношении ФИО5 в части его осуждения по ч. 3 ст. , ч. 1 ст. 228.1 УК Российской Федерации (по преступлениям от 18 и 27 апреля 2011г.) отменить, дело в этой части производством прекратить за отсутствием состава преступления на основании п. 2 ч. 1 ст. УПК Российской Федерации, Эти же судебные решения в отношении ФИО5 изменить, исключить указание: - об отмене на основании ч. 5- ст. УК Российской Федерации условного осуждения по приговору Трусовского районного суда г. Астрахани от 13 сентября 2010г.; · о назначении наказания по правилам ч. 2 ст. УК Российской Федерации по ч. 3 ст. , ч. 1 ст. 228.1 УК РФ (по совокупности преступлений от 18 и 27 апреля 2011г.), · о назначении наказания на основании ст. УК Российской Федерации и ч. 5 ст. УК Российской Федерации; · о зачёте в срок отбытия наказания времени содержания его под стражей по приговору Трусовского районного суда г. Астрахани от 13 сентября 2010г. в период с 27 мая по 13 сентября 2010г. Считать ФИО5 осуждённым по · ч. 1 ст. УК Российской Федерации к 1 году 6 месяцам лишения свободы, · ч. 3 ст. , ч. 1 ст. 228.1 УК Российской Федерации по преступлению от 22 апреля 2010г. - к 5 годам 11 месяцам лишения свободы; · на основании ч. 2 ст. УК Российской Федерации, по совокупности преступлений, предусмотренных ч. 1 ст. и ч. 3 ст. , ч. 1 ст. 228.1 УК Российской Федерации (по преступлению от 22 апреля 2010г.) к 6 годам 10 месяцам лишения свободы. Отбывание наказания ФИО5 назначить в исправительной колонии общего режима. Приговор Трусовского районного суда г. Астрахани от 13 сентября 2010г. в отношении ФИО5 исполнять самостоятельно. Признать за осужденным ФИО5 право на частичную реабилитацию на основании п. 4 ч. 2 ст. УПК Российской Федерации. В остальном судебные решения оставить без изменения. Председательствующий Суд: Астраханский областной суд (Астраханская область) (подробнее) Судьи дела: Теслина Евгения Валентиновна (судья) (подробнее) Последние документы по делу: Приговор от 5 сентября 2018 г. по делу № 1-14/2012 Постановление от 13 марта 2017 г. по делу № 1-14/2012 Показать все документы по этому делу Судебная практика по: По кражам Судебная практика по применению нормы ст. 158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