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Гусь-Хрустальный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