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ФИО1, обвиняемого в совершении преступления, предусмотренного п. «в» ч.2 ст. 158 УК РФ , по статье 25 УПК РФ , в связи с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подсудимому ФИО1 в виде подписки о невыезде и надлежащем поведении, до вступления постановления в законную силу, оставить без изменения, после чего отменить.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 ФИО1, его защитнику адвокату Меланичу Г.В., потерпевшей ФИО4 и Камышинскому городскому прокурору.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уголовному делу: - денежные купюры, достоинством 500 рублей, образца ДД.ММ.ГГГГ, имеющие серии и номера № ...., личинку замка, металлическую отвертку с рукояткой сине-черного цвета, изъятые ДД.ММ.ГГГГ в ходе осмотра места происшествия, находящиеся на хранении у потерпевшей ФИО4 (&lt;данные изъяты&gt;), оставить по принадлежности потерпевшей ФИО4. Настоящее постановление может быть обжаловано в апелляционном порядке в Волгоградский областной суд через Камышинский городской суд в течение 10 суток с момента его вынесения. Судья Жуйков А.А. Суд: Камышинский городской суд (Волгоградская область) (подробнее) Судьи дела: Жуйков А.А. (судья) (подробнее) Последние документы по делу: Приговор от 6 декабря 2017 г. по делу № 1-99/2017 Приговор от 14 ноября 2017 г. по делу № 1-99/2017 Приговор от 13 ноября 2017 г. по делу № 1-99/2017 Приговор от 13 ноября 2017 г. по делу № 1-99/2017 Приговор от 10 октября 2017 г. по делу № 1-99/2017 Постановление от 27 сентября 2017 г. по делу № 1-99/2017 Приговор от 18 сентября 2017 г. по делу № 1-99/2017 Приговор от 17 сентября 2017 г. по делу № 1-99/2017 Постановление от 25 июля 2017 г. по делу № 1-99/2017 Приговор от 25 июля 2017 г. по делу № 1-99/2017 Постановление от 9 июля 2017 г. по делу № 1-99/2017 Постановление от 9 июля 2017 г. по делу № 1-99/2017 Приговор от 22 мая 2017 г. по делу № 1-99/2017 Приговор от 14 мая 2017 г. по делу № 1-99/2017 Приговор от 11 мая 2017 г. по делу № 1-99/2017 Приговор от 11 мая 2017 г. по делу № 1-99/2017 Приговор от 24 апреля 2017 г. по делу № 1-99/2017 Приговор от 19 марта 2017 г. по делу № 1-99/2017 Постановление от 16 марта 2017 г. по делу № 1-99/2017 Постановление от 21 февраля 2017 г. по делу № 1-99/2017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