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марта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ФИО25 в достоверно неустановленное время, но не позднее 18 августа 2014 года решил путем обмана приобрести право собственности на земельный участок, расположенный по ул.Новая, д.ФИО117, &lt;адрес&gt;, находящийся в распоряжении Департамента имущественных отношений &lt;адрес&gt;. С целью реализации своего преступного умысла ФИО25 в достоверно неустановленное время, но не позднее 18.08.2014 у неустановленного лица приобрел заведомо для него (ФИО25) подложный правоустанавливающий документ – государственный акт на право собственности на землю, пожизненного наследуемого владения, бессрочного (постоянного) пользования землей (далее – государственный акт на право собственности на землю) № ТЮ1 о предоставлении ФИО33 в собственность земельного участка площадью 0,4000 гектаров по ул.Новая, д.ФИО117, &lt;адрес&gt;. 18.08.2014 ФИО25, предоставил заведомо для него подложный документ о предоставлении в собственность вышеуказанного земельного участка в филиал ФГБУ «Федеральная кадастровая палата Федеральной службы государственной регистрации, кадастра и картографии» по Тюменской области (далее Филиал ФГБУ «ФКП Росреестра» по Тюменской области), расположенное по адресу: &lt;...&gt;, для постановки земельного участка на кадастровый учет с целью последующей регистрации права собственности на указанный земельный участок. 04.09.2014 инженер 1 категории Федеральной кадастровой палаты, не подозревая о преступных намерениях ФИО25, приняла решение о внесении сведений в государственный кадастр недвижимости о земельном участке с присвоением указанному земельному участку кадастрового номера 72:17:1203001:483 и определением его кадастровой стоимости в 2 005 840 рублей, что было отражено в кадастровом паспорте земельного участка от 04.09.2014. 08.09.2014 ФИО25, продолжая реализацию своего преступного умысла, направленного на приобретение права на земельный участок путем обмана, действуя умышленно, из корыстных побуждений, предоставил подложный государственный акт на право собственности на землю № ТЮ1 и полученный по его заявлению кадастровый паспорт на земельный участок с кадастровым номером 72:17:1203001:483 в Управление Федеральной службы государственной регистрации, кадастра и картографии по Тюменской области (далее Управление Росреестра по Тюменской области), расположенное по адресу: &lt;...&gt;, для осуществления государственной регистрации права собственности на указанный земельный участок и приобретения таким образом путем обмана права на чужое имущество с возможностью распоряжаться им по своему усмотрению. 19.09.2014 г. государственным регистратором Управления Росреестра по Тюменской области в связи с наличием сомнений в подлинности предоставленных на государственную регистрацию документов, а именно: государственного акта на право собственности на землю № ТЮ1, принято решение о приостановлении государственной регистрации до устранения причин, препятствующих проведению государственной регистрации. 20.01.2015 г. государственным регистратором Управления Росреестра по Тюменской области принято решение об отказе в государственной регистрации права собственности на земельный участок с кадастровым номером 72:17:1203001:483, в связи с наличием сомнений в подлинности предоставленного на государственную регистрацию государственного акта на право собственности на землю № ТЮ1. Таким образом, ФИО25 на данном этапе совершения преступления не смог довести свой преступный умысел до конца по независящим от него обстоятельствам, а именно: в связи с тем, что предоставленный им на регистрацию правоустанавливающий документ вызвал сомнения в подлинности. При этом, после получения решения о приостановлении государственной регистрации от 19.09.2014, ФИО25 осознавал, что осуществить государственную регистрацию права собственности на земельный участок не удастся, в связи с чем, продолжая реализацию своего преступного умысла, направленного на получение права на указанный земельный участок путем обмана, а также другие земельные участки, находящиеся в распоряжении Департамента имущественных отношений Тюменской области, ФИО25 решил вступить в преступный сговор с ранее знакомой ему ведущим инженером филиала ФГБУ «ФКП Росреестра» по Тюменской области ФИО28 В начале декабря 2014 года ФИО28 и ФИО25, по предложению ФИО25, вступили в преступный сговор, направленный на совершение мошенничества группой лиц по предварительному сговору в особо крупном размере, а именно: на получение права путем обмана на земельные участки, расположенные в д. Дербыши, Тюменского района, Тюменской области, и последующем распределении денежных средств, полученных от реализации указанных земельных участков, после чего между указанными лицами были распределены роли в планируемом преступлении, согласно которым ФИО25 и ФИО28 действовали в дальнейшем. После этого в период с 15.12.2014 по 03.07.2015 ФИО25 и ФИО28, действуя умышленно, совместно и согласованно, группой лиц по предварительному сговору, осуществили постановку на кадастровый учет 7 земельных участков, расположенных в д.Дербыши, Тюменского района, Тюменской области. Для этого ФИО28 и ФИО25, действуя совместно и согласованно, подыскали лиц из числа своих родственников и знакомых, на имя которых ФИО25, согласно распределению ролей в совершаемом мошенничестве, приобрел у неустановленного лица подложные государственные акты на право собственности на землю. Приобретенные ФИО25 подложные государственные акты на право собственности на землю были предоставлены ФИО36 лично, а также через посредника – установленное следствием лицо, не подозревавшее о преступных намерениях ФИО25 и ФИО28 в филиал ФГБУ «ФКП Росреестра» по Тюменской области, расположенный по адресу: &lt;...&gt;, для постановки земельных участков на кадастровый учет, а именно: - 15.12.2014 государственный акт на право собственности на землю № ТЮ1-172123 на имя ДД.ММ.ГГГГ о предоставлении земельного участка по &lt;адрес&gt; д. &lt;адрес&gt;, - 25.02.2015 государственный акт на право собственности на землю № ТЮ1-172189 на имя ФИО10 о предоставлении земельного участка по &lt;адрес&gt; д. &lt;адрес&gt;, - 06.05.2015 государственный акт на право собственности на землю № 17130311 на имя ФИО6 о предоставлении земельного участка по &lt;адрес&gt; д. &lt;адрес&gt;, - 06.05.2015 государственный акт на право собственности на землю № 17130309 на имя ФИО10 о предоставлении земельного участка в д. &lt;адрес&gt;, - 06.05.2015 государственный акт на право собственности на землю № 17130307 на имя ФИО1 о предоставлении земельного участка по &lt;адрес&gt; д. &lt;адрес&gt;, - 20.05.2015 государственный акт на право собственности на землю ТЮ-1 № 17130315 на имя ФИО18 о предоставлении земельного участка по &lt;адрес&gt; д. &lt;адрес&gt;, - 23.06.2015 государственный акт на право собственности на землю Тю-1 № 17130302 на имя ФИО6 о предоставлении земельного участка в д. &lt;адрес&gt;. ФИО28, осознавая, что в предоставленных для постановки на кадастровый учет вышеуказанных правоустанавливающих документах содержатся ложные сведения, находясь в своем служебном кабинете, расположенном по адресу: &lt;...&gt;, действуя умышленно, из корыстных побуждений, согласно распределению ролей в совершении мошенничества группой лиц по предварительному сговору, используя свое служебное положение, приняла решение о постановке на кадастровый учет и внесла сведения в государственный кадастр недвижимости о следующих земельных участках: - 18.12.2014 о земельном участке, указанном в государственном акте на право собственности на землю № ТЮ1-172123 с присвоением указанному земельному участку кадастрового номера 72:17:1303001:373 и определением его кадастровой стоимости в 3 483 120 рублей, что было отражено в кадастровой выписке о земельном участке, изготовленной ФИО28 28.05.2015, - 25.02.2015 о земельном участке, указанном в государственном акте на право собственности на землю № ТЮ1-172189 с присвоением указанному земельному участку кадастрового номера 72:17:1303001:380 и определением его кадастровой стоимости в 1 741 560 рублей, что было отражено в кадастровой выписке о земельном участке, изготовленной ФИО28 04.06.2015, - 08.05.2015 о земельном участке, указанном в государственном акте на право собственности на землю № 17130311 с присвоением указанному земельному участку кадастрового номера 72:17:1303001:385 и определением его кадастровой стоимости в 2 612 340 рублей, что было отражено в кадастровой выписке о земельном участке, изготовленной 03.06.2015, - 08.05.2015 о земельном участке, указанном в государственном акте на право собственности на землю № 17130309 с присвоением указанному земельному участку кадастрового номера 72:17:1303001:386 и определением его кадастровой стоимости в 1 741 560 рублей, что было отражено в кадастровой выписке о земельном участке, изготовленной ФИО28 08.05.2015, - 08.05.2015 о земельном участке, указанном в государственном акте на право собственности на землю № 17130307 с присвоением указанному земельному участку кадастрового номера 72:17:1303001:387 и определением его кадастровой стоимости в 1 741 560 рублей, что было отражено в кадастровой выписке о земельном участке, изготовленной ФИО28 26.05.2015, - 26.05.2015 о земельном участке, указанном в государственном акте на право собственности на землю № 17130315 с присвоением указанному земельному участку кадастрового номера 72:17:1303001:388 и определением его кадастровой стоимости в 1 306 170 рублей, что было отражено в кадастровой выписке о земельном участке, изготовленной 27.05.2015 г. 03.07.2015 г. инженер 2 категории Федеральной кадастровой палаты, установленное лицо, не подозревая о преступных намерениях ФИО25 и ФИО28, приняла решение о внесении сведений в государственный кадастр недвижимости о земельном участке, указанном в государственном акте на право собственности на землю Тю-1 № 17130302 с присвоением указанному земельному участку кадастрового номера 72:17:1303001:390 и определением его кадастровой стоимости в 1 741 560 рублей, что было отражено в кадастровом паспорте земельного участка, изготовленном 03.07.2015 г.. С целью получения возможности распоряжаться земельными участками по своему усмотрению ФИО25 и ФИО28, действуя умышленно, из корыстных побуждений, организовали оформление доверенностей на ФИО25 от лиц, на имя которых были изготовлены подложные государственные акты на право собственности на землю, а именно: 14.12.2014 получена доверенность на продажу земельного участка с кадастровым номером 72:17:1303001:373 от ФИО57; 07.05.2015 получена доверенность на продажу земельного участка с кадастровым номером 72:17:1303001:388 от ФИО18; 15.05.2015 получена доверенность на продажу земельного участка с кадастровым номером 72:17:1303001:385 от ФИО6; 15.05.2015 получена доверенность на продажу земельного участка с кадастровым номером 72:17:1303001:387 от ФИО1; 16.05.2015 получена доверенность на продажу земельных участков с кадастровыми номерами 72:17:1303001:380 и 72:17:1303001:386 от ФИО10 Продолжая реализацию своего преступного умысла, направленного на получение права на земельные участки путем обмана, ФИО25 и ФИО28, осознавая, что зарегистрировать право собственности на перечисленные земельные участки в Управлении Росреестра по Тюменской области в предусмотренном законом порядке не удастся, поскольку ранее ФИО25 уже было отказано в осуществлении государственной регистрации права на земельный участок с кадастровым номером 72:17:1203001:483 в связи с возникшими сомнениями в подлинности предоставленного на государственную регистрацию государственного акта на право собственности на землю, по предложению ФИО25 решили зарегистрировать право собственности на земельные участки, за незаконное вознаграждение в виде денег, то есть за взятку. Для осуществления государственной регистрации права, ФИО28, согласно распределению ролей в совершении мошенничества группой лиц по предварительному сговору, в апреле 2015 года познакомилась с сотрудником Управления Росреестра по Тюменской области – установленным лицом, с которой была достигнута договоренность об осуществлении государственной регистрации права собственности на земельные участки, расположенные в Тюменском районе, Тюменской области за незаконное вознаграждение – взятку в виде денег в сумме 80 000 рублей за регистрацию права собственности за каждый земельный участок. 12.05.2015 г. ФИО25, являясь взяткодателем, действуя умышленно, передал посреднику во взяточничестве - ФИО28 денежные средства в сумме 240 000 рублей для последующей передачи их в качестве взятки сотруднику Управления Росреестра по Тюменской области, после чего совместно с ФИО28 приехал к зданию управления Росреестра по Тюменской области, где ФИО28, действуя как посредник во взяточничестве, находясь вблизи д.65 по ул.Ямская, г.Тюмени, в указанное время, передала взятку в виде денег в сумме 240. 000 рублей посреднику во взяточничестве - установленному лицу, для последующей передачи сотруднику Управления Росреестра по Тюменской области – установленному лицу, за незаконную регистрацию права собственности на 3 земельных участка с кадастровыми номерами 72:17:1303001:387, 72:17:1303001:385, 72:17:1303001:373, расположенные в д. Дербыши, Тюменского района, Тюменской области. 10.07.2015 г. ФИО25, являясь взяткодателем, действуя умышленно, передал посреднику во взяточничестве - ФИО28 денежные средства в сумме 320 000 рублей для последующей передачи их в качестве взятки сотруднику Управления Росреестра по Тюменской области, после чего совместно с ФИО28 приехал к корп.3 д.19 по ул.Восстания, г.Тюмени, где ФИО28, действуя как посредник во взяточничестве, находясь в вышеуказанном месте, в указанное время, передала взятку в виде денег в сумме 320 000 рублей посреднику во взяточничестве - установленному лицу, для последующей передачи сотруднику Управления Росреестра по Тюменской области – установленному лицу, за незаконную регистрацию права собственности на 4 земельных участка с кадастровыми номерами 72:17:1303001:380, 72:17:1303001:388, 72:17:1303001:386, 72:17:1303001:390, расположенные в д. Дербыши, Тюменского района, Тюменской области. При этом ФИО25, действуя умышленно, из корыстных побуждений, согласно распределению ролей в совершаемом преступлении и в соответствии с ранее достигнутой договоренностью с сотрудником Управления Росреестра по Тюменской области, в период времени с 06.06.2015 до 09.07.2015 г. предоставил подложные государственные акты на вышеуказанные земельные участки, а также на земельный участок с кадастровым номером 72:17:1203001:483, в Управление Росреестра по Тюменской области, расположенное по адресу: &lt;...&gt;, где главный специалист Управления Росреестра по Тюменской области, установленное лицо, за взятку, без проведения мероприятий, направленных на удостоверение подлинности представленных на государственную регистрацию документов, осуществила беспрепятственную государственную регистрацию права собственности на следующие земельные участки: 18.06.2015 на земельный участок с кадастровым номером 72:17:1303001:387, 30.06.2015 на земельный участок с кадастровым номером 72:17:1303001:385, 30.06.2015 на земельный участок с кадастровым номером 72:17:1203001:483, 02.07.2015 на земельный участок с кадастровым номером 72:17:1303001:373, 21.07.2015 на земельный участок с кадастровым номером 72:17:1303001:380, 21.07.2015 на земельный участок с кадастровым номером 72:17:1303001:388, 21.07.2015 на земельный участок с кадастровым номером 72:17:1303001:386, 24.07.2015 на земельный участок с кадастровым номером 72:17:1303001:390. Таким образом, ФИО25 и ФИО28, в период времени с 18.08.2014 до 24.07.2015, действуя умышленно, из корыстных побуждений, путем обмана, с использованием подложных государственных актов на право собственности на землю, приобрели право на указанные земельные участки, находящиеся в распоряжении Департамента имущественных отношений, распорядились ими по своему усмотрению, причинив Департаменту имущественных отношений Тюменской области материальный ущерб в особо крупном размере на общую сумму 16 373 710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ФИО25 в начале декабря 2014 года, с целью совершения мошенничества группой лиц по предварительному сговору, в особо крупном размере вступил в преступный сговор с ранее знакомой ему ведущим инженером филиала ФГБУ «ФКП Росреестра» по Тюменской области – ФИО28 При этом между указанными лицами была достигнута договоренность о получении права путем обмана на земельные участки, расположенные в г. Тюмень и Тюменском районе, согласно которой, между ФИО25 и ФИО28 были распределены роли в планируемом преступлении, согласно которым ФИО25 и ФИО28 действовали в дальнейшем. После этого в период с 25.02.2015 по 04.06.2015 ФИО25 и ФИО28, действуя умышленно, совместно и согласованно, группой лиц по предварительному сговору, осуществили постановку на кадастровый учет 16 земельных участков, расположенных в г. Тюмень и Тюменском районе, Тюменской области. Для этого ФИО28 и ФИО25, действуя совместно и согласованно, подыскали лиц из числа своих родственников и знакомых, на имя которых ФИО25, согласно распределению ролей в совершаемом мошенничестве, приобрел у неустановленного лица подложные государственные акты на право собственности на землю, пожизненного наследуемого владения, бессрочного (постоянного) пользования землей (далее – государственный акт на право собственности на землю). Приобретенные ФИО25 подложные государственные акты на право собственности на землю были предоставлены ФИО25 лично, а также через посредника – установленное лицо, не подозревавшего о преступных намерениях ФИО25 и ФИО28, в ФГБУ «Федеральная кадастровая палата Федеральной службы государственной регистрации, кадастра и картографии» по Тюменской области, расположенное по адресу: &lt;...&gt;, для постановки земельных участков на кадастровый учет, а именно: - 25.02.2015 государственный акт на право собственности на землю ТЮ-1 № 170843405 на имя ФИО45 о предоставлении земельного участка в д. &lt;адрес&gt;, - 25.02.2015 государственный акт на право собственности на землю ТЮ-1 № 170843427 на имя ФИО6 о предоставлении земельного участка в д. &lt;адрес&gt;, - 25.02.2015 государственный акт на право собственности на землю ТЮ-1 № 170843415 на имя ФИО1 о предоставлении земельного участка в д. &lt;адрес&gt;, - 29.04.2015 государственный акт на право собственности на землю № Тю-1-172835 на имя ФИО6 о предоставлении земельного участка по &lt;адрес&gt;, - 06.05.2015 государственный акт на право собственности на землю № 1712007 на имя ФИО1 о предоставлении земельного участка по &lt;адрес&gt; д. &lt;адрес&gt;, - 06.05.2015 государственный акт на право собственности на землю № Тю-1-172905 на имя ФИО6 о предоставлении земельного участка по &lt;адрес&gt;, - 06.05.2015 государственный акт на право собственности на землю № 1712011 на имя ФИО61 о предоставлении земельного участка по &lt;адрес&gt; д. &lt;адрес&gt;, - 08.05.2015 государственный акт на право собственности на землю № Тю-1-173947 на имя ФИО18 о предоставлении земельного участка по &lt;адрес&gt; д. &lt;адрес&gt;, - 20.05.2015 государственный акт на право собственности на землю ТЮ-1 № 17130509 на имя ФИО80 о предоставлении земельного участка по &lt;адрес&gt; д. &lt;адрес&gt;, - 20.05.2015 государственный акт на право собственности на землю Тю № 17130337 на имя ФИО18 о предоставлении земельного участка по &lt;адрес&gt; д. &lt;адрес&gt;, - 20.05.2015 государственный акт на право собственности на землю ТЮ-1 № 17130512 на имя ФИО46 о предоставлении земельного участка по &lt;адрес&gt;, - 28.05.2015 государственный акт на право собственности на землю ТЮ-1 № 171301007 на имя ФИО18 о предоставлении земельного участка по &lt;адрес&gt;, - 28.05.2015 государственный акт на право собственности на землю ТЮ-1 № 17130112 на имя ФИО10 о предоставлении земельного участка по &lt;адрес&gt;, - 30.05.2015 государственный акт на право собственности на землю Тю-1 № 17130311 на имя ФИО47 о предоставлении земельного участка по &lt;адрес&gt;, - 30.05.2015 государственный акт на право собственности на землю Тю-1 № 17130307 на имя ФИО80 о предоставлении земельного участка по &lt;адрес&gt;, - 30.05.2015 государственный акт на право собственности на землю Тю-1 № 17130201 на имя ФИО80 о предоставлении земельного участка по &lt;адрес&gt;. ФИО28, осознавая, что в предоставленных для постановки на кадастровый учет вышеуказанных правоустанавливающих документах содержатся ложные сведения, находясь в своем служебном кабинете, расположенном по адресу: &lt;...&gt;, действуя умышленно, из корыстных побуждений, согласно распределению ролей в совершении мошенничества группой лиц по предварительному сговору, используя свое служебное положение, приняла решение о постановке на кадастровый учет и внесла сведения в государственный кадастр недвижимости о следующих земельных участках: - 25.02.2015 о земельном участке, указанном в государственном акте на право собственности на землю ТЮ-1 № 170843405 с присвоением указанному земельному участку кадастрового номера 72:17:1203001:504 и определением его кадастровой стоимости в 1 002 920 рублей, что было отражено в акте определения кадастровой стоимости от 25.02.2015, - 25.02.2015 о земельном участке, указанном в государственном акте на право собственности на землю ТЮ-1 № 170843427 с присвоением указанному земельному участку кадастрового номера 72:17:1203001:505 и определением его кадастровой стоимости в 752 190 рублей, что было отражено в акте определения кадастровой стоимости от 25.02.2015, - 25.02.2015 о земельном участке, указанном в государственном акте на право собственности на землю ТЮ-1 № 170843415 с присвоением указанному земельному участку кадастрового номера 72:17:1203001:506 и определением его кадастровой стоимости в 1 002 920 рублей, что было отражено в акте определения кадастровой стоимости от 25.02.2015, - 08.05.2015 о земельном участке, указанном в государственном акте на право собственности на землю № Тю-1-172835 с присвоением указанному земельному участку кадастрового номера 72:23:0112001:6462 и определением его кадастровой стоимости в 2 510 400 рублей, что было отражено в акте определения кадастровой стоимости от 08.05.2015, - 07.05.2015 о земельном участке, указанном в государственном акте на право собственности на землю № 1712007 с присвоением указанному земельному участку кадастрового номера 72:17:1202001:497 и определением его кадастровой стоимости в 2 187 320 рублей, что было отражено в акте определения кадастровой стоимости от 07.05.2015, - 08.05.2015 о земельном участке, указанном в государственном акте на право собственности на землю Тю-1-172905 с присвоением указанному земельному участку кадастрового номера 72:23:0112001:6461 и определением его кадастровой стоимости в 1 171 520 рублей, что было отражено в акте определения кадастровой стоимости от 08.05.2015, - 07.05.2015 о земельном участке, указанном в государственном акте на право собственности на землю № 1712011 с присвоением указанному земельному участку кадастрового номера 72:17:1202001:498 и определением его кадастровой стоимости в 1 093 660 рублей, что было отражено в акте определения кадастровой стоимости от 07.05.2015, - 08.05.2015 о земельном участке, указанном в государственном акте на право собственности на землю № Тю-1-173947 с присвоением указанному земельному участку кадастрового номера 72:17:1304001:694 и определением его кадастровой стоимости в 1 691 660 рублей, что было отражено в акте определения кадастровой стоимости от 08.05.2015, - 27.05.2015 о земельном участке, указанном в государственном акте на право собственности на землю ТЮ-1 № 17130509 с присвоением указанному земельному участку кадастрового номера 72:17:1304001:695 и определением его кадастровой стоимости в 3 383 320 рублей, что было отражено в акте определения кадастровой стоимости от 27.05.2015, - 27.05.2015 о земельном участке, указанном в государственном акте на право собственности на землю Тю № 17130337 с присвоением указанному земельному участку кадастрового номера 72:17:1303001:389 и определением его кадастровой стоимости в 2 612 340 рублей, что было отражено в акте определения кадастровой стоимости от 27.05.2015, - 27.05.2015 о земельном участке, указанном в государственном акте на право собственности на землю ТЮ-1 № 17130512 с присвоением указанному земельному участку кадастрового номера 72:17:1301003:1023 и определением его кадастровой стоимости в 1 264 580 рублей, что было отражено в акте определения кадастровой стоимости от 27.05.2015, - 29.05.2015 о земельном участке, указанном в государственном акте на право собственности на землю ТЮ-1 № 171301007 с присвоением указанному земельному участку кадастрового номера 72:17:1301003:1024 и определением его кадастровой стоимости в 1 264 580 рублей, что было отражено в акте определения кадастровой стоимости от 29.05.2015, - 29.05.2015 о земельном участке, указанном в государственном акте на право собственности на землю ТЮ-1 № 17130112 с присвоением указанному земельному участку кадастрового номера 72:17:1301003:1025 и определением его кадастровой стоимости в 1 264 580 рублей, что было отражено в акте определения кадастровой стоимости от 29.05.2015, - 04.06.2015 о земельном участке, указанном в государственном акте на право собственности на землю Тю-1 № 17130311 с присвоением указанному земельному участку кадастрового номера 72:17:1301003:1027 и определением его кадастровой стоимости в 2 529 160 рублей, что было отражено в акте определения кадастровой стоимости от 04.06.2015, - 04.06.2015 о земельном участке, указанном в государственном акте на право собственности на землю Тю-1 № 17130307 с присвоением указанному земельному участку кадастрового номера 72:17:1301003:1028 и определением его кадастровой стоимости в 1 264 580 рублей, что было отражено в акте определения кадастровой стоимости от 04.06.2015, - 04.06.2015 о земельном участке, указанном в государственном акте на право собственности на землю Тю-1 № 17130201 с присвоением указанному земельному участку кадастрового номера 72:17:1301003:1029 и определением его кадастровой стоимости в 1 264 580 рублей, что было отражено в акте определения кадастровой стоимости от 04.06.2015. Таким образом, ФИО25 и ФИО28 в период времени с начала декабря 2014 до 04.06.2015 г., действуя умышленно, из корыстных побуждений, вступили в сговор на совершение преступления, приобрели подложные государственные акты на право собственности на землю и выполнили умышленные действия, непосредственно направленные на совершение преступления, а именно: действия по постановке земельных участков на кадастровый учет для последующего получения права путем обмана на указанные земельные участки, общей стоимостью 26 260 310 рублей, что является особо крупным размером, находящиеся в распоряжении Департамента имущественных отношений Тюменской области. При этом, преступление не было доведено до конца по независящим от ФИО25 и ФИО28 обстоятельствам, поскольку их преступные действия были обнаружены сотрудниками правоохранительных органов.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ФИО25, с целью получения права на земельные участки путем обмана, используя подложные государственные акты на право собственности на землю, осознавая, что зарегистрировать право собственности на земельные участки с кадастровыми номерами 72:17:1303001:387, 72:17:1303001:385, 72:17:1303001:373, 72:17:1303001:380, 72:17:1303001:388, 72:17:1303001:386, 72:17:1303001:390 в Управлении Федеральной службы государственной регистрации, кадастра и картографии по Тюменской области (далее Управлении Росреестра по Тюменской области) в предусмотренном законом порядке не удастся, поскольку ранее ФИО25 уже было отказано в осуществлении государственной регистрации права на земельный участок с кадастровым номером 72:17:1203001:483, в связи с возникшими сомнениями в подлинности предоставленного на государственную регистрацию государственного акта на право собственности на землю, решил зарегистрировать право собственности на земельные участки, за незаконное вознаграждение в виде денег, то есть за взятку. Для осуществления государственной регистрации права ФИО25 предложил ФИО28 выступить в качестве посредника во взяточничестве при передаче незаконного вознаграждения сотруднику Управления Росреестра по Тюменской области, на что ФИО28 согласилась. В апреле 2015 года ФИО28 познакомилась с сотрудником Управления Росреестра по Тюменской области – установленным лицом, с которой была достигнута договоренность об осуществлении государственной регистрации права собственности на земельные участки, расположенные в д. Дербыши, Тюменского района, Тюменской области, за незаконное вознаграждение – взятку в виде денег в сумме 80 000 рублей за незаконную регистрацию права собственности за каждый земельный участок, при этом, не уточняя количество земельных участков, право собственности на которые необходимо зарегистрировать. 12.05.2015 г. ФИО25, являясь взяткодателем, действуя умышленно, передал посреднику во взяточничестве - ФИО28 денежные средства в сумме 240 000 рублей для последующей передачи их в качестве взятки сотруднику Управления Росреестра по Тюменской области – ФИО37, которая на основании Приказа руководителя Управления Росреестра по Тюменской области № 1893-л от 26.12.2014 г. являлась главным специалистом-экспертом отдела по работе с крупными правообладателями и регистрации прав на земельные участки Управления Федеральной службы государственной регистрации, кадастра и картографии по Тюменской области, обладала полномочиями по принятию решений, имеющих юридическое значение и влекущих определенные юридические последствия, и тем самым выполняла организационно-распорядительные функции и являлась должностным лицом. После этого ФИО25 совместно с ФИО28 приехал к зданию управления Росреестра по Тюменской области, где ФИО28, действуя как посредник во взяточничестве, в указанное время, находясь вблизи д.65 по ул.Ямская, г.Тюмени, передала взятку в виде денег в сумме 240 000 рублей посреднику во взяточничестве - установленному лицу, для последующей передачи сотруднику Управления Росреестра по Тюменской области ФИО37, за совершение заведомо незаконных действий, а именно: за регистрацию права собственности на 3 земельных участка с кадастровыми номерами 72:17:1303001:387, 72:17:1303001:385, 72:17:1303001:373, расположенные в д.Дербыши, Тюменского района, Тюменской области по подложным государственным актам на право собственности на землю. 10.07.2015 г. ФИО25, являясь взяткодателем, действуя умышленно, передал посреднику во взяточничестве - ФИО28 денежные средства в сумме 320 000 рублей для последующей передачи их в качестве взятки сотруднику Управления Росреестра по Тюменской области, после чего совместно с ФИО28 приехал к корп.3 д.19 по ул.Восстания, г.Тюмени, где ФИО28, действуя как посредник во взяточничестве, в указанное время, находясь в вышеуказанном месте, передала взятку в виде денег в сумме 320 000 рублей посреднику во взяточничестве - установленному лицу, для последующей передачи сотруднику Управления Росреестра по Тюменской области ФИО37, за совершение заведомо незаконных действий, а именно: за регистрацию права собственности на 4 земельных участка с кадастровыми номерами 72:17:1303001:380, 72:17:1303001:388, 72:17:1303001:386, 72:17:1303001:390, расположенные в д.Дербыши, Тюменского района, Тюменской области по подложным государственным актам на право собственности на землю. При этом, ФИО25, действуя умышленно, из корыстных побуждений и в соответствии с ранее достигнутой договоренностью с сотрудником Управления Росреестра по Тюменской области, в период времени с 06.06.2015 до 09.07.2015 г. предоставил подложные государственные акты на вышеуказанные земельные участки в Управление Росреестра по Тюменской области, расположенное по адресу: &lt;...&gt;, где главный специалист Управления Росреестра по Тюменской области ФИО37 за взятку, без проведения мероприятий, направленных на удостоверение подлинности представленных на государственную регистрацию документов, осуществила беспрепятственную государственную регистрацию права собственности на следующие земельные участки: 18.06.2015 на земельный участок с кадастровым номером 72:17:1303001:387, 30.06.2015 на земельный участок с кадастровым номером 72:17:1303001:385, 02.07.2015 на земельный участок с кадастровым номером 72:17:1303001:373, 21.07.2015 на земельный участок с кадастровым номером 72:17:1303001:380, 21.07.2015 на земельный участок с кадастровым номером 72:17:1303001:388, 21.07.2015 на земельный участок с кадастровым номером 72:17:1303001:386, 24.07.2015 на земельный участок с кадастровым номером 72:17:1303001:390. Таким образом, ФИО25 в период времени с 12.05.2015 до 10.07.2015 г., действуя умышленно, через посредников во взяточничестве, передал взятку в общей сумме 560 000 рублей, что является крупным размером, должностному лицу – главному специалисту-эксперту Управления Росреестра по Тюменской области ФИО37 за совершение заведомо незаконных действий – регистрацию права собственности на земельные участки по подложным правоустанавливающим документам – государственным актам на право собственности на землю. ФИО37 за совершенное преступление осуждена приговором Калининского районного суда г.Тюмени от 29.12.2016 года. Приговор вступил в законную силу.</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период времени с 21.07.2015 года по 02.09.2015 г. ФИО25 действуя умышленно, заведомо зная, что право собственности на земельный участок с кадастровым номером 72:17:1303001:386, расположенный в д.Дербыши, Тюменского района, Тюменской области, приобретено им в результате совершения преступления, путем незаконной регистрации права собственности на имя ФИО38, с целью придания правомерного вида владению и распоряжению указанным земельным участком, совершил сделки, направленные на легализацию указанного имущества при следующих обстоятельствах. В период времени с декабря 2014 года по 21.07.2015 года, ФИО25, действуя по предварительному сговору с ФИО28, используя подложный государственный акт на право собственности на землю № 17130309 на имя ФИО38 о предоставлении земельного участка в д.Дербыши, Тюменского района, Тюменской области, организовали государственную регистрацию права собственности на земельный участок с кадастровым номером 72:17:1303001:386, кадастровой стоимостью 1 741 560 рублей на имя ФИО38 С целью дальнейшей легализации приобретенного ими в результате совершения преступления имущества, ФИО25 в вышеуказанный период времени реализуя свой преступный умысел, направленный на легализацию имущества, приобретенного в результате совершения преступления, с целью сокрытия факта регистрации права собственности на земельный участок с кадастровым номером 72:17:1303001:386 по подложному государственному акту на право собственности на землю и дальнейшей беспрепятственной реализации данного земельного участка, предложил риэлтору агентства недвижимости «Арена» ФИО39, не подозревающей о преступных намерениях ФИО25, оформить договор купли-продажи указанного земельного участка без фактической передачи денежных средств, при этом мотивируя ФИО39 свои действия занятостью и невозможностью присутствовать при совершении сделки купли-продажи, тем самым введя ее в заблуждение относительно правомерности своих действий. ФИО39 на предложение ФИО25 согласилась. После этого ФИО25 20.08.2015, находясь по адресу: &lt;...&gt;, действуя умышленно, организовал заключение договора купли – продажи земельного участка от 20.08.2015, согласно которому, ФИО38 продала, а ФИО39 приобрела земельный участок с кадастровым номером 72:17:1303001:386, расположенный по адресу: Тюменская область, Тюменский район, д.Дербыши, экземпляры которого 20.08.2015 были предоставлены в Управление Росреестра по Тюменской области, расположенное по адресу: &lt;...&gt;, для регистрации права собственности на земельный участок на имя ФИО39 На основании указанного договора, 02.09.2015 г. в Управлении Росреестра по Тюменской области было зарегистрировано право собственности ФИО39 на земельный участок с кадастровым номером 72:17:1303001:386. 26.10.2015 г. ФИО39 по договору купли-продажи продала указанный земельный участок ФИО40, передав полученные по договору купли-продажи денежные средства ФИО25 Тем самым, ФИО25, в период времени с 21.07.2015 до 02.09.2015 г., действуя умышлено, совершил сделку с приобретенным в результате совершения им преступления имуществом - земельным участком с кадастровым номером 72:17:1303001:386, расположенным по адресу: ДД.ММ.ГГГГ, кадастровой стоимостью 1 741 560 рублей, чем придал правомерный вид владению и распоряжению данным земельным участком. Кроме того, в период времени с 24.07.2015 года по 02.09.2015 ФИО25 действуя умышленно, заведомо зная, что право собственности на земельный участок с кадастровым номером 72:17:1303001:390, расположенный в д.&lt;адрес&gt;, приобретено им в результате совершения преступления, путем незаконной регистрации права собственности на имя ФИО41, с целью придания правомерного вида владению и распоряжению указанным земельным участком, совершил сделки, направленные на легализацию указанного имущества при следующих обстоятельствах: В период времени с декабря 2014 года по 24.07.2015 года, ФИО25, действуя по предварительному сговору с ФИО28, используя подложный государственный акт на право собственности на землю Тю-1 № 17130302 на имя ФИО6 о предоставлении земельного участка в ДД.ММ.ГГГГ, &lt;адрес&gt;, организовали государственную регистрацию права собственности на земельный участок с кадастровым номером 72:17:1303001:390, кадастровой стоимостью 1 741 560 рублей на имя ФИО10 С целью дальнейшей легализации приобретенного ими в результате совершения преступления имущества, ФИО25 в вышеуказанный период времени, реализуя свой преступный умысел, направленный на легализацию имущества, приобретенного в результате совершения преступления, с целью сокрытия факта регистрации права собственности на земельный участок с кадастровым номером 72:17:1303001:390 по подложному государственному акту на право собственности на землю и дальнейшей беспрепятственной реализации данного земельного участка, предложил риэлтору агентства недвижимости «Арена» ФИО49, не подозревающей о преступных намерениях ФИО25, оформить договор купли-продажи указанного земельного участка без фактической передачи денежных средств, при этом мотивируя ФИО49 свои действия занятостью и невозможностью присутствовать при совершении сделки купли-продажи, тем самым введя ее в заблуждение относительно правомерности своих действий. ФИО49 на предложение ФИО25 согласилась. После этого ФИО25 20.08.2015 г., находясь по адресу: &lt;...&gt;, действуя умышленно, организовал заключение договора купли – продажи земельного участка от 20.08.2015 г., согласно которому, ДД.ММ.ГГГГ продала, а ФИО49 приобрела земельный участок с кадастровым номером 72:17:1303001:390, расположенный по адресу: &lt;адрес&gt;, ДД.ММ.ГГГГ, экземпляры которого 20.08.2015 г. были предоставлены в Управление Росреестра по &lt;адрес&gt;, расположенное по адресу: &lt;адрес&gt;, для регистрации права собственности на земельный участок на имя ФИО49 На основании указанного договора, 02.09.2015 г. в Управлении Росреестра по Тюменской области было зарегистрировано право собственности ФИО49 на земельный участок с кадастровым номером 72:17:1303001:390. После этого земельный участок с кадастровым номером 72:17:1303001:390 был размежеван на земельные участки с кадастровыми номерами 72:17:1303001:398 и 72:17:1303001:399, право собственности на которые было зарегистрировано на ФИО49 ДД.ММ.ГГГГ ДД.ММ.ГГГГ по договорам купли-продажи ФИО49 продала указанные земельные участки, передав полученные по договорам купли-продажи денежные средства ФИО25 Тем самым, ФИО25 в период времени с 24.07.2015 до 02.09.2015, действуя умышлено, совершил сделку с приобретенным в результате совершения им преступления имуществом - земельным участком с кадастровым номером 72:17:1303001:390, расположенным по адресу: Тюменская область, Тюменский район д. Дербыши, кадастровой стоимостью 1 741 560 рублей, чем придал правомерный вид владению и распоряжению данным земельным участком.</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ФИО28, являясь на основании Приказа директора филиала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Тюменской области (далее филиала ФГБУ «ФКП Росреестра» по Тюменской области) № 166/к от 09.04.2014 ведущим инженером отдела кадастрового учета № 1 филиала ФГБУ «ФКП Росреестра» по Тюменской области, будучи в соответствии с Приказом директора филиала ФГБУ «ФКП Росреестра» по Тюменской области № П/97 от 18.03.2014 наделенной полномочиями на принятие решений и удостоверению документов, в соответствии с функциями, предусмотренными положением об отделе и действуя в соответствии с должностной инструкцией ведущего инженера, согласно которой на нее возлагались следующие должностные обязанности: - ввод и проверка внесенных сведений об объектах недвижимости в программный комплекс на основании документов, представленных с заявлением на государственный кадастровый учет объектов недвижимости; - принятие решений о проведении кадастровых процедур, либо приостановлении (отказе) в проведении кадастровых процедур на соответствие требованиям действующего законодательства Российской Федерации и правоприменительной практики Учреждения; - внесение в программный комплекс, предназначенный для ведения кадастра недвижимости, сведений о принятом решении; - внесение сведений в государственный кадастр недвижимости, осуществление кадастрового учета, присвоение кадастрового номера земельным участкам в программном комплексе; - формирование и удостоверение документов государственного кадастра недвижимости по результатам кадастрового учета (кадастрового паспорта объекта недвижимости, кадастровых выписок об объекте недвижимости и т.д.); - утверждение актов определения кадастровой стоимости, то есть, обладая полномочиями по принятию решений, имеющих юридическое значение и влекущих определенные юридические последствия и тем самым выполняя организационно-распорядительные функций и являясь должностным лицом, совершила преступление при следующих обстоятельствах. В начале декабря 2014 года ФИО28 и ФИО25, по предложению ФИО25, вступили в преступный сговор, направленный на совершение мошенничества группой лиц по предварительному сговору в особо крупном размере, а именно на получение права путем обмана на земельные участки, расположенные в г. Тюмень и Тюменском районе, и последующем распределении денежных средств, полученных от реализации указанных земельных участков, после чего между указанными лицами были распределены роли в планируемом преступлении. После этого ФИО25 и ФИО28 подыскали лиц из числа своих родственников и знакомых, на имя которых ФИО25 приобрел у неустановленного следствием лица подложные государственные акты на право собственности на землю, пожизненного наследуемого владения, бессрочного (постоянного) пользования землей (далее – государственный акт на право собственности на землю). В период времени с 15.12.2014 по 30.05.2015 приобретенные ФИО25 подложные государственные акты на право собственности на землю были предоставлены ФИО25 лично, а также через посредника – установленное следствием лицо, не подозревавшее о преступных намерениях ФИО25 и ФИО28, в филиал ФГБУ «ФКП Росреестра» по Тюменской области, расположенное по адресу: &lt;...&gt;, для постановки земельных участков на кадастровый учет, а именно: - 15.12.2014 государственный акт на право собственности на землю № ТЮ1-172123 на имя ФИО57 о предоставлении земельного участка по &lt;адрес&gt; д. &lt;адрес&gt;, - 25.02.2015 государственный акт на право собственности на землю № ТЮ1-172189 на имя ФИО10 о предоставлении земельного участка по &lt;адрес&gt; д. &lt;адрес&gt;, - 25.02.2015 государственный акт на право собственности на землю ТЮ-1 № на имя ФИО45 о предоставлении земельного участка в д. &lt;адрес&gt;, - 25.02.2015 государственный акт на право собственности на землю ТЮ-1 № на имя ФИО6 о предоставлении земельного участка в д. &lt;адрес&gt;, - 25.02.2015 государственный акт на право собственности на землю ТЮ-1 № на имя ФИО1 о предоставлении земельного участка в д. &lt;адрес&gt;, - 29.04.2015 государственный акт на право собственности на землю № Тю-1-172835 на имя ФИО6 о предоставлении земельного участка по &lt;адрес&gt;, - 06.05.2015 государственный акт на право собственности на землю № на имя ФИО6 о предоставлении земельного участка по &lt;адрес&gt; д. &lt;адрес&gt;, - 06.05.2015 государственный акт на право собственности на землю № на имя ФИО10 о предоставлении земельного участка в д. &lt;адрес&gt;, - 06.05.2015 государственный акт на право собственности на землю № на имя ФИО1 о предоставлении земельного участка по &lt;адрес&gt; д. &lt;адрес&gt;, - 06.05.2015 государственный акт на право собственности на землю № на имя ФИО1 о предоставлении земельного участка по &lt;адрес&gt; д. &lt;адрес&gt;, - 06.05.2015 государственный акт на право собственности на землю № Тю-1-172905 на имя ФИО6 о предоставлении земельного участка по &lt;адрес&gt;, - 06.05.2015 государственный акт на право собственности на землю № на имя ФИО61 о предоставлении земельного участка по &lt;адрес&gt; д. &lt;адрес&gt;, - 08.05.2015 государственный акт на право собственности на землю № Тю-1-173947 на имя ФИО18 о предоставлении земельного участка по &lt;адрес&gt; д. &lt;адрес&gt;, - 20.05.2015 государственный акт на право собственности на землю ТЮ-1 № на имя ФИО18 о предоставлении земельного участка по &lt;адрес&gt; д. &lt;адрес&gt;, - 20.05.2015 государственный акт на право собственности на землю ТЮ-1 № на имя ФИО80 о предоставлении земельного участка по &lt;адрес&gt; д. &lt;адрес&gt;, - 20.05.2015 государственный акт на право собственности на землю Тю № на имя ФИО18 о предоставлении земельного участка по &lt;адрес&gt; д. &lt;адрес&gt;, - 20.05.2015 государственный акт на право собственности на землю ТЮ-1 № на имя ФИО46 о предоставлении земельного участка по &lt;адрес&gt;, - 28.05.2015 государственный акт на право собственности на землю ТЮ-1 № на имя ФИО18 о предоставлении земельного участка по &lt;адрес&gt;, - 28.05.2015 государственный акт на право собственности на землю ТЮ-1 № на имя ФИО10 о предоставлении земельного участка по &lt;адрес&gt;, - 30.05.2015 государственный акт на право собственности на землю Тю-1 № на имя ФИО47 о предоставлении земельного участка по &lt;адрес&gt;, - 30.05.2015 государственный акт на право собственности на землю Тю-1 № на имя ФИО80 о предоставлении земельного участка по &lt;адрес&gt;, - 30.05.2015 государственный акт на право собственности на землю Тю-1 № на имя ФИО80 о предоставлении земельного участка по &lt;адрес&gt;. После этого ФИО28, достоверно зная, что предоставленные для постановки на кадастровый учет вышеуказанные правоустанавливающие документы являются подложными, и земельные участки, указанные в правоустанавливающих документах не выделялись и не предоставлялись физическим лицам, а находятся в распоряжении Департамента имущественных отношений Тюменской области, то есть в правоустанавливающих документах содержатся ложные сведения, находясь в своем служебном кабинете, расположенном по адресу: &lt;...&gt;, в период времени с 18.12.2014 по 04.06.2015, действуя умышленно, из корыстных побуждений, с целью облегчения совершения мошенничества и получения материальной выгоды, используя свое служебное положение, приняла решение о постановке на кадастровый учет и внесла заведомо для нее ложные сведения о земельных участках, предусмотренные ст. Федерального закона от 24.07.2007 № 221-ФЗ «О государственном кадастре недвижимости», в государственный кадастр недвижимости о следующих земельных участках: - 18.12.2014 о земельном участке, указанном в государственном акте на право собственности на землю № ТЮ1-172123 с присвоением указанному земельному участку кадастрового номера 72:17:1303001:373 и определением его кадастровой стоимости в 3 483 120 рублей, что было отражено в кадастровой выписке о земельном участке, изготовленной ФИО28 28.05.2015, - 25.02.2015 о земельном участке, указанном в государственном акте на право собственности на землю № ТЮ1-172189 с присвоением указанному земельному участку кадастрового номера 72:17:1303001:380 и определением его кадастровой стоимости в 1 741 560 рублей, что было отражено в кадастровой выписке о земельном участке, изготовленной ФИО8 ДД.ММ.ГГГГ, - 25.02.2015 о земельном участке, указанном в государственном акте на право собственности на землю ТЮ-1 № 170843405 с присвоением указанному земельному участку кадастрового номера 72:17:1203001:504 и определением его кадастровой стоимости в 1 002 920 рублей, что было отражено в акте определения кадастровой стоимости от 25.02.2015, - 25.02.2015 о земельном участке, указанном в государственном акте на право собственности на землю ТЮ-1 № 170843427 с присвоением указанному земельному участку кадастрового номера 72:17:1203001:505 и определением его кадастровой стоимости в 752 190 рублей, что было отражено в акте определения кадастровой стоимости от 25.02.2015, - 25.02.2015 о земельном участке, указанном в государственном акте на право собственности на землю ТЮ-1 № 170843415 с присвоением указанному земельному участку кадастрового номера 72:17:1203001:506 и определением его кадастровой стоимости в 1 002 920 рублей, что было отражено в акте определения кадастровой стоимости от 25.02.2015, - 07.05.2015 о земельном участке, указанном в государственном акте на право собственности на землю № 1712007 с присвоением указанному земельному участку кадастрового номера 72:17:1202001:497 и определением его кадастровой стоимости в 2 187 320 рублей, что было отражено в акте определения кадастровой стоимости от 07.05.2015, - 07.05.2015 о земельном участке, указанном в государственном акте на право собственности на землю № 1712011 с присвоением указанному земельному участку кадастрового номера 72:17:1202001:498 и определением его кадастровой стоимости в 1 093 660 рублей, что было отражено в акте определения кадастровой стоимости от 07.05.2015, - 08.05.2015 о земельном участке, указанном в государственном акте на право собственности на землю № 17130311 с присвоением указанному земельному участку кадастрового номера 72:17:1303001:385 и определением его кадастровой стоимости в 2 612 340 рублей, что было отражено в кадастровой выписке о земельном участке, изготовленной 03.06.2015, - 08.05.2015 о земельном участке, указанном в государственном акте на право собственности на землю № 17130309 с присвоением указанному земельному участку кадастрового номера 72:17:1303001:386 и определением его кадастровой стоимости в 1 741 560 рублей, что было отражено в кадастровой выписке о земельном участке, изготовленной ФИО28 08.05.2015, - 08.05.2015 о земельном участке, указанном в государственном акте на право собственности на землю № 17130307 с присвоением указанному земельному участку кадастрового номера 72:17:1303001:387 и определением его кадастровой стоимости в 1 741 560 рублей, что было отражено в кадастровой выписке о земельном участке, изготовленной ФИО28 26.05.2015, - 08.05.2015 о земельном участке, указанном в государственном акте на право собственности на землю № Тю-1-172835 с присвоением указанному земельному участку кадастрового номера 72:23:0112001:6462 и определением его кадастровой стоимости в 2 510 400 рублей, что было отражено в акте определения кадастровой стоимости от 08.05.2015, - 08.05.2015 о земельном участке, указанном в государственном акте на право собственности на землю Тю-1-172905 с присвоением указанному земельному участку кадастрового номера 72:23:0112001:6461 и определением его кадастровой стоимости в 1 171 520 рублей, что было отражено в акту определения кадастровой стоимости от 08.05.2015, - 08.05.2015 о земельном участке, указанном в государственном акте на право собственности на землю № Тю-1-173947 с присвоением указанному земельному участку кадастрового номера 72:17:1304001:694 и определением его кадастровой стоимости в 1 691 660 рублей, что было отражено в акте определения кадастровой стоимости от 08.05.2015, - 26.05.2015 о земельном участке, указанном в государственном акте на право собственности на землю № 17130315 с присвоением указанному земельному участку кадастрового номера 72:17:1303001:388 и определением его кадастровой стоимости в 1 306 170 рублей, что было отражено в кадастровой выписке о земельном участке, изготовленной 27.05.2015. - 27.05.2015 о земельном участке, указанном в государственном акте на право собственности на землю ТЮ-1 № 17130509 с присвоением указанному земельному участку кадастрового номера 72:17:1304001:695 и определением его кадастровой стоимости в 3 383 320 рублей, что было отражено в акте определения кадастровой стоимости от 27.05.2015, - 27.05.2015 о земельном участке, указанном в государственном акте на право собственности на землю Тю № 17130337 с присвоением указанному земельному участку кадастрового номера 72:17:1303001:389 и определением его кадастровой стоимости в 2 612 340 рублей, что было отражено в акте определения кадастровой стоимости от 27.05.2015, - 27.05.2015 о земельном участке, указанном в государственном акте на право собственности на землю ТЮ-1 № 17130512 с присвоением указанному земельному участку кадастрового номера 72:17:1301003:1023 и определением его кадастровой стоимости в 1 264 580 рублей, что было отражено в акте определения кадастровой стоимости от 27.05.2015, - 29.05.2015 о земельном участке, указанном в государственном акте на право собственности на землю ТЮ-1 № 171301007 с присвоением указанному земельному участку кадастрового номера 72:17:1301003:1024 и определением его кадастровой стоимости в 1 264 580 рублей, что было отражено в акте определения кадастровой стоимости от 29.05.2015, - 29.05.2015 о земельном участке, указанном в государственном акте на право собственности на землю ТЮ-1 № 17130112 с присвоением указанному земельному участку кадастрового номера 72:17:1301003:1025 и определением его кадастровой стоимости в 1 264 580 рублей, что было отражено в акте определения кадастровой стоимости от 29.05.2015, - 04.06.2015 о земельном участке, указанном в государственном акте на право собственности на землю Тю-1 № 17130311 с присвоением указанному земельному участку кадастрового номера 72:17:1301003:1027 и определением его кадастровой стоимости в 2 529 160 рублей, что было отражено в акте определения кадастровой стоимости от 04.06.2015, - 04.06.2015 о земельном участке, указанном в государственном акте на право собственности на землю Тю-1 № 17130307 с присвоением указанному земельному участку кадастрового номера 72:17:1301003:1028 и определением его кадастровой стоимости в 1 264 580 рублей, что было отражено в акте определения кадастровой стоимости от 04.06.2015, - 04.06.2015 о земельном участке, указанном в государственном акте на право собственности на землю Тю-1 № 17130201 с присвоением указанному земельному участку кадастрового номера 72:17:1301003:1029 и определением его кадастровой стоимости в 1 264 580 рублей, что было отражено в акте определения кадастровой стоимости от 04.06.2015. Таким образом, ФИО28, действуя умышленно, из корыстных побуждений, являясь должностным лицом, с использованием своего служебного положения, внесла в государственный кадастр недвижимости ложные сведения о площади земельных участков, их кадастровых номерах, сведения о вещных правах на земельные участки в объеме сведений, определенных порядком государственного кадастра недвижимости, если указанные права не зарегистрированы в Едином государственном реестре прав на недвижимое имущество и сделок с ним, сведения о кадастровой стоимости земельных участков, сведения о разрешенном использовании земельных участков, предусмотренные ст.7 Федерального закона от ДД.ММ.ГГГГ № 221-ФЗ «О государственном кадастре недвижимости», тем самым исказила сведения государственного кадастра недвижимости. В судебном заседании ФИО25 вину не признал и пояснил, что не может точно указать признает вину или нет, и в связи с чем, не признает вину. По существу предъявленного обвинения пояснил, что в 2013 году у него была создана фирма ООО «Наша Тюмень». Фирма осуществляла юридические и риелторские услуги. В общество с ограниченной ответственностью был набран штат сотрудников из четырех человек, без стажа и опыта работы в сфере юриспруденции. В июне-июле 2014 года к ним обратился клиент с просьбой о постановке на кадастровый учет земельного участка. Он пояснил, что ранее уже обращался в кадастровую палату с заявлением о постановке на учет земельного участка, но кадастровая палата приняла решение - отказать. Он попросил разъяснить ему причину отказа, согласно данному решению, которое было у него на руках, помочь ему в решении данного вопроса, и в последующем устранить недостатки при постановке на кадастровый учет земельного участка. С клиентом заключили договор о предоставлении юридических услуг. Изучив решение об отказе, увидел номер телефона и инициалы исполнителя данного решения. Решив самостоятельно выяснить причину отказа, набрал номер телефона кадастровой палаты, который был указан в решении, и попросил ФИО28, представился директором фирмы ООО «Наша Тюмень», объяснил цель своего звонка, и попросил разъяснить причину отказа в постановке на кадастровый учет земельного участка их клиенту. Причину отказа ФИО28 разъяснить не смогла, т.к. у нее не было на руках данного решения. После чего она предложила прийти лично в кадастровую палату с решением об отказе для разъяснения возникших вопросов. Встретившись с ФИО28, она разъяснила ему причину отказа, и добавила, что можно устранить имеющиеся недостатки и уже после их устранения поставить на кадастровый учет земельный участок. Примерно в это же время, т.е. июнь-июль 2014 г., он (ФИО25) хотел приобрести земельный участок в &lt;адрес&gt;, в связи с тем что неподалеку от этого земельного участка живет мать его супруги. В свою очередь уточнил у ФИО28, свободен ли данный участок, и возможно ли оформить его законным образом. ФИО28 сказала, что для этого потребуется какое-то время, и уже после обеда могут созвониться и обсудить все интересующие его моменты. После обеда встретились с ФИО28, она сообщила, что интересующий земельный участок свободен. Примерно через 2 дня после этой встречи ФИО28 позвонила и попросила о встрече, на которой она сообщила, что может помочь в оформлении земельного участка, т.к. является специалистом в сфере земельных отношений, а также у нее имеются знакомства в земельной отрасли. Сомнений у него никаких не возникло, поскольку ФИО28 работает в кадастровой палате. С ее слов было понятно, что у нее имеются знакомства в Администрации Тюменского района. На ее предложение в оформлении земельного участка он, естественно, согласился, т.к. сам был заинтересован в этом. ФИО28 сообщила, какие документы необходимы для оформления, а именно: копия паспорта, личное заявление, а также денежные средства в размере 300 000 рублей. Поинтересовался, для чего нужна данная денежная сумма, на что она ответила, что данную денежную сумму необходимо внести на счет Администрации Тюменского района, с последующим выкупом земельного участка с аукциона. Сумма его устроила, но на тот момент таких денег у него не было. Обратился в банк ВТБ-24, оставив заявку на получение денежных средств. Через какой-то промежуток времени ему вновь позвонила ФИО28 и сказала, что есть возможность оформить данный земельный участок в собственность, но для этого денежные средства необходимы именно сейчас. После встречи ему позвонили из банка ВТБ-24 и сообщили об одобрении кредита на сумму около 700 т.р. и по переаккредитации 300 тысяч рублей он сможет получить на руки. В день, когда он забрал деньги из банка, ему позвонила ФИО28 и попросила о встрече. Встретились в кафе, где он передал ей копию паспорта, заявление, и денежные средства в размере 300 тысяч рублей. Спустя некоторое время встретились с ФИО28, она отдала ему документы на земельный участок, а именно: решение администрации Тюменского района о предоставлении земельного участка, чеки об оплате, схема расположения земельного участка и государственный акт. Сразу же спросил, почему гос.акт, а не договор, как изначально было обговорено. Киселева аргументировала это тем, что через государственный акт процедура оформления будет быстрее. Сомнений по этому поводу у него не возникло, но решил перестраховаться и позвонил в администрацию Тюменского района для уточнения, законно ли оформление земельного участка в собственность через государственный акт или нет, где ответили, что данная сделка будет законной, если государственный акт был выдан должным образом. В конце 2014 - начале 2015 года встречались с ФИО28 в кафе, у нее накануне было день рождения. ФИО28 сказала, что есть свободные земельные участки в &lt;адрес&gt; и &lt;адрес&gt;, где можно оформить земельные участки в собственность, выкупив у администрации. О том, что эти участки могут кому-то принадлежать, не подозревал, и более того, не знал, куда обратиться, чтобы уточнить данную информацию. После кафе поехали в &lt;адрес&gt; и &lt;адрес&gt;, где ФИО28 показала, где именно располагаются эти участки, так же пояснила, что в &lt;адрес&gt; живет ее родственница по фамилии ФИО100. Место расположения участков ему понравилось, но смутил тот факт, что на данных участках были сосновые насаждения. Обратился за консультацией в Департамент лесного хозяйства, где специалисты разъяснили, что земельные участки, которые его интересуют, не принадлежат земельному фонду, а находятся в распоряжении Администрации Тюменского района. Вновь встретились с ФИО28, обговорили данную ситуацию по оформлению земельного участка. Она сказал, что земельные участки свободны, и для того, чтобы оформить их в собственность, необходимы данные людей старше 50 лет, поскольку ранее земельные участки распределялись с 1991-1993 гг., но так как они не использовали свое право, то земельные участки были переданы в пользование Администрации. Так же была названа сумма в размере 300.000 рублей. К нему приехала ФИО123 ФИО32, по рабочим моментам, связанным с приобретением фирмы. В ходе разговора, рассказал ей, что есть свободные земельные участки в &lt;адрес&gt; и &lt;адрес&gt;. Предложение ее заинтересовало, и она хотела сразу же посмотреть эти участки. Ее устроил земельный участок, который располагался в &lt;адрес&gt;. После этого ФИО28 позвонила ему, сказала, что за данные земельные участки необходимо будет заплатить 300 тысяч рублей, и нужны будут данные. То, что это все официально, все законно - даже не сомневался, т.к. ФИО28 говорила все достаточно убедительно, тем более она работала в сфере земельных отношений и знает, каким образом это все осуществляется. Передал ФИО28 данные своей мамы и бабушки, а так же просил данные у ФИО123. Но ФИО123 отказалась предоставить свои данные, т.к. собиралась приобрести квартиру в ипотеку, и поэтому не хотела, чтобы на ней числилась какая-либо недвижимость, она дала данные своей мамы, после чего все документы передал ФИО28 В последующем вновь взял кредитные денежные средства в размере 300 т.р., т.к. за каждый земельный участок была необходима данная сумма. Когда все документы и денежные средства передал ФИО28, она сказала, что, как только документы будут готовы, она сама позвонит и передаст их ему. Данные участки можно будет продать, за что он (ФИО25) получит определенную денежную сумму, за посреднические услуги. Спустя какое-то время, ФИО28 позвонила и сказала, что документы готовы, и им необходимо встретиться. При встрече она передала документы на земельные участки, оформленные на его (ФИО36) маму, бабушку, мать ФИО123 и еще некоторых людей, по-видимому, это были родственники ФИО28 Как пояснила сама ФИО28, она хотела, чтобы он продал участки ее родственников, вместе со своими, а вырученные деньги передать ей. Помимо этого всего он понял, почему заинтересовал ее: она хотела, чтобы его фирма оказала ей юридические услуги, а именно: в оформлении с собственность этих земельных участков, в том числе, который принадлежал ее маме. Она предоставила доверенность от ее мамы, оформленную на его (ФИО36) имя. У ФИО28 был интерес также помочь подруге ФИО42 в продаже земельного участка. После чего выставили земельные участки на продажу. Все документы он подал в регистрационную палату, за что получил расписки, и дополнительно обратился в агентство, которое помогло бы им продать в дальнейшем земельные участки. Они давали рекламу, искали клиентов, выставляли баннеры. Никто не скрывал того, что эти земельные участки выставлены на продажу, и тем более никто даже не подозревал, что участки могли быть получены не законным образом. В связи с тем, что ему необходимо было уехать в командировку в г.Челябинск, то всеми вопросами по оформлению земельных участков занимался риелтор из компании «Арена». Продавая земельные участки, суммы которые ему предлагали за них, согласовывал непосредственно с ФИО28, т.к. с ее слов было понятно, что данные участки принадлежали ее родственникам. За каждый земельный участок было передано по 300 тысяч рублей. Всего в общей сумме было передано примерно 1 200 000 рублей, эту сумму он передавал непосредственно ФИО28 С каждого проданного земельного участка он брал себе по 50 тысяч рублей. ФИО28 объяснил это тем, что он брал кредит, и ему необходимо его выплачивать, а также платить риелтору с компании «Арена» за посреднические услуги. Все суммы согласовывали с ФИО28, ее все устроило. О том, что земельные участки приобретались незаконно, не подозревал. Всеми вопросами по оформлению занималась ФИО28 Он (ФИО25) никакого отношения к этому не имел, т.к. не сомневался в ее компетенции, она была специалистом в сфере земельных отношений. Всего было продано 7 участков земельных участков. Как он понял, у ФИО28 была нужда в денежных средствах, и его роль состояла в том, чтобы продать земельные участки через его агентство. Клиентов искали они, подавали объявление, размещали рекламу. Гос. Акт видел всего один раз, и как понял, он давал возможность оформить земельные участки намного быстрее. Ранее гос.акты никогда не видел. Кто их выдает, где их выдают - не интересовался, т.к. полностью доверял ФИО28 Тем более что к гос.акту прилагались чеки об оплате, схема расположения земельного участка. Если бы у него были какие-то подозрения в законности оформления, то он бы не стал оформлять их на своих близких родственников. На все земельные участки доверенности были на его (ФИО36) имя. Он (ФИО25) получал деньги от покупателей, всего 200-350 тысяч рублей. Какую точно сумму получил от продажи участков, сказать не может, т.к. деньги передавал ФИО28, общей суммы у него не было. Сотрудничество с ФИО28 закончилось в конце 2015 - начале 2016 года, когда передал ей денежные средства и должен был получить еще дополнительные денежные средства - за посреднические услуги, а также за земельные участки, которые принадлежали его матери и бабушке. Но в полном объеме деньги от ФИО28 не получил. ФИО28 на связь не выходила, как узнал через какое-то время - она была в отпуске. После чего встретился с ФИО42 - подругой ФИО28, которая отказалась от продажи своего земельного участка, как и мать самой ФИО28 При встрече он передал все документы на ее земельный участок и попросил, чтобы она в свою очередь переговорила о встрече с ФИО28 ФИО42 сказала, что ФИО28 не хочет больше с ним (ФИО36) встречаться, причину не объяснила. Все гос.акты предоставила ему ФИО28 Как понял, она обращалась в администрацию Тюменского района и там получала данные гос.акты. Гос.акты представляли собой двойной листок, сложенный пополам, прилагалась схема расположения земельного участка, машинописный шрифт, стояли подписи, печать Администрации Тюменского района. Цель всего этого с его (ФИО36) стороны была получить прибыль, как за посреднические услуги, так и прибыль с продажи земельных участков которые принадлежали его маме и бабушке. С предъявленным обвинением по поводу взятки не согласен, так как даже не знал что осуществлялась взятка, не знал, что оформление осуществляется незаконно, и доход от этого незаконный. Всеми документами занималась ФИО28 В свои взаимоотношения она его не посвящала. От него нужна была только продажа земельных участков, все участки для продажи предоставляла она, т.к. у нее имелись какие-то связи в Администрации Тюменского района. С предъявленным обвинением по легализации также не согласен, т.к. не подозревал, что имеется незаконный доход с продажи земельных участков. К тому же есть показания свидетелей, о том, что он уезжал в командировку, в связи с чем, было необходимо переоформить доверенность на риелтора. Сколько участков было переоформлено на риелтора, не помнит. Признает, что действительно продавал и оформлял земельные участки, и что брал деньги за них и передавал ФИО28 По поводу документов, изъятых во время обыска, пояснил, что когда земельные участки ему передал директор «Арена», он сказал что они собираются пойти в думу Тюменской области на слушание, и поэтому им необходимы исходные документы на эти гос.акты. Он передал ему перечень документов, который он в последующем хотел передать ФИО28. На его звонки она не отвечала, и в связи с чем, на момент обыска они были изъяты у него (ФИО36) из портфеля. Сдавал документы в регистрационную палату по всем земельным участкам, на которые были получены свидетельства о собственности, получал данные свидетельства он (ФИО25). В судебном заседании ФИО28 вину признала полностью и пояснила, что примерно с 2012 года занимала должность ведущего инженера ФГБУ «ФКП Росреестра» по Тюменской области. В обязанности входило: постановка земельных участков на кадастровый учет, внесение изменений по учету. В конце 2014 года, примерно осенью, находилась на работе, позвонил охранник с вахты и сказал, что к ней пришли. Когда спустилась вниз, увидела ФИО36, который представился помощником губернатора, у него были к ней вопросы по вынесенному ею постановлению. ФИО25 попросил у нее телефон, чтобы звонить, если у него будут возникать еще какие-то вопросы. Дала ему свой номер телефона. Как-то вечером ФИО25 позвонил, предложил довезти ее до дома. ФИО25 несколько раз встречал ее с работы и довозил домой, так у них завязалось знакомство. На очередной из встреч ФИО25 спросил ее, не хотела бы она иметь свой дом. Ответила, что всегда хотела иметь свой дом. ФИО25 сказал, что есть свободные земельные участки, после чего, поехали их смотреть. После она посмотрела по базе - этих участков в базе не было. ФИО25 стал ее торопить, сказал, что необходимо несколько человек, на которых можно записать эти земельные участки. На предложение ФИО36 согласилась. После Нового года ФИО25 показал ей государственные акты: на них были синие печати. При этом, ФИО25 сказал, что не может подать заявление на постановку этих участков на кадастровый учет. У нее (ФИО28) была одна знакомая, которую она и попросила подать от ее (ФИО28) имени заявления на постановку этих земельных участков на кадастровый учет. После этого ФИО25 попросил ее (ФИО28) родственников сделать доверенности – это были ее мама и тетя - ФИО98 и ФИО100. В мае 2015 года ФИО25 сказал, что эти участки нужно зарегистрировать, и необходимо найти человека, который все это сделает быстро. Она (ФИО28) через своих знакомых нашла человека, который смог это сделать. ФИО25 отвез ее (ФИО28) к ее знакомой, которой она и передала деньги и 4 заявления. Потом отдала заявления еще по 3 участкам. Её (ФИО28) подруга ДД.ММ.ГГГГ стала сомневаться в том, что ФИО25 является помощником губернатора. Она стала искать его по фамилии в интернете, и нашла сведения о том, что ФИО25 был судим. Она (ФИО28) посмотрела по базе участки, многие из них были проданы. Тогда поняла, что что-то делает неправильно. ФИО43 предложила пойти к юристу - ФИО44, который предложил снять участки с учета, была необходима лишь доверенность. В сентябре 2015 года в базе появились сведения о продаже еще одного участка. После этого уже решила иди в полицию. Перед этим позвонила ФИО44, который созвонился с ФИО36, и они отговорили ее обращаться в полицию, обещая, что все и так разрешится. За оформление участков ФИО25 предлагал ей следующее: один участок останется ей, а остальные предлагал продать и построить дом. Когда вносила сведения по земельным участкам, доверяла ФИО36, думала, что все сведения по участкам внесены в архив просто задним числом. От своих незаконных действий, ничего не получила. Всего на кадастровый учет поставила 7 земельных участков в поселке Дербыши. Деньги от продажи этих участков не получала. О том, что ее (ФИО28) действия являются незаконными, поняла, когда подруга нашла сведения о судимости ФИО25 в интернете в июне 2015 года. Ее (ФИО28) родственники никаких денежных средств не получали от ФИО36. Деньги, которые в качестве взятки для передачи должностным лицам давал ей (ФИО28) ФИО25 в размере 560 000 рублей, отдавала Костянецкой и ФИО37, но передавала деньги Костянецкой, ФИО37 не видела. Костянецкая сама назначала сумму за регистрацию земельных участков - 80 000 рублей за 1 участок. За первые 4 участка передала Костянецкой 320.000 рублей в мае 2015 года, остальные 240.000 рублей передала в конце мая - начале июня 2015 года. ФИО25 во время передачи сидел в машине и наблюдал. Костянецкая работала в Росреестре. Деньги им платили за то, чтобы вносили сведения по земельным участкам без направления запросов в архив. С Костянецкой ранее знакома не была, познакомилась через общих знакомых именно для этой цели, чтобы оформить земельные участки. При встрече показала ей государственные акты, и попросила ее быстро их зарегистрировать, без направления запросов. К Костянецкой ее (ФИО28) возил ФИО25 на своей автомашине. ФИО36 доверяла, но знала, что их действия незаконны. За все время общения с ФИО36, получала от него денежные средства дважды: 50 000 рублей ФИО25 подарил ей на День рождения, и еще 50 000 дал, когда сидели в кафе - просто так. Когда оформляла участки на родственников, полагала, что один участок должен был остаться у нее в собственности, а другие – продать и на эти деньги построить дом. ДД.ММ.ГГГГ рассказывала ей о ФИО36. В Росреестре, Администрации г. Тюмени у нее (ФИО28) знакомых нет. Заявления на регистрацию подавала ДД.ММ.ГГГГ по ее (ФИО28) просьбе. Когда появились сомнения, ДД.ММ.ГГГГ все рассказала. На момент передачи государственных актов, не совсем понимала, что их действия незаконны, т.к. ФИО25 сказал, что все сведения по земельным участкам внесены в архив, но догадывалась, что совершают что-то незаконное. С ФИО36 действовали по предварительной договоренности: она (ФИО28) находила людей, ФИО25 составлял государственные ФИО34. Всего оформили около 20 земельных участков. Часть участков была оформлена на ее (ФИО28) родственников: ФИО98, ФИО100, ДД.ММ.ГГГГ Ее (ФИО28) роль в совершении преступления заключалась в постановке земельных участков на кадастровый учет. Шесть участков были оформлены ею (ФИО28), а 7 участок оформил другой человек - так распределил регистратор. Понимала, что вносили сведения в программу незаконно, т.е. незаконно присваивала кадастровые номера земельным участкам. В содеянном раскаивается. Проверив и оценив исследованные в судебном заседании доказательства, суд считает, что вина ФИО25, ФИО28 в совершении преступлений установлена и доказана. По факту приобретения права на чужое имущество, вина ФИО25 и ФИО28 подтверждается: Показаниями представителя потерпевшего ФИО22, пояснившего, что работает в Департаменте имущественных отношений Тюменской области главным специалистом отдела правовой экспертизы с декабря 2010 года. Департамент имущественных отношений является исполнительным органом государственной власти Тюменской области, осуществляющим реализацию полномочий в сфере имущественных и земельных отношений. К полномочиям органов государственной власти Тюменской области отнесены полномочия органов местного самоуправления Тюменского муниципального района, сельских поселений Тюменского муниципального района по распоряжению земельными участками, государственная собственность на которые не разграничена. Департамент имущественных отношений осуществляет также распоряжение земельными участками, полномочия по распоряжению которыми отнесены к полномочиям органов государственной власти Тюменской области. Ранее к ведению районных (городских, в административном подчинении которых находится район) Советов народных депутатов в области регулирования земельных отношений относилось предоставление земельных участков в пожизненное наследуемое владение, бессрочное (постоянное) пользование и передача их в собственность и аренду. Такой порядок предоставления земельных участков существовал в период 1991-1993 годов. По факту изготовления подложных государственных актов на право собственности на землю образца 1991-1993 годов о предоставлении земельных участков в д. Дербыши, а также в других населенных пунктах Тюменского района и г.Тюмени, на основании которых земельные участки были поставлены на кадастровый учет и зарегистрировано право собственности, ничего пояснить не может. Регистрацией земельных участков по подложным документам является незаконной, неправомерной постановкой на кадастровый учет и регистрацией права на земельные участки Департаменту имущественных отношений причинен имущественный вред, поскольку Департамент утратил возможность распоряжаться ими. На территории Тюменской области имеются земельные участки, где собственность не разграничена. К Тюменскому муниципальному району относятся те участки, где право собственности не зарегистрировано. Они находятся в распоряжении Департамента имущественных отношений. По спорным участкам в Департамент имущественных отношений неоднократно поступали запросы от граждан. Им был дан ответ, что эти участки выбыли из собственности Департамента имущественных отношений. Они в настоящее время незаконно оформлены на третьих лиц. В данном случае не нарушен порядок оформления земельных участков, т.к. эти лица вообще не обращались с заявлением о выделении земельных участков, а участки просто были незаконно оформлены по подложным документам. Стоимость спорных участков определена на основании кадастровой стоимости. Ранее эти участки вообще никому не выделялись. Свидетель ФИО50 пояснила, что с июля 2013 года работала в Кадастровой палате Тюменской области, в отделе, расположенном на ул.Киевской, г.Тюмени. Тогда же познакомилась с ФИО28 ФИО28 всегда могла дать совет по любой ситуации, поскольку она работала дольше остальных сотрудников и знала весь порядок оформления документов. ФИО28 работала ведущим инженером, в ее обязанности входило принятие решения о внесении сведений о земельном участке в государственный кадастр недвижимости. Перед этим документы, поданные заявителем, перед тем, как попасть к ведущему инженеру, который принимает решение о регистрации (в данном случае к ФИО28), заявители сдают документы в отдел Кадастровой палаты, расположенный на ул.Рижская. В отдел на ул. Киевская документы не поступают, только их скан копии. Сначала документы поступают на ввод данных. Это исключительно технический процесс, на этой стадии документы не проверяются, только вносятся в программу фамилия заявителя, адрес участка, описание и т.д. Следующая стадия – проверка – инженер проверяет границы земельного участка на наличие пересечений границ со смежными участками. Эта проверка осуществляется по кадастровой карте, которая сравнивается с межевым планом, предоставленным заявителем. Если участок вносится в ГКН как ранее учтенный и заявление подано в декларативном порядке (без межевого плана, то есть без уточнения границ на местности), то в данном случае проверяется только наличие участка с аналогичным адресом, на пересечение границ такой участок не проверяется. Далее, если пересечений не установлено, тогда заявление направляется к ведущему инженеру на внесение сведений в ГКН. Ведущий инженер проверяет результаты работы на первых двух стадиях, после чего принимает решение о внесении сведений о земельном участке в ГКН или об отказе (приостановлении). В случае если принимается положительное решение, ведущий инженер в бумажном варианте никакие документы не оформляет. Он вносит сведения в ГКН, после чего в программе автоматически формируется кадастровый паспорт. Каждое такое решение вносится в ГКН под индивидуальным логином и паролем инженера, который известен только пользователю данного компьютера. В ГКН видно, кто принимал решение о внесении сведений, также может быть видно, кто вводил данные и проводил проверку на пересечение. После формирования кадастрового паспорта, ведущий инженер вносит в кадастровый паспорт фамилию человека, который будет этот паспорт выдавать заявителю. Никакой сотрудник Кадастровой палаты внести изменения в кадастровый паспорт по своему решению не может, только по заявлению правообладателя земельного участка. Но при этом многие сотрудники могут вновь распечатать кадастровый паспорт или кадастровую выписку, поставить снова подпись и печать. Ответственность за внесение сведений в ГКН и формирование паспорта лежит на ведущем инженере. Подлинность документов в кадастровой палате не проверяется, т.к. в бумажном варианте документы не поступают, только в скан копиях. Проверку осуществляли только если объект с адресом уже стоит на кадастровом учете. ФИО28 действительно попросила ее (ФИО42) сдать документы на постановку на декларативный учет земельных участков. Согласилась это сделать, т.к. нужны были деньги, потому что ушла в декрет в апреле 2014 года, а оплата в декретном отпуске составляет всего 6000 рублей. Все происходило при следующих обстоятельствах: летом 2015 года позвонила ФИО28 и спросила, хочет ли она заработать немного денег и для этого нужно сдать документы для постановки земельных участков на кадастровый учет, то есть в отдел на ул. Рижская. Чьи это участки ФИО28 не говорила. Ничего противозаконного делать не нужно было, просто отвезти, постоять в очереди и сдать документы, то есть как курьер, поэтому согласилась помочь ФИО28. Примерно в июне 2015 года приехала на работу к ФИО28 в обеденный перерыв, ФИО28 отдала документы в файле. За услугу ФИО28 обещала заплатить 6000 рублей, по 500 рублей за участок. Поскольку участки нужно было поставить на декларативный учет, доверенность не требовалась, только правоустанавливающие документы. В файле, который отдала ФИО28, было 12 государственных актов на право собственности на землю. Она их не рассматривала, поехала в кадастровую палату, где подала заявление на постановку на кадастровый учет 12 земельных участков. Постановка на кадастровый учет осуществляется бесплатно. Сдала документы на постановку земельных участков на кадастровый учет в декларативном порядке. Все документы были выданы Московским МО, конкретные адреса земельных участков не помнит. После подачи документов в машине начала раскладывать расписки о принятии документов в гос.акты, рассмотрела их и увидела, что акты свеженапечатанные, кроме того, такие акты выдавались только на дачные участки, а в Московском МО в населенном пункте такие не выдавались. Поняла, что акты поддельные. Вечером в этот же день встретилась с ФИО28, которая передала ей (ФИО42) денежные средства за то, что она подала документы на постановку на учет. Спросила ФИО28, что это за акты и что они, скорее всего, поддельные, объяснила почему. ФИО28 сказала, что познакомилась с помощником губернатора – ФИО116. Эти земельные участки нашел ФИО25. Он сказал ФИО28, что госакты настоящие, нужно было только найти свободные земельные участки, заполнить акты и поставить их на кадастровый учет. Со слов ФИО28 известно, что ФИО25 обещал их продавать и 50% выручки с каждого участка обещал отдавать ФИО28. ФИО28 также сказала, что часть земельных участков по поддельным госактам принадлежит ее родственникам. Когда приехала домой, то в интернете нашла информацию о ФИО36, выяснила, что ФИО25 в 2008 г. был осужден по статье за мошенничество в особо крупном размере, также проанализировала сведения о том, что ФИО25 не является помощником Губернатора, а имеет фирму ООО «Наша-Тюмень-72», по 50% уставного капитала с ФИО119. Сказала об этом ФИО28. Примерно в июле 2015 года позвонила ФИО28, сказала, что уже поставила участки на кадастровый учет. Она (ФИО42) кадастровые паспорта не получала, ФИО8 сказала, что распечатала паспорта и выписки сама, сама расписалась и поставила печать, отдала ФИО96. ФИО8 сказала, что ФИО96 продал поставленные на кадастровый учет земельные участки, но ни разу деньги ей не отдал и она считает, что он ее «кинул». После этого она (ФИО42) ФИО28 посоветовала снять с кадастрового учета участки, которые она поставила. ФИО28 согласилась. Снятие с кадастрового учета происходит по судебному решению. В связи с этим ФИО28 попросила ее (ФИО42) найти ей юриста, который поможет снять участки с кадастрового учета. Дала ФИО28 контакт ФИО44 - это адвокат. Вместе с ФИО28 съездили к ФИО44, объяснили ситуацию. Он сказал, что поможет. ФИО44 связался с ФИО36, который тоже сказал, что согласен снять земельные участки с кадастрового учета. Еще несколько раз возила ФИО28 к ФИО44, ФИО28 ее (ФИО42) убедила, что все будет хорошо, что участки снимут с учета, и что она не виновата в том, что поставила их на кадастровый учет, так как не могла проверить подлинность документов. Когда поняла, что ФИО25 не собирается снимать участки с кадастрового учета, предложила ФИО28 сообщить обо всем в полицию. Со слов ФИО28 знает, что ФИО28 с самого начала знала, что госакты поддельные. Чтобы получить деньги (50% от продажи участков), ФИО28 и ставила участки на кадастровый учет. Свидетель ФИО51 пояснила, что примерно с мая 2015 года решила приобрести земельный участок, расположенный в д.Дербыши, для строительства жилого дома. По средствам сети интернет ей стало известно, что в д.Дербыши продается земельный участок. Данным объявлением заинтересовалась и по телефону указанному в объявлении связалась с представителем агентства недвижимости «Арена», которое занималось продажей понравившегося ей земельного участка в д. Дербыши. Представителем АН «Арена» был ФИО9. С ФИО9 они договорились о сделке купли-продажи указанного земельного участка. ФИО9 познакомил ее с ФИО25 который по доверенности от ФИО1 продавал указанный земельный участок. Так же ФИО25 был представлен правоустанавливающий документ на указанный земельный участок а именно Государственный акт на право собственности на землю, пожизненного наследуемого владения, бессрочного (постоянного) пользования землей образца 1991 – 1993 годов на имя ФИО1 Данный документ каких – либо подозрений у нее (ФИО94) не вызвал, так как на данный земельный участок имелся кадастровый паспорт, а внешне указанный документ (Гос. акт) был похож на подлинный с подписями уполномоченных лиц, синими печатями. ФИО9 говорил, что все документы подлинные. Примерно 22 мая 2015 года в АН «Арена» был подписан предварительный договор о приобретении указанного земельного участка, договор задатка, согласно которому, она лично ФИО25 передала в качестве задатка денежные средства в сумме 100 000 рублей в присутствии ФИО9 и своего мужа ФИО2. 05 июля 2015 года ею был подписан договор купли-продажи указанного земельного участка. Данный договор был подписан возле Управления «Росреестра» по Тюменской области по адресу: &lt;...&gt;. Согласно, данному договору, в здании регистрирующего органа она (Чернявская) лично ФИО25 в присутствии ФИО92, а также своего супруга передала денежные средства в сумме 1 200 000 рублей, о чем лично ФИО25 была написана соответствующая расписка на 1 300 000. В данную сумму включен задаток 100 000 рублей. После государственной регистрации 23 июня 2015 года в здании «Сургутнефтегазбанка» по ул. Профсоюзная 28 она (Чернявская) лично ФИО25 в присутствии ДД.ММ.ГГГГ а также своего супруга передала денежные средства в сумме 3 000 000 рублей, о чем лично ФИО25 была написана соответствующая расписка. В общей сложности отдала ФИО25 за земельный участок 4 300 000 рублей. Так же ею было передано ФИО92 50 000 рублей за услуги агентства. Приобретенный земельный участок свободен от строений, на территории данного участка произрастают деревья породы сосна. Денежные средства в сумме 3 000 000 рублей, которые отдала ФИО25, взяты ею в кредит. В настоящее время известно, что собственником данного земельного участка была мать ФИО36. Разрешение на строительство в администрации Тюменского муниципального района ей не выдали. Дали лишь справку о том, что на данном земельном участке могут строить все, кроме жилого дома, т.к. часть участка находится в лесной зоне, поэтому строить жилье там нельзя. Когда об этом узнали, то обратились в АН «Арена» к ФИО97. Он ответил, что там все оформлено правильно. ФИО28 не видела никогда. Общалась только с ФИО97 и ФИО36. Свидетель ФИО52 пояснил, что примерно с 2014 года решил для строительства жилого дома приобрести земельный участок, расположенный в Московском МО, так как в д.Дербыши проживает его мама ФИО3. С целью приобретения земельного участка на указанной территории он продал мамину квартиру, которая располагалась по ул.Олимпийской, в г.Тюмени, так же продал принадлежащее ему транспортное средство «Ленд Крузер-100». Вырученная сумма от продажи указанного имущества составила примерно 3 800 000 рублей. С целью поиска подходящего земельного участка обращался во всевозможные агентства недвижимости в г.Тюмени. 24.07.2015 года приобрел земельный участок с кадастровым номером за 3 500 000 рублей. Изначально данный земельный участок продавался за 4 500 000 рублей. Сделка купли-продажи указанного земельного участка проходила через АН «Арена», представитель был ФИО9. А так же через АН «Азимут», представитель ФИО4. АН «Арена» представляло интересы продавца указанного земельного участка, АН «Азимут» выступало в качестве стороны, которая нашла покупателя. Все переговоры, касающиеся купли-продажи указанного земельного участка до момента подписания необходимых для осуществления сделки документов он (ФИО95) вел с ФИО4 В ходе переговоров ФИО4 пояснял, что цена земельного участка составляет 4 500 000 рублей, но если он до конца недели предшествующей дате сделки найдет наличные денежные средства, то сможет приобрести указанный земельный участок за 3 500 000 рублей. На условия ФИО53 он согласился, необходимая сумма у него имелась. Так же ФИО4 пояснял, что продавец участка уезжает и ему необходимы денежные средства, и он готов продать указанный земельный участок за 3 500 000 рублей. Сделка купли продажи указанного земельного участка проходила в офисе АН «Арена». При сделке купли-продажи земельного участка 13 июля 2015 года присутствовали: он (ФИО95), ФИО9, ФИО4, ФИО54, так же при сделке присутствовал ФИО25, который представлял интересы собственника указанного земельного участка по доверенности от ФИО6. После того как он (ФИО95) и ФИО25 подписали договор купли – продажи земельного участка с кадастровым номером 72:17:1303001:385 от 13 июля 2015 года на сумму 1 000 000 рублей, дополнительное соглашение к Договору купли-продажи Земельного участка от 13 июля 2015 года на сумму 2 500 000 рублей, передаточный акт от 13 июля 2015 года и после того как ФИО25 были написаны расписки в получении денежных средств на указанные суммы, он (ФИО95) передал лично ФИО25 денежные средства в счет оплаты за приобретаемый земельный участок в сумме 3 500 000 рублей. После совершения вышеописанной сделки необходимые документы были сданы в регистрирующий орган для осуществления регистрации. Фактически передал ФИО25 денежные средства в сумме 3 500 000 рублей. В настоящее время какие-либо строения на земельном участке отсутствуют. Строительства не начинал. На территории указанного земельного участка произрастают деревья породы сосна, а так же кустарники. В момент совершения указанной сделки каких либо подозрении в подлинности документов у него не возникло, так как ФИО9 в качестве правоустанавливающего документа на указанный земельный участок представил ему Свидетельств о государственной регистрации права от ДД.ММ.ГГГГ. Свидетель ДД.ММ.ГГГГ пояснила, что работает начальником отдела кадастрового учета в Кадастровой палате &lt;адрес&gt;. В обязанности входит контроль регистрации земельных участков. ФИО28 являлась сотрудником отдела. Охарактеризовать ее может с положительной стороны, свои обязанности она выполняла, нареканий не было. У каждого сотрудника имеется свой компьютер. Никто, кроме этого сотрудника войти не может. Решение о том, отказать или удовлетворить заявку о постановке земельного участка на кадастровый учет, принимает специалист, который этим занимается. В полномочия ФИО28 принятие таких решений входило. Свидетель ФИО56 пояснила, что ФИО57 является ее матерью. Примерно в 2014 году она (ФИО56) познакомилась с ФИО25 при следующих обстоятельствах: с целью участия в аукционах ей необходимо было приобрести общество с ограниченной ответственностью. С вопросом приобретения ООО она обратилась к ФИО25 в офис ООО «Наша-Тюмень-72», расположенный в районе Казачьих Лугов в г.Тюмени. Через ФИО25 приобрела ООО «СК Арди-Строй». В процессе общения с ФИО25 он говорил, что занимается оказанием юридических услуг. Так как она (ФИО56) хотела начать строительство загородного дома, а земельного участка у нее было, она обратилась к ФИО25 с вопросом оказания помощи в получении земельного участка, т.к. ей было известно, что юр.фирма ФИО36 занималась еще и недвижимостью. На ее просьбу ФИО25 сказал, что может решить ее вопрос, то есть оформить документы на земельный участок. Так же ФИО56 ФИО25 пояснила, что на ее оформлять ничего не нужно, так как ей нужно было получить государственную поддержку по программе «Молодая семья», и что земельный участок можно оформить на ее маму. Через некоторое время сообщила ФИО25 по телефону данные своей матери ФИО57 Позднее от имени ФИО57 на имя ФИО25 была оформлена доверенность на право представления интересов по вопросу оформления земельного участка в д.Дербыши, без права продажи. Местоположение земельного участка ФИО25 показала она (ФИО56), так как ранее она хотела получить данный земельный участок в аренду. Никакие документы на земельный участок Трубачев ей не показывал. В дальнейшем, после регистрации права собственности на земельный участок в д. Дербыши, местоположение помнит визуально, а кадастровый номер не помнит, ФИО25 предлагал ей продать данный земельный участок за 6 000 000 рублей и разделить данную сумму поровну, но она (ФИО56) отказалась, так как ей необходим был земельный участок для строительства. Ъ О том, что ФИО25 зарегистрировал право собственности на земельный участок в д. Дербыши по &lt;адрес&gt; акт на право собственности на землю, пожизненного наследуемого владения, бессрочного (постоянного) пользования землей № ТЮ1-172123 на имя ее матери, не знала. Какого либо вознаграждения за оформление земельного участка на имя ее матери не получала. Где расположен земельный участок - помнит визуально. На земельный участок она выезжала около 2 - 3 раз. Продажей данного земельного участка она не занималась. В Управление «Росреестра» по &lt;адрес&gt; для регистрации права собственности ни она (ФИО56), ни ее мама не обращались. Какие – либо документы на земельный участок в д. Дербыши ФИО25 не передавал. Что в настоящее время с земельным участком ей не известно. Какие либо денежные средства за регистрацию права на земельный участок в д. Дербыши она никому никогда не передавала. Деньги за земельный участок ФИО36 не передавала, т.к. должна была их передать после того, как будут готовы документы на участок, но документов не было, поэтому с ФИО36 не рассчитывалась. За участок должна была передать ФИО36 300.000 рублей. Кроме доверенности, никакие документы не подписывала. В связи с противоречиями, по ходатайству гособвинителя, в соответствии с ч.3 ст. 281 УПК РФ , оглашались показания ФИО56, данные в ходе предварительного следствия, где она поясняла, что Государственный акт на право собственности на землю, пожизненного наследуемого владения, бессрочного (постоянного) пользования землей № ТЮ1-172123 на имя ее мамы она (ФИО56) впервые увидела в нотариальной конторе в момент оформления указанной доверенности. Данный документ представил ФИО25 Юридическое значение данного документа ей было не известно, факт того, что данный документ подложный она не знала. (т.11, л.д. 81-84) После оглашения показаний, свидетель ФИО56 их правильность подтвердила, пояснив противоречия тем, что прошло много времени, и детали забыла. Свидетель ФИО58 пояснил, что с марта 1983 года до начала 1990 – 1991 года он работал в должности председателя исполнительного комитета Тюменского районного Совета народных депутатов. После 1990 – 1991 года указанное учреждение было реорганизовано в администрацию Тюменского района, где он работал в должности главы администрации &lt;адрес&gt; до ухода на пенсию в 2001 года. Процесс предоставления земельных участков гражданам в 1990 – 1993 годах был следующим: на местном уровне – сельским советом - администрацией принималось решение о выделении - предоставлении земельного участка конкретному лицу площадь участка составляла не более 15 соток. Участки выделялись по 15 соток в соответствии с решениями сельских Дум о минимальных и максимальных размерах предоставления земельных участков. В среднем в сельских администрациях района была принята норма в 15 соток. Случаев предоставления земельных участков большей площади не помнит. Земельные участки предоставлялись для строительства, и в случае если в течении пяти лет строительство не начиналось, земельный участок изымался. Сформированный в сельской администрации пакет документов поступал в администрацию &lt;адрес&gt; с формулировкой «Прошу рассмотреть вопрос выделения такого-то земельного участка такому-то лицу», указывались данные участка и лица, кому он предоставлен. После чего издавалось постановление администрации &lt;адрес&gt; о предоставлении земельного участка. Изданное в администрации &lt;адрес&gt; постановление печаталось в пяти экземплярах, один из которых он (ФИО101) подписывал, а на остальных ставилось его факсимиле, после чего использовались по назначению. Что-то оставалось для архивного хранения, что-то подшивалось к документам. Изданные постановления хранилась в администрации района. Изданные постановления в обязательном порядке имели порядковые номера и дату. Далее указанные документы уходили в Комитет по земельной реформе и земельным ресурсам &lt;адрес&gt;, где подготавливались правоустанавливающие документы - Государственный ФИО34 на право собственности на землю, пожизненного наследуемого владения, бессрочного (постоянного) пользования землей. Подготовленный указанный документ подписывался председателем Комитета по земельной реформе и земельным ресурсам &lt;адрес&gt; ФИО67 и передавался ему (ФИО101). После его подписи «Земельный комитет» выдавал указанный «ФИО31. ФИО34» гражданам. Указанный Государственный ФИО34 на право собственности на землю, пожизненного наследуемого владения, бессрочного (постоянного) пользования землей издавался в двух экземплярах, один из которых хранился в Комитете по земельной реформе и земельным ресурсам &lt;адрес&gt;, а второй выдавался гражданину. Выдача происходила только в администрации района. Так же данный документ проходил обязательную двойную регистрацию. В 1990 – 1993 годах один человек не мог получить более одного земельного участка, так как в администрации района все предоставленные земельные участки учитывались на специальной карте, и получить даже один земельный участок была проблема, потому что свободных земельных участков в населенных пунктах не хватало, а за границами населенных пунктов земля обрабатывалась местными совхозами, то есть была перепахана. Благодаря данному учету случаи предоставления - выделения одного и того же земельного участка двум разным лицам, одному лицу двух участков исключены. В ходе допроса на предварительном следствии ему предоставлялись для обозрения Государственные ФИО34 на право собственности на землю, пожизненного наследуемого владения, бессрочного (постоянного) пользования землей, номера и серии их не помнит. Однако, подпись в данных документах выполнена абсолютно точно не им. Факсимиле у него было, но где оно находится в настоящее время - ему не известно. Так же ему не известно, где в настоящее время находится печать администрации &lt;адрес&gt;, «Госкомзема» образца 1990 годов. Заведующий общим отделом в то время была Гартунг. Где и когда делалось его (ФИО101) факсимиле - не помнит. Указанные в Государственных ФИО34 на право собственности на землю, пожизненного наследуемого владения, бессрочного (постоянного) пользования землей лица ему не известны. В д.Дербыши участки в то время выделялись по 15 соток. Свидетель ФИО59 пояснил, что в 2014 году оформил на свое имя потребительский кредит с целью приобретения автомобиля. В 2015 году его знакомая ФИО7 предложила ему земельный участок в д.Дербыши за 600 000 рублей. На предложение ФИО7 согласился, так как посчитал данное предложение выгодной сделкой и лучше приобрести недвижимость, чем автомобиль. В ходе визуального осмотра местоположение земельного участка ему понравилось. Предложение ФИО7 его не насторожило, так как ей доверял. При оформлении сделки купли продажи земельного участка всеми вопросами, касающимися подготовки документов, занималась ФИО7, так как у него свободного времени не было. ФИО7 ему только сообщала время и место, куда нужно приехать для подписания необходимых документов. Денежные средства в сумме 600 000 рублей в счет оплаты приобретаемого им земельного участка передал ФИО25, который действовал по доверенности от собственника земельного участка ФИО57 ФИО25 была написана соответствующая расписка в получении указанной суммы. Участок был 20 соток. Стоимость его была указана только в договоре. О том, что земельный участок оформлен незаконно, узнал от сотрудников правоохранительных органов. Свидетель ФИО10 пояснила, что подсудимая ФИО28 – ее дочь, проживает отдельно. Дочь замужем, у нее ребенок, семья благополучная. Они общаются достаточно часто, часто приезжают в гости друг к другу. Учитывая возраст, у нее (ФИО98) имеются заболевания – рассеянный склероз, поэтому подробности происходящего она быстро забывает. У ФИО28 есть копия ее (ФИО98) паспорта, потому что она помогает ей оформить документы на получении субсидии, как малоимущая семья. Субсидию получает ежегодно. ФИО28 деньгами не помогала никогда. В 2015 году, точно когда - не помнит, ФИО28 попросила ее съездить к нотариусу вблизи гостиницы «Восток» и подписать доверенность. Ничего у ФИО28 не спрашивала, приехала по указанному ей адресу и подписала доверенность. Когда она приехала, доверенность уже была готова, даже не знает, на чье имя доверенность. Она просто поставила свою подпись. Больше она ничего не делала и никуда не ходила. В феврале 2016 года от ФИО28 узнала, что в отношении нее возбудили уголовное дело. О том, что на ее (ФИО98) имя оформлено 2 земельных участка, которые впоследствии проданы, она не знала. Она только подписывала одну доверенность на имя мужчины, которого она не знает, для чего - не знает, она не спрашивала, и ей никто не объяснял. Она сделала это по просьбе дочери, думала, что ей это нужно. Никаких действий, направленных на продажу участка она (ФИО98) не совершала, не ходила в регистрационную палату, не искала покупателей и т.д. Она не знала, что на нее оформлены участки и что они проданы. Соответственно денежные средства за оформление земельных участков она не получала и никому не передавала. Она сама никакие документы не подделывала, к оформлению участков отношения не имеет. ФИО36 она не знает, и дочь ей про него ничего не рассказывала, кроме того, что он мошенник. После произошедшего узнала от дочери только то, что она по просьбе ФИО36 оформляла земельные участки, потому что работала в кадастровой палате и могла это сделать по своим служебным обязанностям, а ФИО25 потом продавал эти участки. Таким образом они кого-то обманули. Получала ли Аня за это деньги - не знает. Свидетель ФИО49 пояснила, что с мая 2014 года работает в агентстве недвижимости ООО «Арена» в должности агента по недвижимости. Директором ООО «Арена» является ФИО9. Примерно в июле 2015 года ФИО9 поставил в известность, что к ним в агентство обратился гражданин ФИО25, с целью найти покупателей на ряд земельных участков, расположенных в ДД.ММ.ГГГГ, &lt;адрес&gt;. Ей (ДД.ММ.ГГГГ директором был поручен поиск покупателей на данные земельные участки. ФИО25 были представлены в агентство копии документов на земельные участки. Некоторые из земельных участков принадлежали собственникам на основании государственных ФИО34, которые выдавались в 90-х годах. На некоторые земельные участки были получены уже свидетельства о государственной регистрации права. Собственниками данных земельных участков являлись люди в возрасте, и ФИО25 представлял их интересы по доверенности. Стоимость земельных участков была обозначена ФИО25 в пределах от 2 500 000 до 3 500 000 рублей. Лично с ФИО36 не общалась. Несколько раз он приходил к ФИО97, но они сразу уезжали из офиса или уходила она (ФИО39). Непосредственно с покупателями не общались, общался с ними только ФИО97. Примерно в конце июля - в начале августа 2015 года ФИО97 рассказал, что в агентство снова приехал ФИО25 и пояснил, что при совершении сделок купли-продажи участков не может постоянно присутствовать, так как периодически вынужден уезжать в командировку то в Челябинск, то на Север, а непосредственные собственники данных земельных участков уже люди пожилого возраста, и поэтому необходимо пару участков на время оформить на кого-либо из сотрудников агентства. ФИО9 предложил ей оформить на себя два участка. Ей (ФИО39) данное предложение поступило в связи с тем, что у остальных сотрудников много кредитов, ипотеки и другие долговые обязательства. Без долговых обязательств была только она. ФИО97 сказал, что все затраты по госпошлине при регистрации сделки, а также налоговые отчисления, оплатит ФИО96. Она (ФИО39) согласилась на предложение ФИО97, правоустанавливающие документы не вызвали сомнения, тем более договор купли-продажи заключался непосредственного с собственниками земельных участков. Кроме того, к тому времени один из земельных участков был уже продан ФИО97 с использованием заемных денег банка, то есть документы проверялись и банком, в том числе. Таким образом, решили, с целью облегчить выполнение обязательств по оказанию услуг по продаже земельных участков, временно оформить на нее (ФИО39) два земельных участка. 20.08.2015 года между ней (ФИО39) и владельцами земельных участков: ФИО10, а также ФИО6 были составлены договоры купли-продажи. Договора были составлены ФИО9 ФИО10 и ФИО6 в регистрационную палату привез ФИО25. ФИО97 были подготовлены необходимые документы для подачи в регистрационную палату, для регистрации сделки. Она (ФИО39) каких-либо денежных средств продавцам сама лично не передавала, денежных расчетов она не касалась. Кто и как производил расчеты с собственниками земельных участков, она не знает, данный вопрос в ее компетенцию не входил. Приобрела только по документам всего два участка: у ФИО98 и ФИО6. Земельный участок, приобретенный у ФИО6, без ведома ее (ДД.ММ.ГГГГ) и без ее участия был размежеван на 2 участка, как она полагает самим ФИО25, так как он подъезжал к ней, чтобы она подписала согласование границ земельного участка. Она ни о чем не спрашивала у ФИО36, так как участок был оформлен на нее временно, и она фактическим собственником не являлась. Данные земельные участки были проданы 30 декабря. ФИО11 за 1.650 000 рублей. Расчетов она (ФИО39) также не касалась, расчет производился в ОАО «Сбербанк», по &lt;адрес&gt;, деньги были переданы ФИО9 Второй участок продан ФИО12 за 1 700 000 рублей. Расчетов ФИО39 также не касалась, расчет производился в банке «Реконструкция», по &lt;адрес&gt;, деньги были переданы ФИО9 26 октября 2015 года земельный участок, приобретенный у ФИО10, был продан ФИО13, за 3 300 000 рублей. Расчетов также не касалась, расчет производился в банке «СОЮЗ», по &lt;адрес&gt;, деньги были переданы ФИО9 Лично видела, что все денежные средства от покупателей были переданы ФИО97. Расписки писала она, поскольку продавцом, согласно документам, была она. Она (ДД.ММ.ГГГГ фактически денег не получала. В договорах купли-продажи указаны суммы, за которые были проданы земельные участки, меньше фактических. Расписок составлялось несколько – на сумму, указанную в договоре, и на сумму реальной стоимости участка. Когда и где ФИО97 передавал денежные средства ФИО36, она не знает, не видела. Слышала телефонный разговор, в ходе которого ФИО97 спрашивал ФИО36, куда ему подвезти деньги. При оформлении сделок купли-продажи, было необходимо согласие на продажу ее (ФИО39) супруга, для чего на оформление нотариального согласия, денежные средства, ей также выдавались директором агентства. Комиссионное вознаграждение за каждый участок она (ФИО39) получила в размере 25 000 рублей. Это обычное агентское вознаграждение за ее работу – поиск покупателей. Покупателей на участки нашла действительно она. Никакого вознаграждения сверх этого, например, за то, что оформляла на свое имя участки, она не получила. Земельный налог на участки оплатил ФИО97, то есть он передал ей деньги, заказал составление декларации, она только подписала и отправила в налоговую инспекцию почтой. О том, что данные земельные участки были незаконно оформлены, не знала, представленные ФИО36 в агентство документы были надлежаще оформлены, при проверке в регистрационной и кадастровой палате находили свое подтверждение. Какого-либо отношения к незаконным действиям по данным земельным участкам она не имеет. ФИО39 только занималась поиском клиентов и показом этих участков. Все копии документов по сопровождаемым их ним агентством сделкам купли-продажи, сохраняются в их ним агентстве. С ФИО28 не знакома, но в кадастровых паспортах иногда видела ее фамилию. Была ли подпись ФИО28 в кадастровых паспортах на спорных земельных участках – помнит. Свидетель ФИО60 пояснил, что земельный участок с кадастровым номером 72:17:1303001:380 был приобретен его родным братом ФИО14. Данный земельный участок был оформлен на него (Цендревич), так как его брат находился в бракоразводном процессе и попросил его (Цендревич) оформить участок на свое имя. Договор купли-продажи на указанный земельный участок, передаточный ФИО34, расписка в получении денег были подписаны им (Цендревич) в Управлении «Росреестра» по &lt;адрес&gt; в момент сдачи указанных документов для регистрации права собственности на его имя. После подписания им указанных документов данные документы подписал ФИО25, так как он тоже для этих целей ненадолго приехал в названное учреждение. Каких – либо денежных средств за указанный земельный участок ни он (Цендревич) ни его брат ФИО25 не передавали. Данным земельным участком ФИО25 рассчитался с его братом за оказанные геодезические услуги, а именно: топографическая съемка земельных участков, установление границ земельных участков. Участки были в д.Дербыши - около 7 участков, в д.ФИО117 - около 2 участков. Какая была стоимость участков – ему не известно. Свидетель ФИО14 пояснил, что его фирма занимается межеванием земельных участков. К нему обратился ФИО25 с просьбой оформить земельные участки. Назвал ФИО36 цену. Через некоторое время ФИО25 позвонил и согласился. За работу в качестве оплаты предложил земельный участок в д.Дербыши. Согласился. Участки ФИО36 оформил: по ГосАктам установили границы земельных участков. Всего было 8 или 9 земельных участков: в ДД.ММ.ГГГГ Работу оценил в 600.000 рублей. Предоставленные ФИО36 ГосАкты были старые на вид, т.к. бумага была выцветшая, поэтому сомнений они не вызывали. Межевание делал не он (ФИО14), а кадастровый инженер – девушка по имени ФИО32, иных данных ее не знает, контактной информации нет. С Индивидуальным предпринимателем ФИО32 за работу рассчитался путем взаимозачетов. На кадастровый учет участки ставила она. Предполагал, что ФИО25 предложил сделать что-то незаконное, но согласился, т.к. нужен был земельный участок. Свидетель ФИО61 пояснила, что с ФИО28 она знакома с 1980 года, вместе учились. По характеру она добродушная, отзывчивая, всегда готова прийти на помощь. Ранее ФИО28 длительное время работала в Кадастровой палате, в настоящее время она уволилась, другую работу не нашла. В начале 2015 года к ней (ДД.ММ.ГГГГ обратилась ФИО28 с просьбой оформить на свое имя земельный участок в &lt;адрес&gt;. Адрес участка не помнит. Спросила ФИО28, зачем это нужно. Та ответила, что нужно оформить право собственности на этот участок, а потом его продать, чтобы получить деньги. ФИО28 сказала, что ей (ФИО102) нужно отдать копию паспорта и больше ей делать ничего не нужно будет. Отдала ФИО28 копию своего паспорта. У нее (ДД.ММ.ГГГГ) никогда не было права собственности на какой-либо земельный участок. Она думала, что происходит «нарезка» новых участков, а учитывая, что ФИО28 работает в кадастровой палате с землей, думала, что у нее появилась возможность получить в собственность земельный участок. Каким конкретно способом – она точно не знает, ей не сообщалось, какие документы будут оформляться, Она (ФИО102) вообще по их договоренности ничего не должна была делать. Также она понимала, что оформление на ее имя права собственности на земельный участок происходит временно, до его продажи. Никакое вознаграждение за это ФИО28 ей не обещала и не передавала. Понимала, что после продажи земельного участка денежные средства получит ФИО28 или тот человек, который организовал получение данного участка. Согласилась помочь ФИО28 только потому, что они с ней подруги. Материальную выгоду от этого не получила и то, что участок оформляется в собственность преступным путем, она (ФИО102) не знала. После того, как передала копию своего паспорта ФИО28 – это было примерно в январе 2015 – они с ней больше на эту тему не разговаривали. Примерно в марте 2015 года ФИО28 попросила ее сходить к нотариусу, чтобы подписать доверенность на оформление и продажу земельного участка на имя ФИО25 ФИО28 назвала фамилию конкретного нотариуса, но она (ФИО102) сейчас уже ее не помнит. Когда приехала к нотариусу, то доверенность уже была готова, находилась у помощника нотариуса. Она (ФИО102) только поставила в доверенности свою подпись и сразу ушла. С нотариусом она ни о чем не разговаривала, предъявила только паспорт, по которому сверила свои паспортные данные в доверенности, после чего ушла. Доверенность не забирала, так и оставила у нотариуса, потому что помощник нотариуса сказала ей, что доверенность нужно оставить и ФИО25 сам ее заберет. За оформление доверенности оплату не вносила. Кто оплатил услуги нотариуса, она не знает. В этот момент подумала, что происходит что-то странное, о чем и сказала ФИО28. Та сказала, что все нормально, что участки «чистые». Уже к концу лета 2015 года ФИО28 сказала, что земельный участок, оформленный на ее имя, нужно снять с кадастрового учета. Спросила ее, что случилось. Тогда ФИО28 рассказала ей, что ФИО25 попросил ее поставить на кадастровый учет несколько земельных участков на своих родственников и друзей. К ФИО28 он обратился в связи с тем, что она работает в кадастровой палате и имеет такую возможность в связи с исполнением ею своих служебных обязанностей. В каких отношениях ФИО28 и ФИО25 находились, не знает, ФИО28 не рассказывала, но ранее о нем от ФИО28 никогда не слышала. Также ФИО28 сказала, что она и ФИО25 оформленные земельные участки должны были продать. Считает, что ФИО28 делала все это не «просто так», а за вознаграждение. Однако у них «что-то пошло не так». ФИО28 сказала, что нужно снять участки с кадастрового учета. Для этого нужно было снова написать доверенность на имя другого человека, который будет заниматься снятием земельного участка с кадастрового учета. ФИО28 дала ей копию паспорта какого-то человека, фамилию сейчас не помнит, и попросила оформить на его имя доверенность на право снятия земельного участка с кадастрового учета. Она (ФИО102) тогда пошла к нотариусу, где написала указанную выше доверенность. Заплатила за нее сама, потом ФИО28 отдала ей деньги за оформление доверенности. Доверенность отдала ФИО28 Больше никаких действий не предпринимала. Сняли участок с кадастрового учета или нет, она не знает. В феврале 2016 от ФИО28 узнала, что в отношении нее возбудили уголовное дело за незаконное оформление в собственность земельных участков. Она еще сказала, что дело возбудили и в отношении ФИО36 тоже. ФИО28 говорила, что она и ФИО25 по договоренности оформляли земельные участки и потом по доверенности он продавал их. Сколько денег за это получила ФИО28, Она (ФИО102) не знает. Она сама (ФИО102) никакие документы не подделывала, к оформлению участков отношения не имеет. Свидетель ФИО62 пояснила, что летом 2015 года они с мужем решили приобрести земельный участок под строительство дома. Они начали поиски объявлений о продаже земельных участков на различных сайтах, в том числе на сайте «Авито». Там они с мужем нашли земельный участок в д.Дербыши, &lt;адрес&gt; участок был 20 соток, стоимостью около 3,5 миллионов рублей. Земельный участок продавался через агентство недвижимости «Арена». Они смотрели данный участок, участок им понравился, но 20 соток было много, и стоил он для них дорого, поэтому они его покупать отказались. Осенью 2015 года им позвонила агент указанного выше агентства – ФИО39 и сообщила, что земельный участок размежевали на два участка по 10 соток, соответственно и цена участков стала ниже – 2 миллиона рублей. Они снова задумались о покупке земельного участка. После переговоров с ДД.ММ.ГГГГ они снизили цену до 1 650 000 рублей. Земельный участок адрес имеет следующий: &lt;адрес&gt;, ДД.ММ.ГГГГ, кадастровый №. Кадастровый номер участка, из которого был выделен этот участок, не знает. Далее ее супруг занимался оформлением документов, он проверил наличие обременений на земельном участке. По документам все было в порядке. Общались они с ФИО9 (директор агентства) и ДД.ММ.ГГГГ (риэлтор). Право собственности на земельный участок было зарегистрировано на ДД.ММ.ГГГГ узнала в день подписания договора купли-продажи. Договор купли-продажи готовило агентство недвижимости, договор купли-продажи и передаточный акт были подписаны 30.12.2015. Стоимость земельного участка в договоре была прописана в сумме 700 000 рублей, реальная стоимость составила 1 650 000 рублей. Денежные средства за указанный участок передавали в один день, но по двум распискам – одна расписка на сумму 700 000 рублей (как указано в договоре), вторая расписка на сумму 950 000 рублей. Все денежные средства ее муж передавал в руки ФИО97. Помимо указанных сумм денежных средств, более они никому ничего не платили, право собственности оформлялось в общем порядке. Позже, уже дома, они с мужем подумали, что фактически земельный участок ФИО39 не принадлежал. Они так подумали, поскольку она говорила, что за продажу этого земельного участка получит только комиссионное вознаграждение в сумме 30 000 рублей, а также потому, что деньги муж передал ФИО97, а не ФИО39. Кому на самом деле принадлежал земельный участок, не знает. Весной 2016 муж обратился в администрацию Московского МО с заявлением на разрешение вырубки берез. Администрация ответила в письменном виде, что на земельном участке, находящемся в собственности, разрешение на вырубку деревьев не требуется. После этого они приступили к вырубке берез, с целью дальнейшего строительства дома на земельном участке. В момент рубки приехали сотрудники полиции, которые сообщили о том, что их земельный участок фигурирует в уголовном деле. ФИО25 не знает, никогда с ним не общалась. О том, что земельный участок был оформлен в собственность с нарушениями, она узнала от сотрудников полиции. Изъять участок у них никто не пытался. С участком пока ничего не предпринимают. Таких участков целая улица в д.Дербыши. Осенью 2016 года обращались за разрешением на строительство в Администрацию, но ответа пока нет. Свидетель ФИО63 дал аналогичные показания. Свидетель ФИО12 пояснила, что в дачном сообществе «Весна» в &lt;адрес&gt; у нее имеется дача, на которой расположен ветхий дом. Она решила со своим супругом его продать. На вырученные деньги построить новый дом на вновь приобретенном земельном участке. Примерно в декабре 2015 года по средствам сети интернет узнала про агентство недвижимости «Арена», которое занимается продажей земельных участков. В агентстве недвижимости ей предложили земельный участок, расположенный в &lt;адрес&gt;. Стоимость данного участка составляла 2 000 000 рублей, фактически данный земельный участок она (ФИО12) приобрела за 1 700 000 рублей. Продавцом земельного участка был собственник – ФИО39, которая работает в АН «Арена» агентом по недвижимости. При сделки купли – продажи со стороны продавца ДД.ММ.ГГГГ присутствовал ФИО97. В договоре купли – продажи была указанна сумма 700 000 рублей, но фактически за указанный земельный участок передала ФИО97 и ФИО39 сумму 1 700 000 рублей. ФИО39 были написаны соответствующие расписки. Договор купли – продажи был подписан в АН «Арена», а денежные средства передала в Управлении Росрееста в момент подачи необходимых документов для осуществления государственной регистрации за указанный земельный участок. Законность и подлинность правоустанавливающих документов на имя ФИО39 у нее сомнений не вызвало, так как ФИО39 предъявила свидетельство о государственной регистрации права, документом основания выдачи которого был договор купли – продажи данного земельного участка, так же на момент приобретения земельный участок обременен не был. Свидетель ФИО9 пояснил, что около 5 лет он занимается продажей недвижимости, в том числе земельных участков. У него агентство недвижимости «Арена», несколько риэлторов. С ФИО25 познакомился примерно в конце 2014 года. Он (ФИО97) периодически обращался за юридическими консультациями в области оформления прав на недвижимость в Тюменскую городскую коллегию адвокатов (&lt;...&gt;). Там же он часто видел ФИО36. Там они и познакомились. ФИО25 рассказал, что он юрист, оказывает юридические услуги в области гражданского права (наследство, подготовка исков и т.д.). Он (ФИО97) ему рассказал, что занимается оказанием посреднических услуг при осуществлении купли-продажи недвижимости. Они обменялись телефонами. ФИО25 производил хорошее впечатление, был аккуратно одет, хорошо говорил, внушал доверие. Потом они некоторое время не общались. Примерно весной 2015 года ему (ФИО97) позвонил ФИО25 и сказал, что у него есть несколько земельных участков на продажу в д. Дербыши. Он (ФИО97) сказал, что готов посмотреть документы на участки и попросил его приехать в офис. ФИО25 привез документы на несколько земельных участков, примерно, на 5-8 штук. Документы были следующие – государственные акты на право постоянного (бессрочного) пользования земельным участком, кадастровые выписки на эти участки и доверенности от собственников на имя ФИО25 Все государственные ФИО34 были оформлены на разных людей, в основном на пожилых. Все земельные участки стояли на кадастровом учете. О таком количестве земельных участков ФИО25 сказал, что по каким-то сведениям узнал, кому выдавались земельные участки по таким ФИО34 и к каждому собственнику ездил, договаривался и выкупал их, то есть целенаправленно искал собственников понравившихся ему участков и уговаривал их продать эти участки. Государственные ФИО34 он (ФИО97) осмотрел. Он видел такие ФИО34 и ранее, предоставленные ФИО36 ФИО34 были на вид обычные, бланки затертые, в некоторых местах порваны. Сомнений они у него не вызвали. Все государственные ФИО34 были на земельные участки, расположенные в д.Дербыши. После проверки документов согласился продать данные участки. Стоимость участков устанавливал ФИО25, на каждый участок индивидуально, поскольку участки были разные по площади. Первоначальная стоимость составляла 4 500 000 рублей. Комиссионные ему были установлены в сумме 250 000 рублей с продажи каждого земельного участка. Примерно на следующий день они с ФИО36 поехали в дДД.ММ.ГГГГ, чтобы он (ФИО97) мог посмотреть земельные участки. Все участки располагались рядом, место хорошее, на участках росли сосны. После просмотра сделал ксерокопии нескольких документов и приступил к поиску покупателей. Информацию об имеющихся на продаже земельных участках он дал своим риэлторам. Объявления размещались на интернет-сайтах. Спустя некоторое время ему позвонил его дальний знакомый – ФИО103, который сказал, что увидел объявление о продаже земельного участка в д.Дербыши. Кто-то из риэлторов показал ему участок, участок понравился. Он поговорил с Чернявским, который спросил, есть ли какие-то подвохи, все ли в порядке с документами. Показал ФИО94 все документы, уверил его, что все в порядке. Да и сам был уверен, что участки оформлены правильно и никаких «подвохов» нет. Чернявский согласился на покупку земельного участка площадью 20 соток за 4 300 000 рублей с оформлением права собственности на свою жену – ФИО51 Все документы по земельному участку (кадастровые выписки, копия государственного ФИО34, доверенность, паспорта продавца и доверенного лица, выписку из ЕГРП) предоставили в банк «Сургутнефтегазбанк», поскольку Чернявские брали ипотечный кредит на покупку земельного участка. Договор купли-продажи составили в банке. После оформления документов в банке ДД.ММ.ГГГГ, в этот же день покупатель и продавец обратились в Росреестр, где регистрация права собственности прошла без каких-либо заминок. От продавца (ФИО1) присутствовал ФИО25, от покупателя – ФИО51 На сделке также присутствовал он (ФИО97), поскольку он на сделках присутствовал всегда. Комиссионные агентству выплачиваются после оформления сделки. ФИО25 в его присутствии подписывал договор купли-продажи, передаточный ФИО34, писал расписки о получении денежных средств. Денежные средства, соответственно, получил ФИО25. Он (ФИО97) видел, что деньги забрал он. После заключения сделки ФИО25 заплатил ему комиссионные в сумме 200 000 рублей, сказал, что 50 000 рублей отдаст со следующее сделки, так как сейчас ему нужны деньги. Следующий земельный участок с кадастровым номером – последние цифры 385 был продан ДД.ММ.ГГГГ по договору купли-продажи между ФИО6 и ФИО52 Представителем ФИО6 по доверенности был ФИО5 Причем на этот участок ФИО25 уже получил свидетельство о государственной регистрации права от ДД.ММ.ГГГГ. Отношения к получению свидетельства он (ФИО97) не имел, услуг по регистрации права собственности на земельный участок не оказывал. ФИО25 сам оформил данное свидетельство. В основном договоре стоимость участка указана 1 000 000 рублей, фактически участок был продан за 3 500 000 рублей. Все денежные средства ФИО95 передал ФИО36, деньги забрал он. ФИО25 заплатил ему (ФИО97) комиссионные в сумме 300 000 с учетом долга по прошлому договору. В этот же день вечером ФИО25 занял у него деньги в сумме 150 000 рублей и на следующий день еще 80 000 рублей. Расписки ФИО97 и ФИО25 друг другу не писали, т.к. Он (ФИО97) понимал, что продаст еще его участки и ФИО25 вынужден будет отдать ему все долги. ДД.ММ.ГГГГ аналогичным образом был продан земельный участок с кадастровым номером – последние цифры 388 ФИО75 ФИО25 торопил продавать земельные участки и готов был снижать цену. Данный участок он продал всего за 1 500 000 рублей. Деньги забрал ФИО25. С данной продажи он (ФИО97) получил агентские в сумме 100 000 рублей. На все последующие земельные участки ФИО25 уже принес свидетельства о государственной регистрации права, то есть к августу 2015 года уже продавал земельные участки не по государственным ФИО34, а по новым свидетельствам. Далее ФИО25 предложил размежевать два земельных участка, с кадастровым номером – последние цифры 373 площадью по 40 соток и 390, площадью 20 соток. Он (ФИО97) приостановил продажи на эти участки. Некоторое время ФИО25 занимался межеванием участков и к осени 2015 года были образованы 4 новых земельных участка. Один земельный участок приобрел он (ФИО97), право собственности оформил на имя своей жены – ФИО15 за 2 000 000 рублей. Договор был оформлен с использованием кредитных средств банка «Сбербанк России». Причем сначала земельный участок был продан ФИО104 для последующего его межевания. Однако ФИО104 не смогла заплатить за земельный участок и участок выкупил он (ФИО97). Далее ФИО25 сказал, что ему нужно часто уезжать в &lt;адрес&gt;, на Север, говорил, что на учебу. ФИО25 сказал, что ему неудобно присутствовать на сделках и собственников по документам, пожилых людей, привозить тоже неудобно. Кроме того, земельные участки, право собственности на которые зарегистрировано по государственным ФИО34, всегда вызывают сомнение и их сложнее продать. Например, была ситуация с покупателем ФИО104, который поехал к женщине, которая была указана собственником земельного участка в государственном ФИО34, и спрашивал ее, действительно ли она является собственником. Чтобы избежать таких неудобств, ФИО25 предложил оформить право собственности на земельные участки на кого-то из сотрудников АН «Арена». Он подумал, что в этом ничего противозаконного нет, и согласился. В АН «Арена» всего несколько риэлторов, у многих ипотека. Единственным свободным риэлтором была ФИО49, которую он (ФИО97) спросил, согласится ли она оформить на себя право собственности на 2 земельных участка с целью последующей их продажи, на что ФИО39 согласилась. Тогда он (ФИО97) напечатал договоры купли-продажи на ФИО39, после чего было зарегистрировано право собственности на нее. При этом фактически денежные средства ДД.ММ.ГГГГ ФИО36 не передавала и не оплачивала даже государственную пошлину за регистрацию. Все эти расходы понес ФИО5 Это была именно его идея о переоформлении собственника земельных участков с целью упрощения последующей их продажи и придания документам о праве собственности вида большей надежности. После этого все участки, оформленные на ДД.ММ.ГГГГ были проданы ФИО12, ДД.ММ.ГГГГ и ФИО13. Все денежные средства, полученные от покупателей, в присутствии его (ФИО97) забирал ФИО25. Он (ФИО97) присутствовал на всех сделках. ДД.ММ.ГГГГ с продажи каждого земельного участка получила комиссионные около 30 000 рублей. После реализации последнего земельного участка он (ФИО97) потребовал от ФИО36 заплатить ему все его комиссионные и деньги, которые он брал у него в долг. ФИО25 был вынужден отдать все, что был должен. Последний земельный участок был продан ДД.ММ.ГГГГ После этого отношений с ФИО36 не было. О том, что земельные участки были оформлены по подложным государственным ФИО34, узнал от своих клиентов (ФИО94, ФИО95, Шульга), которые начали звонить ему и жаловаться, что у них арестованы земельные участки, требовали вернуть им денежные средства, поскольку считали, что он (ФИО97) был осведомлен о том, что документы на земельные участки были подложные. На самом деле он об этом ничего не знал, и сам купил у ФИО36 земельный участок, при этом взял деньги в кредит. Если бы он был в курсе того, что земельные участки оформлены мошенническим способом, он никогда бы его не купил. Сейчас земельный участок, который он купил у ФИО36, находится в собственности его жены. Свидетель ФИО15 пояснила, что ее муж – ФИО9 занимается продажей недвижимости, в том числе земельных участков. Он является руководителем агентства недвижимости «Арена». С ФИО25 знакома, видела его два раза, знает его как клиента мужа. Это было тогда, когда она вместе с мужем ездила смотреть земельные участки, которые продавал ФИО25. Со слов мужа знает, что ФИО25 обратился в агентство к ее мужу с просьбой продать земельные участки в дДД.ММ.ГГГГ. Они тоже с мужем хотели там купить участок, поэтому поехала посмотреть участки вместе с мужем. Во время поездок ФИО25 много говорил, рассказывал про участки, показывал документы, называл площади и т.д. Вел он себя спокойно, доброжелательно. Между ним и ее мужем как она поняла, отношения были только деловые, потому что они обсуждали исключительно земельные вопросы По разговору ФИО36 решила, что участки принадлежат ему. В сентябре 2015 года муж ей сказал, что можно купить один из земельных участков за 2 000 000 рублей площадью 20 соток в дДД.ММ.ГГГГ у ФИО36. Подумала, что стоимость нормальная и согласилась. Оформлением всех документов занимался муж. Она (ФИО97) не знает, как это все происходило, она только подписала подготовленные документы. Денежные средства на данный участок они взяли в банке «Сбербанк» в ипотеку, под залог этого же участка. В настоящее время ежемесячный платеж составляет около 31 000 рублей. Видела, что по договору купли-продажи продавцом участка была ФИО64, но не знает, по какой причине. Со слов мужа, он покупал участок у ФИО36 и деньги передавал ему. При передаче денег от ее мужа ФИО36 она не присутствовала. Весной 2016 года от мужа узнала, что ФИО36 задержали по подозрению в совершении преступления. Муж рассказал, что земельные участки, которые ФИО25 продавал, он получил путем мошенничества, по поддельным документам. В том числе по поддельным документам оформлен и тот участок, который купили они. В настоящее время участок с кадастровым номером 72:17:1303001:391 в ДД.ММ.ГГГГ, который они купили у ФИО36, находится у нее (ФИО97) в собственности. Свидетель ФИО65 пояснила, что в 2002 году она устроилась в управление Росреестра по &lt;адрес&gt;. Уволилась она по собственному желанию в феврале 2016 года. С ФИО28 познакомилась весной 2015 года - ФИО28 сама ее нашла через их общую знакомую ДД.ММ.ГГГГ. ФИО28 позвонила ей (ДД.ММ.ГГГГ на сотовый телефон и спросила, может ли она помочь ей в регистрации прав на земельные участки. В ходе телефонного разговора они с ФИО28 договорились о том, что та передаст ей (ДД.ММ.ГГГГ) документы на земельные участки, которые она покажет кому-нибудь из регистраторов, чтобы регистратор сказала ей, возможно ли по данным документам зарегистрировать право собственности или нет. Через некоторое время в выходной день ФИО28 встретилась с ней передала документы – Государственный акт на право собственности на землю образца 1993 года. При встрече ФИО28 пояснила, что ей нужно, чтобы переданные документы были беспрепятственно зарегистрированы, то есть без проверочных мероприятий - направления запросов для подтверждения подлинности переданных ФИО28 документов. То есть ФИО28 намекнула, что государственный ФИО34 с каким-то изъяном, но конкретно с каким, не поясняла. После этого она (ДД.ММ.ГГГГ) скинула по вайберу фотографию данного ФИО34 государственному регистратору ФИО48, а потом и показала ей оригинал. ДД.ММ.ГГГГ сказала, что государственный ФИО34 содержит все необходимые реквизиты и что по нему можно регистрировать право собственности, попросив 60 000 рублей за регистрацию одного земельного участка. О том, что регистрация права собственности по таким ФИО34 будет незаконной, она (ДД.ММ.ГГГГ) не знала. Когда она (ДД.ММ.ГГГГ) встретилась с ФИО28, то сказала ей, что по такому государственному ФИО34 можно зарегистрировать право собственности на земельный участок, и что регистрация одного земельного участка будет стоить 80 000 рублей. ФИО28 сказала, что таких государственных ФИО34 около десяти и что она будет приносить их частями, то есть не все сразу, так же как и частями будут приносить деньги за регистрацию земельных участков по данным ФИО34. Примерно в мае-июне 2015 года ФИО28 передала ей (ДД.ММ.ГГГГ) деньги в сумме 240 000 рублей за регистрацию права собственности на три земельные участки, а потом, примерно через месяц - еще за регистрацию права собственности на четыре земельных участка - в сумме 320 000 рублей. Ей (Костянецкой) не известно, действовала ли ФИО28 при передаче денежных средств за регистрацию права собственности на земельные участки в своих интересах или в интересах кого-то еще. Ее это не интересовало. ФИО28 ее по поводу того, кому принадлежат земельные участки, кто передает за их регистрацию денежные средства ничего не поясняла, поэтому она (Костянецкая) воспринимала ФИО28 как взяткодателя. ФИО25 не знает, никогда его не видела и не общалась с ним. С ФИО48 знакома, знает ее достаточно хорошо, между ней и ФИО48 деловые отношения. ФИО48 работала в Управлении «Росреестра» по &lt;адрес&gt; в должности государственного регистратора и в ее должностные обязанности входила государственная регистрация прав на объекты недвижимого имущества – внесение сведений в ЕГРФИО66 знакома с 2012 года, поскольку она сама лично приносила ей документы на регистрацию. Денежные средства, полученные от ФИО28 за регистрацию земельных участков, она передавала ФИО37. ФИО28 говорила, что к ней обратился мужчина с просьбой зарегистрировать земельные участки по таким ФИО34, но кто конкретно из мужчин – не говорила. Свидетель ФИО67 пояснил, что в 1990 - 1991 году был создан Комитет по земельной реформе. Данный комитет был создан с целью передачи земель из государственной собственности в частную (приватизация). В компетенцию этого учреждения входила регистрация документов на право собственности на землю. Какие именно документы регистрировались - не помнит. Конкретную дату ввода в оборот документов установленного образца он тоже не помнит, в разное время с момента образования формы документов установленного образца были разные. С момента образования названное учреждение было органом федерального подчинения. В 1991 - 1992 году при областном Комитете по земельной реформе был создан районный Комитет по земельной реформе, председателем которого являлся он (ФИО105) с момента образования до 2001 года. Полное наименование было - Комитет по земельной реформе &lt;адрес&gt;. С момента образования указанное учреждение несколько раз переименовывалось. Указанное учреждение создавалось на 5 лет до окончания земельной реформы. По истечении пяти лет функции были изменены, то есть к имеющимся функциям были добавлены функции землеустройства. С этого момента учреждение стало носить название Земельный комитет по земельным ресурсам и землеустройству &lt;адрес&gt;. Данные функции исполнялись до 1999 года. В ходе предварительного следствия ему (ДД.ММ.ГГГГ для обозрения были представлены Государственные ФИО34 на право собственности на землю, пожизненного наследуемого владения, бессрочного (постоянного) пользования землей. Процесс предоставления земельных участков на территории &lt;адрес&gt; в 1990 – 1993 годах был следующим: на местном уровне – сельским советом - администрацией принималось решение о выделении - предоставлении земельного участка конкретному лицу, с указанием площади и местоположения земельного участка, при этом площадь предоставляемого земельного участка не могла превышать установленной предельной нормы предоставления земельного участка. Данная норма была установлена &lt;адрес&gt; Думой или администрации &lt;адрес&gt;. В настоящее время нормы предоставления участков не помнит. Полномочия по принятию решения о предоставлении земельных участков гражданам в разное время относились изначально к сельским советам, а потом данные полномочия были переданы в администрацию &lt;адрес&gt;. Какой порядок и в чьей компетенции были данные полномочия в период с 1991 – по 1993 год - не помнит. Подготовленные в сельской администрации документы представлялись в Комитет по земельной реформе &lt;адрес&gt; для регистрации. После регистрации данные документы возвращались в сельские администрации для выдачи гражданам. Регистрация производилась в специальном журнале регистрации Государственных ФИО34 на право собственности на землю, пожизненного наследуемого владения, бессрочного (постоянного) пользования землей. Государственному ФИО34 на право собственности на землю, пожизненного наследуемого владения, бессрочного (постоянного) пользования землей присваивался индивидуальный регистрационный номер, который начинался с абревиатуры ТЮ – 1, где ТЮ обозначает &lt;адрес&gt;, а дальше идет индивидуальный регистрационный номер. В представленных ему в ходе следствия Государственных ФИО34 стоит факсимиле с его (ДД.ММ.ГГГГ подписью. Факсимиле с оттиском его подписи в Комитете была, кто и когда изготавливал его факсимиле - не помнит. Факсимиле хранилось и использовалось его помощником ФИО87 Государственный ФИО34 на право собственности на землю, пожизненного наследуемого владения, бессрочного (постоянного) пользования землей издавался в двух экземплярах, один из которых обязательно поступал на архивное хранение. Все документы должны находиться на архивном хранении. Указанные в в представленных ему в ходе следствия Государственных ФИО34 на право собственности на землю, пожизненного наследуемого владения, бессрочного (постоянного) пользования землей лица ему не известны. Свидетель ФИО68 пояснила, что примерно с осени 2014 года работала в ООО «Наша-Тюмень-72», директором являлся ФИО25 Официально трудоустроена не была. Заработную плату Трубачев ей платил в сумме 10 000 рублей, и 30% от оплаты по каждому гражданскому делу. Кроме нее, в офисе еще работали ДД.ММ.ГГГГ, ДД.ММ.ГГГГ. Еще была женщина, которая выполняла бухгалтерскую работу, но она в офисе никогда не бывала, она ее не знает. ФИО25 производил впечатление спокойного человека, способного уговорить кого угодно и на что угодно. В юридических вопросах ФИО25 грамотным не был, в основном всю юридическую работу делала она ДД.ММ.ГГГГ ФИО25 выполнял только простую работу и по шаблону из интернета. ФИО25 хитрый, изворотливый, за всю свою работу всегда брал деньги, даже со своих родственников. Трубачев ездил на автомашине «Митсубиши» серого цвета, которую ФИО25 продал в середине лета 2015 года. Примерно в это же время он купил автомобиль «ФИО21 ДД.ММ.ГГГГ серебристого цвета. Других машин она у него не видела. Она (ФИО106) практически всех клиентов ООО «Наша-Тюмень-72» знает. Видела всех людей, которые приходили в офис. Однако ничего о том, что ФИО25 занимается оформлением земельных участков в д. Дербыши и их продажей, она не знала. Ей ФИО25 никогда никакие земельные участки купить не предлагал. Однажды весной или в начале лета 2015 года ФИО25 у ФИО106 попросил ее паспортные данные и оформить на его имя доверенность, сказал, что ему нужно это для оформления какой-то сделки, при этом в подробности не вдавался. Ответила ФИО36, что свои паспортные данные она ему не даст и доверенность на него оформлять не будет. Для чего ему это было нужно, она тогда не могла даже предположить. ФИО28 ей не знакома. Дел по ее заявлениям у них в офисе не было, Никогда не видела, чтобы ФИО28 приходила к ним в офис. Никаких бесед по поводу оформления земельных участков ФИО25 в ее присутствии ни с кем, в том числе с ФИО28 не вел. Не видела, чтобы ФИО28 передавала ему какие-либо деньги или документы по земельным участкам. ДД.ММ.ГГГГ были клиентами ООО, работала с ними по гражданским делам по земельным участкам. В феврале 2016 года ФИО36 задержали по подозрению в совершении преступления по мошенническим действиям с земельными участками. Она (ФИО106) тогда ничего об этом не знала. После этого она закончила все дела в офисах, довела гражданские дела, которые у нее были. Оплату она больше никакую не получила, просто она ответственный человек и не могла бросить клиентов. От Трубачева ей сначала пришла записка, в которой были перечислены фамилии людей, по которым нужно было довести дела. ФИО25 на тот момент находился под домашним арестом. Потом ФИО36 перевели в СИЗО. Примерно в середине мая 2015 года ФИО25 начал звонить ей на сотовый телефон. Он сказал, что находится в СИЗО, просил ее дать показания, какие конкретно – не говорил. Спустя некоторое время ФИО25 снова позвонил и сказал, что хочет, чтобы она в своих показаниях сообщила, будто видела, как ФИО28 приходила в офис и он передавал ей деньги, а она ему документы на земельный участок. Она (ДД.ММ.ГГГГ тогда поняла, что ФИО25 хочет, чтобы она дала показания, выгодные ему. Она отказом не ответила, поскольку опасалась его. Она сказала ФИО36, что подумает. После этого ФИО25 стал звонить достаточно часто, уговаривал, даже намекал на то, что будет вознаграждение, но ничего конкретного по сумме не сказал. Она (ДД.ММ.ГГГГ ему ответила, что ей деньги не нужны, и она вообще еще не согласилась помогать ему. Спустя еще некоторое время к ней позвонил ФИО25 и сказал, что к ней подъедет от него человек. Она вышла на улицу, это был вечер, к ней подошел мужчина и предложил почитать показания ФИО28, а также были уже напечатаны показания, якобы, от ее (ФИО106) имени. Прочитала показания от своего имени: там была написана неправда в той части, что она знала о том, что ФИО28 через ФИО36 продавала какие-то земельные участки, а она (ФИО106), якобы, даже составляла договоры и расписки о передаче денежных средств, а ФИО25 просто ходил как представитель и сам ничего вообще не делал. На самом деле такого не было, Она (ФИО106) вообще не знала о том, что у Трубачева есть какие-то дела по земельным участкам. Показания она давать отказалась. ФИО25 продолжал звонить ей до конца июня 2015 года, после чего она поменяла сотовый телефон, чтобы ФИО25 перестал ей звонить. Свидетель ФИО16 пояснила, что в 2015 году у ее мамы возникла необходимость в оформлении права собственности на земельный участок и дом, расположенные по адресу: &lt;адрес&gt;. Право собственности на данную недвижимость возникло в 40-х годах, мама решила получить документы нового образца. Сожитель ФИО17 сказал, что у него есть знакомый юрист по имени ФИО26, который занимается оформлением недвижимости. Примерно в июле 2015 года она позвонила ФИО26, позже узнала его фамилию – ФИО96. Объяснила ситуацию, он приехал к ним на дачу, где они в тот момент находились. Она (ФИО99) показала ему документы, после чего он сказал, что этим делом будет заниматься сотрудница его фирмы – ФИО106. Как называется юридическая фирма, она не знает. За юридические услуги ФИО25 установил плату в сумме 60 000 рублей, в эту сумму входило все – оформление доверенностей, межевые работы, представительство в суде и т.д. Денежные средства передавала частями. После достижения договоренности, мама поехала в офис, где подписала договор о предоставлении услуг, к которому был прикреплен чек на оплату первой части суммы, на последующую оплату чеки ФИО25 не передавал. ФИО25 сам не занимался работой по их делу, всем занималась Юлия, она и приезжала к ним домой. С ФИО36 она (ФИО99) общалась всего несколько раз, недолго, только передавала ему деньги за услуги и оформляла доверенность. После оформления участка в &lt;адрес&gt; он по ее поручению занимался оформлением участка в СНТ на Верхнем Бору. Отношения были исключительно деловые. ФИО25 производил впечатление тихого, спокойного, адекватного человека. Все свои обязательства по договорам он выполнил. ФИО28 не знает. В офисе ФИО36 никогда не была. Ее мама тоже в офисе у него не была, она и не общалась практически с ним, за исключением первой договоренности и выдачи доверенностей. Свидетель ФИО7 пояснила, что в 2013 году она работала юристом в Тюменской городской коллегии адвокатов. В коллегию обратился ранее незнакомый ей ФИО25 с просьбой составить исковое заявление. После оказания юридической помощи ФИО25 стал часто приходить к ним в офис. Спустя некоторое время коллегия переехала в офис по &lt;адрес&gt;, где ФИО25 также открыл офис юридической компании. Примерно в конце весны 2015 года к ней обратился ФИО25 и спросил, есть ли у нее знакомый геодезист для межевания земельных участков и осуществления кадастровых работ. Она порекомендовала ФИО14. ФИО25 начал с ним работать, ФИО14 межевал несколько земельных участков, но какие конкретно, она не знает. Спустя еще некоторое время ей позвонил ФИО14 и сказал, что ФИО25 предлагает рассчитаться с ним за работу земельным участком в д.Дербыши. Правоустанавливающим документом был государственный ФИО34 на право собственности на землю. Она сказала ФИО14, что на такую сделку можно пойти только в том случае, если государственный ФИО34 пройдет регистрацию в Управлении Росреестра. ФИО14 сказал, что свою работу он оценил примерно 600 000 рублей. ФИО25 предложил ФИО14 приобрести земельный участок в дДД.ММ.ГГГГ за 600 000 рублей – как оплата за работу. Позже узнала, что ФИО14 приобрел предложенный ФИО36 земельный участок и оформил право собственности на имя своего брата – Цендревича. Об этом рассказала своей знакомой ДД.ММ.ГГГГ, которая сказала, что тоже хочет такой земельный участок в дДД.ММ.ГГГГ за такую стоимость и спросила, кто продает эти участки. Рассказала ей о ФИО36. ДД.ММ.ГГГГ попросила ее (ФИО7) договориться с ФИО36. После этого поговорила с ФИО36. Он сказал, что есть участок, показал ей государственный ФИО34 и доверенность от ФИО57 на оформление документов и продажу земельного участка. Она (ФИО7) сказала ФИО36, что покупатель оставит задаток, но оставшуюся сумму денег ему передадут после того, как право собственности по ФИО34 будет зарегистрировано в Управлении Росреестра. После этого ФИО25 сам занимался регистрацией земельного участка. ФИО107 предложила купить участок своему брату Кация Вахтангу, который в тот момент как раз взял кредит на автомобиль. ФИО108 согласился. После получения свидетельства о регистрации права собственности на земельный участок с кадастровым номером последние цифры 373, по &lt;адрес&gt;, ДД.ММ.ГГГГ, ФИО25 заказал работы по межеванию этого участка на два смежных, один из которых (с кадастровым номером последние цифры 392) продал ДД.ММ.ГГГГ за 600 000 рублей. Получение свидетельства о праве собственности на участок с этим кадастровым номером они не дожидались, потому что была регистрация участка с кадастровым номером с последними цифрами 373. Договор купли-продажи готовила она (ФИО7), также она настояла на том, чтобы ФИО25 привел собственника земельного участка – ФИО57 и договор подписала она. Договор купли-продажи от ДД.ММ.ГГГГ подписывали ФИО59 и ФИО57 в помещении Управления Росреестра на &lt;адрес&gt;. ФИО57 сама подписала договор. Она (ФИО7) с ней не разговаривала, она подписала подготовленные документы и ушла. Паспорт у ФИО123 не проверяла. ФИО25 при этом присутствовал. Денежные средства в этот момент не передавали, поскольку договаривались о том, что деньги передадут только после получения Свидетельства. Регистрация прошла ДД.ММ.ГГГГ получил свидетельство о регистрации права собственности на земельный участок. Денежные средства по договору купли-продажи ФИО36 лично в руки передала она (ФИО7) ДД.ММ.ГГГГ. Свидетель ФИО69 пояснил, что ФИО28 – его супруга. Охарактеризовал ее с положительной стороны. Ранее ФИО28 работала в Федеральной кадастровой палате в должности ведущего инженера. Заработная плата ФИО28 составляла 20 000 рублей, какие-то дополнительные деньги она домой никогда не приносила. Семью в основном содержал он (ДД.ММ.ГГГГ О своей работе ФИО28 никогда много не рассказывала. О том, что ФИО28 знакома с ФИО36, он не знал, видел его один раз, когда ФИО28 вышла с работы, села в машину к ФИО36, где Трубачев ей передал какой-то пакет. О том, что в отношении ФИО28 возбуждено уголовное дело по подозрению ее в совершении мошенничества, узнал в феврале 2016 года. После этого ФИО28 рассказала, что в 2014 году она познакомилась с ФИО25 – он юрист и занимался оформлением земельных участков. Она познакомилась с ним на работе. Зимой 2015 года ФИО25 предложил ей заниматься незаконным оформлением земельных участков, на что она согласилась и они вместе поставили на кадастровый учет несколько земельных участков, точно сколько, он не знает. ФИО25 обещал оформить один участок на ФИО28, а также передать ей часть денег за проданные земельные участки, однако фактически она никаких денег не получила. О том, что все это незаконно, ФИО28 поняла позже. Когда стало известно о возбуждении уголовного дела, спросил ФИО28, был ли это ФИО25 тогда в машине, когда передавал ей сверток. Она ответила, что это действительно был ФИО25, и он передал ей денежные средства, которые она потом отдала сотруднику Регистрационной палаты за регистрацию земельных участков. Какая там была сумма, и за какие участки, он (ФИО109) не знает. У ФИО28 в собственности имеется автомобиль, который был приобретен в конце 2015 года на кредитные средства, в том числе и на его (ДД.ММ.ГГГГ) средства. В ходе обыска в их квартире изъяты денежные средства в сумме 288 000 рублей. Это деньги ФИО28 Она сказала, что это деньги не ее, а переданы ей по работе. Деньги лежали вместе с ее рабочими документами. Свидетель ФИО70 пояснила, что у нее есть сестра – ФИО28, отношения у нее с ФИО28 хорошие, они общаются достаточно часто, но подробностей о своей личной жизни ФИО28 не рассказывает. Ранее ФИО28 работала в Кадастровой палате в должности инженера, она замужем, отношения с мужем у нее хорошие. У них благополучная семья. Охарактеризовала ее как человека хорошего, ответственного. Муж у ФИО28 часто бывает в командировках. Примерно в феврале 2015 года, а также примерно в мае 2015 года она (ФИО98) вечером пошла в гости к ФИО28. Когда она подходила к дому ФИО28, увидела, что ФИО28 и незнакомый мужчина стоят на парковке около дома и разговаривают. Когда она (ФИО98) подошла, ФИО8 попрощалась с этим мужчиной, и они пошли домой. ФИО8 сказала, что этот мужчина - ее знакомый по работе, зовут его ФИО26. В феврале 2016 года в отношении ФИО28 возбудили уголовное дело. ФИО28 после этого сказала, что фамилия Евгения – ФИО25. Он предложил ей вместе с ним оформить в собственность земельные участки, а потом продать их. За это он обещал ей деньги, но фактически ничего ей не дал, обманул ее. ФИО28 также говорила, что ФИО25 предлагал продавать участки незаконно. Другие подробности ФИО28 не рассказывала. ФИО28 представила ФИО36, как заместителя губернатора. Она (ФИО98) видела ФИО36 9 Мая на трибуне рядом с губернатором Тюменской области ФИО110, поэтому полагала, что это так и есть. В судебном заседании по ходатайству гособвинителя с согласия участников процесса, в связи с вызовом и неявкой, в соответствии с ч.1 ст. 281 УПК РФ , оглашались показания свидетелей ФИО75, ФИО57, ФИО71, ФИО18, ФИО72, ФИО79, ФИО80, ФИО81, ФИО64, ФИО82, ФИО83, ФИО1, ФИО86, ФИО73, ФИО87, ФИО74, ФИО88, ФИО89, данные в ходе предварительного следствия. Свидетель ФИО75 пояснял, что примерно с апреля 2015 года решил приобрести земельный участок расположенный недалеко от &lt;адрес&gt; для строительства жилого дома. В середине июля 2015 года он обратился в агентство недвижимости «Арена», где ему предложили посмотреть земельный участок, расположенный в &lt;адрес&gt; с кадастровым номером 72:17:1303001:388. После визуального осмотра данный земельный участок ему понравился, решил приобрести. Познакомился с директором АН «Арена» ФИО29, с которым договорились о сделке. ФИО29 представил правоустанавливающие документы на указанный земельный участок, а именно: свидетельство о государственной регистрации права от ДД.ММ.ГГГГ регистрационная запись 72-72/001-72/001/098/2015-2263/1 на имя ФИО18 ДД.ММ.ГГГГ года рождения, с указанным документом основания Государственный ФИО34 на право собственности на землю, пожизненного наследуемого владения, бессрочного (постоянного) пользования землей серия: ТЮ1 №, выдан &lt;адрес&gt; на основании распоряжения &lt;адрес&gt; от ДД.ММ.ГГГГ №, зарегистрирован в Книге записей Государственных ФИО34 на право собственности, владения, пользования землей за №. Так же была предоставлена кадастровая выписка с координатами указанного земельного участка. Сомнений в подлинности представленных документов у него не было, так как данные документы были подлинные по форме и на них имелись синие печати соответствующих учреждений. ФИО29 говорил ему, что документы нормальные, то есть подлинные. В процессе сделки стало известно, что данный земельный участок продает ФИО25 по доверенности от ФИО18 Сам ФИО25 пояснял, что он является дальним родственником ФИО18 После этого, до того как сдать документы для регистрации сделки купли-продажи в Управление «Росреестра» по &lt;адрес&gt; и отдать денежные средства в сумме 1 500 000 рублей за указанный земельный участок, он (ФИО104) в здании указанного учреждения по &lt;адрес&gt; попросил у ФИО25 номер телефона ФИО18 для того, чтобы связаться с ней (с ФИО18) и удостовериться в том, что указанный земельный участок действительно принадлежит ей, и что данный земельный участок уполномочен продавать ФИО25 ФИО25 дал номер телефона ФИО18 По данному номеру связаться с ФИО18 не смог и от сделки отказался до тех пор, пока не созвонится или не встретится с указанным лицом, и не выяснит все вопросы. На следующий день, точную дату не помнит, с ФИО18 связался, и она подтвердила, что она на самом деле продает указанный земельный участок через ФИО25, и что участок принадлежит ей. После данного разговора он (ФИО104) предложил ФИО18 встретиться, на что ФИО18 ему сказала, что сможет встретиться через несколько дней. После этого связался с ФИО25, который настаивал на совершении сделки именно в этот день - не позже, но он (ФИО104) стоял на своем, а именно: на том, что к сделке купли-продажи указанного земельного участка он не готов до того момента, пока не встретится с ФИО18 В итоге, так как ФИО25 на следующий день уезжал на отдых, они заключили договор задатка, после подписания которого он (ФИО104) передал лично ФИО25 денежные средства в сумме 200 000 рублей. В последствии при заключении договора купли-продажи указанного земельного участка договор задатка был уничтожен, а денежные средства в сумме 200 000 рублей были зачтены в счет оплаты земельного участка, который ФИО25 оценил в 1 500 000 рублей. Сделка была совершена ДД.ММ.ГГГГ. К этому времени ФИО25 с отдыха вернулся, а он (ДД.ММ.ГГГГ за это время лично встретился с ФИО18, которая в ходе разговора пояснила, что приобретаемый им земельный участок принадлежит ей и она продает его по доверенности, выданной на имя ФИО25 Также ФИО18 подтвердила, что ФИО25 приходится ей дальним родственником. С ФИО18 встречался по месту ее проживания, по адресу: &lt;адрес&gt;. При встрече ФИО18 предъявила свой паспорт. Оставшиеся денежные средства в сумме 1 300 000 за приобретаемый земельный участок с кадастровым номером 72:17:1303001:388 он передавал лично ФИО25 после заключения договора купли-продажи земельного и сдачи необходимых для регистрации документов в регистрирующий орган. Передача денежных средств ФИО25 происходила в АН «Арена» по адресу: &lt;адрес&gt;, ул. Республики 169 а &lt;адрес&gt;, оф.1 При этом присутствовал ФИО29. После передачи денежных средств, ФИО25 были написаны соответствующие расписки в получении денег. ФИО25 ему (ДД.ММ.ГГГГ обозрения предъявил паспорт на свое имя. Договор купли-продажи продажи земельного участка с кадастровым номером 72:17:1303001:388 был подписан в регистрирующем органе перед сдачей на регистрацию. После регистрации права собственности на указанный земельный участок, строительство не начинал. Произвел очистку территории приобретенного земельного участка от сухостоя и мусора. Рыночная цена земельных участков в д.Дербыши составляет от 2 000 000 до 2 500 000 рублей, изначально цена приобретенного земельного участка составляла 2 000 000 рублей, но так как ФИО25 срочно требовались наличные денежные средства он снизил цену до 1 500 000 рублей. В дальнейшем право собственности перешло от него (ДД.ММ.ГГГГ) к отцу ФИО76, так как его отец оформил ипотеку на данный земельный участок для того, чтобы он (ДД.ММ.ГГГГ смог рассчитаться со своими знакомыми, которые одолжили ему денежные средства в сумме 1 500 000 для покупки указанного земельного участка. (т.11, л.д. 11-15) Свидетель ФИО57 поясняла, что никакими земельными участками фактически никогда не владела. После того, как ей оперуполномоченным для обозрения был представлен Государственный ФИО34 на право собственности на землю, пожизненного наследуемого владения, бессрочного (постоянного) пользования землей № ТЮ1-172123 на ее имя, доверенность от ДД.ММ.ГГГГ от ее имени на имя ФИО25, пояснила, что земельным участком в д.Дербыши не владела, и этот земельный участок ей никогда не предоставлялся. Какие либо заявления о предоставлении ей земельного участка в период с 1991 – 1993 год никогда не писала. В государственные учреждения с данным вопросом не обращалась. Государственный ФИО34 на право собственности на землю, пожизненного наследуемого владения, бессрочного (постоянного) пользования землей № ТЮ1-172123 никогда ни в каком государственном учреждении не получала. Данный документ она видит, скорее всего, во второй раз. Первый раз, скорее всего, видела Государственный ФИО34 на право собственности на землю, пожизненного наследуемого владения, бессрочного (постоянного) пользования землей № ТЮ1-172123, в 2014 году в нотариальной конторе при оформлении указанной доверенности. Где расположена данная контора - не помнит. Обстоятельства оформления указанны документов были следующие: примерно в 2014 году, когда она с дочерью - ФИО56 проживали совместно, к ней обратилась ее дочь ФИО56 с вопросом оформления земельного участка на свое имя в д.Дербыши. Необходимость оформления земельного участка на ее (ФИО57) имя дочь мотивировала тем, что она – дочь хочет в будущем начать строительство загородного дома, а она (ФИО57) уже длительное время проживает в &lt;адрес&gt;, так же поясняла, что она – дочь - хочет получить государственную поддержку по программе «молодая семья» и для участия в этой программе ей не нужны зарегистрированные права на недвижимое имущество. На предложение дочери согласилась. О каких-либо подробностях не спрашивала. Через некоторое время дочь сообщила, что для того, чтобы ей (ФИО57) не заниматься оформлением документов, ей нужно написать доверенность. Когда появилось свободное время, она с дочерью поехали в нотариальную контору, где она (ФИО57) написала доверенность на имя ФИО25. Данного человека увидела впервые. Ее дочь ФИО25 знала и говорила, что он будет заниматься оформлением земельного участка в ДД.ММ.ГГГГ До посещения нотариальной конторы, дочь и ФИО25 созванивались и на момент их прибытия, ФИО25 уже стоял в очереди на оформление доверенности. В нотариальной конторе в процессе оформления доверенности ФИО25 представил ей Государственный ФИО34 на право собственности на землю, пожизненного наследуемого владения, бессрочного (постоянного) пользования землей № ТЮ1-172123 на нее (ФИО57). Данный документ она видела впервые. Представленный ФИО25 документ она долго не рассматривала и не читала, в документах, касающихся земельных отношений, она не разбирается, но поняла, что речь идет о земельном участке в д.Дербыши. В тот момент каких либо подозрений ни ФИО25, ни представленный им документ у нее не вызвали, так как знала, что данным вопросом занимается ее дочь, и все должно быть нормально. Какого-либо вознаграждения за оформление земельного участка на нее (ФИО57) ни от кого не получала. Где расположен земельный участок - ей не известно, на земельный участок она не выезжала. Продажей данного земельного участка не занималась. В Управление «Росреестра» по &lt;адрес&gt; для регистрации права собственности она не обращалась. Какие – либо документы на земельный участок в д. Дербыши ей никто не передавал. Что в настоящее время с земельным участком - ей не известно. Какие-либо денежные средства за регистрацию права на земельный участок в д. Дербыши она никому никогда не передавала. (т.11, л.д. 85-88) Свидетель ФИО71 поясняла, что государственных ФИО34 на право собственности на землю (пожизненного) постоянного пользования земель образца 1991-1993 она никогда нигде не получала. (т.11, л.д.89-92) Свидетель ФИО18 поясняла, что ФИО28 приходится ей племянницей. Ей (ФИО100) никогда нигде не предоставлялись и не выделялись земельные участки. Весной 2014 или 2015 года ей позвонила племянница ФИО8, которая попросила воспользоваться ее паспортными данными для оформления земельного участка на нее (ФИО100). На просьбу ФИО28 согласилась при условии, что в дальнейшем земельный участок, оформленный на нее, будет переоформлен. Какого-либо вознаграждения от ФИО28 не получала. В дальнейшем ею (ФИО100) в нотариальной конторе была выдана доверенность на какого-то мужчину, которого она не знает. Доверенность была на продажу земельного участка, о котором ей (ФИО100) ничего не известно. (т.11, л.д. 93-94) Свидетель ФИО72 пояснял, что ФИО19 ДД.ММ.ГГГГ года рождения приходится ему тещей – является матерью его супруги ФИО77 ФИО18 является его матерью. ФИО28 приходится ему сродной сестрой, то есть его мать ФИО18 и мать ФИО28- ФИО20 являются родными сестрами. С ФИО28 они поддерживают родственные отношения. ФИО28 работала в Кадастровой палате. Примерно летом 2014 года по просьбе своей сродной сестры ФИО28 взял у своей тещи ФИО19 ее паспортные данные, то есть ксерокопию паспорта, и передал данную ксерокопию ФИО28 ФИО19 он (ФИО72) ничего не пояснял. Для какой цели ФИО28 нужны были паспортные данные тещи ФИО72, та ему не поясняла, а сказала, что все объяснит позже. ФИО78 земельными участками в Московском МО никогда не владела, земельные участки ей в указанном муниципальном образовании никогда не выделялись, за исключением земельного участка, где в настоящее время проживает он (ФИО72) со своей семьей. После того, как ему (ФИО72) оперуполномоченным ОЭБ и ПК для обозрения представлены Государственные ФИО34 на право собственности на землю, пожизненного наследуемого владения, бессрочного (постоянного) пользования землей Тю №, ТЮ – 1 №, № Тю-I-173947, ТЮ – 1 № на имя его матери ФИО18, пояснил, что данные документы увидел впервые. В случае если бы в период с 1991 – 1993 год его матери выделялись земельные участки, то он бы об этом точно знал. О земельных участках в Московском МО, принадлежащие его матери ему ничего не известно и известно никогда не было. (т.11, л.д. 95-98) Свидетель ФИО79 пояснял, что в должности главы Мальковского сельского совета работал в период времени с 1990 года по 1993 год. Что касается предоставления земельных участков на территории Мальковского сельского совета в 1990 – 1993 годах, пояснил, что земельные участки предоставлялись только нуждающимся местным жителям Мальковского сельского совета, на основании поданного заявления на имя главы. Поступившие заявления обязательно регистрировались, после чего заявления рассматривались уполномоченным органом Мальковского сельского совета. На основании решений в Мальковском сельском совете выдавались документы на земельный участок - свидетельство на право собственности на землю, бессрочного (постоянного) пользования землей. Указанные свидетельства регистрировались в специальном журнале и заполнялись в двух экземплярах, один из которых выдавался лицу, а второй находился на архивном хранении в Мальковском сельском совете. Государственные ФИО34 на право собственности на землю, пожизненного наследуемого владения, бессрочного (постоянного) пользования землей в Мальковском сельском совете в период, когда ДД.ММ.ГГГГ был главой с 1990 по 1993 год не выдавались. Данных документов в указанный период в Мальковском сельском совете еще не было. Факты того, что одному человеку, предоставлялось более одного земельного участка отсутствовали, так как в то время за предоставлением земельных участков следили строго, и никто такую ответственность на себя не взял бы. Земельные участки в 1990 -1993 году предоставлялись только нуждающимся местным жителям для строительства, сроком на пять лет, то есть в течении пяти лет на земельном участке человек, кому был предоставлен земельный участок, должен был начать строительство. В противном случае земельный участок изымался и предоставлялся другом. Площадь предоставляемого земельного участка зависела от потребности жителя и составляла в большинстве случаев от 10 до 15 соток. &lt;адрес&gt; составляла 25 соток. Земельные участки больше указанной площади не предоставлялись. Продажи земельных участков в указанный период были запрещены. После того как ДД.ММ.ГГГГ оперуполномоченным ОЭБ и ПК МО МВД России «Тюменский» для обозрения были представлены копии Государственных ФИО34 на право собственности на землю, пожизненного наследуемого владения, бессрочного (постоянного) пользования землей ТЮ – 1 №, №, ТЮ – 1 №, № ТЮ1, пояснил, что подпись в данных документах похожа на его. Что касается печати в указанных документах, пояснить не может, так как он в настоящее время не помнит, какая именно печать была в Мальковском сельском совете. Где в настоящее время настоящая печать Мальковского сельского совета - не знает. Лица, указанные в предъявленных ему государственных ФИО34, ему не известны. В 2014 году к нему домой приехал ранее незнакомый мужчина, который представился Евгением и сказал, что он сотрудник администрации &lt;адрес&gt;, пояснил, что приехал с целью узнать собственника земельного участка, расположенного возле дороги дДД.ММ.ГГГГ. Также Евгений хотел узнать, выдавал ли он (ДД.ММ.ГГГГ) кому-либо данный земельный участок. После того, как он (ДД.ММ.ГГГГ) выехал на земельный участок, пояснил Евгению, что данный земельный участок никому не предоставлял. После этого Евгений сказал, что с данным участком какие-то проблемы в администрации, что-то с документами, после чего попросил его (ДД.ММ.ГГГГ) оставить ему образец своей подписи. Он поверил Евгению, и на чистом листе бумаги расписался, то есть оставил ему образец своей подписи. Евгений забрал данный листок с его подписью и со словами «будем разбираться» уехал. Больше Евгения не видел. (т.11, л.д. 116-119) Свидетель ФИО80 поясняла, что после того, как ей оперуполномоченным для обозрения были представлены Государственные ФИО34 на право собственности на землю, пожизненного наследуемого владения, бессрочного (постоянного) пользования землей ТЮ – 1 №, Тю – I №, Тю – I № на ее имя, указала, что она никогда никаким земельным участком в д.Дударева, &lt;адрес&gt; не владела. Земельные участки в д. Дударева, &lt;адрес&gt; ей никогда не предоставлялись. Какие-либо заявления о предоставлении земельных участков в &lt;адрес&gt; в период с 1991 – 1993 год никогда не писала. В государственные учреждения с заявлениями о предоставлении ей земельных участков не обращалась. Государственные ФИО34 на право собственности на землю, пожизненного наследуемого владения, бессрочного (постоянного) пользования землей ТЮ – 1 №, Тю – I №, Тю – I № никогда ни в каком государственном учреждении не получала. Данные документы она видит впервые. По поводу данных документов пояснила, что около 15 лет поддерживает дружеские отношения с ФИО8. ФИО28 ранее работала в «Кадастровой палате». Примерно в начале 2015 года к ней обратилась ФИО28 с просьбой воспользоваться ее паспортными данными, для того, чтобы на ее имя оформить один земельный участок. Так как она (ФИО101) с ФИО28 поддерживает дружеские отношения, на ее просьбу согласилась и передала ей свои паспортные данные. ФИО28 никакого вознаграждения за ее согласие не обещала. Каких-либо вознаграждений от ФИО8 за свое согласие никогда не получала. По поводу того, будет ли процедура оформления законна или не законна, ФИО28 ничего не говорила. О том, что на нее (ФИО101) изготовлено три Государственных ФИО34 на право собственности на землю, пожизненного наследуемого владения, бессрочного (постоянного) пользования землей ТЮ – 1 №, Тю – I №, Тю – I №, узнала от сотрудников полиции. Местоположение земельных участков, указанных в представленных ей для обозрения документах, ей не известно. ФИО28 в момент достижения между ними договоренности об оформлении на нее (ФИО101) одного земельного участка поясняла ей о том, что после того, как будут готовы документы, ей нужно будет написать доверенность, на кого именно - ФИО28 не поясняла, для продажи оформленного на нее земельного участка. О том, какие именно документы будут оформляться на нее (ДД.ММ.ГГГГ) ФИО28 не поясняла. Также ФИО28 ничего не поясняла о порядке оформления документов на земельный участок. На то, чтобы написать доверенность ДД.ММ.ГГГГ так же дала свое согласие. Через некоторое время после их него разговора с ФИО28, сделала ксерокопию своего паспорта, и когда ФИО28 пришла к ней домой, передала ей копию. Через некоторое время ФИО28 сказала, что никакой сделки не будет и ничего подписывать не нужно. Причины того, что никакой сделки не будет, ФИО28 не назвала. Каких-либо доверенностей, договоров купли – продажи земельных участков не подписывала. В Управление «Росреестра» по &lt;адрес&gt; никаких документов для регистрации права собственности земельных участков не подавала. (т.11, л.д. 99-102) Свидетель ФИО81 пояснял, что показания по уголовному делу в отношении ФИО25 и ФИО28 он давать не может в связи с тем, что оказывал данным лицам юридическую помощь, и всю информацию, которую он может сообщить следователю, он получил в рамках оказания им юридической помощи. Соответственно, на основании ч.3 ст. 56 УПК РФ , по данным обстоятельствам показания давать не может. Документы, подтверждающие факт оказания им ФИО36 и ФИО28 юридической помощи, предоставить не может, в связи с тем, что фактически договор об оказании юридической помощи подписан не был, поскольку ФИО25 и ФИО28 не смоги определиться, в каком направлении ему работать (гражданские процессы или оказание помощи по уголовному делу). Однако, определенную информацию они ему сообщили, и он определенную юридическую работу по сбору информации провел, за что получил вознаграждение в размере 30 000 рублей. Таким образом, договор между ними был «на доверии». (т.10, л.д. 109-111) Свидетель ФИО64 поясняла, что к ней в 2015 году обратился знакомый ФИО9 с предложением приобретения земельного участка в д.Дербыши. Так как она хотела заняться строительством загородного дома, на предложение ФИО9 она согласилась. В этом же году точных дат она не помнит, они с ФИО9 выехали в д.Дербыши, &lt;адрес&gt;, где ФИО9 показывал ей земельные участки, на которых произрастали деревья породы сосна. Из показанных земельных участков они выбрали наиболее подходящий. Между ними была устная договоренность о приобретении напополам земельного участка площадью 20 соток, стоимостью 4 000 000 рублей. То есть, она (ФИО104) должна была заплатить 2 000 000 рублей и приобрести право на земельный участок площадью 10 соток. По причине финансовых сложностей она заплатить указанную сумму за земельный участок не смогла. В итоге, денежных средств за указанный земельный участок никому никогда не передавала. Однако, на ее имя был осуществлен переход права земельного участка с кадастровым номером 72:17:1303001:391 от имени ФИО49 Впоследствии, так как денежных средств у нее не было, по средствам заключения договора купли-продажи осуществлен переход права собственности на указанный земельный участок от нее (ФИО104) на имя супруги ФИО9, которая для приобретения указанного земельного участка, насколько ей известно, оформила кредит. Денежных средств от ФИО97 за указанный земельный участок она не получала. Денежные средства, как она понимает, передавались представителю собственника земельного участка действующего по доверенности. (т.11, л.д. 108-110) Свидетель ФИО111 поясняла, что в 2000 году она познакомилась с ФИО116. В этом же году они с ним поженились, в настоящее время у них двое детей – дочь Анастасия ДД.ММ.ГГГГ года рождения и сын Матвей ДД.ММ.ГГГГ года рождения. В семейной жизни Евгений ведет себя нормально, к ней относится хорошо. Так как часто находилась в больнице в 2014, в связи с тем, что беременность протекала тяжело, не знает, где и кем в этот период работал Евгений. Он вообще о своих делах рассказывает очень мало. Деньги он домой приносил, но крупных сумм никогда не было. В 2015 году продала свою квартиру по адресу: &lt;адрес&gt; вырученные денежные средства приобрела автомобиль «ФИО21 ФИО35 Фе». Евгений ей денег на покупку это машины не давал. У него машины не было, по крайней мере, она об этом ничего не знала и не видела, чтобы он приезжал на какой-то машине. Она (ФИО36) свою машину Евгению не давала. В феврале 2016 года она продала машину, поскольку ей нужно было лечить ребенка. Есть ли у Евгения счета в банках, она не знает. Она даже не знала, что у него есть кредиты. О том, что Евгений брал кредиты, узнала после того, как его задержали. На какую сумму кредиты, и для чего Евгений их получал, она не знает, сейчас требования о погашении кредитов приходят его матери – ФИО1 Знает, что ФИО25 окончил 10 классов. Есть ли у него еще образование, она не знает, дипломы его не видела. ФИО28 не знает, ничего о ней не слышала. За что был задержан ФИО25 - не знает. Когда Евгения задержали, она лежала в больнице, и поэтому с ним не общалась. (т.10, л.д.162-164) Свидетель ФИО83 пояснила, что с ФИО13 ДД.ММ.ГГГГ года рождения она лично не знакома. С ним знакома ее бывшая коллега – ФИО84, которая имела доверенность от имени ФИО13 на заключение договора купли-продажи земельного участка в д.Дербыши. Договор купли-продажи был заключен в ноябре 2015 года, участок расположен в д.Дербыши, кадастровый номер земельного участка 72:17:1303001:386. Других подробностей сделки ей не известно. Знает, что продавцом являлась ФИО49, с которой она (Кощеева) лично тоже не знакома. В апреле 2016 года ей позвонила ФИО84, которая сообщила, что ей звонил ФИО13 и сказал, что ему пришло уведомление о том, что на его земельный участок наложен арест. Он попросил ФИО112 представлять его интересы, однако она не согласилась, поскольку занята, но предложила ему ее (Кощеевой) услуги. После этого ФИО13 почтовой связью прислал ей доверенность на представление его интересов в правоохранительных органах. ФИО13 проживает в &lt;адрес&gt;. (т.10, л.д. 140-142) Свидетель ФИО1 пояснила, что ФИО25 - ее сын. О его жизни она с этого момента знает мало, чем он конкретно занимался и где жил, она точно не знает. Она знает, что ФИО26 поступил куда-то учиться, но в какой ВУЗ, точно сказать не может. Высшее образование он получил. Где находится его диплом, она не знает. На протяжении жизни ФИО26 неоднократно лежал в психиатрических больницах, состояние его психиатрического здоровья ухудшилось после службы в армии. ФИО26 поставили диагноз «Шизофрения» и предлагали оформление инвалидности, однако инвалидность у ФИО26 не оформлена. В 2013 году он зарегистрировал на свое имя ООО «Наша-Тюмень-72», фирма занималась предоставлением юридических услуг, ФИО26 говорил, что «ходит в суды». Пояснила, что давала доверенность ФИО25 на оформление документов на земельный участок в &lt;адрес&gt;, который был выдан ее покойному мужу – ФИО85 Других доверенностей ему не давала. У ФИО25 не было доступа к ее паспорту. Она (ФИО1) лично никогда не обращалась в агентства недвижимости для продажи земельных участков. Земельные участки где-либо в &lt;адрес&gt; аренду или в собственность она (ФИО1) никогда не получала. В 2014-2015 годах ФИО25 не совершал крупные покупки. У ФИО25 есть кредиты, но в каких суммах, в каких банках и для чего он их брал, она не знает. (т.10, л.д.151-154) Свидетель ФИО86 пояснил, что ФИО116 – его брат. Некоторое время он (ДД.ММ.ГГГГ) работал в ООО «Наша-Тюмень-72» в должности водителя. ФИО25 там тоже кем-то работал, но он (ДД.ММ.ГГГГ) не знает, кем. Он вообще с ним общался редко и ничего о его жизни не знает. ФИО28 ему не знакома, ничего о ней никогда не слышал. Возможно, она приходила в офис ООО №Наша Тюмень», т.к. к ФИО36 приходило много людей, но он (ФИО120) никого из них не знает. (т.10, л.д. 167-169) Свидетель ФИО73 пояснила, что с 1991 года работала в администрации &lt;адрес&gt; на разных должностях. Что касается вопросов предоставления выделения земельных участков на территории &lt;адрес&gt; ДД.ММ.ГГГГ пояснить ничего не может, так как данных вопросов она не касалась. Что касается работы общего отдела, пояснила, что после того, как главой администрации &lt;адрес&gt; ФИО58 принималось какое-либо решение, печаталось Постановление главы района. Данное постановление издавалось минимум в двух экземплярах. Изданные постановления обязательно регистрировались, и им присваивался номер и дата. Все изданные администрацией района постановления обязательно должны храниться в архиве, так как в то время все постановления и распоряжения администрации района подшивались в дело в хронологическом порядке и хранились в администрации, а по истечении сроков сдавались в областной архив. Первый экземпляр постановления или решения подписывался лично главой района ФИО58 и на нем, в случае необходимости, ставилась печать администрации района. На остальных экземплярах постановления, решения могло ставиться факсимиле ФИО58 Изданным постановлениям обязательно присваивался номер после регистрации. Что касается факсимиле ФИО58, пояснила, что данное факсимиле хранилось у нее в общем отделе примерно с 1996 года. При увольнении она передала данное факсимиле и печати администрации района по ФИО34 приема-передачи, кому именно не помнит. После того как ей оперуполномоченным ОЭБ и ПК МО МВД России «Тюменский» для обозрения были представлены Государственные ФИО34 на право собственности на землю, пожизненного наследуемого владения, бессрочного (постоянного) пользования землей № Тю-I-I72835, № Тю-I-I72905, №, №, Тю-I № I7130302, № ТЮ 1-I72189, № ТЮ 1-I72123, Тю №, ТЮ-1 № I7130315, №, пояснила, что в данных документах подпись похожа на подпись ФИО58 Точно пояснить не может, так как для достоверных пояснений нужен оригинал документа. (т.11, л.д.130-133) Свидетель ФИО87 поясняла, что с ДД.ММ.ГГГГ по ДД.ММ.ГГГГ она работала в Комитете по земельным ресурса и землеустройству &lt;адрес&gt; на разных должностях. С момента начала трудовой деятельности в 1993 году состояла в должности специалиста 2 категории. В ее обязанности входила работа с гражданами по вопросам оформления прав на земельные участки, оформление документов на земельные участки и другие вопросы, связанные с деятельностью Комитета. Что касается предоставления земельных участков, регистрации прав на земельные участки - в разное время порядок менялся, деталей не помнит. После того, как ей для обозрения были представлены Государственные ФИО34 на право собственности на землю, пожизненного наследуемого владения, бессрочного (постоянного) пользования землей №, Тю-I №, № ТЮ1-172123, № ТЮ1-172189, Тю №, № Тю-I-172835, № Тю-I-172905, ТЮ-1 №, ТЮ-1 №, №, № Тю1, №, ТЮ -1 №, №, пояснила, что при подписании данных документов от имени ФИО67 использовано факсимиле. С момента ее трудоустройства в 1993 году, объем регистрируемых документов был не большой, и данные документы подписывал лично ФИО67 В период с 1994 по 1995 год объем регистрируемых документов увеличился, в связи с чем, было изготовлено и использовалось факсимиле ФИО67 Где и кем было изготовлено факсимиле ФИО67, куда оно делось - не помнит. Что касается печати Комитета по земельным ресурса и землеустройству &lt;адрес&gt;, пояснила, что данная печать была сдана в областной Комитет по земельным ресурсам, но в каком именно году - не помнит. От имени ФИО58 тоже использовано факсимиле. Подпись ФИО113 ей не известна. Государственные ФИО34 на право собственности на землю, пожизненного наследуемого владения, бессрочного (постоянного) пользования землей в обязательном порядке издавались в двух экземплярах, один из которых выдавался правообладателю земельного участка, а второй обязательно поступал на архивное хранение в архив Комитета. Так же Государственные ФИО34 на право собственности на землю, пожизненного наследуемого владения, бессрочного (постоянного) пользования землей обязательно регистрировались. Для регистрации использовался один журнал, где присваивался номер ФИО31.ФИО34 и начинался он с ТЮ, что обозначало &lt;адрес&gt;. Цифра 17 значила &lt;адрес&gt;, дальше шел номер сельской администрации состоящий из двух цифр, а дальше шел присвоенный номер ФИО31.ФИО34, состоящий из пяти цифр, тем самым, номер ФИО31. ФИО34 становился уникальным. Также в этом же журнале велась еще одна регистрация, где в графе «номер по порядку» присваивался еще один уникальный номер, который отражался в ФИО31.ФИО34 в графе «ФИО34 зарегистрирован в Книге записей Государственных ФИО34 на право собственности, владения, пользования землей» за № с указанием номера по порядку. ФИО5 и ФИО8 не знает. Эти лица к ней никогда не обращались. (т.10, л.д. 205-208) Свидетель ФИО88 поясняла, что в 2015 году работала инженером 2 категории. В сентябре 2015 она поменяла фамилию на ДД.ММ.ГГГГ так как вышла замуж. Следователем ей предъявлен кадастровый паспорт земельного участка ГКН 72:17:1303001:390 в ДД.ММ.ГГГГ, а также правоустанавливающий документ на данный участок – государственный ФИО34 на право собственности на землю (в копиях). Пояснила, что не помнит, что ставила данный земельный участок на кадастровый учет, но согласно сведениям ГКН, на кадастровый учет его поставила она. Ничего особенного с данным участкам связанно не было. С просьбами поставить его на кадастровый учет к ней никто не обращался. Согласно ФЗ №, ФИО31.ФИО34 является документом, на основании которого земельный участок можно поставить на кадастровый учет в декларативном порядке. Проверка подлинности ФИО31. ФИО34 в ее компетенцию не входила. Она бы и сейчас поставила данный земельный участок на кадастровый учет. О том, что ФИО31. ФИО34 подложный - не знала, узнала только от следователя. (т.10, л.д.215-218) Свидетеля ФИО89 поясняла, что у нее есть подруга – ФИО28. Они с ней вместе учились в институте, в одной группе, знакомы с 2004 года. У них доверительные отношения. ФИО28 длительное время работала в кадастровой палате в отделе кадастрового учета. Работа у нее была связана с постановкой на кадастровый учет объектов недвижимости. В конце 2014 года Анна рассказала, что к ней на работу пришел по рабочему вопросу мужчина, который представился ФИО26. Позже она (ДД.ММ.ГГГГ) узнала его фамилию – ФИО25. ФИО25 сообщил, что он - помощник губернатора. Он приходил к ней несколько раз по поводу какого-то земельного участка. Спустя некоторое время, ФИО25 предложил Ане подвезти ее домой, потом они сходили куда-то в кафе. Он примерно одного возраста с Аней. Она (ДД.ММ.ГГГГ) с ФИО28 обсуждали, в связи с чем, он проявляет к ней интерес и решили, что он за ней ухаживает. Анна сначала вдохновилась Евгением. Он ей точно понравился. Она ждала от него проявлений внимания. При этом Евгений близко ее к себе не подпускал, не говорил ей, женат ли он, есть ли у него дети, где он живет и т.д. Примерно в начале 2015 года Аня рассказала ей, что ФИО25 попросил ее поставить на кадастровый учет какие-то участки. За это он пообещал ей тоже оформить в собственность один земельный участок. Кроме того, ФИО25 предложил оформить участки на ее родственников, на что Аня согласилась. Она с Евгением даже ездила куда-то в пригород, чтобы посмотреть эти участки. Со слов ФИО28 известно, что участки должен был потом продать Евгений. Более подробно их договоренности не знает. Говорила ФИО28, что Трубачев ее обманывает и, скорее всего, он не помощник Губернатора, т.к. помощник губернатора не будет сам ходить в кадастровую палату. Но ФИО114 верила. Примерно в конце весны ФИО28 сказала, что ФИО25 попросил ее найти знакомого в регистрационной палате, чтобы зарегистрировать какие-то участки. ФИО28 по его просьбе договаривалась с каким-то сотрудником Регистрационной палаты и ездила туда с ФИО36 на его машине. Знает, что ФИО25 за это кому-то из регистраторов заплатил, то есть дал взятку. Ближе к лету или в начале лета 2015 года у ФИО28 начались проблемы на работе, она жаловалась, что Трубачев ее как-то подставил, что она из-за него подставила своих родственников. Она ДД.ММ.ГГГГ) не очень вникала в суть проблемы, она только видела, что ФИО28 очень нервничает, и пыталась ее психологически поддержать. Примерно в это же время решила в интернете поискать, кто такой этот Евгений и действительно ли он работает в администрации. Но в интернете она нашла информацию о том, что он - мошенник. Рассказала об этом ФИО28. После того, как она узнала о том, что ФИО25 - мошенник, они стали реже общаться. ФИО28 давно хотела купить машину, однако у нее не было денег на машину. Когда с ФИО28 обсуждали это ее желание, Аня сказала, что Евгений обещал ей деньги за то, что она регистрировала участки, но так ничего и не отдал ей. Таким образом она (ДД.ММ.ГГГГ узнала, что фактически Аня никакой материальной выгоды не получила, и что Евгений ее тоже «кинул». ФИО28 говорила, что Трубачев ей дал какую-то сумму денег на день рождения. Какую точно сумму, она не знает. К концу лета 2015 года Аня поняла, что не контролирует деятельность ФИО36, что он продает участки без ее ведома, в том числе и участки, которые зарегистрированы на ее родственников. Тогда ФИО28 сказала ей (ДД.ММ.ГГГГ), что хочет снять с учета все участки, которые поставила. Это же она сказала и ФИО36. Они обратились к адвокату, но по какой-то причине снять участки с учета Аня не смогла. В конце зимы 2016 года позвонила Ане и узнала, что ее привлекли к уголовной ответственности за то, что она ставила на кадастровый учет земельные участки по договоренности с ФИО36. Крупных денег у Ани не было. Ее заработная плата составляла около 20 000 рублей. Муж у Ани – Николай получает хорошую заработную плату, бюджет у них был общий. Крупные покупки ФИО27 не совершала, за исключением покупки автомобиля в конце 2015 года, который был приобретен в кредит. (т.10, л.д. 219-223) Ставить под сомнение показания потерпевшего и свидетелей оснований нет, они последовательны, не противоречивы, получены в соответствии с требованиями уголовно-процессуального закона, подтверждаются иными доказательствами. Вина ФИО25 и ФИО28 в совершении данного преступления подтверждается также объективными доказательствами, исследованными в судебном заседании: - согласно рапорту оперуполномоченного ОЭБиПК МО МВД РФ «Тюменский» ФИО90 об обнаружении признаков преступления от ДД.ММ.ГГГГ, в результате проведения проверки в рамках Федерального закона «Об оперативно-розыскной деятельности» установлено, что сотрудник ФГБУ «ФКП Росреестра» по &lt;адрес&gt; ФИО28, совместно с ФИО25 ведут деятельность по незаконной постановке на кадастровый учет и регистрации прав собственности на земельные участки на основании подложных документов – Государственных ФИО34 на право собственности на землю, пожизненного наследуемого владения, бессрочно (постоянно) пользования землей. В результате действий указанных лиц Департаменту имущественных отношений &lt;адрес&gt; причинен материальный ущерб в сумме 16 373 710 рублей. (т.1, л.д. 92) - из протокола осмотра места происшествия от ДД.ММ.ГГГГ следует, осмотрен участок местности вблизи &lt;адрес&gt;, дДД.ММ.ГГГГ &lt;адрес&gt;. В ходе осмотра из автомобиля ФИО21 Фе г/н № изъяты портфель и барсетка с документами, принадлежащие ФИО25 (т.5, л.д. 6-9) - согласно протоколу осмотра места происшествия от ДД.ММ.ГГГГ с участием ФИО28, осмотрен участок местности вблизи &lt;адрес&gt;. При этом, ФИО28 пояснила, что в июле 2015 года в указанном дворе на площадке она передала взятку в виде денег в сумме 320.000 рублей ФИО65 (посреднику во взяточничестве). ФИО25 привез ее (ФИО28) в указанный двор на своем автомобиле, который был припаркован также во дворе около дома. (т.5, л.д. 64-69) - из протокол обыска от ДД.ММ.ГГГГ следует, что произведен обыск по месту жительства ФИО25 в &lt;адрес&gt;, ДД.ММ.ГГГГ, &lt;адрес&gt;. В ходе обыска изъяты сотовый телефон «Maxvi K6» IMEI №, №, сотовый телефон «Самсунг Дуос» IMEI №, №, корпус печати без клише, два клише, документы. (т.5, л.д.82-89) - из протокола обыска от ДД.ММ.ГГГГ следует, что произведен обыск по месту жительства ФИО28 в &lt;адрес&gt;.20 &lt;адрес&gt;. В ходе обыска изъяты сотовый телефон «Самсунг» IMEI №, №, ноутбук «Асус», документы, в том числе оригиналы государственных ФИО34 на право собственности на землю в количестве 12 штук, денежные средства в сумме 288 000 рублей. (т.5, л.д.95-109) - согласно протоколу осмотра предметов от ДД.ММ.ГГГГ, с применением прибора «UFED Touch» осмотрены сотовые телефоны «Maxvi K6» IMEI №, №, сотовый телефон «Самсунг Дуос» IMEI №, № принадлежащие ФИО5, сотовый телефон «Самсунг» IMEI №, №, принадлежащий ФИО28 Информация из сотовых телефонов извлечена с применением прибора «UFED Touch». (т.6, л.д.172-193) - из протокола осмотра предметов от ДД.ММ.ГГГГ следует, что осмотрен CD-диск с записью информации, извлеченной из сотового телефона «Самсунг» IMEI №, №, принадлежащего ФИО28 На CD-диске имеется запись сообщений в программе Viber, между ФИО28 и абонентом «Милена» обнаружены сообщения, имеющие значение для уголовного дела, между ФИО28 и абонентом «Евгения» обнаружены сообщения, имеющие значение для уголовного дела. В частности из разговора ФИО28 с абонентом «Милена» следует, что ФИО28 осведомлена о незаконности сделок с землей, совершаемых ею согласованно с ФИО36, из корыстных побуждений, с целью получения денежных средств. (т.6, л.д.194-205) - согласно протоколу осмотра документов от ДД.ММ.ГГГГ, осмотрены 12 государственных ФИО34 на право собственности на землю, пожизненного наследуемого владения, бессрочного (постоянного) пользования землей: Тю №, ТЮ-1 №, Тю-1-173947, Тю-1 №, № Тю-1-172835, №, №, ТЮ-1 №, Тю-1 №, ТЮ-1 №, Тю-1 №, Тю-1 №. (т.5, л.д.175-224) - из протокола обыска от ДД.ММ.ГГГГ следует, что произведен обыск в помещении ООО «Наша-Тюмень-72» по адресу: &lt;адрес&gt;. В ходе обыска изъяты различные документы, в том числе: оригиналы доверенностей, копии свидетельств о регистрации прав, приказы, договоры, квитанции, счета, товарные чеки, трудовой договор, свидетельство о постановке на учет, договор аренды жилого помещения, учредительные документы по ООО «Наша Тюмень», заявление о выборе земельного участка от имени Кация, заявление об осуществлении кадастрового учета объекта недвижимости с кадастровым номером 72:17:1303001:386 на имя ФИО25 в копии заверенной печатью ООО «Наша Тюмень». (т.5, л.д. 145-151) - согласно протоколу осмотра предметов от ДД.ММ.ГГГГ, осмотрены предметы и документы, изъятые в ходе обыска в помещении ООО «Наша-Тюмень-72» по адресу: &lt;...&gt;. (т.6, л.д.129-132) - согласно протоколу обыска от ДД.ММ.ГГГГ, произведен обыск в помещении ФГБУ «ФКП Росреестра» по &lt;адрес&gt; по адресу: &lt;адрес&gt;. В ходе обыска изъяты кадровые документы ФИО28, системный блок служебного компьютера ФИО8 (т.5, л.д. 155-158) - согласно протоколу осмотра предметов от ДД.ММ.ГГГГ, осмотрены кадровые документы ФИО28 и системный блок служебного компьютера, изъятые в ходе обыскав ФГБУ «ФКП Росреестра» по &lt;адрес&gt;. Из справки о доходах ФИО28 за 2014 года следует, что среднемесячный доход составляет около 30.000 рублей. Осмотрены также: копия трудовой книжки, копия паспорта, копия диплома, дополнительные соглашения к трудовому договору, удостоверения о повышении квалификации и т.д., должностная инструкция. (т.5, л.д. 230-236) - согласно протоколу осмотра предметов от ДД.ММ.ГГГГ, осмотрен государственный информационный ресурс – Государственный кадастр недвижимости. Вход в систему осуществлен через служебный персональный компьютер ТУ 207-WS-06, расположенный в кабинете 207 &lt;адрес&gt;. Осмотр производился с участием свидетеля ФИО91 – начальника отдела кадастрового учета №, и использованием ее личного логина и пароля для входа в систему АИС ГКН. Далее осуществлен поиск объектов недвижимости по кадастровым номерам 72:17:1203001:504, 72:17:1203001:505, 72:17:1203001:506, 72:23:0112001:6462, 72:17 1202001:497, 72:17:1303001:385, 72:17:1303001:386, 72:23011201:6461, 72:17:1303001:387, 72:17:1202001:498, 72:17:1304001:694, 72:17:1304001:695, 72:17:1303001:389, 72:17:1303001:388, 72:17:1301003:1024, 72:17:1301003:1025, 72:17:1301003:1027, 72:17:1301003:1029, 72:17:1301003:1028, 72:17:1303001:373, 72:17:1303001:390, 72:17:1203001:483, 72:17:1303001:380. В сведениях ГКН отражена информация о специалисте, принявшем решение, дата и время принятия решения и внесении сведений, а также отражен номер заявления. Согласно полученной информации земельный участок с кадастровым номером 72:17:1203001:483 поставлен на кадастровый учет специалистом Мартышкиной, земельный участок с кадастровым номером 72:17:1303001:390 поставлен на кадастровый учет ФИО115. Остальные земельные участки поставлены на кадастровый учет ФИО28 (т.6, л.д.141-168) - из протокола обыска от ДД.ММ.ГГГГ следует, что произведен обыск в помещении ООО «Арена» по адресу: &lt;адрес&gt;, ул.Республики, &lt;адрес&gt; оф.1. В ходе обыска изъяты документы, подтверждающие реализацию земельных участков через ООО «Арена». (т.5, л.д.161-165) - согласно протоколу осмотра предметов от ДД.ММ.ГГГГ, осмотрены документы, изъятые в ООО «Арена» по адресу: &lt;адрес&gt; ул.Республики, &lt;адрес&gt; оф.1: папка с документами, подтверждающими реализацию ФИО25 земельных участков через ООО «Арена». (т.6, л.д. 134-139) - согласно протоколу выемки от ДД.ММ.ГГГГ, в Управлении «Росреестра» по &lt;адрес&gt; по адресу: &lt;адрес&gt; каб.501 изъяты дела правоустанавливающих документов в количестве 27 штук на земельные участки с кадастровыми номерами: 72:17:1303001:373; 72:17:1303001:380; 72:17:1303001:385; 72:17:1303001:385; 72:17:1303001:386; 72:17:1303001:386; 72:17:1303001:386; 72:17:1303001:386; 72:17:1303001:387; 72:17:1303001:387; 72:17:1303001:388; 72:17:1303001:388; 72:17:1303001:388; 72:17:1303001:388; 72:17:1303001:390; 72:17:1303001:390; 72:17:1303001:390; 72:17:1303001:383; 72:17:1303001:383; 72:17:1303001:391; 72:17:1303001:391; 72:17:1303001:391; 72:17:1303001:392; 72:17:1303001:392; 72:17:1303001:398; 72:17:1303001:398; 72:17:1303001:399. (т.5, л.д. 171-174) - из протокола осмотра предметов от ДД.ММ.ГГГГ следует, что осмотрены 27 дел правоустанавливающих документов на земельные участки с кадастровыми номерами 72:17:1303001:373, 72:17:1303001:380, 72:17:1303001:385, 72:17:1303001:386, 72:17:1303001:387, 72:17:1303001:388, 72:17:1303001:390, 72:17:1203001:483, 72:17:1303001:391, 72:17:1303001:392, 72:17:1303001:398, 72:17:1303001:399. (т.6, л.д. 1-46) - согласно протоколу осмотра предметов от ДД.ММ.ГГГГ, осмотрены все предметы и документы, изъятые в ходе обыска в жилище ФИО25 по адресу: ДД.ММ.ГГГГ &lt;адрес&gt;: Свидетельство на право собственности на землю на имя ФИО85, папка с документами на автомобиль HYUNDAI, файл с документами на автомобиль ГАЗ, пистолетный магазин с 4 патронами (травматическими), 4 пустых бланка, паспорт на имя ФИО116, СНИЛС на имя ФИО116, корпус печати без клише, коробка со штемпельной подушкой и два клише печатей, договор на поставку печатной продукции, товарные накладные и чеки на 4 листах, дискета. Предметы и документы, изъятые в ходе осмотра места происшествия из автомобиля «ФИО21 фе» вблизи &lt;адрес&gt; дДД.ММ.ГГГГ: барсетка, в которой находятся чеки, залоговые билеты, графики погашения кредитов, 3 флэш карты, заграничный паспорт на имя ФИО25, водительское удостоверение, СНИЛС, а также портфель, в котором находятся чеки, счета-фактуры, квитанции, файлы с оригиналами документов на земельные участки: с кадастровым номером 72:17:1303001:388, с кадастровым номером 72:17:1303001:392, с кадастровым номером 72:17:1303001:386, с кадастровым номером 72:17:1303001:390, с кадастровым номером 72:17:1303001:385, договор потребительского кредита на имя ФИО25 от ДД.ММ.ГГГГ, полис ОМС, оригинал государственного ФИО34 на право собственности на землю, бессрочного (постоянного) пользования землей и других документов на земельный участок в д. ФИО117 &lt;адрес&gt;, площадью 1 Га; оригинал государственного ФИО34 на право собственности на землю, бессрочного (постоянного) пользования землей № ТЮ-1 на имя ФИО33 о предоставлении земельного участка в ДД.ММ.ГГГГ &lt;адрес&gt; и другие документы на указанный земельный участок, 2 записные книжки, визитница, карта памяти, 2 жестких диска, приемник и передатчик, наушники, зарядное устройство. Предметы и документы, изъятые в ходе обыска в жилище ФИО28 по адресу: &lt;адрес&gt;. ДД.ММ.ГГГГ &lt;адрес&gt;: ноутбук «Асус», кадастровые документы и землеустроительные дела на земельные участки, 2 листа с таблицей на земельные участки в &lt;адрес&gt;, ДД.ММ.ГГГГ, тетрадь, фрагменты дежурной кадастровой карты, телефон «Алкатель» IMEI №, мобильный телефон «Леново А319» IMEI №, рукописные записи, оригиналы доверенностей, свидетельство о смерти на имя ФИО93, копии паспортов, кадастровые паспорта на земельные участки. (т.6, л.д. 48-118) - осмотренные предметы и документы признаны вещественными доказательствами и приобщены к материалам уголовного дела постановлением следователя от ДД.ММ.ГГГГ. (т.6, л.д.119-121) - согласно протоколу осмотра предметов от ДД.ММ.ГГГГ, осмотрены CD-r диск с детализацией соединений по абонентскому номеру &lt;***&gt; (пользовался ФИО25) и CD-r диск с детализацией соединений по абонентскому номеру &lt;***&gt; (ФИО28). В ходе осмотра установлены соединения между абонентскими номерами ФИО25 и ФИО28, соединения между ФИО28 и ФИО65, а также установлены места нахождения абонентов относительно базовых станций в даты передачи денежных средств в качестве взятки. (т.6, л.д.219-247) - из сообщения директора филиала ФГБУ «Федеральная кадастровая палата Федеральной службы государственной регистрации, кадастра и картографии» по &lt;адрес&gt; следует, что последним представлены копии кадастровых дел на земельные участки с кадастровыми номерами 72:17:1303001:373, 72:17:1303001:380, 72:17:1303001:385, 72:17:1303001:386, 72:17:1303001:387, 72:17:1303001:388, 72:17:1303001:390, 72:17:1203001:483, 72:17:1303001:391, 72:17:1303001:392, 72:17:1303001:398, 72:17:1303001:399. (т.8, л.д. 8-244, т.9, л.д. 1-164) - согласно заключению технико-криминалистической экспертизы № от ДД.ММ.ГГГГ, бланки государственных ФИО34 на право собственности на землю, пожизненного наследуемого владения, бессрочного (постоянного) пользования земель: ТЮ-1 №; ТЮ-1 №; № Тю-1-173947; ТЮ-1 №; № Тю-1-172835; Тю-1 №; ТЮ-1 №; №; Тю-1 №; ТЮ-1 №; Тю-1 №; 1712007 не соответствуют бланку государственного ФИО34 на право собственности на землю, пожизненного наследуемого владения, бессрочного (постоянного) пользования земель ТЮ1-170705790, предоставленному в качестве образца для сравнительного исследования. Изображения гербов РСФСР, расположенных в государственных ФИО34 на право собственности на землю, пожизненного наследуемого владения, бессрочного (постоянного) пользования земель, а также печатного текста на лицевой и оборотной стороне ФИО34 ТЮ1-17130337, предоставленных на исследование, выполнены при помощи цветного струйного принтера. Линии графления и печатного текста (за исключением печатного текста лицевой и оборотной стороны ФИО34 ТЮ №) бланков государственных ФИО34 на право собственности на землю, пожизненного наследуемого владения, бессрочного (постоянного) пользования земель, представленных на исследование, выполнены при помощи электрофотографического оборудования. (т.7, л.д.42-44) Исходя из анализа исследованных доказательств, суд считает, что вина ФИО25 и ФИО28 в совершении преступления установлена и доказана. Все доказательства являются относимыми, допустимыми, достоверными, а в совокупности – достаточными для разрешения настоящего уголовного дела. В соответствии со ст. 159 УК РФ , уголовная ответственность предусмотрена за мошенничество, то есть хищение чужого имущества или приобретение права на чужое имущество путем обмана или злоупотребления доверием. Исходя из позиции Верховного Суда РФ, выраженного в п.2 Постановления Пленума Верховного Суда РФ от ДД.ММ.ГГГГ № «О судебной практике по делам о мошенничестве, присвоении и растрате», обман как способ совершения хищения или приобретения права на чужое имущество, может состоять в сознательном сообщении заведомо ложных, не соответствующих действительности сведений либо в умолчании об истинных фактах, либо в умышленных действиях (например, в предоставлении фальсифицированного товара или иного предмета сделки, использовании различных обманных приемов при расчетах за товары или услуги или при игре в азартные игры, в имитации кассовых расчетов и т.д.), направленных на введение владельца имущества или иного лица в заблуждение. Если мошенничество совершено в форме приобретения права на чужое имущество, преступление считается оконченным с момента возникновения у виновного юридически закрепленной возможности вступить во владение или распорядиться чужим имуществом как своим собственным (в частности, с момента регистрации права собственности на недвижимость или иных прав на имущество, подлежащих такой регистрации в соответствии с законом; со времени заключения договора и т.д.). Согласно п.24 указанного Постановления Пленума Верховного Суда РФ, под лицами, использующими свое служебное положение при совершении мошенничества, присвоения или растраты (часть 3 статьи , часть 3 статьи 160 УК РФ ), следует понимать должностных лиц, обладающих признаками, предусмотренными примечанием 1 к статье 285 УК РФ , государственных или муниципальных служащих, не являющихся должностными лицами. В соответствии с примечанием 1 к статье 285 УК РФ , должностными лицами в статьях настоящей главы признаются лица, постоянно, временно или по специальному полномочию осуществляющие функции представителя власти либо выполняющие организационно-распорядительные, административно-хозяйственные функции в государственных органах, органах местного самоуправления, государственных и муниципальных учреждениях и т.д. В судебном заседании установлено, что ФИО25 и ФИО28, в период времени с ДД.ММ.ГГГГ до ДД.ММ.ГГГГ, осознавая неправомерный характер своих действий, умышленно, из корыстных побуждений, группой лиц по предварительному сговору, путем обмана, с использованием подложных государственных ФИО34 на право собственности на землю, приобрели право на указанные земельные участки, находящиеся в распоряжении Департамента имущественных отношений &lt;адрес&gt;, распорядились ими по своему усмотрению, причинив Департаменту имущественных отношений &lt;адрес&gt; материальный ущерб в особо крупном размере на общую сумму 16 373 710 рублей. При этом, ФИО28 совершила указанное преступление, используя свое служебное положение. Согласно Должностной инструкции ведущего инженера, ФИО28 обладала полномочиями по принятию решений, имеющих юридическое значение и влекущих определенные юридические последствия. Таким образом, выполняла организационно-распорядительные функции, в связи с чем, являлась должностным лицом. При установленных судом обстоятельствах, действия подсудимых за данное преступление суд квалифицирует: ФИО25 – по ч. 4 ст. 159 УК РФ , как мошенничество, то есть приобретение права на чужое имущество путем обмана, совершенное группой лиц по предварительному сговору, в особо крупном размере. ФИО28 – по ч. 4 ст. 159 УК РФ , как мошенничество, то есть приобретение права на чужое имущество путем обмана, совершенное группой лиц по предварительному сговору, лицом с использованием своего служебного положения, в особо крупном размере. Квалифицирующий признак «в особо крупном размере» нашел свое подтверждение в судебном заседании, т.к. сумма ущерба превышает 1 миллион рублей, что соответствует «особо крупному размеру» согласно примечанию 4 к статье 158 УК РФ . Квалифицирующий признак «группой лиц по предварительному сговору» нашел свое подтверждение в судебном заседании. Указанный квалифицирующий признак подтверждается как показаниями ФИО28 о том, что действия, связанные с завладением правом на чужое имущество, она с ФИО25 совершала по предварительной договоренности, где у каждого была своя роль, так и тем обстоятельством, что объективную сторону преступления выполняли оба участника преступления совместно и согласованно. Оснований для изменения категории преступления, в соответствии с ч.6 ст. 15 УК РФ , не имеется. По факту покушения на приобретение права на чужое имущество, вина ФИО25 и ФИО28 подтверждается: Показаниями представителя потерпевшего ФИО22, пояснившего, что работает в Департаменте имущественных отношений &lt;адрес&gt; главным специалистом отдела правовой экспертизы с декабря 2010 года. Департамент имущественных отношений является исполнительным органом государственной власти &lt;адрес&gt;, осуществляющим реализацию полномочий в сфере имущественных и земельных отношений. К полномочиям органов государственной власти &lt;адрес&gt; отнесены полномочия органов местного самоуправления Тюменского муниципального района, сельских поселений Тюменского муниципального района по распоряжению земельными участками, государственная собственность на которые не разграничена. Департамент имущественных отношений осуществляет также распоряжение земельными участками, полномочия по распоряжению которыми отнесены к полномочиям органов государственной власти &lt;адрес&gt;. Ранее к ведению районных (городских, в административном подчинении которых находится район) Советов народных депутатов в области регулирования земельных отношений относилось предоставление земельных участков в пожизненное наследуемое владение, бессрочное (постоянное) пользование и передача их в собственность и аренду. Такой порядок предоставления земельных участков существовал в период 1991-1993 годов. По факту изготовления подложных государственных ФИО34 на право собственности на землю образца 1991-1993 годов о предоставлении земельных участков в д. Дербыши, а также в других населенных пунктах &lt;адрес&gt; и &lt;адрес&gt;, на основании которых земельные участки были поставлены на кадастровый учет и зарегистрировано право собственности, ничего пояснить не может. Регистрацией земельных участков по подложным документам является незаконной, неправомерной постановкой на кадастровый учет и регистрацией права на земельные участки Департаменту имущественных отношений причинен имущественный вред, поскольку Департамент утратил возможность распоряжаться ими. На территории &lt;адрес&gt; имеются земельные участки, где собственность не разграничена. К Тюменскому муниципальному району относятся те участки, где право собственности не зарегистрировано. Они находятся в распоряжении Департамента имущественных отношений. По спорным участкам в Департамент имущественных отношений неоднократно поступали запросы от граждан. Им был дан ответ, что эти участки выбыли из собственности Департамента имущественных отношений. Они в настоящее время незаконно оформлены на третьих лиц. В данном случае не нарушен порядок оформления земельных участков, т.к. эти лица вообще не обращались с заявлением о выделении земельных участков, а участки просто были незаконно оформлены по подложным документам. Стоимость спорных участков определена на основании кадастровой стоимости. Ранее эти участки вообще никому не выделялись. Свидетель ФИО50 пояснила, что с июля 2013 года работала в Кадастровой палате &lt;адрес&gt;, в отделе, расположенном на &lt;адрес&gt;. Тогда же познакомилась с ФИО28 ФИО28 всегда могла дать совет по любой ситуации, поскольку она работала дольше остальных сотрудников и знала весь порядок оформления документов. ФИО28 работала ведущим инженером, в ее обязанности входило принятие решения о внесении сведений о земельном участке в государственный кадастр недвижимости. Перед этим документы, поданные заявителем, перед тем, как попасть к ведущему инженеру, который принимает решение о регистрации (в данном случае к ФИО28), заявители сдают документы в отдел Кадастровой палаты, расположенный на &lt;адрес&gt;. В отдел на &lt;адрес&gt; документы не поступают, только их скан копии. Сначала документы поступают на ввод данных. Это исключительно технический процесс, на этой стадии документы не проверяются, только вносятся в программу фамилия заявителя, адрес участка, описание и т.д. Следующая стадия – проверка – инженер проверяет границы земельного участка на наличие пересечений границ со смежными участками. Эта проверка осуществляется по кадастровой карте, которая сравнивается с межевым планом, предоставленным заявителем. Если участок вносится в ГКН как ранее учтенный и заявление подано в декларативном порядке (без межевого плана, то есть без уточнения границ на местности), то в данном случае проверяется только наличие участка с аналогичным адресом, на пересечение границ такой участок не проверяется. Далее, если пересечений не установлено, тогда заявление направляется к ведущему инженеру на внесение сведений в ГКН. Ведущий инженер проверяет результаты работы на первых двух стадиях, после чего принимает решение о внесении сведений о земельном участке в ГКН или об отказе (приостановлении). В случае если принимается положительное решение, ведущий инженер в бумажном варианте никакие документы не оформляет. Он вносит сведения в ГКН, после чего в программе автоматически формируется кадастровый паспорт. Каждое такое решение вносится в ГКН под индивидуальным логином и паролем инженера, который известен только пользователю данного компьютера. В ГКН видно, кто принимал решение о внесении сведений, также может быть видно, кто вводил данные и проводил проверку на пересечение. После формирования кадастрового паспорта, ведущий инженер вносит в кадастровый паспорт фамилию человека, который будет этот паспорт выдавать заявителю. Никакой сотрудник Кадастровой палаты внести изменения в кадастровый паспорт по своему решению не может, только по заявлению правообладателя земельного участка. Но при этом многие сотрудники могут вновь распечатать кадастровый паспорт или кадастровую выписку, поставить снова подпись и печать. Ответственность за внесение сведений в ГКН и формирование паспорта лежит на ведущем инженере. Подлинность документов в кадастровой палате не проверяется, т.к. в бумажном варианте документы не поступают, только в скан копиях. Проверку осуществляли только если объект с адресом уже стоит на кадастровом учете. ФИО28 действительно попросила ее (ДД.ММ.ГГГГ сдать документы на постановку на декларативный учет земельных участков. Согласилась это сделать, т.к. нужны были деньги, потому что ушла в декрет в апреле 2014 года, а оплата в декретном отпуске составляет всего 6000 рублей. Все происходило при следующих обстоятельствах: летом 2015 года позвонила ФИО28 и спросила, хочет ли она заработать немного денег и для этого нужно сдать документы для постановки земельных участков на кадастровый учет, то есть в отдел на &lt;адрес&gt; это участки ФИО28 не говорила. Ничего противозаконного делать не нужно было, просто отвезти, постоять в очереди и сдать документы, то есть как курьер, поэтому согласилась помочь ФИО28. Примерно в июне 2015 года приехала на работу к ФИО28 в обеденный перерыв, ФИО28 отдала документы в файле. За услугу ФИО28 обещала заплатить 6000 рублей, по 500 рублей за участок. Поскольку участки нужно было поставить на декларативный учет, доверенность не требовалась, только правоустанавливающие документы. В файле, который отдала ФИО28, было 12 государственных ФИО34 на право собственности на землю. Она их не рассматривала, поехала в кадастровую палату, где подала заявление на постановку на кадастровый учет 12 земельных участков. Постановка на кадастровый учет осуществляется бесплатно. Сдала документы на постановку земельных участков на кадастровый учет в декларативном порядке. Все документы были выданы Московским МО, конкретные адреса земельных участков не помнит. После подачи документов в машине начала раскладывать расписки о принятии документов в ФИО31.ФИО34, рассмотрела их и увидела, что ФИО34 свеженапечатанные, кроме того, такие ФИО34 выдавались только на дачные участки, а в Московском МО в населенном пункте такие не выдавались. Поняла, что ФИО34 поддельные. Вечером в этот же день встретилась с ФИО28, которая передала ей (ДД.ММ.ГГГГ денежные средства за то, что она подала документы на постановку на учет. Спросила ФИО28, что это за ФИО34 и что они, скорее всего, поддельные, объяснила почему. ФИО28 сказала, что познакомилась с помощником губернатора – ФИО116. Эти земельные участки нашел ФИО25. Он сказал ФИО28, что госакты настоящие, нужно было только найти свободные земельные участки, заполнить ФИО34 и поставить их на кадастровый учет. Со слов ФИО28 известно, что ФИО25 обещал их продавать и 50% выручки с каждого участка обещал отдавать ФИО28. ФИО28 также сказала, что часть земельных участков по поддельным госактам принадлежит ее родственникам. Когда приехала домой, то в интернете нашла информацию о ФИО36, выяснила, что ФИО25 в 2008 г. был осужден по статье за мошенничество в особо крупном размере, также проанализировала сведения о том, что ФИО25 не является помощником Губернатора, а имеет фирму ООО «Наша-Тюмень-72», по 50% уставного капитала с ФИО119. Сказала об этом ФИО28. Примерно в июле 2015 года позвонила ФИО28, сказала, что уже поставила участки на кадастровый учет. Она (ДД.ММ.ГГГГ) кадастровые паспорта не получала, ФИО28 сказала, что распечатала паспорта и выписки сама, сама расписалась и поставила печать, отдала ФИО36. ФИО28 сказала, что ФИО25 продал поставленные на кадастровый учет земельные участки, но ни разу деньги ей не отдал и она считает, что он ее «кинул». После этого она (ДД.ММ.ГГГГ) ФИО28 посоветовала снять с кадастрового учета участки, которые она поставила. ФИО28 согласилась. Снятие с кадастрового учета происходит по судебному решению. В связи с этим ФИО28 попросила ее (ДД.ММ.ГГГГ найти ей юриста, который поможет снять участки с кадастрового учета. Дала ФИО28 контакт ФИО81 - это адвокат. Вместе с ФИО28 съездили к ФИО44, объяснили ситуацию. Он сказал, что поможет. ФИО44 связался с ФИО36, который тоже сказал, что согласен снять земельные участки с кадастрового учета. Еще несколько раз возила ФИО28 к ФИО44, ФИО28 ее (ДД.ММ.ГГГГ) убедила, что все будет хорошо, что участки снимут с учета, и что она не виновата в том, что поставила их на кадастровый учет, так как не могла проверить подлинность документов. Когда поняла, что ФИО25 не собирается снимать участки с кадастрового учета, предложила ФИО28 сообщить обо всем в полицию. Со слов ФИО28 знает, что ФИО28 с самого начала знала, что госакты поддельные. Чтобы получить деньги (50% от продажи участков), ФИО28 и ставила участки на кадастровый учет. Свидетель ФИО51 пояснила, что примерно с мая 2015 года решила приобрести земельный участок, расположенный в ДД.ММ.ГГГГ, для строительства жилого дома. По средствам сети интернет ей стало известно, что в дДД.ММ.ГГГГ продается земельный участок. Данным объявлением заинтересовалась и по телефону указанному в объявлении связалась с представителем агентства недвижимости «Арена», которое занималось продажей понравившегося ей земельного участка в ДД.ММ.ГГГГ. Представителем АН «Арена» был ФИО9. С ФИО9 они договорились о сделке купли-продажи указанного земельного участка. ФИО9 познакомил ее с ФИО5 который по доверенности от ФИО1 продавал указанный земельный участок. Так же ФИО5 был представлен правоустанавливающий документ на указанный земельный участок а именно Государственный ФИО34 на право собственности на землю, пожизненного наследуемого владения, бессрочного (постоянного) пользования землей образца 1991 – 1993 годов на имя ФИО1 Данный документ каких – либо подозрений у нее (ФИО94) не вызвал, так как на данный земельный участок имелся кадастровый паспорт, а внешне указанный документ (ФИО31. ФИО34) был похож на подлинный с подписями уполномоченных лиц, синими печатями. ФИО9 говорил, что все документы подлинные. Примерно ДД.ММ.ГГГГ в АН «Арена» был подписан предварительный договор о приобретении указанного земельного участка, договор задатка, согласно которому, она лично ФИО25 передала в качестве задатка денежные средства в сумме 100 000 рублей в присутствии ФИО9 и своего мужа ФИО2. ДД.ММ.ГГГГ ею был подписан договор купли-продажи указанного земельного участка. Данный договор был подписан возле Управления «Росреестра» по &lt;адрес&gt; по адресу: &lt;адрес&gt;. Согласно, данному договору, в здании регистрирующего органа она (Чернявская) лично ФИО25 в присутствии ФИО9, а также своего супруга передала денежные средства в сумме 1 200 000 рублей, о чем лично ФИО25 была написана соответствующая расписка на 1 300 000. В данную сумму включен задаток 100 000 рублей. После государственной регистрации ДД.ММ.ГГГГ в здании «Сургутнефтегазбанка» по &lt;адрес&gt; она (Чернявская) лично ФИО25 в присутствии ФИО9, а также своего супруга передала денежные средства в сумме 3 000 000 рублей, о чем лично ФИО25 была написана соответствующая расписка. В общей сложности отдала ФИО25 за земельный участок 4 300 000 рублей. Так же ею было передано ФИО9 50 000 рублей за услуги агентства. Приобретенный земельный участок свободен от строений, на территории данного участка произрастают деревья породы сосна. Денежные средства в сумме 3 000 000 рублей, которые отдала ФИО25, взяты ею в кредит. В настоящее время известно, что собственником данного земельного участка была мать ФИО36. Разрешение на строительство в администрации Тюменского муниципального района ей не выдали. Дали лишь справку о том, что на данном земельном участке могут строить все, кроме жилого дома, т.к. часть участка находится в лесной зоне, поэтому строить жилье там нельзя. Когда об этом узнали, то обратились в АН «Арена» к ФИО97. Он ответил, что там все оформлено правильно. ФИО28 не видела никогда. Общалась только с ФИО97 и ФИО36. Свидетель ФИО52 пояснил, что примерно с 2014 года решил для строительства жилого дома приобрести земельный участок, расположенный в Московском МО, так как в ДД.ММ.ГГГГ проживает его мама ФИО3. С целью приобретения земельного участка на указанной территории он продал мамину квартиру, которая располагалась по &lt;адрес&gt;, в &lt;адрес&gt;, так же продал принадлежащее ему транспортное средство «Ленд Крузер-100». Вырученная сумма от продажи указанного имущества составила примерно 3 800 000 рублей. С целью поиска подходящего земельного участка обращался во всевозможные агентства недвижимости в &lt;адрес&gt;. ДД.ММ.ГГГГ приобрел земельный участок с кадастровым номером за 3 500 000 рублей. Изначально данный земельный участок продавался за 4 500 000 рублей. Сделка купли-продажи указанного земельного участка проходила через АН «Арена», представитель был ФИО9. А так же через АН «Азимут», представитель ФИО4. АН «Арена» представляло интересы продавца указанного земельного участка, АН «Азимут» выступало в качестве стороны, которая нашла покупателя. Все переговоры, касающиеся купли-продажи указанного земельного участка до момента подписания необходимых для осуществления сделки документов он (ФИО95) вел с ФИО4 В ходе переговоров ФИО4 пояснял, что цена земельного участка составляет 4 500 000 рублей, но если он до конца недели предшествующей дате сделки найдет наличные денежные средства, то сможет приобрести указанный земельный участок за 3 500 000 рублей. На условия ФИО53 он согласился, необходимая сумма у него имелась. Так же ФИО4 пояснял, что продавец участка уезжает и ему необходимы денежные средства, и он готов продать указанный земельный участок за 3 500 000 рублей. Сделка купли продажи указанного земельного участка проходила в офисе АН «Арена». При сделке купли-продажи земельного участка ДД.ММ.ГГГГ присутствовали: он (ФИО95), ФИО9, ФИО4, ФИО54, так же при сделке присутствовал ФИО25, который представлял интересы собственника указанного земельного участка по доверенности от ФИО6. После того как он (ФИО95) и ФИО25 подписали договор купли – продажи земельного участка с кадастровым номером 72:17:1303001:385 от ДД.ММ.ГГГГ на сумму 1 000 000 рублей, дополнительное соглашение к Договору купли-продажи Земельного участка от ДД.ММ.ГГГГ на сумму 2 500 000 рублей, передаточный ФИО34 от ДД.ММ.ГГГГ и после того как ФИО25 были написаны расписки в получении денежных средств на указанные суммы, он (ФИО95) передал лично ФИО25 денежные средства в счет оплаты за приобретаемый земельный участок в сумме 3 500 000 рублей. После совершения вышеописанной сделки необходимые документы были сданы в регистрирующий орган для осуществления регистрации. Фактически передал ФИО25 денежные средства в сумме 3 500 000 рублей. В настоящее время какие-либо строения на земельном участке отсутствуют. Строительства не начинал. На территории указанного земельного участка произрастают деревья породы сосна, а так же кустарники. В момент совершения указанной сделки каких либо подозрении в подлинности документов у него не возникло, так как ФИО9 в качестве правоустанавливающего документа на указанный земельный участок представил ему Свидетельств о государственной регистрации права от ДД.ММ.ГГГГ. Свидетель ФИО55 пояснила, что работает начальником отдела кадастрового учета в Кадастровой палате &lt;адрес&gt;. В обязанности входит контроль регистрации земельных участков. ФИО28 являлась сотрудником отдела. Охарактеризовать ее может с положительной стороны, свои обязанности она выполняла, нареканий не было. У каждого сотрудника имеется свой компьютер. Никто, кроме этого сотрудника войти не может. Решение о том, отказать или удовлетворить заявку о постановке земельного участка на кадастровый учет, принимает специалист, который этим занимается. В полномочия ФИО28 принятие таких решений входило. Свидетель ФИО56 пояснила, что ФИО57 является ее матерью. Примерно в 2014 году она (ФИО56) познакомилась с ФИО25 при следующих обстоятельствах: с целью участия в аукционах ей необходимо было приобрести общество с ограниченной ответственностью. С вопросом приобретения ООО она обратилась к ФИО25 в офис ООО «Наша-Тюмень-72», расположенный в районе ДД.ММ.ГГГГ в &lt;адрес&gt;. Через ФИО25 приобрела ООО «СК Арди-Строй». В процессе общения с ФИО25 он говорил, что занимается оказанием юридических услуг. Так как она (ФИО56) хотела начать строительство загородного дома, а земельного участка у нее было, она обратилась к ФИО25 с вопросом оказания помощи в получении земельного участка, т.к. ей было известно, что юр.фирма ФИО36 занималась еще и недвижимостью. На ее просьбу ФИО25 сказал, что может решить ее вопрос, то есть оформить документы на земельный участок. Так же ФИО56 ФИО25 пояснила, что на ее оформлять ничего не нужно, так как ей нужно было получить государственную поддержку по программе «Молодая семья», и что земельный участок можно оформить на ее маму. Через некоторое время сообщила ФИО25 по телефону данные своей матери ФИО57 Позднее от имени ФИО57 на имя ФИО25 была оформлена доверенность на право представления интересов по вопросу оформления земельного участка в д.Дербыши, без права продажи. Местоположение земельного участка ФИО25 показала она (ФИО56), так как ранее она хотела получить данный земельный участок в аренду. Никакие документы на земельный участок Трубачев ей не показывал. В дальнейшем, после регистрации права собственности на земельный участок в д. Дербыши, местоположение помнит визуально, а кадастровый номер не помнит, ФИО25 предлагал ей продать данный земельный участок за 6 000 000 рублей и разделить данную сумму поровну, но она (ФИО56) отказалась, так как ей необходим был земельный участок для строительства. Ъ О том, что ФИО25 зарегистрировал право собственности на земельный участок в д. Дербыши по &lt;адрес&gt; ФИО34 на право собственности на землю, пожизненного наследуемого владения, бессрочного (постоянного) пользования землей № ТЮ1-172123 на имя ее матери, не знала. Какого либо вознаграждения за оформление земельного участка на имя ее матери не получала. Где расположен земельный участок - помнит визуально. На земельный участок она выезжала около 2 - 3 раз. Продажей данного земельного участка она не занималась. В Управление «Росреестра» по &lt;адрес&gt; для регистрации права собственности ни она (ФИО56), ни ее мама не обращались. Какие – либо документы на земельный участок в ДД.ММ.ГГГГ ФИО25 не передавал. Что в настоящее время с земельным участком ей не известно. Какие либо денежные средства за регистрацию права на земельный участок в д. Дербыши она никому никогда не передавала. Деньги за земельный участок ФИО36 не передавала, т.к. должна была их передать после того, как будут готовы документы на участок, но документов не было, поэтому с ФИО36 не рассчитывалась. За участок должна была передать ФИО36 300.000 рублей. Кроме доверенности, никакие документы не подписывала. В связи с противоречиями, по ходатайству гособвинителя, в соответствии с ч.3 ст. 281 УПК РФ , оглашались показания ФИО56, данные в ходе предварительного следствия, где она поясняла, что Государственный ФИО34 на право собственности на землю, пожизненного наследуемого владения, бессрочного (постоянного) пользования землей № ТЮ1-172123 на имя ее мамы она (ФИО56) впервые увидела в нотариальной конторе в момент оформления указанной доверенности. Данный документ представил ФИО25 Юридическое значение данного документа ей было не известно, факт того, что данный документ подложный она не знала. (т.11, л.д. 81-84) После оглашения показаний, свидетель ФИО56 их правильность подтвердила, пояснив противоречия тем, что прошло много времени, и детали забыла. Свидетель ФИО58 пояснил, что с марта 1983 года до начала 1990 – 1991 года он работал в должности председателя исполнительного комитета &lt;адрес&gt; Совета народных депутатов. После 1990 – 1991 года указанное учреждение было реорганизовано в администрацию &lt;адрес&gt;, где он работал в должности главы администрации &lt;адрес&gt; до ухода на пенсию в 2001 года. Процесс предоставления земельных участков гражданам в 1990 – 1993 годах был следующим: на местном уровне – сельским советом - администрацией принималось решение о выделении - предоставлении земельного участка конкретному лицу площадь участка составляла не более 15 соток. Участки выделялись по 15 соток в соответствии с решениями сельских Дум о минимальных и максимальных размерах предоставления земельных участков. В среднем в сельских администрациях района была принята норма в 15 соток. Случаев предоставления земельных участков большей площади не помнит. Земельные участки предоставлялись для строительства, и в случае если в течении пяти лет строительство не начиналось, земельный участок изымался. Сформированный в сельской администрации пакет документов поступал в администрацию &lt;адрес&gt; с формулировкой «Прошу рассмотреть вопрос выделения такого-то земельного участка такому-то лицу», указывались данные участка и лица, кому он предоставлен. После чего издавалось постановление администрации &lt;адрес&gt; о предоставлении земельного участка. Изданное в администрации &lt;адрес&gt; постановление печаталось в пяти экземплярах, один из которых он (ФИО101) подписывал, а на остальных ставилось его факсимиле, после чего использовались по назначению. Что-то оставалось для архивного хранения, что-то подшивалось к документам. Изданные постановления хранилась в администрации района. Изданные постановления в обязательном порядке имели порядковые номера и дату. Далее указанные документы уходили в Комитет по земельной реформе и земельным ресурсам &lt;адрес&gt;, где подготавливались правоустанавливающие документы - Государственный ФИО34 на право собственности на землю, пожизненного наследуемого владения, бессрочного (постоянного) пользования землей. Подготовленный указанный документ подписывался председателем Комитета по земельной реформе и земельным ресурсам &lt;адрес&gt; ФИО67 и передавался ему (ФИО101). После его подписи «Земельный комитет» выдавал указанный «ФИО31. ФИО34» гражданам. Указанный Государственный ФИО34 на право собственности на землю, пожизненного наследуемого владения, бессрочного (постоянного) пользования землей издавался в двух экземплярах, один из которых хранился в Комитете по земельной реформе и земельным ресурсам &lt;адрес&gt;, а второй выдавался гражданину. Выдача происходила только в администрации района. Так же данный документ проходил обязательную двойную регистрацию. В 1990 – 1993 годах один человек не мог получить более одного земельного участка, так как в администрации района все предоставленные земельные участки учитывались на специальной карте, и получить даже один земельный участок была проблема, потому что свободных земельных участков в населенных пунктах не хватало, а за границами населенных пунктов земля обрабатывалась местными совхозами, то есть была перепахана. Благодаря данному учету случаи предоставления - выделения одного и того же земельного участка двум разным лицам, одному лицу двух участков исключены. В ходе допроса на предварительном следствии ему предоставлялись для обозрения Государственные ФИО34 на право собственности на землю, пожизненного наследуемого владения, бессрочного (постоянного) пользования землей, номера и серии их не помнит. Однако, подпись в данных документах выполнена абсолютно точно не им. Факсимиле у него было, но где оно находится в настоящее время - ему не известно. Так же ему не известно, где в настоящее время находится печать администрации &lt;адрес&gt;, «Госкомзема» образца 1990 годов. Заведующий общим отделом в то время была Гартунг. Где и когда делалось его (ФИО101) факсимиле - не помнит. Указанные в Государственных ФИО34 на право собственности на землю, пожизненного наследуемого владения, бессрочного (постоянного) пользования землей лица ему не известны. В д.Дербыши участки в то время выделялись по 15 соток. Свидетель ФИО59 пояснил, что в 2014 году оформил на свое имя потребительский кредит с целью приобретения автомобиля. В 2015 году его знакомая ФИО7 предложила ему земельный участок в д.Дербыши за 600 000 рублей. На предложение ФИО7 согласился, так как посчитал данное предложение выгодной сделкой и лучше приобрести недвижимость, чем автомобиль. В ходе визуального осмотра местоположение земельного участка ему понравилось. Предложение ФИО7 его не насторожило, так как ей доверял. При оформлении сделки купли продажи земельного участка всеми вопросами, касающимися подготовки документов, занималась ФИО7, так как у него свободного времени не было. ФИО7 ему только сообщала время и место, куда нужно приехать для подписания необходимых документов. Денежные средства в сумме 600 000 рублей в счет оплаты приобретаемого им земельного участка передал ФИО25, который действовал по доверенности от собственника земельного участка ФИО57 ФИО5 была написана соответствующая расписка в получении указанной суммы. Участок был 20 соток. Стоимость его была указана только в договоре. О том, что земельный участок оформлен незаконно, узнал от сотрудников правоохранительных органов. Свидетель ФИО10 пояснила, что подсудимая ФИО28 – ее дочь, проживает отдельно. Дочь замужем, у нее ребенок, семья благополучная. Они общаются достаточно часто, часто приезжают в гости друг к другу. Учитывая возраст, у нее (ФИО98) имеются заболевания – рассеянный склероз, поэтому подробности происходящего она быстро забывает. У ФИО28 есть копия ее (ФИО98) паспорта, потому что она помогает ей оформить документы на получении субсидии, как малоимущая семья. Субсидию получает ежегодно. ФИО28 деньгами не помогала никогда. В 2015 году, точно когда - не помнит, ФИО28 попросила ее съездить к нотариусу вблизи гостиницы «Восток» и подписать доверенность. Ничего у ФИО28 не спрашивала, приехала по указанному ей адресу и подписала доверенность. Когда она приехала, доверенность уже была готова, даже не знает, на чье имя доверенность. Она просто поставила свою подпись. Больше она ничего не делала и никуда не ходила. В феврале 2016 года от ФИО28 узнала, что в отношении нее возбудили уголовное дело. О том, что на ее (ФИО98) имя оформлено 2 земельных участка, которые впоследствии проданы, она не знала. Она только подписывала одну доверенность на имя мужчины, которого она не знает, для чего - не знает, она не спрашивала, и ей никто не объяснял. Она сделала это по просьбе дочери, думала, что ей это нужно. Никаких действий, направленных на продажу участка она (ФИО98) не совершала, не ходила в регистрационную палату, не искала покупателей и т.д. Она не знала, что на нее оформлены участки и что они проданы. Соответственно денежные средства за оформление земельных участков она не получала и никому не передавала. Она сама никакие документы не подделывала, к оформлению участков отношения не имеет. ФИО36 она не знает, и дочь ей про него ничего не рассказывала, кроме того, что он мошенник. После произошедшего узнала от дочери только то, что она по просьбе ФИО36 оформляла земельные участки, потому что работала в кадастровой палате и могла это сделать по своим служебным обязанностям, а ФИО25 потом продавал эти участки. Таким образом они кого-то обманули. Получала ли Аня за это деньги - не знает. Свидетель ФИО49 пояснила, что с мая 2014 года работает в агентстве недвижимости ООО «Арена» в должности агента по недвижимости. Директором ООО «Арена» является ФИО9. Примерно в июле 2015 года ФИО9 поставил в известность, что к ним в агентство обратился гражданин ФИО25, с целью найти покупателей на ряд земельных участков, расположенных в дДД.ММ.ГГГГ, &lt;адрес&gt;. Ей (ДД.ММ.ГГГГ директором был поручен поиск покупателей на данные земельные участки. ФИО25 были представлены в агентство копии документов на земельные участки. Некоторые из земельных участков принадлежали собственникам на основании государственных ФИО34, которые выдавались в 90-х годах. На некоторые земельные участки были получены уже свидетельства о государственной регистрации права. Собственниками данных земельных участков являлись люди в возрасте, и ФИО25 представлял их интересы по доверенности. Стоимость земельных участков была обозначена ФИО25 в пределах от 2 500 000 до 3 500 000 рублей. Лично с ФИО36 не общалась. Несколько раз он приходил к ФИО97, но они сразу уезжали из офиса или уходила она (ФИО39). Непосредственно с покупателями не общались, общался с ними только ФИО97. Примерно в конце июля - в начале августа 2015 года ФИО97 рассказал, что в агентство снова приехал ФИО25 и пояснил, что при совершении сделок купли-продажи участков не может постоянно присутствовать, так как периодически вынужден уезжать в командировку то в Челябинск, то на Север, а непосредственные собственники данных земельных участков уже люди пожилого возраста, и поэтому необходимо пару участков на время оформить на кого-либо из сотрудников агентства. ФИО9 предложил ей оформить на себя два участка. Ей (ФИО39) данное предложение поступило в связи с тем, что у остальных сотрудников много кредитов, ипотеки и другие долговые обязательства. Без долговых обязательств была только она. ФИО97 сказал, что все затраты по госпошлине при регистрации сделки, а также налоговые отчисления, оплатит ФИО25. Она (ФИО39) согласилась на предложение ФИО97, правоустанавливающие документы не вызвали сомнения, тем более договор купли-продажи заключался непосредственного с собственниками земельных участков. Кроме того, к тому времени один из земельных участков был уже продан ФИО97 с использованием заемных денег банка, то есть документы проверялись и банком, в том числе. Таким образом, решили, с целью облегчить выполнение обязательств по оказанию услуг по продаже земельных участков, временно оформить на нее (ФИО39) два земельных участка. ДД.ММ.ГГГГ между ней (ФИО39) и владельцами земельных участков: ФИО10, а также ФИО6 были составлены договоры купли-продажи. Договора были составлены ФИО9 ФИО10 и ФИО6 в регистрационную палату привез ФИО25. ФИО97 были подготовлены необходимые документы для подачи в регистрационную палату, для регистрации сделки. Она (ФИО39) каких-либо денежных средств продавцам сама лично не передавала, денежных расчетов она не касалась. Кто и как производил расчеты с собственниками земельных участков, она не знает, данный вопрос в ее компетенцию не входил. Приобрела только по документам всего два участка: у ФИО98 и ФИО6. Земельный участок, приобретенный у ФИО6, без ведома ее (ФИО39) и без ее участия был размежеван на 2 участка, как она полагает самим ФИО25, так как он подъезжал к ней, чтобы она подписала согласование границ земельного участка. Она ни о чем не спрашивала у ФИО36, так как участок был оформлен на нее временно, и она фактическим собственником не являлась. Данные земельные участки были проданы 30 декабря. ФИО11 за 1.650 000 рублей. Расчетов она (ДД.ММ.ГГГГ также не касалась, расчет производился в ОАО «Сбербанк», по &lt;адрес&gt;, деньги были переданы ФИО9 Второй участок продан ФИО12 за 1 700 000 рублей. Расчетов ДД.ММ.ГГГГ также не касалась, расчет производился в банке «Реконструкция», по &lt;адрес&gt;, деньги были переданы ФИО9 ДД.ММ.ГГГГ земельный участок, приобретенный у ФИО10, был продан ФИО13, за 3 300 000 рублей. Расчетов также не касалась, расчет производился в банке «СОЮЗ», по &lt;адрес&gt;, деньги были переданы ФИО9 Лично видела, что все денежные средства от покупателей были переданы ФИО97. Расписки писала она, поскольку продавцом, согласно документам, была она. Она (ФИО39) фактически денег не получала. В договорах купли-продажи указаны суммы, за которые были проданы земельные участки, меньше фактических. Расписок составлялось несколько – на сумму, указанную в договоре, и на сумму реальной стоимости участка. Когда и где ФИО97 передавал денежные средства ФИО36, она не знает, не видела. Слышала телефонный разговор, в ходе которого ФИО97 спрашивал ФИО36, куда ему подвезти деньги. При оформлении сделок купли-продажи, было необходимо согласие на продажу ее (ФИО39) супруга, для чего на оформление нотариального согласия, денежные средства, ей также выдавались директором агентства. Комиссионное вознаграждение за каждый участок она (ДД.ММ.ГГГГ получила в размере 25 000 рублей. Это обычное агентское вознаграждение за ее работу – поиск покупателей. Покупателей на участки нашла действительно она. Никакого вознаграждения сверх этого, например, за то, что оформляла на свое имя участки, она не получила. Земельный налог на участки оплатил ФИО97, то есть он передал ей деньги, заказал составление декларации, она только подписала и отправила в налоговую инспекцию почтой. О том, что данные земельные участки были незаконно оформлены, не знала, представленные ФИО36 в агентство документы были надлежаще оформлены, при проверке в регистрационной и кадастровой палате находили свое подтверждение. Какого-либо отношения к незаконным действиям по данным земельным участкам она не имеет. ФИО39 только занималась поиском клиентов и показом этих участков. Все копии документов по сопровождаемым их ним агентством сделкам купли-продажи, сохраняются в их ним агентстве. С ФИО28 не знакома, но в кадастровых паспортах иногда видела ее фамилию. Была ли подпись ФИО28 в кадастровых паспортах на спорных земельных участках – помнит. Свидетель ФИО60 пояснил, что земельный участок с кадастровым номером 72:17:1303001:380 был приобретен его родным братом ФИО14. Данный земельный участок был оформлен на него (Цендревич), так как его брат находился в бракоразводном процессе и попросил его (Цендревич) оформить участок на свое имя. Договор купли-продажи на указанный земельный участок, передаточный ФИО34, расписка в получении денег были подписаны им (Цендревич) в Управлении «Росреестра» по &lt;адрес&gt; в момент сдачи указанных документов для регистрации права собственности на его имя. После подписания им указанных документов данные документы подписал ФИО25, так как он тоже для этих целей ненадолго приехал в названное учреждение. Каких – либо денежных средств за указанный земельный участок ни он (Цендревич) ни его брат ФИО25 не передавали. Данным земельным участком ФИО25 рассчитался с его братом за оказанные геодезические услуги, а именно: топографическая съемка земельных участков, установление границ земельных участков. Участки были в д.Дербыши - около 7 участков, в д.ФИО117 - около 2 участков. Какая была стоимость участков – ему не известно. Свидетель ФИО14 пояснил, что его фирма занимается межеванием земельных участков. К нему обратился ФИО25 с просьбой оформить земельные участки. Назвал ФИО36 цену. Через некоторое время ФИО25 позвонил и согласился. За работу в качестве оплаты предложил земельный участок в д.Дербыши. Согласился. Участки ФИО36 оформил: по ГосАктам установили границы земельных участков. Всего было 8 или 9 земельных участков: в ДД.ММ.ГГГГ Работу оценил в 600.000 рублей. Предоставленные ДД.ММ.ГГГГ ГосАкты были старые на вид, т.к. бумага была выцветшая, поэтому сомнений они не вызывали. Межевание делал не он (ФИО14), а кадастровый инженер – девушка по имени ФИО32, иных данных ее не знает, контактной информации нет. С Индивидуальным предпринимателем ФИО32 за работу рассчитался путем взаимозачетов. На кадастровый учет участки ставила она. Предполагал, что ФИО25 предложил сделать что-то незаконное, но согласился, т.к. нужен был земельный участок. Свидетель ФИО61 пояснила, что с ФИО28 она знакома с 1980 года, вместе учились. По характеру она добродушная, отзывчивая, всегда готова прийти на помощь. Ранее ФИО28 длительное время работала в Кадастровой палате, в настоящее время она уволилась, другую работу не нашла. В начале 2015 года к ней (ФИО102) обратилась ФИО28 с просьбой оформить на свое имя земельный участок в &lt;адрес&gt;. Адрес участка не помнит. Спросила ФИО28, зачем это нужно. Та ответила, что нужно оформить право собственности на этот участок, а потом его продать, чтобы получить деньги. ФИО28 сказала, что ей (ФИО102) нужно отдать копию паспорта и больше ей делать ничего не нужно будет. Отдала ФИО28 копию своего паспорта. У нее ДД.ММ.ГГГГ) никогда не было права собственности на какой-либо земельный участок. Она думала, что происходит «нарезка» новых участков, а учитывая, что ФИО28 работает в кадастровой палате с землей, думала, что у нее появилась возможность получить в собственность земельный участок. Каким конкретно способом – она точно не знает, ей не сообщалось, какие документы будут оформляться, Она (ДД.ММ.ГГГГ) вообще по их договоренности ничего не должна была делать. Также она понимала, что оформление на ее имя права собственности на земельный участок происходит временно, до его продажи. Никакое вознаграждение за это ФИО28 ей не обещала и не передавала. Понимала, что после продажи земельного участка денежные средства получит ФИО28 или тот человек, который организовал получение данного участка. Согласилась помочь ФИО28 только потому, что они с ней подруги. Материальную выгоду от этого не получила и то, что участок оформляется в собственность преступным путем, она (ФИО102) не знала. После того, как передала копию своего паспорта ФИО28 – это было примерно в январе 2015 – они с ней больше на эту тему не разговаривали. Примерно в марте 2015 года ФИО28 попросила ее сходить к нотариусу, чтобы подписать доверенность на оформление и продажу земельного участка на имя ФИО25 ФИО28 назвала фамилию конкретного нотариуса, но она (ФИО102) сейчас уже ее не помнит. Когда приехала к нотариусу, то доверенность уже была готова, находилась у помощника нотариуса. Она (ФИО102) только поставила в доверенности свою подпись и сразу ушла. С нотариусом она ни о чем не разговаривала, предъявила только паспорт, по которому сверила свои паспортные данные в доверенности, после чего ушла. Доверенность не забирала, так и оставила у нотариуса, потому что помощник нотариуса сказала ей, что доверенность нужно оставить и ФИО25 сам ее заберет. За оформление доверенности оплату не вносила. Кто оплатил услуги нотариуса, она не знает. В этот момент подумала, что происходит что-то странное, о чем и сказала ФИО28. Та сказала, что все нормально, что участки «чистые». Уже к концу лета 2015 года ФИО28 сказала, что земельный участок, оформленный на ее имя, нужно снять с кадастрового учета. Спросила ее, что случилось. Тогда ФИО28 рассказала ей, что ФИО25 попросил ее поставить на кадастровый учет несколько земельных участков на своих родственников и друзей. К ФИО28 он обратился в связи с тем, что она работает в кадастровой палате и имеет такую возможность в связи с исполнением ею своих служебных обязанностей. В каких отношениях ФИО28 и ФИО25 находились, не знает, ФИО28 не рассказывала, но ранее о нем от ФИО28 никогда не слышала. Также ФИО28 сказала, что она и ФИО25 оформленные земельные участки должны были продать. Считает, что ФИО28 делала все это не «просто так», а за вознаграждение. Однако у них «что-то пошло не так». ФИО28 сказала, что нужно снять участки с кадастрового учета. Для этого нужно было снова написать доверенность на имя другого человека, который будет заниматься снятием земельного участка с кадастрового учета. ФИО28 дала ей копию паспорта какого-то человека, фамилию сейчас не помнит, и попросила оформить на его имя доверенность на право снятия земельного участка с кадастрового учета. Она (ФИО102) тогда пошла к нотариусу, где написала указанную выше доверенность. Заплатила за нее сама, потом ФИО28 отдала ей деньги за оформление доверенности. Доверенность отдала ФИО28 Больше никаких действий не предпринимала. Сняли участок с кадастрового учета или нет, она не знает. В феврале 2016 от ФИО28 узнала, что в отношении нее возбудили уголовное дело за незаконное оформление в собственность земельных участков. Она еще сказала, что дело возбудили и в отношении ФИО36 тоже. ФИО28 говорила, что она и ФИО25 по договоренности оформляли земельные участки и потом по доверенности он продавал их. Сколько денег за это получила ФИО28, Она (ФИО102) не знает. Она сама (ФИО102) никакие документы не подделывала, к оформлению участков отношения не имеет. Свидетель ФИО62 пояснила, что летом 2015 года они с мужем решили приобрести земельный участок под строительство дома. Они начали поиски объявлений о продаже земельных участков на различных сайтах, в том числе на сайте «Авито». Там они с мужем нашли земельный участок в д.Дербыши, &lt;адрес&gt; участок был 20 соток, стоимостью около 3,5 миллионов рублей. Земельный участок продавался через агентство недвижимости «Арена». Они смотрели данный участок, участок им понравился, но 20 соток было много, и стоил он для них дорого, поэтому они его покупать отказались. Осенью 2015 года им позвонила агент указанного выше агентства – ФИО39 и сообщила, что земельный участок размежевали на два участка по 10 соток, соответственно и цена участков стала ниже – 2 миллиона рублей. Они снова задумались о покупке земельного участка. После переговоров с ФИО39 они снизили цену до 1 650 000 рублей. Земельный участок адрес имеет следующий: &lt;адрес&gt;, ДД.ММ.ГГГГ, кадастровый №. Кадастровый номер участка, из которого был выделен этот участок, не знает. Далее ее супруг занимался оформлением документов, он проверил наличие обременений на земельном участке. По документам все было в порядке. Общались они с ФИО9 (директор агентства) и Султановой Зульфией (риэлтор). Право собственности на земельный участок было зарегистрировано на ФИО39, о чем Шульга узнала в день подписания договора купли-продажи. Договор купли-продажи готовило агентство недвижимости, договор купли-продажи и передаточный ФИО34 были подписаны ДД.ММ.ГГГГ. Стоимость земельного участка в договоре была прописана в сумме 700 000 рублей, реальная стоимость составила 1 650 000 рублей. Денежные средства за указанный участок передавали в один день, но по двум распискам – одна расписка на сумму 700 000 рублей (как указано в договоре), вторая расписка на сумму 950 000 рублей. Все денежные средства ее муж передавал в руки ФИО97. Помимо указанных сумм денежных средств, более они никому ничего не платили, право собственности оформлялось в общем порядке. Позже, уже дома, они с мужем подумали, что фактически земельный участок ФИО39 не принадлежал. Они так подумали, поскольку она говорила, что за продажу этого земельного участка получит только комиссионное вознаграждение в сумме 30 000 рублей, а также потому, что деньги муж передал ФИО97, а не ФИО39. Кому на самом деле принадлежал земельный участок, не знает. Весной 2016 муж обратился в администрацию Московского МО с заявлением на разрешение вырубки берез. Администрация ответила в письменном виде, что на земельном участке, находящемся в собственности, разрешение на вырубку деревьев не требуется. После этого они приступили к вырубке берез, с целью дальнейшего строительства дома на земельном участке. В момент рубки приехали сотрудники полиции, которые сообщили о том, что их земельный участок фигурирует в уголовном деле. ФИО25 не знает, никогда с ним не общалась. О том, что земельный участок был оформлен в собственность с нарушениями, она узнала от сотрудников полиции. Изъять участок у них никто не пытался. С участком пока ничего не предпринимают. Таких участков целая улица в д.Дербыши. Осенью 2016 года обращались за разрешением на строительство в Администрацию, но ответа пока нет. Свидетель ФИО63 дал аналогичные показания. Свидетель ФИО12 пояснила, что в дачном сообществе «Весна» в &lt;адрес&gt; у нее имеется дача, на которой расположен ветхий дом. Она решила со своим супругом его продать. На вырученные деньги построить новый дом на вновь приобретенном земельном участке. Примерно в декабре 2015 года по средствам сети интернет узнала про агентство недвижимости «Арена», которое занимается продажей земельных участков. В агентстве недвижимости ей предложили земельный участок, расположенный в &lt;адрес&gt;. Стоимость данного участка составляла 2 000 000 рублей, фактически данный земельный участок она (ФИО12) приобрела за 1 700 000 рублей. Продавцом земельного участка был собственник – ФИО39, которая работает в АН «Арена» агентом по недвижимости. При сделки купли – продажи со стороны продавца ФИО39 присутствовал ФИО97. В договоре купли – продажи была указанна сумма 700 000 рублей, но фактически за указанный земельный участок передала ФИО97 и ФИО39 сумму 1 700 000 рублей. ФИО39 были написаны соответствующие расписки. Договор купли – продажи был подписан в АН «Арена», а денежные средства передала в Управлении Росрееста в момент подачи необходимых документов для осуществления государственной регистрации за указанный земельный участок. Законность и подлинность правоустанавливающих документов на имя ФИО39 у нее сомнений не вызвало, так как ФИО39 предъявила свидетельство о государственной регистрации права, документом основания выдачи которого был договор купли – продажи данного земельного участка, так же на момент приобретения земельный участок обременен не был. Свидетель ФИО9 пояснил, что около 5 лет он занимается продажей недвижимости, в том числе земельных участков. У него агентство недвижимости «Арена», несколько риэлторов. С ФИО25 познакомился примерно в конце 2014 года. Он (ФИО97) периодически обращался за юридическими консультациями в области оформления прав на недвижимость в Тюменскую городскую коллегию адвокатов (&lt;адрес&gt;). Там же он часто видел ФИО36. Там они и познакомились. ФИО25 рассказал, что он юрист, оказывает юридические услуги в области гражданского права (наследство, подготовка исков и т.д.). Он (ФИО97) ему рассказал, что занимается оказанием посреднических услуг при осуществлении купли-продажи недвижимости. Они обменялись телефонами. ФИО25 производил хорошее впечатление, был аккуратно одет, хорошо говорил, внушал доверие. Потом они некоторое время не общались. Примерно весной 2015 года ему (ФИО97) позвонил ФИО25 и сказал, что у него есть несколько земельных участков на продажу в д. Дербыши. Он (ФИО97) сказал, что готов посмотреть документы на участки и попросил его приехать в офис. ФИО25 привез документы на несколько земельных участков, примерно, на 5-8 штук. Документы были следующие – государственные ФИО34 на право постоянного (бессрочного) пользования земельным участком, кадастровые выписки на эти участки и доверенности от собственников на имя ФИО25 Все государственные ФИО34 были оформлены на разных людей, в основном на пожилых. Все земельные участки стояли на кадастровом учете. О таком количестве земельных участков ФИО25 сказал, что по каким-то сведениям узнал, кому выдавались земельные участки по таким ФИО34 и к каждому собственнику ездил, договаривался и выкупал их, то есть целенаправленно искал собственников понравившихся ему участков и уговаривал их продать эти участки. Государственные ФИО34 он (ФИО97) осмотрел. Он видел такие ФИО34 и ранее, предоставленные ФИО36 ФИО34 были на вид обычные, бланки затертые, в некоторых местах порваны. Сомнений они у него не вызвали. Все государственные ФИО34 были на земельные участки, расположенные в д.Дербыши. После проверки документов согласился продать данные участки. Стоимость участков устанавливал ФИО25, на каждый участок индивидуально, поскольку участки были разные по площади. Первоначальная стоимость составляла 4 500 000 рублей. Комиссионные ему были установлены в сумме 250 000 рублей с продажи каждого земельного участка. Примерно на следующий день они с ФИО36 поехали в ДД.ММ.ГГГГ, чтобы он (ФИО97) мог посмотреть земельные участки. Все участки располагались рядом, место хорошее, на участках росли сосны. После просмотра сделал ксерокопии нескольких документов и приступил к поиску покупателей. Информацию об имеющихся на продаже земельных участках он дал своим риэлторам. Объявления размещались на интернет-сайтах. Спустя некоторое время ему позвонил его дальний знакомый – ФИО103, который сказал, что увидел объявление о продаже земельного участка в д.Дербыши. Кто-то из риэлторов показал ему участок, участок понравился. Он поговорил с Чернявским, который спросил, есть ли какие-то подвохи, все ли в порядке с документами. Показал ФИО94 все документы, уверил его, что все в порядке. Да и сам был уверен, что участки оформлены правильно и никаких «подвохов» нет. Чернявский согласился на покупку земельного участка площадью 20 соток за 4 300 000 рублей с оформлением права собственности на свою жену – ФИО51 Все документы по земельному участку (кадастровые выписки, копия государственного ФИО34, доверенность, паспорта продавца и доверенного лица, выписку из ЕГРП) предоставили в банк «Сургутнефтегазбанк», поскольку Чернявские брали ипотечный кредит на покупку земельного участка. Договор купли-продажи составили в банке. После оформления документов в банке ДД.ММ.ГГГГ, в этот же день покупатель и продавец обратились в Росреестр, где регистрация права собственности прошла без каких-либо заминок. От продавца (ФИО1) присутствовал ФИО25, от покупателя – ФИО51 На сделке также присутствовал он (ФИО97), поскольку он на сделках присутствовал всегда. Комиссионные агентству выплачиваются после оформления сделки. ФИО25 в его присутствии подписывал договор купли-продажи, передаточный ФИО34, писал расписки о получении денежных средств. Денежные средства, соответственно, получил ФИО96. Он (ФИО97) видел, что деньги забрал он. После заключения сделки ФИО25 заплатил ему комиссионные в сумме 200 000 рублей, сказал, что 50 000 рублей отдаст со следующее сделки, так как сейчас ему нужны деньги. Следующий земельный участок с кадастровым номером – последние цифры 385 был продан ДД.ММ.ГГГГ по договору купли-продажи между ФИО6 и ФИО52 Представителем ФИО6 по доверенности был ФИО25 Причем на этот участок ФИО25 уже получил свидетельство о государственной регистрации права от ДД.ММ.ГГГГ. Отношения к получению свидетельства он (ФИО97) не имел, услуг по регистрации права собственности на земельный участок не оказывал. ФИО25 сам оформил данное свидетельство. В основном договоре стоимость участка указана 1 000 000 рублей, фактически участок был продан за 3 500 000 рублей. Все денежные средства ФИО95 передал ФИО36, деньги забрал он. ФИО25 заплатил ему (ФИО97) комиссионные в сумме 300 000 с учетом долга по прошлому договору. В этот же день вечером ФИО25 занял у него деньги в сумме 150 000 рублей и на следующий день еще 80 000 рублей. Расписки ФИО97 и ФИО25 друг другу не писали, т.к. Он (ФИО97) понимал, что продаст еще его участки и ФИО25 вынужден будет отдать ему все долги. ДД.ММ.ГГГГ аналогичным образом был продан земельный участок с кадастровым номером – последние цифры 388 ФИО75 ФИО25 торопил продавать земельные участки и готов был снижать цену. Данный участок он продал всего за 1 500 000 рублей. Деньги забрал ФИО25. С данной продажи он (ФИО97) получил агентские в сумме 100 000 рублей. На все последующие земельные участки ФИО25 уже принес свидетельства о государственной регистрации права, то есть к августу 2015 года уже продавал земельные участки не по государственным ФИО34, а по новым свидетельствам. Далее ФИО25 предложил размежевать два земельных участка, с кадастровым номером – последние цифры 373 площадью по 40 соток и 390, площадью 20 соток. Он (ФИО97) приостановил продажи на эти участки. Некоторое время ФИО25 занимался межеванием участков и к осени 2015 года были образованы 4 новых земельных участка. Один земельный участок приобрел он (ФИО97), право собственности оформил на имя своей жены – ФИО15 за 2 000 000 рублей. Договор был оформлен с использованием кредитных средств банка «Сбербанк России». Причем сначала земельный участок был продан ФИО104 для последующего его межевания. Однако ФИО104 не смогла заплатить за земельный участок и участок выкупил он (ФИО97). Далее ФИО25 сказал, что ему нужно часто уезжать в &lt;адрес&gt;, на Север, говорил, что на учебу. ФИО25 сказал, что ему неудобно присутствовать на сделках и собственников по документам, пожилых людей, привозить тоже неудобно. Кроме того, земельные участки, право собственности на которые зарегистрировано по государственным ФИО34, всегда вызывают сомнение и их сложнее продать. Например, была ситуация с покупателем ФИО104, который поехал к женщине, которая была указана собственником земельного участка в государственном ФИО34, и спрашивал ее, действительно ли она является собственником. Чтобы избежать таких неудобств, ФИО25 предложил оформить право собственности на земельные участки на кого-то из сотрудников АН «Арена». Он подумал, что в этом ничего противозаконного нет, и согласился. В АН «Арена» всего несколько риэлторов, у многих ипотека. Единственным свободным риэлтором была ФИО49, которую он (ФИО97) спросил, согласится ли она оформить на себя право собственности на 2 земельных участка с целью последующей их продажи, на что ФИО39 согласилась. Тогда он (ФИО97) напечатал договоры купли-продажи на ФИО39, после чего было зарегистрировано право собственности на нее. При этом фактически денежные средства ФИО39 ФИО36 не передавала и не оплачивала даже государственную пошлину за регистрацию. Все эти расходы понес ФИО5 Это была именно его идея о переоформлении собственника земельных участков с целью упрощения последующей их продажи и придания документам о праве собственности вида большей надежности. После этого все участки, оформленные на ФИО39 были проданы ФИО12, Шульга и ФИО13. Все денежные средства, полученные от покупателей, в присутствии его (ФИО97) забирал ФИО25. Он (ФИО97) присутствовал на всех сделках. ФИО39 с продажи каждого земельного участка получила комиссионные около 30 000 рублей. После реализации последнего земельного участка он (ФИО97) потребовал от ФИО36 заплатить ему все его комиссионные и деньги, которые он брал у него в долг. ФИО25 был вынужден отдать все, что был должен. Последний земельный участок был продан ДД.ММ.ГГГГ После этого отношений с ФИО36 не было. О том, что земельные участки были оформлены по подложным государственным ФИО34, узнал от своих клиентов (ФИО94, ФИО95, Шульга), которые начали звонить ему и жаловаться, что у них арестованы земельные участки, требовали вернуть им денежные средства, поскольку считали, что он (ФИО97) был осведомлен о том, что документы на земельные участки были подложные. На самом деле он об этом ничего не знал, и сам купил у ФИО36 земельный участок, при этом взял деньги в кредит. Если бы он был в курсе того, что земельные участки оформлены мошенническим способом, он никогда бы его не купил. Сейчас земельный участок, который он купил у ФИО36, находится в собственности его жены. Свидетель ФИО15 пояснила, что ее муж – ФИО9 занимается продажей недвижимости, в том числе земельных участков. Он является руководителем агентства недвижимости «Арена». С ФИО25 знакома, видела его два раза, знает его как клиента мужа. Это было тогда, когда она вместе с мужем ездила смотреть земельные участки, которые продавал ФИО25. Со слов мужа знает, что ФИО25 обратился в агентство к ее мужу с просьбой продать земельные участки в д.Дербыши. Они тоже с мужем хотели там купить участок, поэтому поехала посмотреть участки вместе с мужем. Во время поездок ФИО25 много говорил, рассказывал про участки, показывал документы, называл площади и т.д. Вел он себя спокойно, доброжелательно. Между ним и ее мужем как она поняла, отношения были только деловые, потому что они обсуждали исключительно земельные вопросы По разговору ФИО36 решила, что участки принадлежат ему. В сентябре 2015 года муж ей сказал, что можно купить один из земельных участков за 2 000 000 рублей площадью 20 соток в д.Дербыши у ФИО36. Подумала, что стоимость нормальная и согласилась. Оформлением всех документов занимался муж. Она (ФИО97) не знает, как это все происходило, она только подписала подготовленные документы. Денежные средства на данный участок они взяли в банке «Сбербанк» в ипотеку, под залог этого же участка. В настоящее время ежемесячный платеж составляет около 31 000 рублей. Видела, что по договору купли-продажи продавцом участка была ФИО64, но не знает, по какой причине. Со слов мужа, он покупал участок у ФИО36 и деньги передавал ему. При передаче денег от ее мужа ФИО36 она не присутствовала. Весной 2016 года от мужа узнала, что ФИО36 задержали по подозрению в совершении преступления. Муж рассказал, что земельные участки, которые ФИО25 продавал, он получил путем мошенничества, по поддельным документам. В том числе по поддельным документам оформлен и тот участок, который купили они. В настоящее время участок с кадастровым номером 72:17:1303001:391 в д. Дербыши, который они купили у ФИО36, находится у нее (ФИО97) в собственности. Свидетель ФИО67 пояснил, что в 1990 - 1991 году был создан Комитет по земельной реформе. Данный комитет был создан с целью передачи земель из государственной собственности в частную (приватизация). В компетенцию этого учреждения входила регистрация документов на право собственности на землю. Какие именно документы регистрировались - не помнит. Конкретную дату ввода в оборот документов установленного образца он тоже не помнит, в разное время с момента образования формы документов установленного образца были разные. С момента образования названное учреждение было органом федерального подчинения. В 1991 - 1992 году при областном Комитете по земельной реформе был создан районный Комитет по земельной реформе, председателем которого являлся он (ФИО105) с момента образования до 2001 года. Полное наименование было - Комитет по земельной реформе &lt;адрес&gt;. С момента образования указанное учреждение несколько раз переименовывалось. Указанное учреждение создавалось на 5 лет до окончания земельной реформы. По истечении пяти лет функции были изменены, то есть к имеющимся функциям были добавлены функции землеустройства. С этого момента учреждение стало носить название Земельный комитет по земельным ресурсам и землеустройству &lt;адрес&gt;. Данные функции исполнялись до 1999 года. В ходе предварительного следствия ему (ФИО105) для обозрения были представлены Государственные ФИО34 на право собственности на землю, пожизненного наследуемого владения, бессрочного (постоянного) пользования землей. Процесс предоставления земельных участков на территории &lt;адрес&gt; в 1990 – 1993 годах был следующим: на местном уровне – сельским советом - администрацией принималось решение о выделении - предоставлении земельного участка конкретному лицу, с указанием площади и местоположения земельного участка, при этом площадь предоставляемого земельного участка не могла превышать установленной предельной нормы предоставления земельного участка. Данная норма была установлена &lt;адрес&gt; Думой или администрации &lt;адрес&gt;. В настоящее время нормы предоставления участков не помнит. Полномочия по принятию решения о предоставлении земельных участков гражданам в разное время относились изначально к сельским советам, а потом данные полномочия были переданы в администрацию &lt;адрес&gt;. Какой порядок и в чьей компетенции были данные полномочия в период с 1991 – по 1993 год - не помнит. Подготовленные в сельской администрации документы представлялись в Комитет по земельной реформе &lt;адрес&gt; для регистрации. После регистрации данные документы возвращались в сельские администрации для выдачи гражданам. Регистрация производилась в специальном журнале регистрации Государственных ФИО34 на право собственности на землю, пожизненного наследуемого владения, бессрочного (постоянного) пользования землей. Государственному ФИО34 на право собственности на землю, пожизненного наследуемого владения, бессрочного (постоянного) пользования землей присваивался индивидуальный регистрационный номер, который начинался с абревиатуры ТЮ – 1, где ТЮ обозначает &lt;адрес&gt;, а дальше идет индивидуальный регистрационный номер. В представленных ему в ходе следствия Государственных ФИО34 стоит факсимиле с его (ФИО105) подписью. Факсимиле с оттиском его подписи в Комитете была, кто и когда изготавливал его факсимиле - не помнит. Факсимиле хранилось и использовалось его помощником ФИО87 Государственный ФИО34 на право собственности на землю, пожизненного наследуемого владения, бессрочного (постоянного) пользования землей издавался в двух экземплярах, один из которых обязательно поступал на архивное хранение. Все документы должны находиться на архивном хранении. Указанные в в представленных ему в ходе следствия Государственных ФИО34 на право собственности на землю, пожизненного наследуемого владения, бессрочного (постоянного) пользования землей лица ему не известны. Свидетель ФИО68 пояснила, что примерно с осени 2014 года работала в ООО «Наша-Тюмень-72», директором являлся ФИО25 Официально трудоустроена не была. Заработную плату Трубачев ей платил в сумме 10 000 рублей, и 30% от оплаты по каждому гражданскому делу. Кроме нее, в офисе еще работали ДД.ММ.ГГГГ, ДД.ММ.ГГГГ ФИО32. Еще была женщина, которая выполняла бухгалтерскую работу, но она в офисе никогда не бывала, она ее не знает. ФИО25 производил впечатление спокойного человека, способного уговорить кого угодно и на что угодно. В юридических вопросах ФИО25 грамотным не был, в основном всю юридическую работу делала она ФИО106). ФИО25 выполнял только простую работу и по шаблону из интернета. ФИО25 хитрый, изворотливый, за всю свою работу всегда брал деньги, даже со своих родственников. Трубачев ездил на автомашине «Митсубиши» серого цвета, которую ФИО25 продал в середине лета 2015 года. Примерно в это же время он купил автомобиль «ФИО21 СантаФе» тоже серебристого цвета. Других машин она у него не видела. Она (ФИО106) практически всех клиентов ООО «Наша-Тюмень-72» знает. Видела всех людей, которые приходили в офис. Однако ничего о том, что ФИО25 занимается оформлением земельных участков в д. Дербыши и их продажей, она не знала. Ей ФИО25 никогда никакие земельные участки купить не предлагал. Однажды весной или в начале лета 2015 года ФИО25 у ФИО106 попросил ее паспортные данные и оформить на его имя доверенность, сказал, что ему нужно это для оформления какой-то сделки, при этом в подробности не вдавался. Ответила ФИО36, что свои паспортные данные она ему не даст и доверенность на него оформлять не будет. Для чего ему это было нужно, она тогда не могла даже предположить. ФИО28 ей не знакома. Дел по ее заявлениям у них в офисе не было, Никогда не видела, чтобы ФИО28 приходила к ним в офис. Никаких бесед по поводу оформления земельных участков ФИО25 в ее присутствии ни с кем, в том числе с ФИО28 не вел. Не видела, чтобы ФИО28 передавала ему какие-либо деньги или документы по земельным участкам. ФИО16 и ФИО30 Ильинична были клиентами ООО, работала с ними по гражданским делам по земельным участкам. В феврале 2016 года ФИО36 задержали по подозрению в совершении преступления по мошенническим действиям с земельными участками. Она (ФИО106) тогда ничего об этом не знала. После этого она закончила все дела в офисах, довела гражданские дела, которые у нее были. Оплату она больше никакую не получила, просто она ответственный человек и не могла бросить клиентов. От Трубачева ей сначала пришла записка, в которой были перечислены фамилии людей, по которым нужно было довести дела. ФИО25 на тот момент находился под домашним арестом. Потом ФИО36 перевели в СИЗО. Примерно в середине мая 2015 года ФИО25 начал звонить ей на сотовый телефон. Он сказал, что находится в СИЗО, просил ее дать показания, какие конкретно – не говорил. Спустя некоторое время ФИО25 снова позвонил и сказал, что хочет, чтобы она в своих показаниях сообщила, будто видела, как ФИО28 приходила в офис и он передавал ей деньги, а она ему документы на земельный участок. Она (ФИО106) тогда поняла, что ФИО25 хочет, чтобы она дала показания, выгодные ему. Она отказом не ответила, поскольку опасалась его. Она сказала ФИО36, что подумает. После этого ФИО25 стал звонить достаточно часто, уговаривал, даже намекал на то, что будет вознаграждение, но ничего конкретного по сумме не сказал. Она (ФИО106) ему ответила, что ей деньги не нужны, и она вообще еще не согласилась помогать ему. Спустя еще некоторое время к ней позвонил ФИО25 и сказал, что к ней подъедет от него человек. Она вышла на улицу, это был вечер, к ней подошел мужчина и предложил почитать показания ФИО28, а также были уже напечатаны показания, якобы, от ее (ФИО106) имени. Прочитала показания от своего имени: там была написана неправда в той части, что она знала о том, что ФИО28 через ФИО36 продавала какие-то земельные участки, а она (ФИО106), якобы, даже составляла договоры и расписки о передаче денежных средств, а ФИО25 просто ходил как представитель и сам ничего вообще не делал. На самом деле такого не было, Она (ФИО106) вообще не знала о том, что у Трубачева есть какие-то дела по земельным участкам. Показания она давать отказалась. ФИО25 продолжал звонить ей до конца июня 2015 года, после чего она поменяла сотовый телефон, чтобы ФИО25 перестал ей звонить. Свидетель ФИО7 пояснила, что в 2013 году она работала юристом в Тюменской городской коллегии адвокатов. В коллегию обратился ранее незнакомый ей ФИО25 с просьбой составить исковое заявление. После оказания юридической помощи ФИО25 стал часто приходить к ним в офис. Спустя некоторое время коллегия переехала в офис по &lt;адрес&gt;, где ФИО96 также открыл офис юридической компании. Примерно в конце весны 2015 года к ней обратился ФИО25 и спросил, есть ли у нее знакомый геодезист для межевания земельных участков и осуществления кадастровых работ. Она порекомендовала ФИО14. ФИО25 начал с ним работать, ФИО14 межевал несколько земельных участков, но какие конкретно, она не знает. Спустя еще некоторое время ей позвонил ФИО14 и сказал, что ФИО25 предлагает рассчитаться с ним за работу земельным участком в д.Дербыши. Правоустанавливающим документом был государственный ФИО34 на право собственности на землю. Она сказала ФИО14, что на такую сделку можно пойти только в том случае, если государственный ФИО34 пройдет регистрацию в Управлении Росреестра. ФИО14 сказал, что свою работу он оценил примерно 600 000 рублей. ФИО25 предложил ФИО14 приобрести земельный участок в д. Дербыши за 600 000 рублей – как оплата за работу. Позже узнала, что ФИО102 приобрел предложенный ФИО36 земельный участок и оформил право собственности на имя своего брата – Цендревича. Об этом рассказала своей знакомой ФИО107, которая сказала, что тоже хочет такой земельный участок в д.Дербыши за такую стоимость и спросила, кто продает эти участки. Рассказала ей о ФИО36. Кация попросила ее (ФИО7) договориться с ФИО36. После этого поговорила с ФИО36. Он сказал, что есть участок, показал ей государственный ФИО34 и доверенность от ФИО57 на оформление документов и продажу земельного участка. Она (ФИО7) сказала ФИО36, что покупатель оставит задаток, но оставшуюся сумму денег ему передадут после того, как право собственности по ФИО34 будет зарегистрировано в Управлении Росреестра. После этого ФИО25 сам занимался регистрацией земельного участка. ФИО107 предложила купить участок своему брату Кация Вахтангу, который в тот момент как раз взял кредит на автомобиль. ФИО108 согласился. После получения свидетельства о регистрации права собственности на земельный участок с кадастровым номером последние цифры 373, по &lt;адрес&gt;, ДД.ММ.ГГГГ, ФИО25 заказал работы по межеванию этого участка на два смежных, один из которых (с кадастровым номером последние цифры 392) продал Кация Вахтангу за 600 000 рублей. Получение свидетельства о праве собственности на участок с этим кадастровым номером они не дожидались, потому что была регистрация участка с кадастровым номером с последними цифрами 373. Договор купли-продажи готовила она (ФИО7), также она настояла на том, чтобы ФИО25 привел собственника земельного участка – ФИО57 и договор подписала она. Договор купли-продажи от ДД.ММ.ГГГГ подписывали ФИО59 и ФИО57 в помещении Управления Росреестра на &lt;адрес&gt;. ФИО57 сама подписала договор. Она (ФИО7) с ней не разговаривала, она подписала подготовленные документы и ушла. Паспорт у ФИО123 не проверяла. ФИО25 при этом присутствовал. Денежные средства в этот момент не передавали, поскольку договаривались о том, что деньги передадут только после получения Свидетельства. Регистрация прошла ДД.ММ.ГГГГ Кация получил свидетельство о регистрации права собственности на земельный участок. Денежные средства по договору купли-продажи ФИО36 лично в руки передала она (ФИО7) ДД.ММ.ГГГГ. Свидетель ФИО69 пояснил, что ФИО28 – его супруга. Охарактеризовал ее с положительной стороны. Ранее ФИО28 работала в Федеральной кадастровой палате в должности ведущего инженера. Заработная плата ФИО28 составляла 20 000 рублей, какие-то дополнительные деньги она домой никогда не приносила. Семью в основном содержал он (ФИО109). О своей работе ФИО28 никогда много не рассказывала. О том, что ФИО28 знакома с ФИО36, он не знал, видел его один раз, когда ФИО28 вышла с работы, села в машину к ФИО36, где Трубачев ей передал какой-то пакет. О том, что в отношении ФИО28 возбуждено уголовное дело по подозрению ее в совершении мошенничества, узнал в феврале 2016 года. После этого ФИО28 рассказала, что в 2014 году она познакомилась с ФИО5 – он юрист и занимался оформлением земельных участков. Она познакомилась с ним на работе. Зимой 2015 года ФИО25 предложил ей заниматься незаконным оформлением земельных участков, на что она согласилась и они вместе поставили на кадастровый учет несколько земельных участков, точно сколько, он не знает. ФИО25 обещал оформить один участок на ФИО28, а также передать ей часть денег за проданные земельные участки, однако фактически она никаких денег не получила. О том, что все это незаконно, ФИО28 поняла позже. Когда стало известно о возбуждении уголовного дела, спросил ФИО28, был ли это ФИО25 тогда в машине, когда передавал ей сверток. Она ответила, что это действительно был ФИО25, и он передал ей денежные средства, которые она потом отдала сотруднику Регистрационной палаты за регистрацию земельных участков. Какая там была сумма, и за какие участки, он (ФИО109) не знает. У ФИО28 в собственности имеется автомобиль, который был приобретен в конце 2015 года на кредитные средства, в том числе и на его (ФИО109) средства. В ходе обыска в их квартире изъяты денежные средства в сумме 288 000 рублей. Это деньги ФИО28 Она сказала, что это деньги не ее, а переданы ей по работе. Деньги лежали вместе с ее рабочими документами. Свидетель ФИО118 пояснила, что у нее есть сестра – ФИО28, отношения у нее с ФИО28 хорошие, они общаются достаточно часто, но подробностей о своей личной жизни ФИО28 не рассказывает. Ранее ФИО28 работала в Кадастровой палате в должности инженера, она замужем, отношения с мужем у нее хорошие. У них благополучная семья. Охарактеризовала ее как человека хорошего, ответственного. Муж у ФИО28 часто бывает в командировках. Примерно в феврале 2015 года, а также примерно в мае 2015 года она (ФИО104) вечером пошла в гости к ФИО28. Когда она подходила к дому ФИО28, увидела, что ФИО28 и незнакомый мужчина стоят на парковке около дома и разговаривают. Когда она (ФИО104) подошла, ФИО28 попрощалась с этим мужчиной, и они пошли домой. ФИО28 сказала, что этот мужчина - ее знакомый по работе, зовут его Евгений. В феврале 2016 года в отношении ФИО28 возбудили уголовное дело. ФИО28 после этого сказала, что фамилия Евгения – ФИО25. Он предложил ей вместе с ним оформить в собственность земельные участки, а потом продать их. За это он обещал ей деньги, но фактически ничего ей не дал, обманул ее. ФИО28 также говорила, что ФИО25 предлагал продавать участки незаконно. Другие подробности ФИО28 не рассказывала. ФИО28 представила ФИО36, как заместителя губернатора. Она (ФИО104) видела ФИО36 9 Мая на трибуне рядом с губернатором Тюменской области ФИО110, поэтому полагала, что это так и есть. В судебном заседании по ходатайству гособвинителя с согласия участников процесса, в связи с вызовом и неявкой, в соответствии с ч.1 ст. 281 УПК РФ , оглашались показания свидетелей ФИО75, ФИО57, ФИО71, ФИО18, ФИО72, ФИО79, ФИО80, ФИО81, ФИО64, ФИО82, ФИО1, ФИО86, ФИО73, ФИО87, ФИО88, ФИО89, данные в ходе предварительного следствия. Свидетель ФИО75 пояснял, что примерно с апреля 2015 года решил приобрести земельный участок расположенный недалеко от &lt;адрес&gt; для строительства жилого дома. В середине июля 2015 года он обратился в агентство недвижимости «Арена», где ему предложили посмотреть земельный участок, расположенный в &lt;адрес&gt; с кадастровым номером 72:17:1303001:388. После визуального осмотра данный земельный участок ему понравился, решил приобрести. Познакомился с директором АН «Арена» ФИО29, с которым договорились о сделке. ФИО29 представил правоустанавливающие документы на указанный земельный участок, а именно: свидетельство о государственной регистрации права от ДД.ММ.ГГГГ регистрационная запись 72-72/001-72/001/098/2015-2263/1 на имя ФИО18 ДД.ММ.ГГГГ года рождения, с указанным документом основания Государственный ФИО34 на право собственности на землю, пожизненного наследуемого владения, бессрочного (постоянного) пользования землей серия: ТЮ1 №, выдан &lt;адрес&gt; на основании распоряжения &lt;адрес&gt; от ДД.ММ.ГГГГ №, зарегистрирован в Книге записей Государственных ФИО34 на право собственности, владения, пользования землей за №. Так же была предоставлена кадастровая выписка с координатами указанного земельного участка. Сомнений в подлинности представленных документов у него не было, так как данные документы были подлинные по форме и на них имелись синие печати соответствующих учреждений. ФИО29 говорил ему, что документы нормальные, то есть подлинные. В процессе сделки стало известно, что данный земельный участок продает ФИО25 по доверенности от ФИО18 Сам ФИО25 пояснял, что он является дальним родственником ФИО18 После этого, до того как сдать документы для регистрации сделки купли-продажи в Управление «Росреестра» по &lt;адрес&gt; и отдать денежные средства в сумме 1 500 000 рублей за указанный земельный участок, он (ФИО104) в здании указанного учреждения по &lt;адрес&gt; попросил у ФИО25 номер телефона ФИО18 для того, чтобы связаться с ней (с ФИО18) и удостовериться в том, что указанный земельный участок действительно принадлежит ей, и что данный земельный участок уполномочен продавать ФИО25 ФИО25 дал номер телефона ФИО18 По данному номеру связаться с ФИО18 не смог и от сделки отказался до тех пор, пока не созвонится или не встретится с указанным лицом, и не выяснит все вопросы. На следующий день, точную дату не помнит, с ФИО18 связался, и она подтвердила, что она на самом деле продает указанный земельный участок через ФИО25, и что участок принадлежит ей. После данного разговора он (ФИО104) предложил ФИО18 встретиться, на что ФИО18 ему сказала, что сможет встретиться через несколько дней. После этого связался с ФИО25, который настаивал на совершении сделки именно в этот день - не позже, но он (ФИО104) стоял на своем, а именно: на том, что к сделке купли-продажи указанного земельного участка он не готов до того момента, пока не встретится с ФИО18 В итоге, так как ФИО25 на следующий день уезжал на отдых, они заключили договор задатка, после подписания которого он (ФИО104) передал лично ФИО25 денежные средства в сумме 200 000 рублей. В последствии при заключении договора купли-продажи указанного земельного участка договор задатка был уничтожен, а денежные средства в сумме 200 000 рублей были зачтены в счет оплаты земельного участка, который ФИО25 оценил в 1 500 000 рублей. Сделка была совершена ДД.ММ.ГГГГ. К этому времени ФИО25 с отдыха вернулся, а он (ФИО104) за это время лично встретился с ФИО18, которая в ходе разговора пояснила, что приобретаемый им земельный участок принадлежит ей и она продает его по доверенности, выданной на имя ФИО25 Также ФИО18 подтвердила, что ФИО25 приходится ей дальним родственником. С ФИО18 встречался по месту ее проживания, по адресу: &lt;адрес&gt;. При встрече ФИО18 предъявила свой паспорт. Оставшиеся денежные средства в сумме 1 300 000 за приобретаемый земельный участок с кадастровым номером 72:17:1303001:388 он передавал лично ФИО25 после заключения договора купли-продажи земельного и сдачи необходимых для регистрации документов в регистрирующий орган. Передача денежных средств ФИО5 происходила в АН «Арена» по адресу: &lt;...&gt; а к. 1, оф.1 При этом присутствовал Александр. После передачи денежных средств, ФИО25 были написаны соответствующие расписки в получении денег. ФИО25 ему (ФИО104) для обозрения предъявил паспорт на свое имя. Договор купли-продажи продажи земельного участка с кадастровым номером 72:17:1303001:388 был подписан в регистрирующем органе перед сдачей на регистрацию. После регистрации права собственности на указанный земельный участок, строительство не начинал. Произвел очистку территории приобретенного земельного участка от сухостоя и мусора. Рыночная цена земельных участков в дДД.ММ.ГГГГ составляет от 2 000 000 до 2 500 000 рублей, изначально цена приобретенного земельного участка составляла 2 000 000 рублей, но так как ФИО25 срочно требовались наличные денежные средства он снизил цену до 1 500 000 рублей. В дальнейшем право собственности перешло от него (ФИО104) к отцу ФИО76, так как его отец оформил ипотеку на данный земельный участок для того, чтобы он (ФИО104) смог рассчитаться со своими знакомыми, которые одолжили ему денежные средства в сумме 1 500 000 для покупки указанного земельного участка. (т.11, л.д. 11-15) Свидетель ФИО57 поясняла, что никакими земельными участками фактически никогда не владела. После того, как ей оперуполномоченным для обозрения был представлен Государственный ФИО34 на право собственности на землю, пожизненного наследуемого владения, бессрочного (постоянного) пользования землей № ТЮ1-172123 на ее имя, доверенность от ДД.ММ.ГГГГ от ее имени на имя ФИО25, пояснила, что земельным участком в ДД.ММ.ГГГГ не владела, и этот земельный участок ей никогда не предоставлялся. Какие либо заявления о предоставлении ей земельного участка в период с 1991 – 1993 год никогда не писала. В государственные учреждения с данным вопросом не обращалась. Государственный ФИО34 на право собственности на землю, пожизненного наследуемого владения, бессрочного (постоянного) пользования землей № ТЮ1-172123 никогда ни в каком государственном учреждении не получала. Данный документ она видит, скорее всего, во второй раз. Первый раз, скорее всего, видела Государственный ФИО34 на право собственности на землю, пожизненного наследуемого владения, бессрочного (постоянного) пользования землей № ТЮ1-172123, в 2014 году в нотариальной конторе при оформлении указанной доверенности. Где расположена данная контора - не помнит. Обстоятельства оформления указанны документов были следующие: примерно в 2014 году, когда она с дочерью - ФИО56 проживали совместно, к ней обратилась ее дочь ФИО56 с вопросом оформления земельного участка на свое имя в д.Дербыши. Необходимость оформления земельного участка на ее (ФИО57) имя дочь мотивировала тем, что она – дочь хочет в будущем начать строительство загородного дома, а она (ФИО57) уже длительное время проживает в &lt;адрес&gt;, так же поясняла, что она – дочь - хочет получить государственную поддержку по программе «молодая семья» и для участия в этой программе ей не нужны зарегистрированные права на недвижимое имущество. На предложение дочери согласилась. О каких-либо подробностях не спрашивала. Через некоторое время дочь сообщила, что для того, чтобы ей (ФИО57) не заниматься оформлением документов, ей нужно написать доверенность. Когда появилось свободное время, она с дочерью поехали в нотариальную контору, где она (ФИО57) написала доверенность на имя ФИО25. Данного человека увидела впервые. Ее дочь ФИО25 знала и говорила, что он будет заниматься оформлением земельного участка в д. Дербыши. До посещения нотариальной конторы, дочь и ФИО25 созванивались и на момент их прибытия, ФИО25 уже стоял в очереди на оформление доверенности. В нотариальной конторе в процессе оформления доверенности ФИО25 представил ей Государственный ФИО34 на право собственности на землю, пожизненного наследуемого владения, бессрочного (постоянного) пользования землей № ТЮ1-172123 на нее (ФИО57). Данный документ она видела впервые. Представленный ФИО25 документ она долго не рассматривала и не читала, в документах, касающихся земельных отношений, она не разбирается, но поняла, что речь идет о земельном участке в д.Дербыши. В тот момент каких либо подозрений ни ФИО25, ни представленный им документ у нее не вызвали, так как знала, что данным вопросом занимается ее дочь, и все должно быть нормально. Какого-либо вознаграждения за оформление земельного участка на нее (ФИО57) ни от кого не получала. Где расположен земельный участок - ей не известно, на земельный участок она не выезжала. Продажей данного земельного участка не занималась. В Управление «Росреестра» по &lt;адрес&gt; для регистрации права собственности она не обращалась. Какие – либо документы на земельный участок в д. Дербыши ей никто не передавал. Что в настоящее время с земельным участком - ей не известно. Какие-либо денежные средства за регистрацию права на земельный участок в д. Дербыши она никому никогда не передавала. (т.11, л.д. 85-88) Свидетель ФИО71 поясняла, что государственных ФИО34 на право собственности на землю (пожизненного) постоянного пользования земель образца 1991-1993 она никогда нигде не получала. (т.11, л.д.89-92) Свидетель ФИО18 поясняла, что ФИО28 приходится ей племянницей. Ей (ФИО100) никогда нигде не предоставлялись и не выделялись земельные участки. Весной 2014 или 2015 года ей позвонила племянница ФИО28, которая попросила воспользоваться ее паспортными данными для оформления земельного участка на нее (ФИО100). На просьбу ФИО28 согласилась при условии, что в дальнейшем земельный участок, оформленный на нее, будет переоформлен. Какого-либо вознаграждения от ФИО28 не получала. В дальнейшем ею (ФИО100) в нотариальной конторе была выдана доверенность на какого-то мужчину, которого она не знает. Доверенность была на продажу земельного участка, о котором ей (ФИО100) ничего не известно. (т.11, л.д. 93-94) Свидетель ФИО72 пояснял, что ФИО19 ДД.ММ.ГГГГ года рождения приходится ему тещей – является матерью его супруги ФИО77 ФИО18 является его матерью. ФИО28 приходится ему сродной сестрой, то есть его мать ФИО18 и мать ФИО28- ФИО20 являются родными сестрами. С ФИО28 они поддерживают родственные отношения. ФИО28 работала в Кадастровой палате. Примерно летом 2014 года по просьбе своей сродной сестры ФИО28 взял у своей тещи ФИО19 ее паспортные данные, то есть ксерокопию паспорта, и передал данную ксерокопию ФИО28 ФИО19 он (ФИО72) ничего не пояснял. Для какой цели ФИО28 нужны были паспортные данные тещи ФИО72, та ему не поясняла, а сказала, что все объяснит позже. ФИО78 земельными участками в Московском МО никогда не владела, земельные участки ей в указанном муниципальном образовании никогда не выделялись, за исключением земельного участка, где в настоящее время проживает он (ФИО72) со своей семьей. После того, как ему (ФИО72) оперуполномоченным ОЭБ и ПК для обозрения представлены Государственные ФИО34 на право собственности на землю, пожизненного наследуемого владения, бессрочного (постоянного) пользования землей Тю №, ТЮ – 1 №, № Тю-I-173947, ТЮ – 1 № на имя его матери ФИО18, пояснил, что данные документы увидел впервые. В случае если бы в период с 1991 – 1993 год его матери выделялись земельные участки, то он бы об этом точно знал. О земельных участках в Московском МО, принадлежащие его матери ему ничего не известно и известно никогда не было. (т.11, л.д. 95-98) Свидетель ФИО79 пояснял, что в должности главы Мальковского сельского совета работал в период времени с 1990 года по 1993 год. Что касается предоставления земельных участков на территории Мальковского сельского совета в 1990 – 1993 годах, пояснил, что земельные участки предоставлялись только нуждающимся местным жителям Мальковского сельского совета, на основании поданного заявления на имя главы. Поступившие заявления обязательно регистрировались, после чего заявления рассматривались уполномоченным органом Мальковского сельского совета. На основании решений в Мальковском сельском совете выдавались документы на земельный участок - свидетельство на право собственности на землю, бессрочного (постоянного) пользования землей. Указанные свидетельства регистрировались в специальном журнале и заполнялись в двух экземплярах, один из которых выдавался лицу, а второй находился на архивном хранении в Мальковском сельском совете. Государственные ФИО34 на право собственности на землю, пожизненного наследуемого владения, бессрочного (постоянного) пользования землей в Мальковском сельском совете в период, когда ФИО113 был главой с 1990 по 1993 год не выдавались. Данных документов в указанный период в Мальковском сельском совете еще не было. Факты того, что одному человеку, предоставлялось более одного земельного участка отсутствовали, так как в то время за предоставлением земельных участков следили строго, и никто такую ответственность на себя не взял бы. Земельные участки в 1990 -1993 году предоставлялись только нуждающимся местным жителям для строительства, сроком на пять лет, то есть в течении пяти лет на земельном участке человек, кому был предоставлен земельный участок, должен был начать строительство. В противном случае земельный участок изымался и предоставлялся другом. Площадь предоставляемого земельного участка зависела от потребности жителя и составляла в большинстве случаев от 10 до 15 соток. &lt;адрес&gt; составляла 25 соток. Земельные участки больше указанной площади не предоставлялись. Продажи земельных участков в указанный период были запрещены. После того как ФИО113 оперуполномоченным ОЭБ и ПК МО МВД России «Тюменский» для обозрения были представлены копии Государственных ФИО34 на право собственности на землю, пожизненного наследуемого владения, бессрочного (постоянного) пользования землей ТЮ – 1 №, №, ТЮ – 1 №, № ТЮ1, пояснил, что подпись в данных документах похожа на его. Что касается печати в указанных документах, пояснить не может, так как он в настоящее время не помнит, какая именно печать была в Мальковском сельском совете. Где в настоящее время настоящая печать Мальковского сельского совета - не знает. Лица, указанные в предъявленных ему государственных ФИО34, ему не известны. В 2014 году к нему домой приехал ранее незнакомый мужчина, который представился ФИО26 и сказал, что он сотрудник администрации &lt;адрес&gt;, пояснил, что приехал с целью узнать собственника земельного участка, расположенного возле дороги д.ФИО117. Также ФИО26 хотел узнать, выдавал ли он (ФИО113) кому-либо данный земельный участок. После того, как он (ФИО113) выехал на земельный участок, пояснил ФИО26, что данный земельный участок никому не предоставлял. После этого ФИО26 сказал, что с данным участком какие-то проблемы в администрации, что-то с документами, после чего попросил его (ФИО113) оставить ему образец своей подписи. Он поверил ФИО26, и на чистом листе бумаги расписался, то есть оставил ему образец своей подписи. ФИО26 забрал данный листок с его подписью и со словами «будем разбираться» уехал. Больше ФИО26 не видел. (т.11, л.д. 116-119) Свидетель ФИО80 поясняла, что после того, как ей оперуполномоченным для обозрения были представлены Государственные ФИО34 на право собственности на землю, пожизненного наследуемого владения, бессрочного (постоянного) пользования землей ТЮ – 1 №, Тю – I №, Тю – I № на ее имя, указала, что она никогда никаким земельным участком в д.Дударева, &lt;адрес&gt; не владела. Земельные участки в д. Дударева, &lt;адрес&gt; ей никогда не предоставлялись. Какие-либо заявления о предоставлении земельных участков в &lt;адрес&gt; в период с 1991 – 1993 год никогда не писала. В государственные учреждения с заявлениями о предоставлении ей земельных участков не обращалась. Государственные ФИО34 на право собственности на землю, пожизненного наследуемого владения, бессрочного (постоянного) пользования землей ТЮ – 1 №, Тю – I №, Тю – I № никогда ни в каком государственном учреждении не получала. Данные документы она видит впервые. По поводу данных документов пояснила, что около 15 лет поддерживает дружеские отношения с ФИО28. ФИО28 ранее работала в «Кадастровой палате». Примерно в начале 2015 года к ней обратилась ФИО28 с просьбой воспользоваться ее паспортными данными, для того, чтобы на ее имя оформить один земельный участок. Так как она (ДД.ММ.ГГГГ) с ФИО28 поддерживает дружеские отношения, на ее просьбу согласилась и передала ей свои паспортные данные. ФИО28 никакого вознаграждения за ее согласие не обещала. Каких-либо вознаграждений от ФИО28 за свое согласие никогда не получала. По поводу того, будет ли процедура оформления законна или не законна, ФИО28 ничего не говорила. О том, что на нее (ФИО101) изготовлено три Государственных ФИО34 на право собственности на землю, пожизненного наследуемого владения, бессрочного (постоянного) пользования землей ТЮ – 1 №, Тю – I №, Тю – I №, узнала от сотрудников полиции. Местоположение земельных участков, указанных в представленных ей для обозрения документах, ей не известно. ФИО28 в момент достижения между ними договоренности об оформлении на нее (ФИО101) одного земельного участка поясняла ей о том, что после того, как будут готовы документы, ей нужно будет написать доверенность, на кого именно - ФИО28 не поясняла, для продажи оформленного на нее земельного участка. О том, какие именно документы будут оформляться на нее (ДД.ММ.ГГГГ) ФИО28 не поясняла. Также ФИО28 ничего не поясняла о порядке оформления документов на земельный участок. На то, чтобы написать доверенность ФИО101 так же дала свое согласие. Через некоторое время после их него разговора с ФИО28, сделала ксерокопию своего паспорта, и когда ФИО28 пришла к ней домой, передала ей копию. Через некоторое время ФИО28 сказала, что никакой сделки не будет и ничего подписывать не нужно. Причины того, что никакой сделки не будет, ФИО28 не назвала. Каких-либо доверенностей, договоров купли – продажи земельных участков не подписывала. В Управление «Росреестра» по &lt;адрес&gt; никаких документов для регистрации права собственности земельных участков не подавала. (т.11, л.д. 99-102) Свидетель ФИО81 пояснял, что показания по уголовному делу в отношении ФИО25 и ФИО28 он давать не может в связи с тем, что оказывал данным лицам юридическую помощь, и всю информацию, которую он может сообщить следователю, он получил в рамках оказания им юридической помощи. Соответственно, на основании ч.3 ст. 56 УПК РФ , по данным обстоятельствам показания давать не может. Документы, подтверждающие факт оказания им ФИО36 и ФИО28 юридической помощи, предоставить не может, в связи с тем, что фактически договор об оказании юридической помощи подписан не был, поскольку ФИО25 и ФИО28 не смоги определиться, в каком направлении ему работать (гражданские процессы или оказание помощи по уголовному делу). Однако, определенную информацию они ему сообщили, и он определенную юридическую работу по сбору информации провел, за что получил вознаграждение в размере 30 000 рублей. Таким образом, договор между ними был «на доверии». (т.10, л.д. 109-111) Свидетель ФИО64 поясняла, что к ней в 2015 году обратился знакомый ФИО9 с предложением приобретения земельного участка в д.Дербыши. Так как она хотела заняться строительством загородного дома, на предложение ФИО9 она согласилась. В этом же году точных дат она не помнит, они с ФИО9 выехали в д.Дербыши, &lt;адрес&gt;, где ФИО9 показывал ей земельные участки, на которых произрастали деревья породы сосна. Из показанных земельных участков они выбрали наиболее подходящий. Между ними была устная договоренность о приобретении напополам земельного участка площадью 20 соток, стоимостью 4 000 000 рублей. То есть, она (ФИО104) должна была заплатить 2 000 000 рублей и приобрести право на земельный участок площадью 10 соток. По причине финансовых сложностей она заплатить указанную сумму за земельный участок не смогла. В итоге, денежных средств за указанный земельный участок никому никогда не передавала. Однако, на ее имя был осуществлен переход права земельного участка с кадастровым номером 72:17:1303001:391 от имени ФИО49 Впоследствии, так как денежных средств у нее не было, по средствам заключения договора купли-продажи осуществлен переход права собственности на указанный земельный участок от нее (ФИО104) на имя супруги ФИО9, которая для приобретения указанного земельного участка, насколько ей известно, оформила кредит. Денежных средств от ФИО97 за указанный земельный участок она не получала. Денежные средства, как она понимает, передавались представителю собственника земельного участка действующего по доверенности. (т.11, л.д. 108-110) Свидетель ФИО111 поясняла, что в 2000 году она познакомилась с ФИО116. В этом же году они с ним поженились, в настоящее время у них двое детей – дочь Анастасия ДД.ММ.ГГГГ года рождения и сын Матвей ДД.ММ.ГГГГ года рождения. В семейной жизни ФИО26 ведет себя нормально, к ней относится хорошо. Так как часто находилась в больнице в 2014, в связи с тем, что беременность протекала тяжело, не знает, где и кем в этот период работал ФИО26. Он вообще о своих делах рассказывает очень мало. Деньги он домой приносил, но крупных сумм никогда не было. В 2015 году продала свою квартиру по адресу: &lt;адрес&gt; вырученные денежные средства приобрела автомобиль «ФИО21 ФИО35 Фе». ФИО26 ей денег на покупку это машины не давал. У него машины не было, по крайней мере, она об этом ничего не знала и не видела, чтобы он приезжал на какой-то машине. Она (ФИО36) свою машину ФИО26 не давала. В феврале 2016 года она продала машину, поскольку ей нужно было лечить ребенка. Есть ли у ФИО26 счета в банках, она не знает. Она даже не знала, что у него есть кредиты. О том, что ФИО26 брал кредиты, узнала после того, как его задержали. На какую сумму кредиты, и для чего ФИО26 их получал, она не знает, сейчас требования о погашении кредитов приходят его матери – ФИО1 Знает, что ФИО25 окончил 10 классов. Есть ли у него еще образование, она не знает, дипломы его не видела. ФИО28 не знает, ничего о ней не слышала. За что был задержан ФИО25 - не знает. Когда ФИО26 задержали, она лежала в больнице, и поэтому с ним не общалась. (т.10, л.д.162-164) Свидетель ФИО1 пояснила, что ФИО25 - ее сын. О его жизни она с этого момента знает мало, чем он конкретно занимался и где жил, она точно не знает. Она знает, что ФИО26 поступил куда-то учиться, но в какой ВУЗ, точно сказать не может. Высшее образование он получил. Где находится его диплом, она не знает. На протяжении жизни ФИО26 неоднократно лежал в психиатрических больницах, состояние его психиатрического здоровья ухудшилось после службы в армии. ФИО26 поставили диагноз «Шизофрения» и предлагали оформление инвалидности, однако инвалидность у ФИО26 не оформлена. В 2013 году он зарегистрировал на свое имя ООО «Наша-Тюмень-72», фирма занималась предоставлением юридических услуг, ФИО26 говорил, что «ходит в суды». Пояснила, что давала доверенность ФИО25 на оформление документов на земельный участок в &lt;адрес&gt;, который был выдан ее покойному мужу – ФИО85 Других доверенностей ему не давала. У ФИО25 не было доступа к ее паспорту. Она (ФИО1) лично никогда не обращалась в агентства недвижимости для продажи земельных участков. Земельные участки где-либо в &lt;адрес&gt; аренду или в собственность она (ФИО1) никогда не получала. В 2014-2015 годах ФИО25 не совершал крупные покупки. У ФИО25 есть кредиты, но в каких суммах, в каких банках и для чего он их брал, она не знает. (т.10, л.д.151-154) Свидетель ФИО86 пояснил, что ФИО116 – его брат. Некоторое время он (ФИО120) работал в ООО «Наша-Тюмень-72» в должности водителя. ФИО25 там тоже кем-то работал, но он (ФИО120) не знает, кем. Он вообще с ним общался редко и ничего о его жизни не знает. ФИО28 ему не знакома, ничего о ней никогда не слышал. Возможно, она приходила в офис ООО №Наша Тюмень», т.к. к ФИО36 приходило много людей, но он (ФИО120) никого из них не знает. (т.10, л.д. 167-169) Свидетель ФИО73 пояснила, что с 1991 года работала в администрации &lt;адрес&gt; на разных должностях. Что касается вопросов предоставления выделения земельных участков на территории &lt;адрес&gt; Гартунг пояснить ничего не может, так как данных вопросов она не касалась. Что касается работы общего отдела, пояснила, что после того, как главой администрации &lt;адрес&gt; ФИО58 принималось какое-либо решение, печаталось Постановление главы района. Данное постановление издавалось минимум в двух экземплярах. Изданные постановления обязательно регистрировались, и им присваивался номер и дата. Все изданные администрацией района постановления обязательно должны храниться в архиве, так как в то время все постановления и распоряжения администрации района подшивались в дело в хронологическом порядке и хранились в администрации, а по истечении сроков сдавались в областной архив. Первый экземпляр постановления или решения подписывался лично главой района ФИО58 и на нем, в случае необходимости, ставилась печать администрации района. На остальных экземплярах постановления, решения могло ставиться факсимиле ФИО58 Изданным постановлениям обязательно присваивался номер после регистрации. Что касается факсимиле ФИО58, пояснила, что данное факсимиле хранилось у нее в общем отделе примерно с 1996 года. При увольнении она передала данное факсимиле и печати администрации района по ФИО34 приема-передачи, кому именно не помнит. После того как ей оперуполномоченным ОЭБ и ПК МО МВД России «Тюменский» для обозрения были представлены Государственные ФИО34 на право собственности на землю, пожизненного наследуемого владения, бессрочного (постоянного) пользования землей № Тю-I-I72835, № Тю-I-I72905, №, №, Тю-I № I7130302, № ТЮ 1-I72189, № ТЮ 1-I72123, Тю №, ТЮ-1 № I7130315, №, пояснила, что в данных документах подпись похожа на подпись ФИО58 Точно пояснить не может, так как для достоверных пояснений нужен оригинал документа. (т.11, л.д.130-133) Свидетель ФИО87 поясняла, что с ДД.ММ.ГГГГ по ДД.ММ.ГГГГ она работала в Комитете по земельным ресурса и землеустройству &lt;адрес&gt; на разных должностях. С момента начала трудовой деятельности в 1993 году состояла в должности специалиста 2 категории. В ее обязанности входила работа с гражданами по вопросам оформления прав на земельные участки, оформление документов на земельные участки и другие вопросы, связанные с деятельностью Комитета. Что касается предоставления земельных участков, регистрации прав на земельные участки - в разное время порядок менялся, деталей не помнит. После того, как ей для обозрения были представлены Государственные ФИО34 на право собственности на землю, пожизненного наследуемого владения, бессрочного (постоянного) пользования землей №, Тю-I №, № ТЮ1-172123, № ТЮ1-172189, Тю №, № Тю-I-172835, № Тю-I-172905, ТЮ-1 №, ТЮ-1 №, №, № Тю1, №, ТЮ -1 №, №, пояснила, что при подписании данных документов от имени ФИО67 использовано факсимиле. С момента ее трудоустройства в 1993 году, объем регистрируемых документов был не большой, и данные документы подписывал лично ФИО67 В период с 1994 по 1995 год объем регистрируемых документов увеличился, в связи с чем, было изготовлено и использовалось факсимиле ФИО67 Где и кем было изготовлено факсимиле ФИО67, куда оно делось - не помнит. Что касается печати Комитета по земельным ресурса и землеустройству &lt;адрес&gt;, пояснила, что данная печать была сдана в областной Комитет по земельным ресурсам, но в каком именно году - не помнит. От имени ФИО58 тоже использовано факсимиле. Подпись ФИО113 ей не известна. Государственные ФИО34 на право собственности на землю, пожизненного наследуемого владения, бессрочного (постоянного) пользования землей в обязательном порядке издавались в двух экземплярах, один из которых выдавался правообладателю земельного участка, а второй обязательно поступал на архивное хранение в архив Комитета. Так же Государственные ФИО34 на право собственности на землю, пожизненного наследуемого владения, бессрочного (постоянного) пользования землей обязательно регистрировались. Для регистрации использовался один журнал, где присваивался номер ФИО31.ФИО34 и начинался он с ТЮ, что обозначало &lt;адрес&gt;. Цифра 17 значила &lt;адрес&gt;, дальше шел номер сельской администрации состоящий из двух цифр, а дальше шел присвоенный номер ФИО31.ФИО34, состоящий из пяти цифр, тем самым, номер ФИО31. ФИО34 становился уникальным. Также в этом же журнале велась еще одна регистрация, где в графе «номер по порядку» присваивался еще один уникальный номер, который отражался в ФИО31.ФИО34 в графе «ФИО34 зарегистрирован в Книге записей Государственных ФИО34 на право собственности, владения, пользования землей» за № с указанием номера по порядку. ФИО25 и ФИО28 не знает. Эти лица к ней никогда не обращались. (т.10, л.д. 205-208) Свидетель ФИО88 поясняла, что в 2015 году работала инженером 2 категории. В сентябре 2015 она поменяла фамилию на ФИО115 с Кляйн, так как вышла замуж. Следователем ей предъявлен кадастровый паспорт земельного участка ГКН 72:17:1303001:390 в д. Дербыши, а также правоустанавливающий документ на данный участок – государственный ФИО34 на право собственности на землю (в копиях). Пояснила, что не помнит, что ставила данный земельный участок на кадастровый учет, но согласно сведениям ГКН, на кадастровый учет его поставила она. Ничего особенного с данным участкам связанно не было. С просьбами поставить его на кадастровый учет к ней никто не обращался. Согласно ФЗ №, ФИО31.ФИО34 является документом, на основании которого земельный участок можно поставить на кадастровый учет в декларативном порядке. Проверка подлинности ФИО31. ФИО34 в ее компетенцию не входила. Она бы и сейчас поставила данный земельный участок на кадастровый учет. О том, что ФИО31. ФИО34 подложный - не знала, узнала только от следователя. (т.10, л.д.215-218) Свидетеля ФИО89 поясняла, что у нее есть подруга – ФИО28. Они с ней вместе учились в институте, в одной группе, знакомы с 2004 года. У них доверительные отношения. ФИО8 длительное время работала в кадастровой палате в отделе кадастрового учета. Работа у нее была связана с постановкой на кадастровый учет объектов недвижимости. В конце 2014 года Анна рассказала, что к ней на работу пришел по рабочему вопросу мужчина, который представился ФИО26. Позже она (ФИО43) узнала его фамилию – ФИО25. ФИО25 сообщил, что он - помощник губернатора. Он приходил к ней несколько раз по поводу какого-то земельного участка. Спустя некоторое время, ФИО25 предложил Ане подвезти ее домой, потом они сходили куда-то в кафе. Он примерно одного возраста с Аней. Она (ФИО43) с ФИО28 обсуждали, в связи с чем, он проявляет к ней интерес и решили, что он за ней ухаживает. ФИО27 сначала вдохновилась Евгением. Он ей точно понравился. Она ждала от него проявлений внимания. При этом ФИО26 близко ее к себе не подпускал, не говорил ей, женат ли он, есть ли у него дети, где он живет и т.д. Примерно в начале 2015 года Аня рассказала ей, что ФИО25 попросил ее поставить на кадастровый учет какие-то участки. За это он пообещал ей тоже оформить в собственность один земельный участок. Кроме того, ФИО96 предложил оформить участки на ее родственников, на что Аня согласилась. Она с ФИО26 даже ездила куда-то в пригород, чтобы посмотреть эти участки. Со слов ФИО8 известно, что участки должен был потом продать ФИО26. Более подробно их договоренности не знает. Говорила ФИО28, что Трубачев ее обманывает и, скорее всего, он не помощник Губернатора, т.к. помощник губернатора не будет сам ходить в кадастровую палату. Но ФИО114 верила. Примерно в конце весны ФИО28 сказала, что ФИО25 попросил ее найти знакомого в регистрационной палате, чтобы зарегистрировать какие-то участки. ФИО28 по его просьбе договаривалась с каким-то сотрудником Регистрационной палаты и ездила туда с ФИО36 на его машине. Знает, что ФИО25 за это кому-то из регистраторов заплатил, то есть дал взятку. Ближе к лету или в начале лета 2015 года у ФИО28 начались проблемы на работе, она жаловалась, что Трубачев ее как-то подставил, что она из-за него подставила своих родственников. Она (ФИО43) не очень вникала в суть проблемы, она только видела, что ФИО28 очень нервничает, и пыталась ее психологически поддержать. Примерно в это же время решила в интернете поискать, кто такой этот Евгений и действительно ли он работает в администрации. Но в интернете она нашла информацию о том, что он - мошенник. Рассказала об этом ФИО28. После того, как она узнала о том, что ФИО25 - мошенник, они стали реже общаться. ФИО28 давно хотела купить машину, однако у нее не было денег на машину. Когда с ФИО28 обсуждали это ее желание, Аня сказала, что Евгений обещал ей деньги за то, что она регистрировала участки, но так ничего и не отдал ей. Таким образом она (ФИО43) узнала, что фактически Аня никакой материальной выгоды не получила, и что Евгений ее тоже «кинул». ФИО28 говорила, что Трубачев ей дал какую-то сумму денег на день рождения. Какую точно сумму, она не знает. К концу лета 2015 года Аня поняла, что не контролирует деятельность ФИО36, что он продает участки без ее ведома, в том числе и участки, которые зарегистрированы на ее родственников. Тогда ФИО28 сказала ей (ФИО43), что хочет снять с учета все участки, которые поставила. Это же она сказала и ФИО36. Они обратились к адвокату, но по какой-то причине снять участки с учета Аня не смогла. В конце зимы 2016 года позвонила Ане и узнала, что ее привлекли к уголовной ответственности за то, что она ставила на кадастровый учет земельные участки по договоренности с ФИО36. Крупных денег у Ани не было. Ее заработная плата составляла около 20 000 рублей. Муж у Ани – Николай получает хорошую заработную плату, бюджет у них был общий. Крупные покупки Анна не совершала, за исключением покупки автомобиля в конце 2015 года, который был приобретен в кредит. (т.10, л.д. 219-223) Ставить под сомнение показания потерпевшего и свидетелей оснований нет, они последовательны, не противоречивы, получены в соответствии с требованиями уголовно-процессуального закона, подтверждаются иными доказательствами. Вина ФИО25 и ФИО28 в совершении данного преступления подтверждается также объективными доказательствами, исследованными в судебном заседании: - из протокола осмотра места происшествия от ДД.ММ.ГГГГ следует, осмотрен участок местности вблизи &lt;адрес&gt;, д.ФИО117, &lt;адрес&gt;. В ходе осмотра из автомобиля ФИО21 Фе г/н № изъяты портфель и барсетка с документами, принадлежащие ФИО25 (т.5, л.д. 6-9) - согласно протоколу осмотра места происшествия от ДД.ММ.ГГГГ с участием ФИО28, осмотрен участок местности вблизи &lt;адрес&gt;. При этом, ФИО28 пояснила, что в июле 2015 года в указанном дворе на площадке она передала взятку в виде денег в сумме 320.000 рублей ФИО65 (посреднику во взяточничестве). ФИО25 привез ее (ФИО28) в указанный двор на своем автомобиле, который был припаркован также во дворе около дома. (т.5, л.д. 64-69) - из протокол обыска от ДД.ММ.ГГГГ следует, что произведен обыск по месту жительства ФИО25 в &lt;адрес&gt;, д.ФИО117, &lt;адрес&gt;. В ходе обыска изъяты сотовый телефон «Maxvi K6» IMEI №, №, сотовый телефон «Самсунг Дуос» IMEI №, №, корпус печати без клише, два клише, документы. (т.5, л.д.82-89) - из протокола обыска от ДД.ММ.ГГГГ следует, что произведен обыск по месту жительства ФИО28 в &lt;адрес&gt;.20 &lt;адрес&gt;. В ходе обыска изъяты сотовый телефон «Самсунг» IMEI №, №, ноутбук «Асус», документы, в том числе оригиналы государственных ФИО34 на право собственности на землю в количестве 12 штук, денежные средства в сумме 288 000 рублей. (т.5, л.д.95-109) - согласно протоколу осмотра предметов от ДД.ММ.ГГГГ, с применением прибора «UFED Touch» осмотрены сотовые телефоны «Maxvi K6» IMEI №, №, сотовый телефон «Самсунг Дуос» IMEI №, № принадлежащие ФИО25, сотовый телефон «Самсунг» IMEI №, №, принадлежащий ФИО28 Информация из сотовых телефонов извлечена с применением прибора «UFED Touch». (т.6, л.д.172-193) - из протокола осмотра предметов от ДД.ММ.ГГГГ следует, что осмотрен CD-диск с записью информации, извлеченной из сотового телефона «Самсунг» IMEI №, №, принадлежащего ФИО28 На CD-диске имеется запись сообщений в программе Viber, между ФИО28 и абонентом «Милена» обнаружены сообщения, имеющие значение для уголовного дела, между ФИО28 и абонентом «ФИО26» обнаружены сообщения, имеющие значение для уголовного дела. В частности из разговора ФИО28 с абонентом «Милена» следует, что ФИО28 осведомлена о незаконности сделок с землей, совершаемых ею согласованно с ФИО36, из корыстных побуждений, с целью получения денежных средств. (т.6, л.д.194-205) - согласно протоколу осмотра документов от ДД.ММ.ГГГГ, осмотрены 12 государственных ФИО34 на право собственности на землю, пожизненного наследуемого владения, бессрочного (постоянного) пользования землей: Тю №, ТЮ-1 №, Тю-1-173947, Тю-1 №, № Тю-1-172835, №, №, ТЮ-1 №, Тю-1 №, ТЮ-1 №, Тю-1 №, Тю-1 №. (т.5, л.д.175-224) - из протокола обыска от ДД.ММ.ГГГГ следует, что произведен обыск в помещении ООО «Наша-Тюмень-72» по адресу: &lt;адрес&gt;. В ходе обыска изъяты различные документы, в том числе: оригиналы доверенностей, копии свидетельств о регистрации прав, приказы, договоры, квитанции, счета, товарные чеки, трудовой договор, свидетельство о постановке на учет, договор аренды жилого помещения, учредительные документы по ООО «Наша Тюмень», заявление о выборе земельного участка от имени Кация, заявление об осуществлении кадастрового учета объекта недвижимости с кадастровым номером 72:17:1303001:386 на имя ФИО25 в копии заверенной печатью ООО «Наша Тюмень». (т.5, л.д. 145-151) - согласно протоколу осмотра предметов от ДД.ММ.ГГГГ, осмотрены предметы и документы, изъятые в ходе обыска в помещении ООО «Наша-Тюмень-72» по адресу: &lt;адрес&gt;. (т.6, л.д.129-132) - согласно протоколу обыска от ДД.ММ.ГГГГ, произведен обыск в помещении ФГБУ «ФКП Росреестра» по &lt;адрес&gt; по адресу: &lt;адрес&gt;. В ходе обыска изъяты кадровые документы ФИО28, системный блок служебного компьютера ФИО28 (т.5, л.д. 155-158) - согласно протоколу осмотра предметов от ДД.ММ.ГГГГ, осмотрены кадровые документы ФИО28 и системный блок служебного компьютера, изъятые в ходе обыскав ФГБУ «ФКП Росреестра» по &lt;адрес&gt;. Из справки о доходах ФИО28 за 2014 года следует, что среднемесячный доход составляет около 30.000 рублей. Осмотрены также: копия трудовой книжки, копия паспорта, копия диплома, дополнительные соглашения к трудовому договору, удостоверения о повышении квалификации и т.д., должностная инструкция. (т.5, л.д. 230-236) - согласно протоколу осмотра предметов от ДД.ММ.ГГГГ, осмотрен государственный информационный ресурс – Государственный кадастр недвижимости. Вход в систему осуществлен через служебный персональный компьютер ТУ 207-WS-06, расположенный в кабинете 207 &lt;адрес&gt;. Осмотр производился с участием свидетеля ФИО91 – начальника отдела кадастрового учета №, и использованием ее личного логина и пароля для входа в систему АИС ГКН. Далее осуществлен поиск объектов недвижимости по кадастровым номерам 72:17:1203001:504, 72:17:1203001:505, 72:17:1203001:506, 72:23:0112001:6462, 72:17 1202001:497, 72:17:1303001:385, 72:17:1303001:386, 72:23011201:6461, 72:17:1303001:387, 72:17:1202001:498, 72:17:1304001:694, 72:17:1304001:695, 72:17:1303001:389, 72:17:1303001:388, 72:17:1301003:1024, 72:17:1301003:1025, 72:17:1301003:1027, 72:17:1301003:1029, 72:17:1301003:1028, 72:17:1303001:373, 72:17:1303001:390, 72:17:1203001:483, 72:17:1303001:380. В сведениях ГКН отражена информация о специалисте, принявшем решение, дата и время принятия решения и внесении сведений, а также отражен номер заявления. Согласно полученной информации земельный участок с кадастровым номером 72:17:1203001:483 поставлен на кадастровый учет специалистом Мартышкиной, земельный участок с кадастровым номером 72:17:1303001:390 поставлен на кадастровый учет ФИО115. Остальные земельные участки поставлены на кадастровый учет ФИО28 (т.6, л.д.141-168) - из протокола обыска от ДД.ММ.ГГГГ следует, что произведен обыск в помещении ООО «Арена» по адресу: &lt;адрес&gt;, ул.Республики, &lt;адрес&gt; оф.1. В ходе обыска изъяты документы, подтверждающие реализацию земельных участков через ООО «Арена». (т.5, л.д.161-165) - согласно протоколу осмотра предметов от ДД.ММ.ГГГГ, осмотрены документы, изъятые в ООО «Арена» по адресу: &lt;адрес&gt; ул.Республики, &lt;адрес&gt; оф.1: папка с документами, подтверждающими реализацию ФИО25 земельных участков через ООО «Арена». (т.6, л.д. 134-139) - согласно протоколу выемки от ДД.ММ.ГГГГ, в Управлении «Росреестра» по &lt;адрес&gt; по адресу: &lt;адрес&gt; каб.501 изъяты дела правоустанавливающих документов в количестве 27 штук на земельные участки с кадастровыми номерами: 72:17:1303001:373; 72:17:1303001:380; 72:17:1303001:385; 72:17:1303001:385; 72:17:1303001:386; 72:17:1303001:386; 72:17:1303001:386; 72:17:1303001:386; 72:17:1303001:387; 72:17:1303001:387; 72:17:1303001:388; 72:17:1303001:388; 72:17:1303001:388; 72:17:1303001:388; 72:17:1303001:390; 72:17:1303001:390; 72:17:1303001:390; 72:17:1303001:383; 72:17:1303001:383; 72:17:1303001:391; 72:17:1303001:391; 72:17:1303001:391; 72:17:1303001:392; 72:17:1303001:392; 72:17:1303001:398; 72:17:1303001:398; 72:17:1303001:399. (т.5, л.д. 171-174) - из протокола осмотра предметов от ДД.ММ.ГГГГ следует, что осмотрены 27 дел правоустанавливающих документов на земельные участки с кадастровыми номерами 72:17:1303001:373, 72:17:1303001:380, 72:17:1303001:385, 72:17:1303001:386, 72:17:1303001:387, 72:17:1303001:388, 72:17:1303001:390, 72:17:1203001:483, 72:17:1303001:391, 72:17:1303001:392, 72:17:1303001:398, 72:17:1303001:399. (т.6, л.д. 1-46) - согласно протоколу осмотра предметов от ДД.ММ.ГГГГ, осмотрены все предметы и документы, изъятые в ходе обыска в жилище ФИО25 по адресу: д. ФИО117 &lt;адрес&gt;: Свидетельство на право собственности на землю на имя ФИО85, папка с документами на автомобиль HYUNDAI, файл с документами на автомобиль ГАЗ, пистолетный магазин с 4 патронами (травматическими), 4 пустых бланка, паспорт на имя ФИО116, СНИЛС на имя ФИО116, корпус печати без клише, коробка со штемпельной подушкой и два клише печатей, договор на поставку печатной продукции, товарные накладные и чеки на 4 листах, дискета. Предметы и документы, изъятые в ходе осмотра места происшествия из автомобиля «ФИО21 фе» вблизи &lt;адрес&gt; д. ФИО117: барсетка, в которой находятся чеки, залоговые билеты, графики погашения кредитов, 3 флэш карты, заграничный паспорт на имя ФИО25, водительское удостоверение, СНИЛС, а также портфель, в котором находятся чеки, счета-фактуры, квитанции, файлы с оригиналами документов на земельные участки: с кадастровым номером 72:17:1303001:388, с кадастровым номером 72:17:1303001:392, с кадастровым номером 72:17:1303001:386, с кадастровым номером 72:17:1303001:390, с кадастровым номером 72:17:1303001:385, договор потребительского кредита на имя ФИО25 от ДД.ММ.ГГГГ, полис ОМС, оригинал государственного ФИО34 на право собственности на землю, бессрочного (постоянного) пользования землей и других документов на земельный участок в д. ФИО117 &lt;адрес&gt;, площадью 1 Га; оригинал государственного ФИО34 на право собственности на землю, бессрочного (постоянного) пользования землей № ТЮ-1 на имя ФИО33 о предоставлении земельного участка в д. ФИО117 &lt;адрес&gt; и другие документы на указанный земельный участок, 2 записные книжки, визитница, карта памяти, 2 жестких диска, приемник и передатчик, наушники, зарядное устройство. Предметы и документы, изъятые в ходе обыска в жилище ФИО28 по адресу: &lt;адрес&gt;. 20 &lt;адрес&gt;: ноутбук «Асус», кадастровые документы и землеустроительные дела на земельные участки, 2 листа с таблицей на земельные участки в &lt;адрес&gt;, д. Дербыши, д. Дударева, д. Субботина, д. ФИО117, тетрадь, фрагменты дежурной кадастровой карты, телефон «Алкатель» IMEI №, мобильный телефон «Леново А319» IMEI №, рукописные записи, оригиналы доверенностей, свидетельство о смерти на имя ФИО93, копии паспортов, кадастровые паспорта на земельные участки. (т.6, л.д. 48-118) - осмотренные предметы и документы признаны вещественными доказательствами и приобщены к материалам уголовного дела постановлением следователя от ДД.ММ.ГГГГ. (т.6, л.д.119-121) - согласно протоколу осмотра предметов от ДД.ММ.ГГГГ, осмотрены CD-r диск с детализацией соединений по абонентскому номеру &lt;***&gt; (пользовался ФИО25) и CD-r диск с детализацией соединений по абонентскому номеру &lt;***&gt; (ФИО28). В ходе осмотра установлены соединения между абонентскими номерами ФИО25 и ФИО28, соединения между ФИО28 и ФИО65, а также установлены места нахождения абонентов относительно базовых станций в даты передачи денежных средств в качестве взятки. (т.6, л.д.219-247) - из сообщения директора филиала ФГБУ «Федеральная кадастровая палата Федеральной службы государственной регистрации, кадастра и картографии» по &lt;адрес&gt; следует, что последним представлены копии кадастровых дел на земельные участки с кадастровыми номерами 72:17:1303001:373, 72:17:1303001:380, 72:17:1303001:385, 72:17:1303001:386, 72:17:1303001:387, 72:17:1303001:388, 72:17:1303001:390, 72:17:1203001:483, 72:17:1303001:391, 72:17:1303001:392, 72:17:1303001:398, 72:17:1303001:399. (т.8, л.д. 8-244, т.9, л.д. 1-164) - согласно заключению технико-криминалистической экспертизы № от ДД.ММ.ГГГГ, бланки государственных ФИО34 на право собственности на землю, пожизненного наследуемого владения, бессрочного (постоянного) пользования земель: ТЮ-1 №; ТЮ-1 №; № Тю-1-173947; ТЮ-1 №; № Тю-1-172835; Тю-1 №; ТЮ-1 №; №; Тю-1 №; ТЮ-1 №; Тю-1 №; 1712007 не соответствуют бланку государственного ФИО34 на право собственности на землю, пожизненного наследуемого владения, бессрочного (постоянного) пользования земель ТЮ1-170705790, предоставленному в качестве образца для сравнительного исследования. Изображения гербов РСФСР, расположенных в государственных ФИО34 на право собственности на землю, пожизненного наследуемого владения, бессрочного (постоянного) пользования земель, а также печатного текста на лицевой и оборотной стороне ФИО34 ТЮ1-17130337, предоставленных на исследование, выполнены при помощи цветного струйного принтера. Линии графления и печатного текста (за исключением печатного текста лицевой и оборотной стороны ФИО34 ТЮ №) бланков государственных ФИО34 на право собственности на землю, пожизненного наследуемого владения, бессрочного (постоянного) пользования земель, представленных на исследование, выполнены при помощи электрофотографического оборудования. (т.7, л.д.42-44) Исходя из анализа исследованных доказательств, суд считает, что вина ФИО25 и ФИО28 в совершении преступления установлена и доказана. Все доказательства являются относимыми, допустимыми, достоверными, а в совокупности – достаточными для разрешения настоящего уголовного дела. В соответствии со ст. 159 УК РФ , уголовная ответственность предусмотрена за мошенничество, то есть хищение чужого имущества или приобретение права на чужое имущество путем обмана или злоупотребления доверием. Исходя из позиции Верховного Суда РФ, выраженного в п.2 Постановления Пленума Верховного Суда РФ от ДД.ММ.ГГГГ № «О судебной практике по делам о мошенничестве, присвоении и растрате», обман как способ совершения хищения или приобретения права на чужое имущество, может состоять в сознательном сообщении заведомо ложных, не соответствующих действительности сведений либо в умолчании об истинных фактах, либо в умышленных действиях (например, в предоставлении фальсифицированного товара или иного предмета сделки, использовании различных обманных приемов при расчетах за товары или услуги или при игре в азартные игры, в имитации кассовых расчетов и т.д.), направленных на введение владельца имущества или иного лица в заблуждение. Если мошенничество совершено в форме приобретения права на чужое имущество, преступление считается оконченным с момента возникновения у виновного юридически закрепленной возможности вступить во владение или распорядиться чужим имуществом как своим собственным (в частности, с момента регистрации права собственности на недвижимость или иных прав на имущество, подлежащих такой регистрации в соответствии с законом; со времени заключения договора и т.д.). Согласно п.24 указанного Постановления Пленума Верховного Суда РФ, под лицами, использующими свое служебное положение при совершении мошенничества, присвоения или растраты (часть 3 статьи , часть 3 статьи 160 УК РФ ), следует понимать должностных лиц, обладающих признаками, предусмотренными примечанием 1 к статье 285 УК РФ , государственных или муниципальных служащих, не являющихся должностными лицами. В соответствии с примечанием 1 к статье 285 УК РФ , должностными лицами в статьях настоящей главы признаются лица, постоянно, временно или по специальному полномочию осуществляющие функции представителя власти либо выполняющие организационно-распорядительные, административно-хозяйственные функции в государственных органах, органах местного самоуправления, государственных и муниципальных учреждениях и т.д. В судебном заседании установлено, что ФИО25 и ФИО28, в период времени с начала декабря 2014 до ДД.ММ.ГГГГ, осознавая неправомерный характер своих действий, действуя умышленно, из корыстных побуждений, группой лиц по предварительному сговору, приобрели подложные государственные ФИО34 на право собственности на землю и выполнили умышленные действия, непосредственно направленные на совершение преступления, а именно: действия по постановке земельных участков на кадастровый учет для последующего получения права путем обмана на указанные земельные участки общей стоимостью 26 260 310 рублей, что является особо крупным размером, находящиеся в распоряжении Департамента имущественных отношений &lt;адрес&gt;. При этом преступление не было доведено до конца по независящим от ФИО25 и ФИО28 обстоятельствам, поскольку их преступные действия были обнаружены сотрудниками правоохранительных органов. При этом, ФИО28 совершила указанное преступление, используя свое служебное положение. Согласно Должностной инструкции ведущего инженера, ФИО28 обладала полномочиями по принятию решений, имеющих юридическое значение и влекущих определенные юридические последствия. Таким образом, выполняла организационно-распорядительные функции, в связи с чем, являлась должностным лицом. При установленных судом обстоятельствах, действия подсудимых за данное преступление суд квалифицирует: ФИО25 – по ч.3 ст. -ч.4 ст. 159 УК РФ , как покушение на мошенничество, то есть приобретение права на чужое имущество путем обмана, совершенное группой лиц по предварительному сговору, в особо крупном размере, если при этом преступление не было доведено до конца по независящим от этого лица обстоятельствам. ФИО28 – по ч.3 ст. -ч.4 ст. 159 УК РФ , как покушение на мошенничество, то есть приобретение права на чужое имущество путем обмана, совершенное группой лиц по предварительному сговору, лицом с использованием своего служебного положения, в особо крупном размере, если при этом преступление не было доведено до конца по независящим от этого лица обстоятельствам. Квалифицирующий признак «группой лиц по предварительному сговору» нашел свое подтверждение в судебном заседании. Указанный квалифицирующий признак подтверждается как показаниями ФИО28 о том, что действия, связанные с завладением правом на чужое имущество, она с ФИО25 совершала по предварительной договоренности, где у каждого была своя роль, так и тем обстоятельством, что объективную сторону преступления выполняли оба участника преступления совместно и согласованно. Квалифицирующий признак «в особо крупном размере» нашел свое подтверждение в судебном заседании, т.к. сумма ущерба превышает 1 миллион рублей, что соответствует «особо крупному размеру» согласно примечанию 4 к статье 158 УК РФ . Оснований для изменения категории преступления, в соответствии с ч.6 ст. 15 УК РФ , не имеется. По факту дачи взятки должностному лицу через посредника за совершение незаконных действий, вина ФИО25 подтверждается: Показаниями свидетеля ФИО50, которая пояснила, что с июля 2013 года работала в Кадастровой палате &lt;адрес&gt;, в отделе, расположенном на &lt;адрес&gt;. Тогда же познакомилась с ФИО28 ФИО28 всегда могла дать совет по любой ситуации, поскольку она работала дольше остальных сотрудников и знала весь порядок оформления документов. ФИО28 работала ведущим инженером, в ее обязанности входило принятие решения о внесении сведений о земельном участке в государственный кадастр недвижимости. Перед этим документы, поданные заявителем, перед тем, как попасть к ведущему инженеру, который принимает решение о регистрации (в данном случае к ФИО28), заявители сдают документы в отдел Кадастровой палаты, расположенный на &lt;адрес&gt;. В отдел на &lt;адрес&gt; документы не поступают, только их скан копии. Сначала документы поступают на ввод данных. Это исключительно технический процесс, на этой стадии документы не проверяются, только вносятся в программу фамилия заявителя, адрес участка, описание и т.д. Следующая стадия – проверка – инженер проверяет границы земельного участка на наличие пересечений границ со смежными участками. Эта проверка осуществляется по кадастровой карте, которая сравнивается с межевым планом, предоставленным заявителем. Если участок вносится в ГКН как ранее учтенный и заявление подано в декларативном порядке (без межевого плана, то есть без уточнения границ на местности), то в данном случае проверяется только наличие участка с аналогичным адресом, на пересечение границ такой участок не проверяется. Далее, если пересечений не установлено, тогда заявление направляется к ведущему инженеру на внесение сведений в ГКН. Ведущий инженер проверяет результаты работы на первых двух стадиях, после чего принимает решение о внесении сведений о земельном участке в ГКН или об отказе (приостановлении). В случае если принимается положительное решение, ведущий инженер в бумажном варианте никакие документы не оформляет. Он вносит сведения в ГКН, после чего в программе автоматически формируется кадастровый паспорт. Каждое такое решение вносится в ГКН под индивидуальным логином и паролем инженера, который известен только пользователю данного компьютера. В ГКН видно, кто принимал решение о внесении сведений, также может быть видно, кто вводил данные и проводил проверку на пересечение. После формирования кадастрового паспорта, ведущий инженер вносит в кадастровый паспорт фамилию человека, который будет этот паспорт выдавать заявителю. Никакой сотрудник Кадастровой палаты внести изменения в кадастровый паспорт по своему решению не может, только по заявлению правообладателя земельного участка. Но при этом многие сотрудники могут вновь распечатать кадастровый паспорт или кадастровую выписку, поставить снова подпись и печать. Ответственность за внесение сведений в ГКН и формирование паспорта лежит на ведущем инженере. Подлинность документов в кадастровой палате не проверяется, т.к. в бумажном варианте документы не поступают, только в скан копиях. Проверку осуществляли только если объект с адресом уже стоит на кадастровом учете. ФИО28 действительно попросила ее (ФИО42) сдать документы на постановку на декларативный учет земельных участков. Согласилась это сделать, т.к. нужны были деньги, потому что ушла в декрет в апреле 2014 года, а оплата в декретном отпуске составляет всего 6000 рублей. Все происходило при следующих обстоятельствах: летом 2015 года позвонила ФИО28 и спросила, хочет ли она заработать немного денег и для этого нужно сдать документы для постановки земельных участков на кадастровый учет, то есть в отдел на &lt;адрес&gt; это участки ФИО28 не говорила. Ничего противозаконного делать не нужно было, просто отвезти, постоять в очереди и сдать документы, то есть как курьер, поэтому согласилась помочь ФИО28. Примерно в июне 2015 года приехала на работу к ФИО28 в обеденный перерыв, ФИО28 отдала документы в файле. За услугу ФИО28 обещала заплатить 6000 рублей, по 500 рублей за участок. Поскольку участки нужно было поставить на декларативный учет, доверенность не требовалась, только правоустанавливающие документы. В файле, который отдала ФИО28, было 12 государственных ФИО34 на право собственности на землю. Она их не рассматривала, поехала в кадастровую палату, где подала заявление на постановку на кадастровый учет 12 земельных участков. Постановка на кадастровый учет осуществляется бесплатно. Сдала документы на постановку земельных участков на кадастровый учет в декларативном порядке. Все документы были выданы Московским МО, конкретные адреса земельных участков не помнит. После подачи документов в машине начала раскладывать расписки о принятии документов в ФИО31.ФИО34, рассмотрела их и увидела, что ФИО34 свеженапечатанные, кроме того, такие ФИО34 выдавались только на дачные участки, а в Московском МО в населенном пункте такие не выдавались. Поняла, что ФИО34 поддельные. Вечером в этот же день встретилась с ФИО28, которая передала ей (ФИО42) денежные средства за то, что она подала документы на постановку на учет. Спросила ФИО28, что это за акты и что они, скорее всего, поддельные, объяснила почему. ФИО28 сказала, что познакомилась с помощником губернатора – ФИО116. Эти земельные участки нашел ФИО25. Он сказал ФИО28, что госакты настоящие, нужно было только найти свободные земельные участки, заполнить акты и поставить их на кадастровый учет. Со слов ФИО28 известно, что ФИО25 обещал их продавать и 50% выручки с каждого участка обещал отдавать ФИО28. ФИО28 также сказала, что часть земельных участков по поддельным госактам принадлежит ее родственникам. Когда приехала домой, то в интернете нашла информацию о ФИО36, выяснила, что ФИО25 в 2008 г. был осужден по статье за мошенничество в особо крупном размере, также проанализировала сведения о том, что ФИО25 не является помощником Губернатора, а имеет фирму ООО «Наша-Тюмень-72», по 50% уставного капитала с ФИО119. Сказала об этом ФИО28. Примерно в июле 2015 года позвонила ФИО28, сказала, что уже поставила участки на кадастровый учет. Она (ФИО42) кадастровые паспорта не получала, ФИО28 сказала, что распечатала паспорта и выписки сама, сама расписалась и поставила печать, отдала ФИО36. ФИО28 сказала, что ФИО25 продал поставленные на кадастровый учет земельные участки, но ни разу деньги ей не отдал и она считает, что он ее «кинул». После этого она (ФИО42) ФИО28 посоветовала снять с кадастрового учета участки, которые она поставила. ФИО28 согласилась. Снятие с кадастрового учета происходит по судебному решению. В связи с этим ФИО28 попросила ее (ФИО42) найти ей юриста, который поможет снять участки с кадастрового учета. Дала ФИО28 контакт ФИО44 - это адвокат. Вместе с ФИО28 съездили к ФИО44, объяснили ситуацию. Он сказал, что поможет. ФИО44 связался с ФИО36, который тоже сказал, что согласен снять земельные участки с кадастрового учета. Еще несколько раз возила ФИО28 к ФИО44, ФИО28 ее (ДД.ММ.ГГГГ убедила, что все будет хорошо, что участки снимут с учета, и что она не виновата в том, что поставила их на кадастровый учет, так как не могла проверить подлинность документов. Когда поняла, что ФИО25 не собирается снимать участки с кадастрового учета, предложила ФИО28 сообщить обо всем в полицию. Со слов ФИО28 знает, что ФИО28 с самого начала знала, что госакты поддельные. Чтобы получить деньги (50% от продажи участков), ФИО28 и ставила участки на кадастровый учет. Свидетель ФИО51 пояснила, что примерно с мая 2015 года решила приобрести земельный участок, расположенный в д.Дербыши, для строительства жилого дома. По средствам сети интернет ей стало известно, что в д.Дербыши продается земельный участок. Данным объявлением заинтересовалась и по телефону указанному в объявлении связалась с представителем агентства недвижимости «Арена», которое занималось продажей понравившегося ей земельного участка в д. Дербыши. Представителем АН «Арена» был ФИО9. С ФИО9 они договорились о сделке купли-продажи указанного земельного участка. ФИО9 познакомил ее с ФИО25 который по доверенности от ФИО1 продавал указанный земельный участок. Так же ФИО25 был представлен правоустанавливающий документ на указанный земельный участок а именно Государственный ФИО34 на право собственности на землю, пожизненного наследуемого владения, бессрочного (постоянного) пользования землей образца 1991 – 1993 годов на имя ФИО1 Данный документ каких – либо подозрений у нее (ФИО94) не вызвал, так как на данный земельный участок имелся кадастровый паспорт, а внешне указанный документ (ФИО31. ФИО34) был похож на подлинный с подписями уполномоченных лиц, синими печатями. ФИО9 говорил, что все документы подлинные. Примерно ДД.ММ.ГГГГ в АН «Арена» был подписан предварительный договор о приобретении указанного земельного участка, договор задатка, согласно которому, она лично ФИО25 передала в качестве задатка денежные средства в сумме 100 000 рублей в присутствии ФИО9 и своего мужа ФИО2. ДД.ММ.ГГГГ ею был подписан договор купли-продажи указанного земельного участка. Данный договор был подписан возле Управления «Росреестра» по &lt;адрес&gt; по адресу: &lt;адрес&gt;. Согласно, данному договору, в здании регистрирующего органа она (Чернявская) лично ФИО25 в присутствии ФИО9, а также своего супруга передала денежные средства в сумме 1 200 000 рублей, о чем лично ФИО25 была написана соответствующая расписка на 1 300 000. В данную сумму включен задаток 100 000 рублей. После государственной регистрации ДД.ММ.ГГГГ в здании «Сургутнефтегазбанка» по &lt;адрес&gt; она (Чернявская) лично ФИО25 в присутствии ФИО92, а также своего супруга передала денежные средства в сумме 3 000 000 рублей, о чем лично ФИО25 была написана соответствующая расписка. В общей сложности отдала ФИО25 за земельный участок 4 300 000 рублей. Так же ею было передано ФИО9 50 000 рублей за услуги агентства. Приобретенный земельный участок свободен от строений, на территории данного участка произрастают деревья породы сосна. Денежные средства в сумме 3 000 000 рублей, которые отдала ФИО25, взяты ею в кредит. В настоящее время известно, что собственником данного земельного участка была мать ФИО36. Разрешение на строительство в администрации Тюменского муниципального района ей не выдали. Дали лишь справку о том, что на данном земельном участке могут строить все, кроме жилого дома, т.к. часть участка находится в лесной зоне, поэтому строить жилье там нельзя. Когда об этом узнали, то обратились в АН «Арена» к ФИО97. Он ответил, что там все оформлено правильно. ФИО28 не видела никогда. Общалась только с ФИО97 и ФИО36. Свидетель ФИО52 пояснил, что примерно с 2014 года решил для строительства жилого дома приобрести земельный участок, расположенный в Московском МО, так как в ДД.ММ.ГГГГ проживает его мама ФИО3. С целью приобретения земельного участка на указанной территории он продал мамину квартиру, которая располагалась по &lt;адрес&gt;, в &lt;адрес&gt;, так же продал принадлежащее ему транспортное средство «Ленд Крузер-100». Вырученная сумма от продажи указанного имущества составила примерно 3 800 000 рублей. С целью поиска подходящего земельного участка обращался во всевозможные агентства недвижимости в &lt;адрес&gt;. ДД.ММ.ГГГГ приобрел земельный участок с кадастровым номером за 3 500 000 рублей. Изначально данный земельный участок продавался за 4 500 000 рублей. Сделка купли-продажи указанного земельного участка проходила через АН «Арена», представитель был ФИО9. А так же через АН «Азимут», представитель ФИО4. АН «Арена» представляло интересы продавца указанного земельного участка, АН «Азимут» выступало в качестве стороны, которая нашла покупателя. Все переговоры, касающиеся купли-продажи указанного земельного участка до момента подписания необходимых для осуществления сделки документов он (ФИО95) вел с ФИО4 В ходе переговоров ФИО4 пояснял, что цена земельного участка составляет 4 500 000 рублей, но если он до конца недели предшествующей дате сделки найдет наличные денежные средства, то сможет приобрести указанный земельный участок за 3 500 000 рублей. На условия ФИО53 он согласился, необходимая сумма у него имелась. Так же ФИО4 пояснял, что продавец участка уезжает и ему необходимы денежные средства, и он готов продать указанный земельный участок за 3 500 000 рублей. Сделка купли продажи указанного земельного участка проходила в офисе АН «Арена». При сделке купли-продажи земельного участка ДД.ММ.ГГГГ присутствовали: он (ФИО95), ФИО9, ФИО4, ФИО54, так же при сделке присутствовал ФИО25, который представлял интересы собственника указанного земельного участка по доверенности от ФИО6. После того как он (ФИО95) и ФИО25 подписали договор купли – продажи земельного участка с кадастровым номером 72:17:1303001:385 от ДД.ММ.ГГГГ на сумму 1 000 000 рублей, дополнительное соглашение к Договору купли-продажи Земельного участка от ДД.ММ.ГГГГ на сумму 2 500 000 рублей, передаточный ФИО34 от ДД.ММ.ГГГГ и после того как ФИО25 были написаны расписки в получении денежных средств на указанные суммы, он (ФИО95) передал лично ФИО25 денежные средства в счет оплаты за приобретаемый земельный участок в сумме 3 500 000 рублей. После совершения вышеописанной сделки необходимые документы были сданы в регистрирующий орган для осуществления регистрации. Фактически передал ФИО25 денежные средства в сумме 3 500 000 рублей. В настоящее время какие-либо строения на земельном участке отсутствуют. Строительства не начинал. На территории указанного земельного участка произрастают деревья породы сосна, а так же кустарники. В момент совершения указанной сделки каких либо подозрении в подлинности документов у него не возникло, так как ФИО9 в качестве правоустанавливающего документа на указанный земельный участок представил ему Свидетельств о государственной регистрации права от ДД.ММ.ГГГГ. Свидетель ФИО55 пояснила, что работает начальником отдела кадастрового учета в Кадастровой палате &lt;адрес&gt;. В обязанности входит контроль регистрации земельных участков. ФИО28 являлась сотрудником отдела. Охарактеризовать ее может с положительной стороны, свои обязанности она выполняла, нареканий не было. У каждого сотрудника имеется свой компьютер. Никто, кроме этого сотрудника войти не может. Решение о том, отказать или удовлетворить заявку о постановке земельного участка на кадастровый учет, принимает специалист, который этим занимается. В полномочия ФИО28 принятие таких решений входило. Свидетель ФИО56 пояснила, что ФИО57 является ее матерью. Примерно в 2014 году она (ФИО56) познакомилась с ФИО25 при следующих обстоятельствах: с целью участия в аукционах ей необходимо было приобрести общество с ограниченной ответственностью. С вопросом приобретения ООО она обратилась к ФИО25 в офис ООО «Наша-Тюмень-72», расположенный в районе Казачьих Лугов в &lt;адрес&gt;. Через ФИО25 приобрела ООО «СК Арди-Строй». В процессе общения с ФИО25 он говорил, что занимается оказанием юридических услуг. Так как она (ФИО56) хотела начать строительство загородного дома, а земельного участка у нее было, она обратилась к ФИО25 с вопросом оказания помощи в получении земельного участка, т.к. ей было известно, что юр.фирма ФИО96 занималась еще и недвижимостью. На ее просьбу ФИО25 сказал, что может решить ее вопрос, то есть оформить документы на земельный участок. Так же ФИО56 ФИО25 пояснила, что на ее оформлять ничего не нужно, так как ей нужно было получить государственную поддержку по программе «Молодая семья», и что земельный участок можно оформить на ее маму. Через некоторое время сообщила ФИО25 по телефону данные своей матери ФИО57 Позднее от имени ФИО57 на имя ФИО25 была оформлена доверенность на право представления интересов по вопросу оформления земельного участка в д.Дербыши, без права продажи. Местоположение земельного участка ФИО25 показала она (ФИО56), так как ранее она хотела получить данный земельный участок в аренду. Никакие документы на земельный участок Трубачев ей не показывал. В дальнейшем, после регистрации права собственности на земельный участок в д. Дербыши, местоположение помнит визуально, а кадастровый номер не помнит, ФИО25 предлагал ей продать данный земельный участок за 6 000 000 рублей и разделить данную сумму поровну, но она (ФИО56) отказалась, так как ей необходим был земельный участок для строительства. Ъ О том, что ФИО25 зарегистрировал право собственности на земельный участок в д. Дербыши по &lt;адрес&gt; ФИО34 на право собственности на землю, пожизненного наследуемого владения, бессрочного (постоянного) пользования землей № ТЮ1-172123 на имя ее матери, не знала. Какого либо вознаграждения за оформление земельного участка на имя ее матери не получала. Где расположен земельный участок - помнит визуально. На земельный участок она выезжала около 2 - 3 раз. Продажей данного земельного участка она не занималась. В Управление «Росреестра» по &lt;адрес&gt; для регистрации права собственности ни она (ФИО56), ни ее мама не обращались. Какие – либо документы на земельный участок в д. Дербыши ФИО25 не передавал. Что в настоящее время с земельным участком ей не известно. Какие либо денежные средства за регистрацию права на земельный участок в д. Дербыши она никому никогда не передавала. Деньги за земельный участок ФИО36 не передавала, т.к. должна была их передать после того, как будут готовы документы на участок, но документов не было, поэтому с ФИО36 не рассчитывалась. За участок должна была передать ФИО36 300.000 рублей. Кроме доверенности, никакие документы не подписывала. В связи с противоречиями, по ходатайству гособвинителя, в соответствии с ч.3 ст. 281 УПК РФ , оглашались показания ФИО56, данные в ходе предварительного следствия, где она поясняла, что Государственный ФИО34 на право собственности на землю, пожизненного наследуемого владения, бессрочного (постоянного) пользования землей № ТЮ1-172123 на имя ее мамы она (ФИО56) впервые увидела в нотариальной конторе в момент оформления указанной доверенности. Данный документ представил ФИО25 Юридическое значение данного документа ей было не известно, факт того, что данный документ подложный она не знала. (т.11, л.д. 81-84) После оглашения показаний, свидетель ФИО56 их правильность подтвердила, пояснив противоречия тем, что прошло много времени, и детали забыла. Свидетель ФИО58 пояснил, что с марта 1983 года до начала 1990 – 1991 года он работал в должности председателя исполнительного комитета &lt;адрес&gt; Совета народных депутатов. После 1990 – 1991 года указанное учреждение было реорганизовано в администрацию &lt;адрес&gt;, где он работал в должности главы администрации &lt;адрес&gt; до ухода на пенсию в 2001 года. Процесс предоставления земельных участков гражданам в 1990 – 1993 годах был следующим: на местном уровне – сельским советом - администрацией принималось решение о выделении - предоставлении земельного участка конкретному лицу площадь участка составляла не более 15 соток. Участки выделялись по 15 соток в соответствии с решениями сельских Дум о минимальных и максимальных размерах предоставления земельных участков. В среднем в сельских администрациях района была принята норма в 15 соток. Случаев предоставления земельных участков большей площади не помнит. Земельные участки предоставлялись для строительства, и в случае если в течении пяти лет строительство не начиналось, земельный участок изымался. Сформированный в сельской администрации пакет документов поступал в администрацию &lt;адрес&gt; с формулировкой «Прошу рассмотреть вопрос выделения такого-то земельного участка такому-то лицу», указывались данные участка и лица, кому он предоставлен. После чего издавалось постановление администрации &lt;адрес&gt; о предоставлении земельного участка. Изданное в администрации &lt;адрес&gt; постановление печаталось в пяти экземплярах, один из которых он (ФИО101) подписывал, а на остальных ставилось его факсимиле, после чего использовались по назначению. Что-то оставалось для архивного хранения, что-то подшивалось к документам. Изданные постановления хранилась в администрации района. Изданные постановления в обязательном порядке имели порядковые номера и дату. Далее указанные документы уходили в Комитет по земельной реформе и земельным ресурсам &lt;адрес&gt;, где подготавливались правоустанавливающие документы - Государственный ФИО34 на право собственности на землю, пожизненного наследуемого владения, бессрочного (постоянного) пользования землей. Подготовленный указанный документ подписывался председателем Комитета по земельной реформе и земельным ресурсам &lt;адрес&gt; ФИО67 и передавался ему (ФИО101). После его подписи «Земельный комитет» выдавал указанный «ФИО31. ФИО34» гражданам. Указанный Государственный ФИО34 на право собственности на землю, пожизненного наследуемого владения, бессрочного (постоянного) пользования землей издавался в двух экземплярах, один из которых хранился в Комитете по земельной реформе и земельным ресурсам &lt;адрес&gt;, а второй выдавался гражданину. Выдача происходила только в администрации района. Так же данный документ проходил обязательную двойную регистрацию. В 1990 – 1993 годах один человек не мог получить более одного земельного участка, так как в администрации района все предоставленные земельные участки учитывались на специальной карте, и получить даже один земельный участок была проблема, потому что свободных земельных участков в населенных пунктах не хватало, а за границами населенных пунктов земля обрабатывалась местными совхозами, то есть была перепахана. Благодаря данному учету случаи предоставления - выделения одного и того же земельного участка двум разным лицам, одному лицу двух участков исключены. В ходе допроса на предварительном следствии ему предоставлялись для обозрения Государственные ФИО34 на право собственности на землю, пожизненного наследуемого владения, бессрочного (постоянного) пользования землей, номера и серии их не помнит. Однако, подпись в данных документах выполнена абсолютно точно не им. Факсимиле у него было, но где оно находится в настоящее время - ему не известно. Так же ему не известно, где в настоящее время находится печать администрации &lt;адрес&gt;, «Госкомзема» образца 1990 годов. Заведующий общим отделом в то время была Гартунг. Где и когда делалось его (ФИО101) факсимиле - не помнит. Указанные в Государственных ФИО34 на право собственности на землю, пожизненного наследуемого владения, бессрочного (постоянного) пользования землей лица ему не известны. В д.Дербыши участки в то время выделялись по 15 соток. Свидетель ФИО59 пояснил, что в 2014 году оформил на свое имя потребительский кредит с целью приобретения автомобиля. В 2015 году его знакомая ФИО7 предложила ему земельный участок в д.Дербыши за 600 000 рублей. На предложение ФИО7 согласился, так как посчитал данное предложение выгодной сделкой и лучше приобрести недвижимость, чем автомобиль. В ходе визуального осмотра местоположение земельного участка ему понравилось. Предложение ФИО7 его не насторожило, так как ей доверял. При оформлении сделки купли продажи земельного участка всеми вопросами, касающимися подготовки документов, занималась ФИО7, так как у него свободного времени не было. ФИО7 ему только сообщала время и место, куда нужно приехать для подписания необходимых документов. Денежные средства в сумме 600 000 рублей в счет оплаты приобретаемого им земельного участка передал ФИО25, который действовал по доверенности от собственника земельного участка ФИО57 ФИО25 была написана соответствующая расписка в получении указанной суммы. Участок был 20 соток. Стоимость его была указана только в договоре. О том, что земельный участок оформлен незаконно, узнал от сотрудников правоохранительных органов. Свидетель ФИО10 пояснила, что подсудимая ФИО28 – ее дочь, проживает отдельно. Дочь замужем, у нее ребенок, семья благополучная. Они общаются достаточно часто, часто приезжают в гости друг к другу. Учитывая возраст, у нее (ФИО98) имеются заболевания – рассеянный склероз, поэтому подробности происходящего она быстро забывает. У ФИО28 есть копия ее (ФИО98) паспорта, потому что она помогает ей оформить документы на получении субсидии, как малоимущая семья. Субсидию получает ежегодно. ФИО28 деньгами не помогала никогда. В 2015 году, точно когда - не помнит, ФИО28 попросила ее съездить к нотариусу вблизи гостиницы «Восток» и подписать доверенность. Ничего у ФИО28 не спрашивала, приехала по указанному ей адресу и подписала доверенность. Когда она приехала, доверенность уже была готова, даже не знает, на чье имя доверенность. Она просто поставила свою подпись. Больше она ничего не делала и никуда не ходила. В феврале 2016 года от ФИО28 узнала, что в отношении нее возбудили уголовное дело. О том, что на ее (ФИО98) имя оформлено 2 земельных участка, которые впоследствии проданы, она не знала. Она только подписывала одну доверенность на имя мужчины, которого она не знает, для чего - не знает, она не спрашивала, и ей никто не объяснял. Она сделала это по просьбе дочери, думала, что ей это нужно. Никаких действий, направленных на продажу участка она (ФИО98) не совершала, не ходила в регистрационную палату, не искала покупателей и т.д. Она не знала, что на нее оформлены участки и что они проданы. Соответственно денежные средства за оформление земельных участков она не получала и никому не передавала. Она сама никакие документы не подделывала, к оформлению участков отношения не имеет. ФИО36 она не знает, и дочь ей про него ничего не рассказывала, кроме того, что он мошенник. После произошедшего узнала от дочери только то, что она по просьбе ФИО36 оформляла земельные участки, потому что работала в кадастровой палате и могла это сделать по своим служебным обязанностям, а ФИО25 потом продавал эти участки. Таким образом они кого-то обманули. Получала ли Аня за это деньги - не знает. Свидетель ФИО49 пояснила, что с мая 2014 года работает в агентстве недвижимости ООО «Арена» в должности агента по недвижимости. Директором ООО «Арена» является ФИО9. Примерно в июле 2015 года ФИО9 поставил в известность, что к ним в агентство обратился гражданин ФИО25, с целью найти покупателей на ряд земельных участков, расположенных в д.Дербыши, &lt;адрес&gt;. Ей (ФИО39) директором был поручен поиск покупателей на данные земельные участки. ФИО25 были представлены в агентство копии документов на земельные участки. Некоторые из земельных участков принадлежали собственникам на основании государственных ФИО34, которые выдавались в 90-х годах. На некоторые земельные участки были получены уже свидетельства о государственной регистрации права. Собственниками данных земельных участков являлись люди в возрасте, и ФИО25 представлял их интересы по доверенности. Стоимость земельных участков была обозначена ФИО25 в пределах от 2 500 000 до 3 500 000 рублей. Лично с ФИО36 не общалась. Несколько раз он приходил к ФИО97, но они сразу уезжали из офиса или уходила она (ФИО39). Непосредственно с покупателями не общались, общался с ними только ФИО97. Примерно в конце июля - в начале августа 2015 года ФИО97 рассказал, что в агентство снова приехал ФИО25 и пояснил, что при совершении сделок купли-продажи участков не может постоянно присутствовать, так как периодически вынужден уезжать в командировку то в Челябинск, то на Север, а непосредственные собственники данных земельных участков уже люди пожилого возраста, и поэтому необходимо пару участков на время оформить на кого-либо из сотрудников агентства. ФИО9 предложил ей оформить на себя два участка. Ей (ФИО39) данное предложение поступило в связи с тем, что у остальных сотрудников много кредитов, ипотеки и другие долговые обязательства. Без долговых обязательств была только она. ФИО97 сказал, что все затраты по госпошлине при регистрации сделки, а также налоговые отчисления, оплатит ФИО25. Она (ФИО39) согласилась на предложение ФИО97, правоустанавливающие документы не вызвали сомнения, тем более договор купли-продажи заключался непосредственного с собственниками земельных участков. Кроме того, к тому времени один из земельных участков был уже продан ФИО97 с использованием заемных денег банка, то есть документы проверялись и банком, в том числе. Таким образом, решили, с целью облегчить выполнение обязательств по оказанию услуг по продаже земельных участков, временно оформить на нее (ФИО39) два земельных участка. ДД.ММ.ГГГГ между ней (ФИО39) и владельцами земельных участков: ФИО10, а также ФИО6 были составлены договоры купли-продажи. Договора были составлены ФИО9 ФИО10 и ФИО6 в регистрационную палату привез ФИО25. ФИО97 были подготовлены необходимые документы для подачи в регистрационную палату, для регистрации сделки. Она (ФИО39) каких-либо денежных средств продавцам сама лично не передавала, денежных расчетов она не касалась. Кто и как производил расчеты с собственниками земельных участков, она не знает, данный вопрос в ее компетенцию не входил. Приобрела только по документам всего два участка: у ФИО98 и ФИО6. Земельный участок, приобретенный у ФИО6, без ведома ее (ФИО39) и без ее участия был размежеван на 2 участка, как она полагает самим ФИО25, так как он подъезжал к ней, чтобы она подписала согласование границ земельного участка. Она ни о чем не спрашивала у ФИО36, так как участок был оформлен на нее временно, и она фактическим собственником не являлась. Данные земельные участки были проданы 30 декабря. ФИО11 за 1.650 000 рублей. Расчетов она (ФИО39) также не касалась, расчет производился в ОАО «Сбербанк», по &lt;адрес&gt;, деньги были переданы ФИО9 Второй участок продан ФИО12 за 1 700 000 рублей. Расчетов ФИО39 также не касалась, расчет производился в банке «Реконструкция», по &lt;адрес&gt;, деньги были переданы ФИО9 ДД.ММ.ГГГГ земельный участок, приобретенный у ФИО10, был продан ФИО13, за 3 300 000 рублей. Расчетов также не касалась, расчет производился в банке «СОЮЗ», по &lt;адрес&gt;, деньги были переданы ФИО9 Лично видела, что все денежные средства от покупателей были переданы ФИО97. Расписки писала она, поскольку продавцом, согласно документам, была она. Она (ДД.ММ.ГГГГ) фактически денег не получала. В договорах купли-продажи указаны суммы, за которые были проданы земельные участки, меньше фактических. Расписок составлялось несколько – на сумму, указанную в договоре, и на сумму реальной стоимости участка. Когда и где ФИО97 передавал денежные средства ФИО36, она не знает, не видела. Слышала телефонный разговор, в ходе которого ФИО97 спрашивал ФИО36, куда ему подвезти деньги. При оформлении сделок купли-продажи, было необходимо согласие на продажу ее (ДД.ММ.ГГГГ) супруга, для чего на оформление нотариального согласия, денежные средства, ей также выдавались директором агентства. Комиссионное вознаграждение за каждый участок она (ФИО39) получила в размере 25 000 рублей. Это обычное агентское вознаграждение за ее работу – поиск покупателей. Покупателей на участки нашла действительно она. Никакого вознаграждения сверх этого, например, за то, что оформляла на свое имя участки, она не получила. Земельный налог на участки оплатил ФИО97, то есть он передал ей деньги, заказал составление декларации, она только подписала и отправила в налоговую инспекцию почтой. О том, что данные земельные участки были незаконно оформлены, не знала, представленные ФИО36 в агентство документы были надлежаще оформлены, при проверке в регистрационной и кадастровой палате находили свое подтверждение. Какого-либо отношения к незаконным действиям по данным земельным участкам она не имеет. ФИО39 только занималась поиском клиентов и показом этих участков. Все копии документов по сопровождаемым их ним агентством сделкам купли-продажи, сохраняются в их ним агентстве. С ФИО28 не знакома, но в кадастровых паспортах иногда видела ее фамилию. Была ли подпись ФИО28 в кадастровых паспортах на спорных земельных участках – помнит. Свидетель ФИО60 пояснил, что земельный участок с кадастровым номером 72:17:1303001:380 был приобретен его родным братом ФИО14. Данный земельный участок был оформлен на него (Цендревич), так как его брат находился в бракоразводном процессе и попросил его (Цендревич) оформить участок на свое имя. Договор купли-продажи на указанный земельный участок, передаточный ФИО34, расписка в получении денег были подписаны им (Цендревич) в Управлении «Росреестра» по &lt;адрес&gt; в момент сдачи указанных документов для регистрации права собственности на его имя. После подписания им указанных документов данные документы подписал ФИО25, так как он тоже для этих целей ненадолго приехал в названное учреждение. Каких – либо денежных средств за указанный земельный участок ни он (Цендревич) ни его брат ФИО25 не передавали. Данным земельным участком ФИО25 рассчитался с его братом за оказанные геодезические услуги, а именно: топографическая съемка земельных участков, установление границ земельных участков. Участки были в д.Дербыши - около 7 участков, в д.ФИО117 - около 2 участков. Какая была стоимость участков – ему не известно. Свидетель ФИО14 пояснил, что его фирма занимается межеванием земельных участков. К нему обратился ФИО25 с просьбой оформить земельные участки. Назвал ФИО36 цену. Через некоторое время ФИО25 позвонил и согласился. За работу в качестве оплаты предложил земельный участок в д.Дербыши. Согласился. Участки ФИО36 оформил: по ГосАктам установили границы земельных участков. Всего было 8 или 9 земельных участков: в д.Дербыши и д.ФИО117. Работу оценил в 600.000 рублей. Предоставленные ФИО36 ГосАкты были старые на вид, т.к. бумага была выцветшая, поэтому сомнений они не вызывали. Межевание делал не он (ФИО14), а кадастровый инженер – девушка по имени ФИО32, иных данных ее не знает, контактной информации нет. С Индивидуальным предпринимателем ФИО32 за работу рассчитался путем взаимозачетов. На кадастровый учет участки ставила она. Предполагал, что ФИО25 предложил сделать что-то незаконное, но согласился, т.к. нужен был земельный участок. Свидетель ФИО61 пояснила, что с ФИО28 она знакома с 1980 года, вместе учились. По характеру она добродушная, отзывчивая, всегда готова прийти на помощь. Ранее ФИО28 длительное время работала в Кадастровой палате, в настоящее время она уволилась, другую работу не нашла. В начале 2015 года к ней (ФИО102) обратилась ФИО28 с просьбой оформить на свое имя земельный участок в &lt;адрес&gt;. Адрес участка не помнит. Спросила ФИО28, зачем это нужно. Та ответила, что нужно оформить право собственности на этот участок, а потом его продать, чтобы получить деньги. ФИО28 сказала, что ей (ФИО102) нужно отдать копию паспорта и больше ей делать ничего не нужно будет. Отдала ФИО28 копию своего паспорта. У нее (ФИО102) никогда не было права собственности на какой-либо земельный участок. Она думала, что происходит «нарезка» новых участков, а учитывая, что ФИО28 работает в кадастровой палате с землей, думала, что у нее появилась возможность получить в собственность земельный участок. Каким конкретно способом – она точно не знает, ей не сообщалось, какие документы будут оформляться, Она (ФИО102) вообще по их договоренности ничего не должна была делать. Также она понимала, что оформление на ее имя права собственности на земельный участок происходит временно, до его продажи. Никакое вознаграждение за это ФИО28 ей не обещала и не передавала. Понимала, что после продажи земельного участка денежные средства получит ФИО28 или тот человек, который организовал получение данного участка. Согласилась помочь ФИО28 только потому, что они с ней подруги. Материальную выгоду от этого не получила и то, что участок оформляется в собственность преступным путем, она (ФИО102) не знала. После того, как передала копию своего паспорта ФИО28 – это было примерно в январе 2015 – они с ней больше на эту тему не разговаривали. Примерно в марте 2015 года ФИО28 попросила ее сходить к нотариусу, чтобы подписать доверенность на оформление и продажу земельного участка на имя ФИО25 ФИО28 назвала фамилию конкретного нотариуса, но она (ФИО102) сейчас уже ее не помнит. Когда приехала к нотариусу, то доверенность уже была готова, находилась у помощника нотариуса. Она (ФИО102) только поставила в доверенности свою подпись и сразу ушла. С нотариусом она ни о чем не разговаривала, предъявила только паспорт, по которому сверила свои паспортные данные в доверенности, после чего ушла. Доверенность не забирала, так и оставила у нотариуса, потому что помощник нотариуса сказала ей, что доверенность нужно оставить и ФИО25 сам ее заберет. За оформление доверенности оплату не вносила. Кто оплатил услуги нотариуса, она не знает. В этот момент подумала, что происходит что-то странное, о чем и сказала ФИО28. Та сказала, что все нормально, что участки «чистые». Уже к концу лета 2015 года ФИО28 сказала, что земельный участок, оформленный на ее имя, нужно снять с кадастрового учета. Спросила ее, что случилось. Тогда ФИО28 рассказала ей, что ФИО25 попросил ее поставить на кадастровый учет несколько земельных участков на своих родственников и друзей. К ФИО28 он обратился в связи с тем, что она работает в кадастровой палате и имеет такую возможность в связи с исполнением ею своих служебных обязанностей. В каких отношениях ФИО28 и ФИО25 находились, не знает, ФИО28 не рассказывала, но ранее о нем от ФИО28 никогда не слышала. Также ФИО28 сказала, что она и ФИО25 оформленные земельные участки должны были продать. Считает, что ФИО28 делала все это не «просто так», а за вознаграждение. Однако у них «что-то пошло не так». ФИО28 сказала, что нужно снять участки с кадастрового учета. Для этого нужно было снова написать доверенность на имя другого человека, который будет заниматься снятием земельного участка с кадастрового учета. ФИО28 дала ей копию паспорта какого-то человека, фамилию сейчас не помнит, и попросила оформить на его имя доверенность на право снятия земельного участка с кадастрового учета. Она (ФИО102) тогда пошла к нотариусу, где написала указанную выше доверенность. Заплатила за нее сама, потом ФИО28 отдала ей деньги за оформление доверенности. Доверенность отдала ФИО28 Больше никаких действий не предпринимала. Сняли участок с кадастрового учета или нет, она не знает. В феврале 2016 от ФИО28 узнала, что в отношении нее возбудили уголовное дело за незаконное оформление в собственность земельных участков. Она еще сказала, что дело возбудили и в отношении ФИО36 тоже. ФИО28 говорила, что она и ФИО25 по договоренности оформляли земельные участки и потом по доверенности он продавал их. Сколько денег за это получила ФИО28, Она (ФИО102) не знает. Она сама (ФИО102) никакие документы не подделывала, к оформлению участков отношения не имеет. Свидетель ФИО9 пояснил, что около 5 лет он занимается продажей недвижимости, в том числе земельных участков. У него агентство недвижимости «Арена», несколько риэлторов. С ФИО25 познакомился примерно в конце 2014 года. Он (ФИО97) периодически обращался за юридическими консультациями в области оформления прав на недвижимость в Тюменскую городскую коллегию адвокатов (&lt;адрес&gt;). Там же он часто видел ФИО36. Там они и познакомились. ФИО25 рассказал, что он юрист, оказывает юридические услуги в области гражданского права (наследство, подготовка исков и т.д.). Он (ФИО97) ему рассказал, что занимается оказанием посреднических услуг при осуществлении купли-продажи недвижимости. Они обменялись телефонами. ФИО25 производил хорошее впечатление, был аккуратно одет, хорошо говорил, внушал доверие. Потом они некоторое время не общались. Примерно весной 2015 года ему (ФИО97) позвонил ФИО25 и сказал, что у него есть несколько земельных участков на продажу в д. Дербыши. Он (ФИО97) сказал, что готов посмотреть документы на участки и попросил его приехать в офис. ФИО25 привез документы на несколько земельных участков, примерно, на 5-8 штук. Документы были следующие – государственные ФИО34 на право постоянного (бессрочного) пользования земельным участком, кадастровые выписки на эти участки и доверенности от собственников на имя ФИО25 Все государственные ФИО34 были оформлены на разных людей, в основном на пожилых. Все земельные участки стояли на кадастровом учете. О таком количестве земельных участков ФИО25 сказал, что по каким-то сведениям узнал, кому выдавались земельные участки по таким ФИО34 и к каждому собственнику ездил, договаривался и выкупал их, то есть целенаправленно искал собственников понравившихся ему участков и уговаривал их продать эти участки. Государственные ФИО34 он (ФИО97) осмотрел. Он видел такие ФИО34 и ранее, предоставленные ФИО36 ФИО34 были на вид обычные, бланки затертые, в некоторых местах порваны. Сомнений они у него не вызвали. Все государственные ФИО34 были на земельные участки, расположенные в д.Дербыши. После проверки документов согласился продать данные участки. Стоимость участков устанавливал ФИО25, на каждый участок индивидуально, поскольку участки были разные по площади. Первоначальная стоимость составляла 4 500 000 рублей. Комиссионные ему были установлены в сумме 250 000 рублей с продажи каждого земельного участка. Примерно на следующий день они с ФИО36 поехали в ДД.ММ.ГГГГ, чтобы он (ФИО97) мог посмотреть земельные участки. Все участки располагались рядом, место хорошее, на участках росли сосны. После просмотра сделал ксерокопии нескольких документов и приступил к поиску покупателей. Информацию об имеющихся на продаже земельных участках он дал своим риэлторам. Объявления размещались на интернет-сайтах. Спустя некоторое время ему позвонил его дальний знакомый – ФИО103, который сказал, что увидел объявление о продаже земельного участка в д.Дербыши. Кто-то из риэлторов показал ему участок, участок понравился. Он поговорил с Чернявским, который спросил, есть ли какие-то подвохи, все ли в порядке с документами. Показал ФИО94 все документы, уверил его, что все в порядке. Да и сам был уверен, что участки оформлены правильно и никаких «подвохов» нет. Чернявский согласился на покупку земельного участка площадью 20 соток за 4 300 000 рублей с оформлением права собственности на свою жену – ФИО51 Все документы по земельному участку (кадастровые выписки, копия государственного ФИО34, доверенность, паспорта продавца и доверенного лица, выписку из ЕГРП) предоставили в банк «Сургутнефтегазбанк», поскольку Чернявские брали ипотечный кредит на покупку земельного участка. Договор купли-продажи составили в банке. После оформления документов в банке ДД.ММ.ГГГГ, в этот же день покупатель и продавец обратились в Росреестр, где регистрация права собственности прошла без каких-либо заминок. От продавца (ФИО1) присутствовал ФИО25, от покупателя – ФИО51 На сделке также присутствовал он (ФИО97), поскольку он на сделках присутствовал всегда. Комиссионные агентству выплачиваются после оформления сделки. ФИО25 в его присутствии подписывал договор купли-продажи, передаточный ФИО34, писал расписки о получении денежных средств. Денежные средства, соответственно, получил ФИО25. Он (ФИО97) видел, что деньги забрал он. После заключения сделки ФИО25 заплатил ему комиссионные в сумме 200 000 рублей, сказал, что 50 000 рублей отдаст со следующее сделки, так как сейчас ему нужны деньги. Следующий земельный участок с кадастровым номером – последние цифры 385 был продан ДД.ММ.ГГГГ по договору купли-продажи между ФИО6 и ФИО52 Представителем ФИО6 по доверенности был ФИО25 Причем на этот участок ФИО25 уже получил свидетельство о государственной регистрации права от ДД.ММ.ГГГГ. Отношения к получению свидетельства он (ФИО97) не имел, услуг по регистрации права собственности на земельный участок не оказывал. ФИО25 сам оформил данное свидетельство. В основном договоре стоимость участка указана 1 000 000 рублей, фактически участок был продан за 3 500 000 рублей. Все денежные средства ФИО95 передал ФИО36, деньги забрал он. ФИО25 заплатил ему (ФИО97) комиссионные в сумме 300 000 с учетом долга по прошлому договору. В этот же день вечером ФИО25 занял у него деньги в сумме 150 000 рублей и на следующий день еще 80 000 рублей. Расписки ФИО97 и ФИО25 друг другу не писали, т.к. Он (ФИО97) понимал, что продаст еще его участки и ФИО25 вынужден будет отдать ему все долги. ДД.ММ.ГГГГ аналогичным образом был продан земельный участок с кадастровым номером – последние цифры 388 ФИО75 ФИО25 торопил продавать земельные участки и готов был снижать цену. Данный участок он продал всего за 1 500 000 рублей. Деньги забрал ФИО25. С данной продажи он (ФИО97) получил агентские в сумме 100 000 рублей. На все последующие земельные участки ФИО25 уже принес свидетельства о государственной регистрации права, то есть к августу 2015 года уже продавал земельные участки не по государственным ФИО34, а по новым свидетельствам. Далее ФИО25 предложил размежевать два земельных участка, с кадастровым номером – последние цифры 373 площадью по 40 соток и 390, площадью 20 соток. Он (ФИО97) приостановил продажи на эти участки. Некоторое время ФИО25 занимался межеванием участков и к осени 2015 года были образованы 4 новых земельных участка. Один земельный участок приобрел он (ФИО97), право собственности оформил на имя своей жены – ФИО15 за 2 000 000 рублей. Договор был оформлен с использованием кредитных средств банка «Сбербанк России». Причем сначала земельный участок был продан ФИО104 для последующего его межевания. Однако ФИО104 не смогла заплатить за земельный участок и участок выкупил он (ФИО97). Далее ФИО25 сказал, что ему нужно часто уезжать в &lt;адрес&gt;, на Север, говорил, что на учебу. ФИО25 сказал, что ему неудобно присутствовать на сделках и собственников по документам, пожилых людей, привозить тоже неудобно. Кроме того, земельные участки, право собственности на которые зарегистрировано по государственным ФИО34, всегда вызывают сомнение и их сложнее продать. Например, была ситуация с покупателем ФИО104, который поехал к женщине, которая была указана собственником земельного участка в государственном ФИО34, и спрашивал ее, действительно ли она является собственником. Чтобы избежать таких неудобств, ФИО25 предложил оформить право собственности на земельные участки на кого-то из сотрудников АН «Арена». Он подумал, что в этом ничего противозаконного нет, и согласился. В АН «Арена» всего несколько риэлторов, у многих ипотека. Единственным свободным риэлтором была ФИО49, которую он (ФИО97) спросил, согласится ли она оформить на себя право собственности на 2 земельных участка с целью последующей их продажи, на что ФИО39 согласилась. Тогда он (ФИО97) напечатал договоры купли-продажи на ФИО39, после чего было зарегистрировано право собственности на нее. При этом фактически денежные средства ФИО39 ФИО36 не передавала и не оплачивала даже государственную пошлину за регистрацию. Все эти расходы понес ФИО25 Это была именно его идея о переоформлении собственника земельных участков с целью упрощения последующей их продажи и придания документам о праве собственности вида большей надежности. После этого все участки, оформленные на ФИО39 были проданы ФИО12, Шульга и ФИО13. Все денежные средства, полученные от покупателей, в присутствии его (ФИО97) забирал ФИО25. Он (ФИО97) присутствовал на всех сделках. ФИО39 с продажи каждого земельного участка получила комиссионные около 30 000 рублей. После реализации последнего земельного участка он (ФИО97) потребовал от ФИО36 заплатить ему все его комиссионные и деньги, которые он брал у него в долг. ФИО25 был вынужден отдать все, что был должен. Последний земельный участок был продан ДД.ММ.ГГГГ После этого отношений с ФИО36 не было. О том, что земельные участки были оформлены по подложным государственным ФИО34, узнал от своих клиентов (ФИО94, ФИО95, Шульга), которые начали звонить ему и жаловаться, что у них арестованы земельные участки, требовали вернуть им денежные средства, поскольку считали, что он (ФИО97) был осведомлен о том, что документы на земельные участки были подложные. На самом деле он об этом ничего не знал, и сам купил у ФИО36 земельный участок, при этом взял деньги в кредит. Если бы он был в курсе того, что земельные участки оформлены мошенническим способом, он никогда бы его не купил. Сейчас земельный участок, который он купил у ФИО36, находится в собственности его жены. Свидетель ФИО68 пояснила, что примерно с осени 2014 года работала в ООО «Наша-Тюмень-72», директором являлся ФИО25 Официально трудоустроена не была. Заработную плату Трубачев ей платил в сумме 10 000 рублей, и 30% от оплаты по каждому гражданскому делу. Кроме нее, в офисе еще работали ФИО119, ФИО120 – брат ФИО36, ФИО121 ФИО32. Еще была женщина, которая выполняла бухгалтерскую работу, но она в офисе никогда не бывала, она ее не знает. ФИО25 производил впечатление спокойного человека, способного уговорить кого угодно и на что угодно. В юридических вопросах ФИО25 грамотным не был, в основном всю юридическую работу делала она ФИО106). ФИО25 выполнял только простую работу и по шаблону из интернета. ФИО25 хитрый, изворотливый, за всю свою работу всегда брал деньги, даже со своих родственников. Трубачев ездил на автомашине «Митсубиши» серого цвета, которую ФИО25 продал в середине лета 2015 года. Примерно в это же время он купил автомобиль «ФИО21 СантаФе» тоже серебристого цвета. Других машин она у него не видела. Она (ФИО106) практически всех клиентов ООО «Наша-Тюмень-72» знает. Видела всех людей, которые приходили в офис. Однако ничего о том, что ФИО25 занимается оформлением земельных участков в д. Дербыши и их продажей, она не знала. Ей ФИО25 никогда никакие земельные участки купить не предлагал. Однажды весной или в начале лета 2015 года ФИО25 у ФИО106 попросил ее паспортные данные и оформить на его имя доверенность, сказал, что ему нужно это для оформления какой-то сделки, при этом в подробности не вдавался. Ответила ФИО36, что свои паспортные данные она ему не даст и доверенность на него оформлять не будет. Для чего ему это было нужно, она тогда не могла даже предположить. ФИО28 ей не знакома. Дел по ее заявлениям у них в офисе не было, Никогда не видела, чтобы ФИО28 приходила к ним в офис. Никаких бесед по поводу оформления земельных участков ФИО25 в ее присутствии ни с кем, в том числе с ФИО28 не вел. Не видела, чтобы ФИО28 передавала ему какие-либо деньги или документы по земельным участкам. ФИО16 и ФИО30 Ильинична были клиентами ООО, работала с ними по гражданским делам по земельным участкам. В феврале 2016 года ФИО36 задержали по подозрению в совершении преступления по мошенническим действиям с земельными участками. Она (ФИО106) тогда ничего об этом не знала. После этого она закончила все дела в офисах, довела гражданские дела, которые у нее были. Оплату она больше никакую не получила, просто она ответственный человек и не могла бросить клиентов. От Трубачева ей сначала пришла записка, в которой были перечислены фамилии людей, по которым нужно было довести дела. ФИО25 на тот момент находился под домашним арестом. Потом ФИО36 перевели в СИЗО. Примерно в середине мая 2015 года ФИО25 начал звонить ей на сотовый телефон. Он сказал, что находится в СИЗО, просил ее дать показания, какие конкретно – не говорил. Спустя некоторое время ФИО96 снова позвонил и сказал, что хочет, чтобы она в своих показаниях сообщила, будто видела, как ФИО28 приходила в офис и он передавал ей деньги, а она ему документы на земельный участок. Она (ФИО106) тогда поняла, что ФИО25 хочет, чтобы она дала показания, выгодные ему. Она отказом не ответила, поскольку опасалась его. Она сказала ФИО36, что подумает. После этого ФИО25 стал звонить достаточно часто, уговаривал, даже намекал на то, что будет вознаграждение, но ничего конкретного по сумме не сказал. Она (ФИО106) ему ответила, что ей деньги не нужны, и она вообще еще не согласилась помогать ему. Спустя еще некоторое время к ней позвонил ФИО25 и сказал, что к ней подъедет от него человек. Она вышла на улицу, это был вечер, к ней подошел мужчина и предложил почитать показания ФИО28, а также были уже напечатаны показания, якобы, от ее (ФИО106) имени. Прочитала показания от своего имени: там была написана неправда в той части, что она знала о том, что ФИО28 через ФИО36 продавала какие-то земельные участки, а она (ФИО106), якобы, даже составляла договоры и расписки о передаче денежных средств, а ФИО25 просто ходил как представитель и сам ничего вообще не делал. На самом деле такого не было, Она (ФИО106) вообще не знала о том, что у Трубачева есть какие-то дела по земельным участкам. Показания она давать отказалась. ФИО25 продолжал звонить ей до конца июня 2015 года, после чего она поменяла сотовый телефон, чтобы ФИО25 перестал ей звонить. Свидетель ФИО7 пояснила, что в 2013 году она работала юристом в Тюменской городской коллегии адвокатов. В коллегию обратился ранее незнакомый ей ФИО25 с просьбой составить исковое заявление. После оказания юридической помощи ФИО25 стал часто приходить к ним в офис. Спустя некоторое время коллегия переехала в офис по &lt;адрес&gt;, где ФИО25 также открыл офис юридической компании. Примерно в конце весны 2015 года к ней обратился ФИО25 и спросил, есть ли у нее знакомый геодезист для межевания земельных участков и осуществления кадастровых работ. Она порекомендовала ФИО14. ФИО25 начал с ним работать, ФИО14 межевал несколько земельных участков, но какие конкретно, она не знает. Спустя еще некоторое время ей позвонил ФИО14 и сказал, что ФИО25 предлагает рассчитаться с ним за работу земельным участком в д.Дербыши. Правоустанавливающим документом был государственный ФИО34 на право собственности на землю. Она сказала ФИО14, что на такую сделку можно пойти только в том случае, если государственный ФИО34 пройдет регистрацию в Управлении Росреестра. ФИО14 сказал, что свою работу он оценил примерно 600 000 рублей. ФИО25 предложил ФИО14 приобрести земельный участок в д. Дербыши за 600 000 рублей – как оплата за работу. Позже узнала, что ФИО14 приобрел предложенный ФИО36 земельный участок и оформил право собственности на имя своего брата – Цендревича. Об этом рассказала своей знакомой ФИО107, которая сказала, что тоже хочет такой земельный участок в д.Дербыши за такую стоимость и спросила, кто продает эти участки. Рассказала ей о ФИО36. Кация попросила ее (ФИО7) договориться с ФИО36. После этого поговорила с ФИО36. Он сказал, что есть участок, показал ей государственный ФИО34 и доверенность от ФИО57 на оформление документов и продажу земельного участка. Она (ФИО7) сказала ФИО36, что покупатель оставит задаток, но оставшуюся сумму денег ему передадут после того, как право собственности по ФИО34 будет зарегистрировано в Управлении Росреестра. После этого ФИО25 сам занимался регистрацией земельного участка. ФИО107 предложила купить участок своему брату Кация Вахтангу, который в тот момент как раз взял кредит на автомобиль. ФИО108 согласился. После получения свидетельства о регистрации права собственности на земельный участок с кадастровым номером последние цифры 373, по &lt;адрес&gt;, д.Дербыши, ФИО25 заказал работы по межеванию этого участка на два смежных, один из которых (с кадастровым номером последние цифры 392) продал Кация Вахтангу за 600 000 рублей. Получение свидетельства о праве собственности на участок с этим кадастровым номером они не дожидались, потому что была регистрация участка с кадастровым номером с последними цифрами 373. Договор купли-продажи готовила она (ФИО7), также она настояла на том, чтобы ФИО96 привел собственника земельного участка – ФИО57 и договор подписала она. Договор купли-продажи от ДД.ММ.ГГГГ подписывали ФИО59 и ФИО57 в помещении Управления Росреестра на &lt;адрес&gt;. ФИО57 сама подписала договор. Она (ФИО7) с ней не разговаривала, она подписала подготовленные документы и ушла. Паспорт у ФИО123 не проверяла. ФИО25 при этом присутствовал. Денежные средства в этот момент не передавали, поскольку договаривались о том, что деньги передадут только после получения Свидетельства. Регистрация прошла ДД.ММ.ГГГГ Кация получил свидетельство о регистрации права собственности на земельный участок. Денежные средства по договору купли-продажи ФИО36 лично в руки передала она (ФИО7) ДД.ММ.ГГГГ. Свидетель ФИО69 пояснил, что ФИО28 – его супруга. Охарактеризовал ее с положительной стороны. Ранее ФИО28 работала в Федеральной кадастровой палате в должности ведущего инженера. Заработная плата ФИО28 составляла 20 000 рублей, какие-то дополнительные деньги она домой никогда не приносила. Семью в основном содержал он (ФИО109). О своей работе ФИО28 никогда много не рассказывала. О том, что ФИО28 знакома с ФИО36, он не знал, видел его один раз, когда ФИО28 вышла с работы, села в машину к ФИО36, где Трубачев ей передал какой-то пакет. О том, что в отношении ФИО28 возбуждено уголовное дело по подозрению ее в совершении мошенничества, узнал в феврале 2016 года. После этого ФИО28 рассказала, что в 2014 году она познакомилась с ФИО25 – он юрист и занимался оформлением земельных участков. Она познакомилась с ним на работе. Зимой 2015 года ФИО25 предложил ей заниматься незаконным оформлением земельных участков, на что она согласилась и они вместе поставили на кадастровый учет несколько земельных участков, точно сколько, он не знает. ФИО25 обещал оформить один участок на ФИО28, а также передать ей часть денег за проданные земельные участки, однако фактически она никаких денег не получила. О том, что все это незаконно, ФИО28 поняла позже. Когда стало известно о возбуждении уголовного дела, спросил ФИО28, был ли это ФИО25 тогда в машине, когда передавал ей сверток. Она ответила, что это действительно был ФИО25, и он передал ей денежные средства, которые она потом отдала сотруднику Регистрационной палаты за регистрацию земельных участков. Какая там была сумма, и за какие участки, он (ФИО109) не знает. У ФИО8 в собственности имеется автомобиль, который был приобретен в конце 2015 года на кредитные средства, в том числе и на его (ФИО109) средства. В ходе обыска в их квартире изъяты денежные средства в сумме 288 000 рублей. Это деньги ФИО28 Она сказала, что это деньги не ее, а переданы ей по работе. Деньги лежали вместе с ее рабочими документами. Свидетель ФИО70 пояснила, что у нее есть сестра – ФИО28, отношения у нее с ФИО28 хорошие, они общаются достаточно часто, но подробностей о своей личной жизни ФИО28 не рассказывает. Ранее ФИО28 работала в Кадастровой палате в должности инженера, она замужем, отношения с мужем у нее хорошие. У них благополучная семья. Охарактеризовала ее как человека хорошего, ответственного. Муж у ФИО28 часто бывает в командировках. Примерно в феврале 2015 года, а также примерно в мае 2015 года она (ФИО98) вечером пошла в гости к ФИО28. Когда она подходила к дому ФИО28, увидела, что ФИО28 и незнакомый мужчина стоят на парковке около дома и разговаривают. Когда она (ФИО104) подошла, ФИО28 попрощалась с этим мужчиной, и они пошли домой. ФИО28 сказала, что этот мужчина - ее знакомый по работе, зовут его Евгений. В феврале 2016 года в отношении ФИО28 возбудили уголовное дело. ФИО28 после этого сказала, что фамилия Евгения – ФИО25. Он предложил ей вместе с ним оформить в собственность земельные участки, а потом продать их. За это он обещал ей деньги, но фактически ничего ей не дал, обманул ее. ФИО28 также говорила, что ФИО25 предлагал продавать участки незаконно. Другие подробности ФИО28 не рассказывала. ФИО28 представила ФИО36, как заместителя губернатора. Она (ФИО98) видела ФИО36 9 Мая на трибуне рядом с губернатором &lt;адрес&gt; ФИО110, поэтому полагала, что это так и есть. Свидетель ФИО65 пояснила, что в 2002 году она устроилась в управление Росреестра по &lt;адрес&gt;. Уволилась она по собственному желанию в феврале 2016 года. С ФИО28 познакомилась весной 2015 года - ФИО28 сама ее нашла через их общую знакомую ФИО113 (ФИО122) Марию. ФИО28 позвонила ей (Костянецкой) на сотовый телефон и спросила, может ли она помочь ей в регистрации прав на земельные участки. В ходе телефонного разговора они с ФИО28 договорились о том, что та передаст ей (Костянецкой) документы на земельные участки, которые она покажет кому-нибудь из регистраторов, чтобы регистратор сказала ей, возможно ли по данным документам зарегистрировать право собственности или нет. Через некоторое время в выходной день ФИО28 встретилась с ней передала документы – Государственный акт на право собственности на землю образца 1993 года. При встрече ФИО28 пояснила, что ей нужно, чтобы переданные документы были беспрепятственно зарегистрированы, то есть без проверочных мероприятий - направления запросов для подтверждения подлинности переданных ФИО28 документов. То есть ФИО28 намекнула, что государственный акт с каким-то изъяном, но конкретно с каким, не поясняла. После этого она (Костянецкая) скинула по вайберу фотографию данного ФИО34 государственному регистратору ФИО48, а потом и показала ей оригинал. ФИО37 сказала, что государственный ФИО34 содержит все необходимые реквизиты и что по нему можно регистрировать право собственности, попросив 60 000 рублей за регистрацию одного земельного участка. О том, что регистрация права собственности по таким ФИО34 будет незаконной, она (Костянецкая) не знала. Когда она (Костянецкая) встретилась с ФИО28, то сказала ей, что по такому государственному ФИО34 можно зарегистрировать право собственности на земельный участок, и что регистрация одного земельного участка будет стоить 80 000 рублей. ФИО28 сказала, что таких государственных ФИО34 около десяти и что она будет приносить их частями, то есть не все сразу, так же как и частями будут приносить деньги за регистрацию земельных участков по данным ФИО34. Примерно в мае-июне 2015 года ФИО28 передала ей (ДД.ММ.ГГГГ) деньги в сумме 240 000 рублей за регистрацию права собственности на три земельные участки, а потом, примерно через месяц - еще за регистрацию права собственности на четыре земельных участка - в сумме 320 000 рублей. Ей (Костянецкой) не известно, действовала ли ФИО28 при передаче денежных средств за регистрацию права собственности на земельные участки в своих интересах или в интересах кого-то еще. Ее это не интересовало. ФИО28 ее по поводу того, кому принадлежат земельные участки, кто передает за их регистрацию денежные средства ничего не поясняла, поэтому она (Костянецкая) воспринимала ФИО28 как взяткодателя. ФИО25 не знает, никогда его не видела и не общалась с ним. С ФИО48 знакома, знает ее достаточно хорошо, между ней и ФИО48 деловые отношения. ФИО48 работала в Управлении «Росреестра» по &lt;адрес&gt; в должности государственного регистратора и в ее должностные обязанности входила государственная регистрация прав на объекты недвижимого имущества – внесение сведений в ЕГРФИО66 знакома с 2012 года, поскольку она сама лично приносила ей документы на регистрацию. Денежные средства, полученные от ФИО28 за регистрацию земельных участков, она передавала ФИО37. ФИО28 говорила, что к ней обратился мужчина с просьбой зарегистрировать земельные участки по таким ФИО34, но кто конкретно из мужчин – не говорила. В судебном заседании по ходатайству гособвинителя с согласия участников процесса, в связи с вызовом и неявкой, в соответствии с ч.1 ст. 281 УПК РФ , оглашались показания свидетелей ФИО75, ФИО57, ФИО71, ФИО18, ФИО72, ФИО79, ФИО80, ФИО81, ФИО64, ФИО82, ФИО1, ФИО89, данные в ходе предварительного следствия. Свидетель ФИО75 пояснял, что примерно с апреля 2015 года решил приобрести земельный участок расположенный недалеко от &lt;адрес&gt; для строительства жилого дома. В середине июля 2015 года он обратился в агентство недвижимости «Арена», где ему предложили посмотреть земельный участок, расположенный в &lt;адрес&gt; с кадастровым номером 72:17:1303001:388. После визуального осмотра данный земельный участок ему понравился, решил приобрести. Познакомился с директором АН «Арена» ФИО29, с которым договорились о сделке. ФИО29 представил правоустанавливающие документы на указанный земельный участок, а именно: свидетельство о государственной регистрации права от ДД.ММ.ГГГГ регистрационная запись 72-72/001-72/001/098/2015-2263/1 на имя ФИО18 ДД.ММ.ГГГГ года рождения, с указанным документом основания Государственный ФИО34 на право собственности на землю, пожизненного наследуемого владения, бессрочного (постоянного) пользования землей серия: ТЮ1 №, выдан &lt;адрес&gt; на основании распоряжения &lt;адрес&gt; от ДД.ММ.ГГГГ №, зарегистрирован в Книге записей Государственных ФИО34 на право собственности, владения, пользования землей за №. Так же была предоставлена кадастровая выписка с координатами указанного земельного участка. Сомнений в подлинности представленных документов у него не было, так как данные документы были подлинные по форме и на них имелись синие печати соответствующих учреждений. ФИО29 говорил ему, что документы нормальные, то есть подлинные. В процессе сделки стало известно, что данный земельный участок продает ФИО25 по доверенности от ФИО18 Сам ФИО25 пояснял, что он является дальним родственником ФИО18 После этого, до того как сдать документы для регистрации сделки купли-продажи в Управление «Росреестра» по &lt;адрес&gt; и отдать денежные средства в сумме 1 500 000 рублей за указанный земельный участок, он (ФИО104) в здании указанного учреждения по &lt;адрес&gt; попросил у ФИО25 номер телефона ФИО18 для того, чтобы связаться с ней (с ФИО18) и удостовериться в том, что указанный земельный участок действительно принадлежит ей, и что данный земельный участок уполномочен продавать ФИО25 ФИО25 дал номер телефона ФИО18 По данному номеру связаться с ФИО18 не смог и от сделки отказался до тех пор, пока не созвонится или не встретится с указанным лицом, и не выяснит все вопросы. На следующий день, точную дату не помнит, с ФИО18 связался, и она подтвердила, что она на самом деле продает указанный земельный участок через ФИО25, и что участок принадлежит ей. После данного разговора он (ФИО104) предложил ФИО18 встретиться, на что ФИО18 ему сказала, что сможет встретиться через несколько дней. После этого связался с ФИО25, который настаивал на совершении сделки именно в этот день - не позже, но он (ФИО104) стоял на своем, а именно: на том, что к сделке купли-продажи указанного земельного участка он не готов до того момента, пока не встретится с ФИО18 В итоге, так как ФИО25 на следующий день уезжал на отдых, они заключили договор задатка, после подписания которого он (ФИО104) передал лично ФИО25 денежные средства в сумме 200 000 рублей. В последствии при заключении договора купли-продажи указанного земельного участка договор задатка был уничтожен, а денежные средства в сумме 200 000 рублей были зачтены в счет оплаты земельного участка, который ФИО25 оценил в 1 500 000 рублей. Сделка была совершена ДД.ММ.ГГГГ. К этому времени ФИО25 с отдыха вернулся, а он (ФИО104) за это время лично встретился с ФИО18, которая в ходе разговора пояснила, что приобретаемый им земельный участок принадлежит ей и она продает его по доверенности, выданной на имя ФИО25 Также ФИО18 подтвердила, что ФИО25 приходится ей дальним родственником. С ФИО18 встречался по месту ее проживания, по адресу: &lt;адрес&gt;. При встрече ФИО18 предъявила свой паспорт. Оставшиеся денежные средства в сумме 1 300 000 за приобретаемый земельный участок с кадастровым номером 72:17:1303001:388 он передавал лично ФИО25 после заключения договора купли-продажи земельного и сдачи необходимых для регистрации документов в регистрирующий орган. Передача денежных средств ФИО25 происходила в АН «Арена» по адресу: &lt;адрес&gt;, ул. Республики 169 а &lt;адрес&gt;, оф.1 При этом присутствовал ФИО29. После передачи денежных средств, ФИО25 были написаны соответствующие расписки в получении денег. ФИО25 ему (ДД.ММ.ГГГГ) для обозрения предъявил паспорт на свое имя. Договор купли-продажи продажи земельного участка с кадастровым номером 72:17:1303001:388 был подписан в регистрирующем органе перед сдачей на регистрацию. После регистрации права собственности на указанный земельный участок, строительство не начинал. Произвел очистку территории приобретенного земельного участка от сухостоя и мусора. Рыночная цена земельных участков в д.Дербыши составляет от 2 000 000 до 2 500 000 рублей, изначально цена приобретенного земельного участка составляла 2 000 000 рублей, но так как ФИО25 срочно требовались наличные денежные средства он снизил цену до 1 500 000 рублей. В дальнейшем право собственности перешло от него (ДД.ММ.ГГГГ к отцу ФИО76, так как его отец оформил ипотеку на данный земельный участок для того, чтобы он (ФИО104) смог рассчитаться со своими знакомыми, которые одолжили ему денежные средства в сумме 1 500 000 для покупки указанного земельного участка. (т.11, л.д. 11-15) Свидетель ФИО57 поясняла, что никакими земельными участками фактически никогда не владела. После того, как ей оперуполномоченным для обозрения был представлен Государственный ФИО34 на право собственности на землю, пожизненного наследуемого владения, бессрочного (постоянного) пользования землей № ТЮ1-172123 на ее имя, доверенность от ДД.ММ.ГГГГ от ее имени на имя ФИО25, пояснила, что земельным участком в д.Дербыши не владела, и этот земельный участок ей никогда не предоставлялся. Какие либо заявления о предоставлении ей земельного участка в период с 1991 – 1993 год никогда не писала. В государственные учреждения с данным вопросом не обращалась. Государственный ФИО34 на право собственности на землю, пожизненного наследуемого владения, бессрочного (постоянного) пользования землей № ТЮ1-172123 никогда ни в каком государственном учреждении не получала. Данный документ она видит, скорее всего, во второй раз. Первый раз, скорее всего, видела Государственный ФИО34 на право собственности на землю, пожизненного наследуемого владения, бессрочного (постоянного) пользования землей № ТЮ1-172123, в 2014 году в нотариальной конторе при оформлении указанной доверенности. Где расположена данная контора - не помнит. Обстоятельства оформления указанны документов были следующие: примерно в 2014 году, когда она с дочерью - ФИО56 проживали совместно, к ней обратилась ее дочь ФИО56 с вопросом оформления земельного участка на свое имя в д.Дербыши. Необходимость оформления земельного участка на ее (ФИО57) имя дочь мотивировала тем, что она – дочь хочет в будущем начать строительство загородного дома, а она (ФИО57) уже длительное время проживает в &lt;адрес&gt;, так же поясняла, что она – дочь - хочет получить государственную поддержку по программе «молодая семья» и для участия в этой программе ей не нужны зарегистрированные права на недвижимое имущество. На предложение дочери согласилась. О каких-либо подробностях не спрашивала. Через некоторое время дочь сообщила, что для того, чтобы ей (ФИО57) не заниматься оформлением документов, ей нужно написать доверенность. Когда появилось свободное время, она с дочерью поехали в нотариальную контору, где она (ФИО57) написала доверенность на имя ФИО25. Данного человека увидела впервые. Ее дочь ФИО25 знала и говорила, что он будет заниматься оформлением земельного участка в д. Дербыши. До посещения нотариальной конторы, дочь и ФИО25 созванивались и на момент их прибытия, ФИО25 уже стоял в очереди на оформление доверенности. В нотариальной конторе в процессе оформления доверенности ФИО25 представил ей Государственный акт на право собственности на землю, пожизненного наследуемого владения, бессрочного (постоянного) пользования землей № ТЮ1-172123 на нее (ФИО123). Данный документ она видела впервые. Представленный ФИО25 документ она долго не рассматривала и не читала, в документах, касающихся земельных отношений, она не разбирается, но поняла, что речь идет о земельном участке в д.Дербыши. В тот момент каких либо подозрений ни ФИО25, ни представленный им документ у нее не вызвали, так как знала, что данным вопросом занимается ее дочь, и все должно быть нормально. Какого-либо вознаграждения за оформление земельного участка на нее (ФИО57) ни от кого не получала. Где расположен земельный участок - ей не известно, на земельный участок она не выезжала. Продажей данного земельного участка не занималась. В Управление «Росреестра» по &lt;адрес&gt; для регистрации права собственности она не обращалась. Какие – либо документы на земельный участок в д. Дербыши ей никто не передавал. Что в настоящее время с земельным участком - ей не известно. Какие-либо денежные средства за регистрацию права на земельный участок в д. Дербыши она никому никогда не передавала. (т.11, л.д. 85-88) Свидетель ФИО71 поясняла, что государственных ФИО34 на право собственности на землю (пожизненного) постоянного пользования земель образца 1991-1993 она никогда нигде не получала. (т.11, л.д.89-92) Свидетель ФИО18 поясняла, что ФИО28 приходится ей племянницей. Ей (ФИО100) никогда нигде не предоставлялись и не выделялись земельные участки. Весной 2014 или 2015 года ей позвонила племянница ФИО28, которая попросила воспользоваться ее паспортными данными для оформления земельного участка на нее (ДД.ММ.ГГГГ). На просьбу ФИО28 согласилась при условии, что в дальнейшем земельный участок, оформленный на нее, будет переоформлен. Какого-либо вознаграждения от ФИО28 не получала. В дальнейшем ею (ФИО100) в нотариальной конторе была выдана доверенность на какого-то мужчину, которого она не знает. Доверенность была на продажу земельного участка, о котором ей (ФИО100) ничего не известно. (т.11, л.д. 93-94) Свидетель ФИО72 пояснял, что ФИО19 ДД.ММ.ГГГГ года рождения приходится ему тещей – является матерью его супруги ФИО77 ФИО18 является его матерью. ФИО28 приходится ему сродной сестрой, то есть его мать ФИО18 и мать ФИО28- ФИО20 являются родными сестрами. С ФИО28 они поддерживают родственные отношения. ФИО28 работала в Кадастровой палате. Примерно летом 2014 года по просьбе своей сродной сестры ФИО28 взял у своей тещи ФИО19 ее паспортные данные, то есть ксерокопию паспорта, и передал данную ксерокопию ФИО28 ФИО19 он (ФИО72) ничего не пояснял. Для какой цели ФИО28 нужны были паспортные данные тещи ФИО72, та ему не поясняла, а сказала, что все объяснит позже. ФИО78 земельными участками в Московском МО никогда не владела, земельные участки ей в указанном муниципальном образовании никогда не выделялись, за исключением земельного участка, где в настоящее время проживает он (ФИО72) со своей семьей. После того, как ему (ФИО72) оперуполномоченным ОЭБ и ПК для обозрения представлены Государственные ФИО34 на право собственности на землю, пожизненного наследуемого владения, бессрочного (постоянного) пользования землей Тю №, ТЮ – 1 №, № Тю-I-173947, ТЮ – 1 № на имя его матери ФИО18, пояснил, что данные документы увидел впервые. В случае если бы в период с 1991 – 1993 год его матери выделялись земельные участки, то он бы об этом точно знал. О земельных участках в Московском МО, принадлежащие его матери ему ничего не известно и известно никогда не было. (т.11, л.д. 95-98) Свидетель ФИО79 пояснял, что в должности главы Мальковского сельского совета работал в период времени с 1990 года по 1993 год. Что касается предоставления земельных участков на территории Мальковского сельского совета в 1990 – 1993 годах, пояснил, что земельные участки предоставлялись только нуждающимся местным жителям Мальковского сельского совета, на основании поданного заявления на имя главы. Поступившие заявления обязательно регистрировались, после чего заявления рассматривались уполномоченным органом Мальковского сельского совета. На основании решений в Мальковском сельском совете выдавались документы на земельный участок - свидетельство на право собственности на землю, бессрочного (постоянного) пользования землей. Указанные свидетельства регистрировались в специальном журнале и заполнялись в двух экземплярах, один из которых выдавался лицу, а второй находился на архивном хранении в Мальковском сельском совете. Государственные ФИО34 на право собственности на землю, пожизненного наследуемого владения, бессрочного (постоянного) пользования землей в Мальковском сельском совете в период, когда ДД.ММ.ГГГГ главой с 1990 по 1993 год не выдавались. Данных документов в указанный период в Мальковском сельском совете еще не было. Факты того, что одному человеку, предоставлялось более одного земельного участка отсутствовали, так как в то время за предоставлением земельных участков следили строго, и никто такую ответственность на себя не взял бы. Земельные участки в 1990 -1993 году предоставлялись только нуждающимся местным жителям для строительства, сроком на пять лет, то есть в течении пяти лет на земельном участке человек, кому был предоставлен земельный участок, должен был начать строительство. В противном случае земельный участок изымался и предоставлялся другом. Площадь предоставляемого земельного участка зависела от потребности жителя и составляла в большинстве случаев от 10 до 15 соток. &lt;адрес&gt; составляла 25 соток. Земельные участки больше указанной площади не предоставлялись. Продажи земельных участков в указанный период были запрещены. После того как ДД.ММ.ГГГГ оперуполномоченным ОЭБ и ПК МО МВД России «Тюменский» для обозрения были представлены копии Государственных ФИО34 на право собственности на землю, пожизненного наследуемого владения, бессрочного (постоянного) пользования землей ТЮ – 1 №, №, ТЮ – 1 №, № ТЮ1, пояснил, что подпись в данных документах похожа на его. Что касается печати в указанных документах, пояснить не может, так как он в настоящее время не помнит, какая именно печать была в Мальковском сельском совете. Где в настоящее время настоящая печать Мальковского сельского совета - не знает. Лица, указанные в предъявленных ему государственных ФИО34, ему не известны. В 2014 году к нему домой приехал ранее незнакомый мужчина, который представился ФИО26 и сказал, что он сотрудник администрации &lt;адрес&gt;, пояснил, что приехал с целью узнать собственника земельного участка, расположенного возле дороги д.ФИО117. Также ФИО26 хотел узнать, выдавал ли он (ДД.ММ.ГГГГ) кому-либо данный земельный участок. После того, как он (ДД.ММ.ГГГГ) выехал на земельный участок, пояснил ФИО26, что данный земельный участок никому не предоставлял. После этого ФИО26 сказал, что с данным участком какие-то проблемы в администрации, что-то с документами, после чего попросил его (ФИО113) оставить ему образец своей подписи. Он поверил ФИО26, и на чистом листе бумаги расписался, то есть оставил ему образец своей подписи. ФИО26 забрал данный листок с его подписью и со словами «будем разбираться» уехал. Больше ФИО26 не видел. (т.11, л.д. 116-119) Свидетель ФИО80 поясняла, что после того, как ей оперуполномоченным для обозрения были представлены Государственные ФИО34 на право собственности на землю, пожизненного наследуемого владения, бессрочного (постоянного) пользования землей ТЮ – 1 №, Тю – I №, Тю – I № на ее имя, указала, что она никогда никаким земельным участком в дДД.ММ.ГГГГ, &lt;адрес&gt; не владела. Земельные участки в д. Дударева, &lt;адрес&gt; ей никогда не предоставлялись. Какие-либо заявления о предоставлении земельных участков в &lt;адрес&gt; в период с 1991 – 1993 год никогда не писала. В государственные учреждения с заявлениями о предоставлении ей земельных участков не обращалась. Государственные ФИО34 на право собственности на землю, пожизненного наследуемого владения, бессрочного (постоянного) пользования землей ТЮ – 1 №, Тю – I №, Тю – I № никогда ни в каком государственном учреждении не получала. Данные документы она видит впервые. По поводу данных документов пояснила, что около 15 лет поддерживает дружеские отношения с ФИО28. ФИО28 ранее работала в «Кадастровой палате». Примерно в начале 2015 года к ней обратилась ФИО28 с просьбой воспользоваться ее паспортными данными, для того, чтобы на ее имя оформить один земельный участок. Так как она (ФИО101) с ФИО28 поддерживает дружеские отношения, на ее просьбу согласилась и передала ей свои паспортные данные. ФИО28 никакого вознаграждения за ее согласие не обещала. Каких-либо вознаграждений от ФИО28 за свое согласие никогда не получала. По поводу того, будет ли процедура оформления законна или не законна, ФИО28 ничего не говорила. О том, что на нее (ДД.ММ.ГГГГ изготовлено три Государственных ФИО34 на право собственности на землю, пожизненного наследуемого владения, бессрочного (постоянного) пользования землей ТЮ – 1 №, Тю – I №, Тю – I №, узнала от сотрудников полиции. Местоположение земельных участков, указанных в представленных ей для обозрения документах, ей не известно. ФИО28 в момент достижения между ними договоренности об оформлении на нее (ФИО101) одного земельного участка поясняла ей о том, что после того, как будут готовы документы, ей нужно будет написать доверенность, на кого именно - ФИО28 не поясняла, для продажи оформленного на нее земельного участка. О том, какие именно документы будут оформляться на нее (ДД.ММ.ГГГГ) ФИО28 не поясняла. Также ФИО28 ничего не поясняла о порядке оформления документов на земельный участок. На то, чтобы написать доверенность ФИО101 так же дала свое согласие. Через некоторое время после их него разговора с ФИО28, сделала ксерокопию своего паспорта, и когда ФИО28 пришла к ней домой, передала ей копию. Через некоторое время ФИО28 сказала, что никакой сделки не будет и ничего подписывать не нужно. Причины того, что никакой сделки не будет, ФИО28 не назвала. Каких-либо доверенностей, договоров купли – продажи земельных участков не подписывала. В Управление «Росреестра» по &lt;адрес&gt; никаких документов для регистрации права собственности земельных участков не подавала. (т.11, л.д. 99-102) Свидетель ФИО81 пояснял, что показания по уголовному делу в отношении ФИО25 и ФИО28 он давать не может в связи с тем, что оказывал данным лицам юридическую помощь, и всю информацию, которую он может сообщить следователю, он получил в рамках оказания им юридической помощи. Соответственно, на основании ч.3 ст. 56 УПК РФ , по данным обстоятельствам показания давать не может. Документы, подтверждающие факт оказания им ФИО36 и ФИО28 юридической помощи, предоставить не может, в связи с тем, что фактически договор об оказании юридической помощи подписан не был, поскольку ФИО25 и ФИО28 не смоги определиться, в каком направлении ему работать (гражданские процессы или оказание помощи по уголовному делу). Однако, определенную информацию они ему сообщили, и он определенную юридическую работу по сбору информации провел, за что получил вознаграждение в размере 30 000 рублей. Таким образом, договор между ними был «на доверии». (т.10, л.д. 109-111) Свидетель ФИО64 поясняла, что к ней в 2015 году обратился знакомый ФИО9 с предложением приобретения земельного участка в д.Дербыши. Так как она хотела заняться строительством загородного дома, на предложение ФИО9 она согласилась. В этом же году точных дат она не помнит, они с ФИО9 выехали в д.Дербыши, &lt;адрес&gt;, где ФИО9 показывал ей земельные участки, на которых произрастали деревья породы сосна. Из показанных земельных участков они выбрали наиболее подходящий. Между ними была устная договоренность о приобретении напополам земельного участка площадью 20 соток, стоимостью 4 000 000 рублей. То есть, она (ФИО104) должна была заплатить 2 000 000 рублей и приобрести право на земельный участок площадью 10 соток. По причине финансовых сложностей она заплатить указанную сумму за земельный участок не смогла. В итоге, денежных средств за указанный земельный участок никому никогда не передавала. Однако, на ее имя был осуществлен переход права земельного участка с кадастровым номером 72:17:1303001:391 от имени ФИО49 Впоследствии, так как денежных средств у нее не было, по средствам заключения договора купли-продажи осуществлен переход права собственности на указанный земельный участок от нее (ФИО104) на имя супруги ФИО9, которая для приобретения указанного земельного участка, насколько ей известно, оформила кредит. Денежных средств от ФИО97 за указанный земельный участок она не получала. Денежные средства, как она понимает, передавались представителю собственника земельного участка действующего по доверенности. (т.11, л.д. 108-110) Свидетель ФИО111 поясняла, что в 2000 году она познакомилась с ФИО116. В этом же году они с ним поженились, в настоящее время у них двое детей – дочь Анастасия ДД.ММ.ГГГГ года рождения и сын Матвей ДД.ММ.ГГГГ года рождения. В семейной жизни Евгений ведет себя нормально, к ней относится хорошо. Так как часто находилась в больнице в 2014, в связи с тем, что беременность протекала тяжело, не знает, где и кем в этот период работал Евгений. Он вообще о своих делах рассказывает очень мало. Деньги он домой приносил, но крупных сумм никогда не было. В 2015 году продала свою квартиру по адресу: &lt;адрес&gt; вырученные денежные средства приобрела автомобиль «ФИО21 ФИО35 Фе». Евгений ей денег на покупку это машины не давал. У него машины не было, по крайней мере, она об этом ничего не знала и не видела, чтобы он приезжал на какой-то машине. Она (ФИО36) свою машину Евгению не давала. В феврале 2016 года она продала машину, поскольку ей нужно было лечить ребенка. Есть ли у Евгения счета в банках, она не знает. Она даже не знала, что у него есть кредиты. О том, что Евгений брал кредиты, узнала после того, как его задержали. На какую сумму кредиты, и для чего Евгений их получал, она не знает, сейчас требования о погашении кредитов приходят его матери – ФИО1 Знает, что ФИО25 окончил 10 классов. Есть ли у него еще образование, она не знает, дипломы его не видела. ФИО28 не знает, ничего о ней не слышала. За что был задержан ФИО25 - не знает. Когда Евгения задержали, она лежала в больнице, и поэтому с ним не общалась. (т.10, л.д.162-164) Свидетель ФИО1 пояснила, что ФИО25 - ее сын. О его жизни она с этого момента знает мало, чем он конкретно занимался и где жил, она точно не знает. Она знает, что Евгений поступил куда-то учиться, но в какой ВУЗ, точно сказать не может. Высшее образование он получил. Где находится его диплом, она не знает. На протяжении жизни Евгений неоднократно лежал в психиатрических больницах, состояние его психиатрического здоровья ухудшилось после службы в армии. Евгению поставили диагноз «Шизофрения» и предлагали оформление инвалидности, однако инвалидность у Евгения не оформлена. В 2013 году он зарегистрировал на свое имя ООО «Наша-Тюмень-72», фирма занималась предоставлением юридических услуг, Евгений говорил, что «ходит в суды». Пояснила, что давала доверенность ФИО25 на оформление документов на земельный участок в &lt;адрес&gt;, который был выдан ее покойному мужу – ФИО85 Других доверенностей ему не давала. У ФИО25 не было доступа к ее паспорту. Она (ФИО1) лично никогда не обращалась в агентства недвижимости для продажи земельных участков. Земельные участки где-либо в &lt;адрес&gt; аренду или в собственность она (ФИО1) никогда не получала. В 2014-2015 годах ФИО25 не совершал крупные покупки. У ФИО25 есть кредиты, но в каких суммах, в каких банках и для чего он их брал, она не знает. (т.10, л.д.151-154) Свидетеля ФИО89 поясняла, что у нее есть подруга – ФИО28. Они с ней вместе учились в институте, в одной группе, знакомы с 2004 года. У них доверительные отношения. ФИО28 длительное время работала в кадастровой палате в отделе кадастрового учета. Работа у нее была связана с постановкой на кадастровый учет объектов недвижимости. В конце 2014 года Анна рассказала, что к ней на работу пришел по рабочему вопросу мужчина, который представился Евгением. Позже она (ФИО43) узнала его фамилию – ФИО25. ФИО25 сообщил, что он - помощник губернатора. Он приходил к ней несколько раз по поводу какого-то земельного участка. Спустя некоторое время, ФИО25 предложил Ане подвезти ее домой, потом они сходили куда-то в кафе. Он примерно одного возраста с Аней. Она (ФИО43) с ФИО28 обсуждали, в связи с чем, он проявляет к ней интерес и решили, что он за ней ухаживает. Анна сначала вдохновилась Евгением. Он ей точно понравился. Она ждала от него проявлений внимания. При этом Евгений близко ее к себе не подпускал, не говорил ей, женат ли он, есть ли у него дети, где он живет и т.д. Примерно в начале 2015 года Аня рассказала ей, что ФИО25 попросил ее поставить на кадастровый учет какие-то участки. За это он пообещал ей тоже оформить в собственность один земельный участок. Кроме того, ФИО25 предложил оформить участки на ее родственников, на что Аня согласилась. Она с Евгением даже ездила куда-то в пригород, чтобы посмотреть эти участки. Со слов ФИО28 известно, что участки должен был потом продать Евгений. Более подробно их договоренности не знает. Говорила ФИО28, что Трубачев ее обманывает и, скорее всего, он не помощник Губернатора, т.к. помощник губернатора не будет сам ходить в кадастровую палату. Но ФИО114 верила. Примерно в конце весны ФИО28 сказала, что ФИО25 попросил ее найти знакомого в регистрационной палате, чтобы зарегистрировать какие-то участки. ФИО28 по его просьбе договаривалась с каким-то сотрудником Регистрационной палаты и ездила туда с ФИО36 на его машине. Знает, что ФИО25 за это кому-то из регистраторов заплатил, то есть дал взятку. Ближе к лету или в начале лета 2015 года у ФИО28 начались проблемы на работе, она жаловалась, что Трубачев ее как-то подставил, что она из-за него подставила своих родственников. Она (ФИО43) не очень вникала в суть проблемы, она только видела, что ФИО28 очень нервничает, и пыталась ее психологически поддержать. Примерно в это же время решила в интернете поискать, кто такой этот Евгений и действительно ли он работает в администрации. Но в интернете она нашла информацию о том, что он - мошенник. Рассказала об этом ФИО28. После того, как она узнала о том, что ФИО25 - мошенник, они стали реже общаться. ФИО28 давно хотела купить машину, однако у нее не было денег на машину. Когда с ФИО28 обсуждали это ее желание, Аня сказала, что Евгений обещал ей деньги за то, что она регистрировала участки, но так ничего и не отдал ей. Таким образом она (ФИО43) узнала, что фактически Аня никакой материальной выгоды не получила, и что Евгений ее тоже «кинул». ФИО28 говорила, что Трубачев ей дал какую-то сумму денег на день рождения. Какую точно сумму, она не знает. К концу лета 2015 года Аня поняла, что не контролирует деятельность ФИО36, что он продает участки без ее ведома, в том числе и участки, которые зарегистрированы на ее родственников. Тогда ФИО28 сказала ей ДД.ММ.ГГГГ), что хочет снять с учета все участки, которые поставила. Это же она сказала и ФИО36. Они обратились к адвокату, но по какой-то причине снять участки с учета Аня не смогла. В конце зимы 2016 года позвонила Ане и узнала, что ее привлекли к уголовной ответственности за то, что она ставила на кадастровый учет земельные участки по договоренности с ФИО36. Крупных денег у Ани не было. Ее заработная плата составляла около 20 000 рублей. Муж у Ани – Николай получает хорошую заработную плату, бюджет у них был общий. Крупные покупки Анна не совершала, за исключением покупки автомобиля в конце 2015 года, который был приобретен в кредит. (т.10, л.д. 219-223) Ставить под сомнение показания свидетелей оснований нет, они последовательны, не противоречивы, получены в соответствии с требованиями уголовно-процессуального закона, подтверждаются иными доказательствами. Вина ФИО25 в совершении данного преступления подтверждается также объективными доказательствами, исследованными в судебном заседании: - протоколом явки с повинной ФИО28 ДД.ММ.ГГГГ, в которой она добровольно сообщила о совершенном преступлении, собственноручно изложила обстоятельства его совершения, в частности: в мае-июле 2015 года она передала денежные средства в сумме 240 000 рублей сотруднику Росреестра по &lt;адрес&gt; по имени Евгения за незаконную регистрацию права собственности на земельные участки, расположенные в д. &lt;адрес&gt; по поддельным документам – государственным ФИО34 образца 1993 года, 80 000 рублей за регистрацию права на один земельный участок. (т.12, л.д. 4-5) - согласно протоколу явки с повинной ФИО28 ДД.ММ.ГГГГ, она добровольно сообщила о совершенном преступлении, собственноручно изложила обстоятельства его совершения, в частности: в мае-июле 2015 года она передала денежные средства в сумме 320 000 рублей сотруднику Росреестра по &lt;адрес&gt; по имени ФИО26 за незаконную регистрацию права собственности на земельные участки, расположенные в д. &lt;адрес&gt; по поддельным документам – государственным ФИО34 образца 1993 года, 80 000 рублей за регистрацию права на один земельный участок. (т.12, л.д. 2-3) - из протокола осмотра места происшествия от ДД.ММ.ГГГГ следует, осмотрен участок местности вблизи &lt;адрес&gt;, д.ФИО117, &lt;адрес&gt;. В ходе осмотра из автомобиля ФИО21 Фе г/н № изъяты портфель и барсетка с документами, принадлежащие ФИО25 (т.5, л.д. 6-9) - согласно протоколу осмотра места происшествия от ДД.ММ.ГГГГ с участием ФИО28, осмотрен участок местности вблизи &lt;...&gt;. При этом, ФИО28 пояснила, что в июле 2015 года в указанном дворе на площадке она передала взятку в виде денег в сумме 320.000 рублей ФИО124 (посреднику во взяточничестве). ФИО25 привез ее (ФИО28) в указанный двор на своем автомобиле, который был припаркован также во дворе около дома. (т.5, л.д. 64-69) - из протокол обыска от 17.02.2016 г. следует, что произведен обыск по месту жительства ФИО25 в &lt;адрес&gt;, ДД.ММ.ГГГГ &lt;адрес&gt;. В ходе обыска изъяты сотовый телефон «Maxvi K6» IMEI №, №, сотовый телефон «Самсунг Дуос» IMEI №, №, корпус печати без клише, два клише, документы. (т.5, л.д.82-89) - из протокола обыска от ДД.ММ.ГГГГ следует, что произведен обыск по месту жительства ФИО28 в &lt;адрес&gt;.20 &lt;адрес&gt;. В ходе обыска изъяты сотовый телефон «Самсунг» IMEI №, №, ноутбук «Асус», документы, в том числе оригиналы государственных ФИО34 на право собственности на землю в количестве 12 штук, денежные средства в сумме 288 000 рублей. (т.5, л.д.95-109) - согласно протоколу осмотра предметов от ДД.ММ.ГГГГ, с применением прибора «UFED Touch» осмотрены сотовые телефоны «Maxvi K6» IMEI №, №, сотовый телефон «Самсунг Дуос» IMEI №, № принадлежащие ФИО5, сотовый телефон «Самсунг» IMEI №, №, принадлежащий ФИО28 Информация из сотовых телефонов извлечена с применением прибора «UFED Touch». (т.6, л.д.172-193) - из протокола осмотра предметов от ДД.ММ.ГГГГ следует, что осмотрен CD-диск с записью информации, извлеченной из сотового телефона «Самсунг» IMEI №, №, принадлежащего ФИО28 На CD-диске имеется запись сообщений в программе Viber, между ФИО28 и абонентом «Милена» обнаружены сообщения, имеющие значение для уголовного дела, между ФИО28 и абонентом «Евгения» обнаружены сообщения, имеющие значение для уголовного дела. В частности из разговора ФИО28 с абонентом «Милена» следует, что ФИО28 осведомлена о незаконности сделок с землей, совершаемых ею согласованно с ФИО36, из корыстных побуждений, с целью получения денежных средств. (т.6, л.д.194-205) - согласно протоколу осмотра документов от ДД.ММ.ГГГГ, осмотрены 12 государственных ФИО34 на право собственности на землю, пожизненного наследуемого владения, бессрочного (постоянного) пользования землей: Тю №, ТЮ-1 №, Тю-1-173947, Тю-1 №, № Тю-1-172835, №, №, ТЮ-1 №, Тю-1 №, ТЮ-1 №, Тю-1 №, Тю-1 №. (т.5, л.д.175-224) - из протокола обыска от ДД.ММ.ГГГГ следует, что произведен обыск в помещении ООО «Наша-Тюмень-72» по адресу: &lt;адрес&gt;. В ходе обыска изъяты различные документы, в том числе: оригиналы доверенностей, копии свидетельств о регистрации прав, приказы, договоры, квитанции, счета, товарные чеки, трудовой договор, свидетельство о постановке на учет, договор аренды жилого помещения, учредительные документы по ООО «Наша Тюмень», заявление о выборе земельного участка от имени Кация, заявление об осуществлении кадастрового учета объекта недвижимости с кадастровым номером 72:17:1303001:386 на имя ФИО25 в копии заверенной печатью ООО «Наша Тюмень». (т.5, л.д. 145-151) - согласно протоколу осмотра предметов от ДД.ММ.ГГГГ, осмотрены предметы и документы, изъятые в ходе обыска в помещении ООО «Наша-Тюмень-72» по адресу: &lt;адрес&gt;. (т.6, л.д.129-132) - согласно протоколу обыска от ДД.ММ.ГГГГ, произведен обыск в помещении ФГБУ «ФКП Росреестра» по &lt;адрес&gt; по адресу: &lt;адрес&gt;. В ходе обыска изъяты кадровые документы ФИО28, системный блок служебного компьютера ФИО28 (т.5, л.д. 155-158) - согласно протоколу осмотра предметов от ДД.ММ.ГГГГ, осмотрены кадровые документы ФИО28 и системный блок служебного компьютера, изъятые в ходе обыскав ФГБУ «ФКП Росреестра» по &lt;адрес&gt;. Из справки о доходах ФИО28 за 2014 года следует, что среднемесячный доход составляет около 30.000 рублей. Осмотрены также: копия трудовой книжки, копия паспорта, копия диплома, дополнительные соглашения к трудовому договору, удостоверения о повышении квалификации и т.д., должностная инструкция. (т.5, л.д. 230-236) - согласно протоколу осмотра предметов от ДД.ММ.ГГГГ, осмотрен государственный информационный ресурс – Государственный кадастр недвижимости. Вход в систему осуществлен через служебный персональный компьютер ТУ 207-WS-06, расположенный в кабинете 207 &lt;адрес&gt;. Осмотр производился с участием свидетеля ФИО91 – начальника отдела кадастрового учета №, и использованием ее личного логина и пароля для входа в систему АИС ГКН. Далее осуществлен поиск объектов недвижимости по кадастровым номерам 72:17:1203001:504, 72:17:1203001:505, 72:17:1203001:506, 72:23:0112001:6462, 72:17 1202001:497, 72:17:1303001:385, 72:17:1303001:386, 72:23011201:6461, 72:17:1303001:387, 72:17:1202001:498, 72:17:1304001:694, 72:17:1304001:695, 72:17:1303001:389, 72:17:1303001:388, 72:17:1301003:1024, 72:17:1301003:1025, 72:17:1301003:1027, 72:17:1301003:1029, 72:17:1301003:1028, 72:17:1303001:373, 72:17:1303001:390, 72:17:1203001:483, 72:17:1303001:380. В сведениях ГКН отражена информация о специалисте, принявшем решение, дата и время принятия решения и внесении сведений, а также отражен номер заявления. Согласно полученной информации земельный участок с кадастровым номером 72:17:1203001:483 поставлен на кадастровый учет специалистом Мартышкиной, земельный участок с кадастровым номером 72:17:1303001:390 поставлен на кадастровый учет ФИО115. Остальные земельные участки поставлены на кадастровый учет ФИО28 (т.6, л.д.141-168) - из протокола обыска от ДД.ММ.ГГГГ следует, что произведен обыск в помещении ООО «Арена» по адресу: &lt;адрес&gt;, ул.Республики, &lt;адрес&gt; оф.1. В ходе обыска изъяты документы, подтверждающие реализацию земельных участков через ООО «Арена». (т.5, л.д.161-165) - согласно протоколу осмотра предметов от ДД.ММ.ГГГГ, осмотрены документы, изъятые в ООО «Арена» по адресу: &lt;адрес&gt; ул.Республики, &lt;адрес&gt; оф.1: папка с документами, подтверждающими реализацию ФИО25 земельных участков через ООО «Арена». (т.6, л.д. 134-139) - согласно протоколу выемки от ДД.ММ.ГГГГ, в Управлении «Росреестра» по &lt;адрес&gt; по адресу: &lt;адрес&gt; каб.501 изъяты дела правоустанавливающих документов в количестве 27 штук на земельные участки с кадастровыми номерами: 72:17:1303001:373; 72:17:1303001:380; 72:17:1303001:385; 72:17:1303001:385; 72:17:1303001:386; 72:17:1303001:386; 72:17:1303001:386; 72:17:1303001:386; 72:17:1303001:387; 72:17:1303001:387; 72:17:1303001:388; 72:17:1303001:388; 72:17:1303001:388; 72:17:1303001:388; 72:17:1303001:390; 72:17:1303001:390; 72:17:1303001:390; 72:17:1303001:383; 72:17:1303001:383; 72:17:1303001:391; 72:17:1303001:391; 72:17:1303001:391; 72:17:1303001:392; 72:17:1303001:392; 72:17:1303001:398; 72:17:1303001:398; 72:17:1303001:399. (т.5, л.д. 171-174) - из протокола осмотра предметов от ДД.ММ.ГГГГ следует, что осмотрены 27 дел правоустанавливающих документов на земельные участки с кадастровыми номерами 72:17:1303001:373, 72:17:1303001:380, 72:17:1303001:385, 72:17:1303001:386, 72:17:1303001:387, 72:17:1303001:388, 72:17:1303001:390, 72:17:1203001:483, 72:17:1303001:391, 72:17:1303001:392, 72:17:1303001:398, 72:17:1303001:399. (т.6, л.д. 1-46) - согласно протоколу осмотра предметов от ДД.ММ.ГГГГ, осмотрены все предметы и документы, изъятые в ходе обыска в жилище ФИО25 по адресу: д. ФИО117 &lt;адрес&gt;: Свидетельство на право собственности на землю на имя ФИО85, папка с документами на автомобиль HYUNDAI, файл с документами на автомобиль ГАЗ, пистолетный магазин с 4 патронами (травматическими), 4 пустых бланка, паспорт на имя ФИО116, СНИЛС на имя ФИО116, корпус печати без клише, коробка со штемпельной подушкой и два клише печатей, договор на поставку печатной продукции, товарные накладные и чеки на 4 листах, дискета. Предметы и документы, изъятые в ходе осмотра места происшествия из автомобиля «ФИО21 фе» вблизи &lt;адрес&gt; д. ФИО117: барсетка, в которой находятся чеки, залоговые билеты, графики погашения кредитов, 3 флэш карты, заграничный паспорт на имя ФИО25, водительское удостоверение, СНИЛС, а также портфель, в котором находятся чеки, счета-фактуры, квитанции, файлы с оригиналами документов на земельные участки: с кадастровым номером 72:17:1303001:388, с кадастровым номером 72:17:1303001:392, с кадастровым номером 72:17:1303001:386, с кадастровым номером 72:17:1303001:390, с кадастровым номером 72:17:1303001:385, договор потребительского кредита на имя ФИО25 от ДД.ММ.ГГГГ, полис ОМС, оригинал государственного ФИО34 на право собственности на землю, бессрочного (постоянного) пользования землей и других документов на земельный участок в д. ФИО117 &lt;адрес&gt;, площадью 1 Га; оригинал государственного ФИО34 на право собственности на землю, бессрочного (постоянного) пользования землей № ТЮ-1 на имя ФИО33 о предоставлении земельного участка в д. ФИО117 &lt;адрес&gt; и другие документы на указанный земельный участок, 2 записные книжки, визитница, карта памяти, 2 жестких диска, приемник и передатчик, наушники, зарядное устройство. Предметы и документы, изъятые в ходе обыска в жилище ФИО28 по адресу: &lt;адрес&gt;. 20 &lt;адрес&gt;: ноутбук «Асус», кадастровые документы и землеустроительные дела на земельные участки, 2 листа с таблицей на земельные участки в &lt;адрес&gt;, д. Дербыши, д. Дударева, д. Субботина, д. ФИО117, тетрадь, фрагменты дежурной кадастровой карты, телефон «Алкатель» IMEI №, мобильный телефон «Леново А319» IMEI №, рукописные записи, оригиналы доверенностей, свидетельство о смерти на имя ФИО93, копии паспортов, кадастровые паспорта на земельные участки. (т.6, л.д. 48-118) - осмотренные предметы и документы признаны вещественными доказательствами и приобщены к материалам уголовного дела постановлением следователя от ДД.ММ.ГГГГ. (т.6, л.д.119-121) - согласно протоколу осмотра предметов от ДД.ММ.ГГГГ, осмотрены CD-r диск с детализацией соединений по абонентскому номеру &lt;***&gt; (пользовался ФИО25) и CD-r диск с детализацией соединений по абонентскому номеру &lt;***&gt; (ФИО28). В ходе осмотра установлены соединения между абонентскими номерами ФИО25 и ФИО28, соединения между ФИО28 и ФИО65, а также установлены места нахождения абонентов относительно базовых станций в даты передачи денежных средств в качестве взятки. (т.6, л.д.219-247) - из сообщения директора филиала ФГБУ «Федеральная кадастровая палата Федеральной службы государственной регистрации, кадастра и картографии» по &lt;адрес&gt; следует, что последним представлены копии кадастровых дел на земельные участки с кадастровыми номерами 72:17:1303001:373, 72:17:1303001:380, 72:17:1303001:385, 72:17:1303001:386, 72:17:1303001:387, 72:17:1303001:388, 72:17:1303001:390, 72:17:1203001:483, 72:17:1303001:391, 72:17:1303001:392, 72:17:1303001:398, 72:17:1303001:399. (т.8, л.д. 8-244, т.9, л.д. 1-164) - согласно заключению технико-криминалистической экспертизы № от ДД.ММ.ГГГГ, бланки государственных ФИО34 на право собственности на землю, пожизненного наследуемого владения, бессрочного (постоянного) пользования земель: ТЮ-1 №; ТЮ-1 №; № Тю-1-173947; ТЮ-1 №; № Тю-1-172835; Тю-1 №; ТЮ-1 №; №; Тю-1 №; ТЮ-1 №; Тю-1 №; 1712007 не соответствуют бланку государственного ФИО34 на право собственности на землю, пожизненного наследуемого владения, бессрочного (постоянного) пользования земель ТЮ1-170705790, предоставленному в качестве образца для сравнительного исследования. Изображения гербов РСФСР, расположенных в государственных ФИО34 на право собственности на землю, пожизненного наследуемого владения, бессрочного (постоянного) пользования земель, а также печатного текста на лицевой и оборотной стороне ФИО34 ТЮ1-17130337, предоставленных на исследование, выполнены при помощи цветного струйного принтера. Линии графления и печатного текста (за исключением печатного текста лицевой и оборотной стороны ФИО34 ТЮ №) бланков государственных ФИО34 на право собственности на землю, пожизненного наследуемого владения, бессрочного (постоянного) пользования земель, представленных на исследование, выполнены при помощи электрофотографического оборудования. (т.7, л.д.42-44) Исходя из анализа исследованных доказательств, суд считает, что вина ФИО25 в совершении преступления установлена и доказана. Все доказательства являются относимыми, допустимыми, достоверными, а в совокупности – достаточными для разрешения настоящего уголовного дела. За дачу взятки должностному лицу предусмотрена уголовная ответственность по ст. 291 УК РФ . Дача взятки, по существу, является способом склонения должностного лица к выполнению определенных действий (бездействия), результатом которых будет выгода для лица, дающего взятку, или представляемых им лиц. Исходя из смысла закона, под незаконными действиями (бездействием), за совершение которых должностное лицо получило взятку, следует понимать действия (бездействие), которые: совершены должностным лицом с использованием служебных полномочий, однако в отсутствие предусмотренных законом оснований или условий для их реализации; относятся к полномочиям другого должностного лица; совершаются должностным лицом единолично, однако могли быть осуществлены только коллегиально либо по согласованию с другим должностным лицом или органом; состоят в неисполнении служебных обязанностей; никто и ни при каких обстоятельствах не вправе совершать. Согласно позиции Верховного Суда РФ, выраженной в п.10 Постановления Пленума Верховного Суда РФ от ДД.ММ.ГГГГ № «О судебной практике по делам о взяточничестве и об иных коррупционных преступлениях», получение и дача взятки, а равно незаконного вознаграждения при коммерческом подкупе, посредничество во взяточничестве в виде непосредственной передачи взятки считаются оконченными с момента принятия должностным лицом хотя бы части передаваемых ему ценностей. Судом установлено, что ФИО25 в период времени с ДД.ММ.ГГГГ до ДД.ММ.ГГГГ, осознавая неправомерный характер своих действий, действуя умышленно, через посредников во взяточничестве, передал взятку в общей сумме 560 000 рублей, что является крупным размером, должностному лицу – главному специалисту-эксперту Управления Росреестра по &lt;адрес&gt; ФИО48 за совершение заведомо незаконных действий – регистрацию права собственности на земельные участки по подложным правоустанавливающим документам – государственным ФИО34 на право собственности на землю. Согласно приговору Калининского районного суда &lt;адрес&gt; от ДД.ММ.ГГГГ, ФИО48 за получение взятки при указанных обстоятельствах осуждена по п. «в» ч.5 ст. 290 УК РФ . Приговор вступил в законную силу. При установленных обстоятельствах, действия ФИО25 суд квалифицирует по п. «б» ч. 4 ст. 291 УК РФ (в редакции федерального закона № 97-ФЗ от ДД.ММ.ГГГГ), как дача взятки должностному лицу через посредника, за совершение заведомо незаконных действий, если она совершена в крупном размере. Квалифицирующий признак «в крупном размере» нашел свое подтверждение в судебном заседании, т.к. размер взятки превышает 150.000 рублей, что соответствует крупному размеру в соответствии с Примечанием 1 к статье 290 УК РФ . При квалификации действий ФИО25 за данное преступление суд руководствуется редакцией закона № 97-ФЗ от ДД.ММ.ГГГГ, т.к. последующая редакция закона ухудшает положение подсудимого, а в соответствии со ст. 10 УК РФ , уголовный закон, ухудшающий положение лица, обратной силы не имеет. Оснований для изменения категории преступления, в соответствии с ч.6 ст. 15 УК РФ , не имеется. По факту легализации (отмывания) иного имущества, приобретенного лицом в результате совершения им преступления, вина ФИО25 подтверждается: Показаниями свидетеля ФИО50, которая пояснила, что с июля 2013 года работала в Кадастровой палате &lt;адрес&gt;, в отделе, расположенном на &lt;адрес&gt;. Тогда же познакомилась с ФИО28 ФИО28 всегда могла дать совет по любой ситуации, поскольку она работала дольше остальных сотрудников и знала весь порядок оформления документов. ФИО8 работала ведущим инженером, в ее обязанности входило принятие решения о внесении сведений о земельном участке в государственный кадастр недвижимости. Перед этим документы, поданные заявителем, перед тем, как попасть к ведущему инженеру, который принимает решение о регистрации (в данном случае к ФИО28), заявители сдают документы в отдел Кадастровой палаты, расположенный на &lt;адрес&gt;. В отдел на &lt;адрес&gt; документы не поступают, только их скан копии. Сначала документы поступают на ввод данных. Это исключительно технический процесс, на этой стадии документы не проверяются, только вносятся в программу фамилия заявителя, адрес участка, описание и т.д. Следующая стадия – проверка – инженер проверяет границы земельного участка на наличие пересечений границ со смежными участками. Эта проверка осуществляется по кадастровой карте, которая сравнивается с межевым планом, предоставленным заявителем. Если участок вносится в ГКН как ранее учтенный и заявление подано в декларативном порядке (без межевого плана, то есть без уточнения границ на местности), то в данном случае проверяется только наличие участка с аналогичным адресом, на пересечение границ такой участок не проверяется. Далее, если пересечений не установлено, тогда заявление направляется к ведущему инженеру на внесение сведений в ГКН. Ведущий инженер проверяет результаты работы на первых двух стадиях, после чего принимает решение о внесении сведений о земельном участке в ГКН или об отказе (приостановлении). В случае если принимается положительное решение, ведущий инженер в бумажном варианте никакие документы не оформляет. Он вносит сведения в ГКН, после чего в программе автоматически формируется кадастровый паспорт. Каждое такое решение вносится в ГКН под индивидуальным логином и паролем инженера, который известен только пользователю данного компьютера. В ГКН видно, кто принимал решение о внесении сведений, также может быть видно, кто вводил данные и проводил проверку на пересечение. После формирования кадастрового паспорта, ведущий инженер вносит в кадастровый паспорт фамилию человека, который будет этот паспорт выдавать заявителю. Никакой сотрудник Кадастровой палаты внести изменения в кадастровый паспорт по своему решению не может, только по заявлению правообладателя земельного участка. Но при этом многие сотрудники могут вновь распечатать кадастровый паспорт или кадастровую выписку, поставить снова подпись и печать. Ответственность за внесение сведений в ГКН и формирование паспорта лежит на ведущем инженере. Подлинность документов в кадастровой палате не проверяется, т.к. в бумажном варианте документы не поступают, только в скан копиях. Проверку осуществляли только если объект с адресом уже стоит на кадастровом учете. ФИО28 действительно попросила ее ДД.ММ.ГГГГ сдать документы на постановку на декларативный учет земельных участков. Согласилась это сделать, т.к. нужны были деньги, потому что ушла в декрет в апреле 2014 года, а оплата в декретном отпуске составляет всего 6000 рублей. Все происходило при следующих обстоятельствах: летом 2015 года позвонила ФИО28 и спросила, хочет ли она заработать немного денег и для этого нужно сдать документы для постановки земельных участков на кадастровый учет, то есть в отдел на ул. Рижская. Чьи это участки ФИО28 не говорила. Ничего противозаконного делать не нужно было, просто отвезти, постоять в очереди и сдать документы, то есть как курьер, поэтому согласилась помочь ФИО28. Примерно в июне 2015 года приехала на работу к ФИО28 в обеденный перерыв, ФИО28 отдала документы в файле. За услугу ФИО28 обещала заплатить 6000 рублей, по 500 рублей за участок. Поскольку участки нужно было поставить на декларативный учет, доверенность не требовалась, только правоустанавливающие документы. В файле, который отдала ФИО28, было 12 государственных актов на право собственности на землю. Она их не рассматривала, поехала в кадастровую палату, где подала заявление на постановку на кадастровый учет 12 земельных участков. Постановка на кадастровый учет осуществляется бесплатно. Сдала документы на постановку земельных участков на кадастровый учет в декларативном порядке. Все документы были выданы Московским МО, конкретные адреса земельных участков не помнит. После подачи документов в машине начала раскладывать расписки о принятии документов в ФИО31.ФИО34, рассмотрела их и увидела, что ФИО34 свеженапечатанные, кроме того, такие ФИО34 выдавались только на дачные участки, а в Московском МО в населенном пункте такие не выдавались. Поняла, что ФИО34 поддельные. Вечером в этот же день встретилась с ФИО28, которая передала ей (ФИО42) денежные средства за то, что она подала документы на постановку на учет. Спросила ФИО28, что это за ФИО34 и что они, скорее всего, поддельные, объяснила почему. ФИО28 сказала, что познакомилась с помощником губернатора – ФИО116. Эти земельные участки нашел ФИО25. Он сказал ФИО28, что госакты настоящие, нужно было только найти свободные земельные участки, заполнить ФИО34 и поставить их на кадастровый учет. Со слов ФИО28 известно, что ФИО25 обещал их продавать и 50% выручки с каждого участка обещал отдавать ФИО28. ФИО8 также сказала, что часть земельных участков по поддельным госактам принадлежит ее родственникам. Когда приехала домой, то в интернете нашла информацию о ФИО36, выяснила, что ФИО25 в 2008 г. был осужден по статье за мошенничество в особо крупном размере, также проанализировала сведения о том, что ФИО25 не является помощником Губернатора, а имеет фирму ООО «Наша-Тюмень-72», по 50% уставного капитала с ФИО119. Сказала об этом ФИО28. Примерно в июле 2015 года позвонила ФИО28, сказала, что уже поставила участки на кадастровый учет. Она (ФИО42) кадастровые паспорта не получала, ФИО28 сказала, что распечатала паспорта и выписки сама, сама расписалась и поставила печать, отдала ФИО36. ФИО28 сказала, что ФИО25 продал поставленные на кадастровый учет земельные участки, но ни разу деньги ей не отдал и она считает, что он ее «кинул». После этого она (ФИО42) ФИО28 посоветовала снять с кадастрового учета участки, которые она поставила. ФИО28 согласилась. Снятие с кадастрового учета происходит по судебному решению. В связи с этим ФИО28 попросила ее (ФИО42) найти ей юриста, который поможет снять участки с кадастрового учета. Дала ФИО28 контакт ФИО81 - это адвокат. Вместе с ФИО28 съездили к ФИО44, объяснили ситуацию. Он сказал, что поможет. ФИО44 связался с ФИО36, который тоже сказал, что согласен снять земельные участки с кадастрового учета. Еще несколько раз возила ФИО28 к ФИО44, ФИО28 ее (ДД.ММ.ГГГГ убедила, что все будет хорошо, что участки снимут с учета, и что она не виновата в том, что поставила их на кадастровый учет, так как не могла проверить подлинность документов. Когда поняла, что ФИО25 не собирается снимать участки с кадастрового учета, предложила ФИО28 сообщить обо всем в полицию. Со слов ФИО28 знает, что ФИО28 с самого начала знала, что госакты поддельные. Чтобы получить деньги (50% от продажи участков), ФИО28 и ставила участки на кадастровый учет. Свидетель ФИО58 пояснил, что с марта 1983 года до начала 1990 – 1991 года он работал в должности председателя исполнительного комитета &lt;адрес&gt; Совета народных депутатов. После 1990 – 1991 года указанное учреждение было реорганизовано в администрацию &lt;адрес&gt;, где он работал в должности главы администрации &lt;адрес&gt; до ухода на пенсию в 2001 года. Процесс предоставления земельных участков гражданам в 1990 – 1993 годах был следующим: на местном уровне – сельским советом - администрацией принималось решение о выделении - предоставлении земельного участка конкретному лицу площадь участка составляла не более 15 соток. Участки выделялись по 15 соток в соответствии с решениями сельских Дум о минимальных и максимальных размерах предоставления земельных участков. В среднем в сельских администрациях района была принята норма в 15 соток. Случаев предоставления земельных участков большей площади не помнит. Земельные участки предоставлялись для строительства, и в случае если в течении пяти лет строительство не начиналось, земельный участок изымался. Сформированный в сельской администрации пакет документов поступал в администрацию &lt;адрес&gt; с формулировкой «Прошу рассмотреть вопрос выделения такого-то земельного участка такому-то лицу», указывались данные участка и лица, кому он предоставлен. После чего издавалось постановление администрации &lt;адрес&gt; о предоставлении земельного участка. Изданное в администрации &lt;адрес&gt; постановление печаталось в пяти экземплярах, один из которых он (ФИО101) подписывал, а на остальных ставилось его факсимиле, после чего использовались по назначению. Что-то оставалось для архивного хранения, что-то подшивалось к документам. Изданные постановления хранилась в администрации района. Изданные постановления в обязательном порядке имели порядковые номера и дату. Далее указанные документы уходили в Комитет по земельной реформе и земельным ресурсам &lt;адрес&gt;, где подготавливались правоустанавливающие документы - Государственный ФИО34 на право собственности на землю, пожизненного наследуемого владения, бессрочного (постоянного) пользования землей. Подготовленный указанный документ подписывался председателем Комитета по земельной реформе и земельным ресурсам &lt;адрес&gt; ФИО67 и передавался ему (ФИО101). После его подписи «Земельный комитет» выдавал указанный «ФИО31. ФИО34» гражданам. Указанный Государственный ФИО34 на право собственности на землю, пожизненного наследуемого владения, бессрочного (постоянного) пользования землей издавался в двух экземплярах, один из которых хранился в Комитете по земельной реформе и земельным ресурсам &lt;адрес&gt;, а второй выдавался гражданину. Выдача происходила только в администрации района. Так же данный документ проходил обязательную двойную регистрацию. В 1990 – 1993 годах один человек не мог получить более одного земельного участка, так как в администрации района все предоставленные земельные участки учитывались на специальной карте, и получить даже один земельный участок была проблема, потому что свободных земельных участков в населенных пунктах не хватало, а за границами населенных пунктов земля обрабатывалась местными совхозами, то есть была перепахана. Благодаря данному учету случаи предоставления - выделения одного и того же земельного участка двум разным лицам, одному лицу двух участков исключены. В ходе допроса на предварительном следствии ему предоставлялись для обозрения Государственные ФИО34 на право собственности на землю, пожизненного наследуемого владения, бессрочного (постоянного) пользования землей, номера и серии их не помнит. Однако, подпись в данных документах выполнена абсолютно точно не им. Факсимиле у него было, но где оно находится в настоящее время - ему не известно. Так же ему не известно, где в настоящее время находится печать администрации &lt;адрес&gt;, «Госкомзема» образца 1990 годов. Заведующий общим отделом в то время была Гартунг. Где и когда делалось его (ФИО101) факсимиле - не помнит. Указанные в Государственных ФИО34 на право собственности на землю, пожизненного наследуемого владения, бессрочного (постоянного) пользования землей лица ему не известны. В д.Дербыши участки в то время выделялись по 15 соток. Свидетель ФИО10 пояснила, что подсудимая ФИО28 – ее дочь, проживает отдельно. Дочь замужем, у нее ребенок, семья благополучная. Они общаются достаточно часто, часто приезжают в гости друг к другу. Учитывая возраст, у нее (ФИО98) имеются заболевания – рассеянный склероз, поэтому подробности происходящего она быстро забывает. У ФИО28 есть копия ее (ФИО98) паспорта, потому что она помогает ей оформить документы на получении субсидии, как малоимущая семья. Субсидию получает ежегодно. ФИО28 деньгами не помогала никогда. В 2015 году, точно когда - не помнит, ФИО28 попросила ее съездить к нотариусу вблизи гостиницы «Восток» и подписать доверенность. Ничего у ФИО28 не спрашивала, приехала по указанному ей адресу и подписала доверенность. Когда она приехала, доверенность уже была готова, даже не знает, на чье имя доверенность. Она просто поставила свою подпись. Больше она ничего не делала и никуда не ходила. В феврале 2016 года от ФИО28 узнала, что в отношении нее возбудили уголовное дело. О том, что на ее (ФИО98) имя оформлено 2 земельных участка, которые впоследствии проданы, она не знала. Она только подписывала одну доверенность на имя мужчины, которого она не знает, для чего - не знает, она не спрашивала, и ей никто не объяснял. Она сделала это по просьбе дочери, думала, что ей это нужно. Никаких действий, направленных на продажу участка она (ФИО98) не совершала, не ходила в регистрационную палату, не искала покупателей и т.д. Она не знала, что на нее оформлены участки и что они проданы. Соответственно денежные средства за оформление земельных участков она не получала и никому не передавала. Она сама никакие документы не подделывала, к оформлению участков отношения не имеет. ФИО36 она не знает, и дочь ей про него ничего не рассказывала, кроме того, что он мошенник. После произошедшего узнала от дочери только то, что она по просьбе ФИО36 оформляла земельные участки, потому что работала в кадастровой палате и могла это сделать по своим служебным обязанностям, а ФИО25 потом продавал эти участки. Таким образом они кого-то обманули. Получала ли Аня за это деньги - не знает. Свидетель ФИО49 пояснила, что с мая 2014 года работает в агентстве недвижимости ООО «Арена» в должности агента по недвижимости. Директором ООО «Арена» является ФИО9. Примерно в июле 2015 года ФИО9 поставил в известность, что к ним в агентство обратился гражданин ФИО25, с целью найти покупателей на ряд земельных участков, расположенных в д.ДД.ММ.ГГГГ, &lt;адрес&gt;. Ей (ДД.ММ.ГГГГ директором был поручен поиск покупателей на данные земельные участки. ФИО25 были представлены в агентство копии документов на земельные участки. Некоторые из земельных участков принадлежали собственникам на основании государственных ФИО34, которые выдавались в 90-х годах. На некоторые земельные участки были получены уже свидетельства о государственной регистрации права. Собственниками данных земельных участков являлись люди в возрасте, и ФИО25 представлял их интересы по доверенности. Стоимость земельных участков была обозначена ФИО25 в пределах от 2 500 000 до 3 500 000 рублей. Лично с ФИО36 не общалась. Несколько раз он приходил к ФИО97, но они сразу уезжали из офиса или уходила она (ФИО39). Непосредственно с покупателями не общались, общался с ними только ФИО97. Примерно в конце июля - в начале августа 2015 года ФИО97 рассказал, что в агентство снова приехал ФИО25 и пояснил, что при совершении сделок купли-продажи участков не может постоянно присутствовать, так как периодически вынужден уезжать в командировку то в Челябинск, то на Север, а непосредственные собственники данных земельных участков уже люди пожилого возраста, и поэтому необходимо пару участков на время оформить на кого-либо из сотрудников агентства. ФИО9 предложил ей оформить на себя два участка. Ей (ФИО39) данное предложение поступило в связи с тем, что у остальных сотрудников много кредитов, ипотеки и другие долговые обязательства. Без долговых обязательств была только она. ФИО97 сказал, что все затраты по госпошлине при регистрации сделки, а также налоговые отчисления, оплатит ФИО25. Она (ФИО39) согласилась на предложение ФИО97, правоустанавливающие документы не вызвали сомнения, тем более договор купли-продажи заключался непосредственного с собственниками земельных участков. Кроме того, к тому времени один из земельных участков был уже продан ФИО97 с использованием заемных денег банка, то есть документы проверялись и банком, в том числе. Таким образом, решили, с целью облегчить выполнение обязательств по оказанию услуг по продаже земельных участков, временно оформить на нее (ФИО39) два земельных участка. ДД.ММ.ГГГГ между ней (ДД.ММ.ГГГГ) и владельцами земельных участков: ФИО10, а также ФИО6 были составлены договоры купли-продажи. Договора были составлены ФИО9 ФИО10 и ФИО6 в регистрационную палату привез ФИО25. ФИО97 были подготовлены необходимые документы для подачи в регистрационную палату, для регистрации сделки. Она (ФИО39) каких-либо денежных средств продавцам сама лично не передавала, денежных расчетов она не касалась. Кто и как производил расчеты с собственниками земельных участков, она не знает, данный вопрос в ее компетенцию не входил. Приобрела только по документам всего два участка: у ФИО98 и ФИО6. Земельный участок, приобретенный у ФИО6, без ведома ее (ФИО39) и без ее участия был размежеван на 2 участка, как она полагает самим ФИО25, так как он подъезжал к ней, чтобы она подписала согласование границ земельного участка. Она ни о чем не спрашивала у ФИО36, так как участок был оформлен на нее временно, и она фактическим собственником не являлась. Данные земельные участки были проданы 30 декабря. ФИО11 за 1.650 000 рублей. Расчетов она (ФИО39) также не касалась, расчет производился в ОАО «Сбербанк», по &lt;адрес&gt;, деньги были переданы ФИО9 Второй участок продан ФИО12 за 1 700 000 рублей. Расчетов ФИО39 также не касалась, расчет производился в банке «Реконструкция», по &lt;адрес&gt;, деньги были переданы ФИО9 ДД.ММ.ГГГГ земельный участок, приобретенный у ФИО10, был продан ФИО13, за 3 300 000 рублей. Расчетов также не касалась, расчет производился в банке «СОЮЗ», по &lt;адрес&gt;, деньги были переданы ФИО9 Лично видела, что все денежные средства от покупателей были переданы ФИО97. Расписки писала она, поскольку продавцом, согласно документам, была она. Она (ФИО39) фактически денег не получала. В договорах купли-продажи указаны суммы, за которые были проданы земельные участки, меньше фактических. Расписок составлялось несколько – на сумму, указанную в договоре, и на сумму реальной стоимости участка. Когда и где ФИО97 передавал денежные средства ФИО36, она не знает, не видела. Слышала телефонный разговор, в ходе которого ФИО97 спрашивал ФИО36, куда ему подвезти деньги. При оформлении сделок купли-продажи, было необходимо согласие на продажу ее (ФИО39) супруга, для чего на оформление нотариального согласия, денежные средства, ей также выдавались директором агентства. Комиссионное вознаграждение за каждый участок она (ФИО39) получила в размере 25 000 рублей. Это обычное агентское вознаграждение за ее работу – поиск покупателей. Покупателей на участки нашла действительно она. Никакого вознаграждения сверх этого, например, за то, что оформляла на свое имя участки, она не получила. Земельный налог на участки оплатил ФИО97, то есть он передал ей деньги, заказал составление декларации, она только подписала и отправила в налоговую инспекцию почтой. О том, что данные земельные участки были незаконно оформлены, не знала, представленные ФИО36 в агентство документы были надлежаще оформлены, при проверке в регистрационной и кадастровой палате находили свое подтверждение. Какого-либо отношения к незаконным действиям по данным земельным участкам она не имеет. ФИО39 только занималась поиском клиентов и показом этих участков. Все копии документов по сопровождаемым их ним агентством сделкам купли-продажи, сохраняются в их ним агентстве. С ФИО28 не знакома, но в кадастровых паспортах иногда видела ее фамилию. Была ли подпись ФИО28 в кадастровых паспортах на спорных земельных участках – помнит. Свидетель ФИО62 пояснила, что летом 2015 года они с мужем решили приобрести земельный участок под строительство дома. Они начали поиски объявлений о продаже земельных участков на различных сайтах, в том числе на сайте «Авито». Там они с мужем нашли земельный участок в д.Дербыши, &lt;адрес&gt; участок был 20 соток, стоимостью около 3,5 миллионов рублей. Земельный участок продавался через агентство недвижимости «Арена». Они смотрели данный участок, участок им понравился, но 20 соток было много, и стоил он для них дорого, поэтому они его покупать отказались. Осенью 2015 года им позвонила агент указанного выше агентства – ФИО39 и сообщила, что земельный участок размежевали на два участка по 10 соток, соответственно и цена участков стала ниже – 2 миллиона рублей. Они снова задумались о покупке земельного участка. После переговоров с ДД.ММ.ГГГГ они снизили цену до 1 650 000 рублей. Земельный участок адрес имеет следующий: &lt;адрес&gt;, ДД.ММ.ГГГГ, кадастровый №. Кадастровый номер участка, из которого был выделен этот участок, не знает. Далее ее супруг занимался оформлением документов, он проверил наличие обременений на земельном участке. По документам все было в порядке. Общались они с ФИО9 (директор агентства) и ДД.ММ.ГГГГ (риэлтор). Право собственности на земельный участок было зарегистрировано на ДД.ММ.ГГГГ узнала в день подписания договора купли-продажи. Договор купли-продажи готовило агентство недвижимости, договор купли-продажи и передаточный ФИО34 были подписаны ДД.ММ.ГГГГ. Стоимость земельного участка в договоре была прописана в сумме 700 000 рублей, реальная стоимость составила 1 650 000 рублей. Денежные средства за указанный участок передавали в один день, но по двум распискам – одна расписка на сумму 700 000 рублей (как указано в договоре), вторая расписка на сумму 950 000 рублей. Все денежные средства ее муж передавал в руки ФИО97. Помимо указанных сумм денежных средств, более они никому ничего не платили, право собственности оформлялось в общем порядке. Позже, уже дома, они с мужем подумали, что фактически земельный участок ФИО39 не принадлежал. Они так подумали, поскольку она говорила, что за продажу этого земельного участка получит только комиссионное вознаграждение в сумме 30 000 рублей, а также потому, что деньги муж передал ФИО97, а не ДД.ММ.ГГГГ. Кому на самом деле принадлежал земельный участок, не знает. Весной 2016 муж обратился в администрацию Московского МО с заявлением на разрешение вырубки берез. Администрация ответила в письменном виде, что на земельном участке, находящемся в собственности, разрешение на вырубку деревьев не требуется. После этого они приступили к вырубке берез, с целью дальнейшего строительства дома на земельном участке. В момент рубки приехали сотрудники полиции, которые сообщили о том, что их земельный участок фигурирует в уголовном деле. ФИО25 не знает, никогда с ним не общалась. О том, что земельный участок был оформлен в собственность с нарушениями, она узнала от сотрудников полиции. Изъять участок у них никто не пытался. С участком пока ничего не предпринимают. Таких участков целая улица в дДД.ММ.ГГГГ Осенью 2016 года обращались за разрешением на строительство в Администрацию, но ответа пока нет. Свидетель ФИО63 дал аналогичные показания. Свидетель ФИО12 пояснила, что в дачном сообществе «Весна» в &lt;адрес&gt; у нее имеется дача, на которой расположен ветхий дом. Она решила со своим супругом его продать. На вырученные деньги построить новый дом на вновь приобретенном земельном участке. Примерно в декабре 2015 года по средствам сети интернет узнала про агентство недвижимости «Арена», которое занимается продажей земельных участков. В агентстве недвижимости ей предложили земельный участок, расположенный в &lt;адрес&gt;. Стоимость данного участка составляла 2 000 000 рублей, фактически данный земельный участок она (ФИО12) приобрела за 1 700 000 рублей. Продавцом земельного участка был собственник – ФИО39, которая работает в АН «Арена» агентом по недвижимости. При сделки купли – продажи со стороны продавца ФИО39 присутствовал ФИО97. В договоре купли – продажи была указанна сумма 700 000 рублей, но фактически за указанный земельный участок передала ФИО97 и ФИО39 сумму 1 700 000 рублей. ФИО39 были написаны соответствующие расписки. Договор купли – продажи был подписан в АН «Арена», а денежные средства передала в Управлении Росрееста в момент подачи необходимых документов для осуществления государственной регистрации за указанный земельный участок. Законность и подлинность правоустанавливающих документов на имя ФИО39 у нее сомнений не вызвало, так как ФИО39 предъявила свидетельство о государственной регистрации права, документом основания выдачи которого был договор купли – продажи данного земельного участка, так же на момент приобретения земельный участок обременен не был. Свидетель ФИО9 пояснил, что около 5 лет он занимается продажей недвижимости, в том числе земельных участков. У него агентство недвижимости «Арена», несколько риэлторов. С ФИО25 познакомился примерно в конце 2014 года. Он (ФИО97) периодически обращался за юридическими консультациями в области оформления прав на недвижимость в Тюменскую городскую коллегию адвокатов (&lt;адрес&gt;). Там же он часто видел ФИО36. Там они и познакомились. ФИО25 рассказал, что он юрист, оказывает юридические услуги в области гражданского права (наследство, подготовка исков и т.д.). Он (ФИО97) ему рассказал, что занимается оказанием посреднических услуг при осуществлении купли-продажи недвижимости. Они обменялись телефонами. ФИО25 производил хорошее впечатление, был аккуратно одет, хорошо говорил, внушал доверие. Потом они некоторое время не общались. Примерно весной 2015 года ему (ФИО97) позвонил ФИО25 и сказал, что у него есть несколько земельных участков на продажу в д. Дербыши. Он (ФИО97) сказал, что готов посмотреть документы на участки и попросил его приехать в офис. ФИО25 привез документы на несколько земельных участков, примерно, на 5-8 штук. Документы были следующие – государственные ФИО34 на право постоянного (бессрочного) пользования земельным участком, кадастровые выписки на эти участки и доверенности от собственников на имя ФИО25 Все государственные ФИО34 были оформлены на разных людей, в основном на пожилых. Все земельные участки стояли на кадастровом учете. О таком количестве земельных участков ФИО25 сказал, что по каким-то сведениям узнал, кому выдавались земельные участки по таким ФИО34 и к каждому собственнику ездил, договаривался и выкупал их, то есть целенаправленно искал собственников понравившихся ему участков и уговаривал их продать эти участки. Государственные ФИО34 он (ФИО97) осмотрел. Он видел такие ФИО34 и ранее, предоставленные ФИО36 ФИО34 были на вид обычные, бланки затертые, в некоторых местах порваны. Сомнений они у него не вызвали. Все государственные ФИО34 были на земельные участки, расположенные в д.Дербыши. После проверки документов согласился продать данные участки. Стоимость участков устанавливал ФИО25, на каждый участок индивидуально, поскольку участки были разные по площади. Первоначальная стоимость составляла 4 500 000 рублей. Комиссионные ему были установлены в сумме 250 000 рублей с продажи каждого земельного участка. Примерно на следующий день они с ФИО36 поехали в д.Дербыши, чтобы он (ФИО97) мог посмотреть земельные участки. Все участки располагались рядом, место хорошее, на участках росли сосны. После просмотра сделал ксерокопии нескольких документов и приступил к поиску покупателей. Информацию об имеющихся на продаже земельных участках он дал своим риэлторам. Объявления размещались на интернет-сайтах. Спустя некоторое время ему позвонил его дальний знакомый – ФИО103, который сказал, что увидел объявление о продаже земельного участка в д.Дербыши. Кто-то из риэлторов показал ему участок, участок понравился. Он поговорил с Чернявским, который спросил, есть ли какие-то подвохи, все ли в порядке с документами. Показал ФИО94 все документы, уверил его, что все в порядке. Да и сам был уверен, что участки оформлены правильно и никаких «подвохов» нет. Чернявский согласился на покупку земельного участка площадью 20 соток за 4 300 000 рублей с оформлением права собственности на свою жену – ФИО51 Все документы по земельному участку (кадастровые выписки, копия государственного ФИО34, доверенность, паспорта продавца и доверенного лица, выписку из ЕГРП) предоставили в банк «Сургутнефтегазбанк», поскольку Чернявские брали ипотечный кредит на покупку земельного участка. Договор купли-продажи составили в банке. После оформления документов в банке ДД.ММ.ГГГГ, в этот же день покупатель и продавец обратились в Росреестр, где регистрация права собственности прошла без каких-либо заминок. От продавца (ФИО1) присутствовал ФИО25, от покупателя – ФИО51 На сделке также присутствовал он (ФИО97), поскольку он на сделках присутствовал всегда. Комиссионные агентству выплачиваются после оформления сделки. ФИО25 в его присутствии подписывал договор купли-продажи, передаточный ФИО34, писал расписки о получении денежных средств. Денежные средства, соответственно, получил ФИО25. Он (ФИО97) видел, что деньги забрал он. После заключения сделки ФИО25 заплатил ему комиссионные в сумме 200 000 рублей, сказал, что 50 000 рублей отдаст со следующее сделки, так как сейчас ему нужны деньги. Следующий земельный участок с кадастровым номером – последние цифры 385 был продан ДД.ММ.ГГГГ по договору купли-продажи между ФИО6 и ФИО52 Представителем ФИО6 по доверенности был ФИО25 Причем на этот участок ФИО25 уже получил свидетельство о государственной регистрации права от ДД.ММ.ГГГГ. Отношения к получению свидетельства он (ФИО97) не имел, услуг по регистрации права собственности на земельный участок не оказывал. ФИО25 сам оформил данное свидетельство. В основном договоре стоимость участка указана 1 000 000 рублей, фактически участок был продан за 3 500 000 рублей. Все денежные средства ФИО95 передал ФИО36, деньги забрал он. ФИО25 заплатил ему (ФИО97) комиссионные в сумме 300 000 с учетом долга по прошлому договору. В этот же день вечером ФИО25 занял у него деньги в сумме 150 000 рублей и на следующий день еще 80 000 рублей. Расписки ФИО97 и ФИО25 друг другу не писали, т.к. Он (ФИО97) понимал, что продаст еще его участки и ФИО25 вынужден будет отдать ему все долги. ДД.ММ.ГГГГ аналогичным образом был продан земельный участок с кадастровым номером – последние цифры 388 ФИО75 ФИО25 торопил продавать земельные участки и готов был снижать цену. Данный участок он продал всего за 1 500 000 рублей. Деньги забрал ФИО25. С данной продажи он (ФИО97) получил агентские в сумме 100 000 рублей. На все последующие земельные участки ФИО25 уже принес свидетельства о государственной регистрации права, то есть к августу 2015 года уже продавал земельные участки не по государственным ФИО34, а по новым свидетельствам. Далее ФИО25 предложил размежевать два земельных участка, с кадастровым номером – последние цифры 373 площадью по 40 соток и 390, площадью 20 соток. Он (ФИО97) приостановил продажи на эти участки. Некоторое время ФИО25 занимался межеванием участков и к осени 2015 года были образованы 4 новых земельных участка. Один земельный участок приобрел он (ФИО97), право собственности оформил на имя своей жены – ФИО15 за 2 000 000 рублей. Договор был оформлен с использованием кредитных средств банка «Сбербанк России». Причем сначала земельный участок был продан ФИО104 для последующего его межевания. Однако ФИО104 не смогла заплатить за земельный участок и участок выкупил он (ФИО97). Далее ФИО25 сказал, что ему нужно часто уезжать в &lt;адрес&gt;, на Север, говорил, что на учебу. ФИО25 сказал, что ему неудобно присутствовать на сделках и собственников по документам, пожилых людей, привозить тоже неудобно. Кроме того, земельные участки, право собственности на которые зарегистрировано по государственным ФИО34, всегда вызывают сомнение и их сложнее продать. Например, была ситуация с покупателем ФИО104, который поехал к женщине, которая была указана собственником земельного участка в государственном ФИО34, и спрашивал ее, действительно ли она является собственником. Чтобы избежать таких неудобств, ФИО25 предложил оформить право собственности на земельные участки на кого-то из сотрудников АН «Арена». Он подумал, что в этом ничего противозаконного нет, и согласился. В АН «Арена» всего несколько риэлторов, у многих ипотека. Единственным свободным риэлтором была ФИО49, которую он (ФИО97) спросил, согласится ли она оформить на себя право собственности на 2 земельных участка с целью последующей их продажи, на что ФИО39 согласилась. Тогда он (ФИО97) напечатал договоры купли-продажи на ФИО39, после чего было зарегистрировано право собственности на нее. При этом фактически денежные средства ФИО39 ФИО36 не передавала и не оплачивала даже государственную пошлину за регистрацию. Все эти расходы понес ФИО25 Это была именно его идея о переоформлении собственника земельных участков с целью упрощения последующей их продажи и придания документам о праве собственности вида большей надежности. После этого все участки, оформленные на ФИО39 были проданы ФИО12, Шульга и ФИО13. Все денежные средства, полученные от покупателей, в присутствии его (ФИО97) забирал ФИО25. Он (ФИО97) присутствовал на всех сделках. ФИО39 с продажи каждого земельного участка получила комиссионные около 30 000 рублей. После реализации последнего земельного участка он (ФИО97) потребовал от ФИО36 заплатить ему все его комиссионные и деньги, которые он брал у него в долг. ФИО25 был вынужден отдать все, что был должен. Последний земельный участок был продан ДД.ММ.ГГГГ После этого отношений с ФИО36 не было. О том, что земельные участки были оформлены по подложным государственным ФИО34, узнал от своих клиентов (ФИО94, ФИО95, Шульга), которые начали звонить ему и жаловаться, что у них арестованы земельные участки, требовали вернуть им денежные средства, поскольку считали, что он (ФИО97) был осведомлен о том, что документы на земельные участки были подложные. На самом деле он об этом ничего не знал, и сам купил у ФИО36 земельный участок, при этом взял деньги в кредит. Если бы он был в курсе того, что земельные участки оформлены мошенническим способом, он никогда бы его не купил. Сейчас земельный участок, который он купил у ФИО36, находится в собственности его жены. Свидетель ФИО15 пояснила, что ее муж – ФИО9 занимается продажей недвижимости, в том числе земельных участков. Он является руководителем агентства недвижимости «Арена». С ФИО25 знакома, видела его два раза, знает его как клиента мужа. Это было тогда, когда она вместе с мужем ездила смотреть земельные участки, которые продавал ФИО25. Со слов мужа знает, что ФИО25 обратился в агентство к ее мужу с просьбой продать земельные участки в дДД.ММ.ГГГГ. Они тоже с мужем хотели там купить участок, поэтому поехала посмотреть участки вместе с мужем. Во время поездок ФИО25 много говорил, рассказывал про участки, показывал документы, называл площади и т.д. Вел он себя спокойно, доброжелательно. Между ним и ее мужем как она поняла, отношения были только деловые, потому что они обсуждали исключительно земельные вопросы По разговору ФИО36 решила, что участки принадлежат ему. В сентябре 2015 года муж ей сказал, что можно купить один из земельных участков за 2 000 000 рублей площадью 20 соток в д.Дербыши у ФИО36. Подумала, что стоимость нормальная и согласилась. Оформлением всех документов занимался муж. Она (ФИО97) не знает, как это все происходило, она только подписала подготовленные документы. Денежные средства на данный участок они взяли в банке «Сбербанк» в ипотеку, под залог этого же участка. В настоящее время ежемесячный платеж составляет около 31 000 рублей. Видела, что по договору купли-продажи продавцом участка была ФИО64, но не знает, по какой причине. Со слов мужа, он покупал участок у ФИО36 и деньги передавал ему. При передаче денег от ее мужа ФИО36 она не присутствовала. Весной 2016 года от мужа узнала, что ФИО36 задержали по подозрению в совершении преступления. Муж рассказал, что земельные участки, которые ФИО25 продавал, он получил путем мошенничества, по поддельным документам. В том числе по поддельным документам оформлен и тот участок, который купили они. В настоящее время участок с кадастровым номером 72:17:1303001:391 в ДД.ММ.ГГГГ, который они купили у ФИО36, находится у нее (ФИО97) в собственности. Свидетель ФИО65 пояснила, что в 2002 году она устроилась в управление Росреестра по &lt;адрес&gt;. Уволилась она по собственному желанию в феврале 2016 года. С ФИО28 познакомилась весной 2015 года - ФИО28 сама ее нашла через их общую знакомую ДД.ММ.ГГГГ. ФИО28 позвонила ей (ДД.ММ.ГГГГ на сотовый телефон и спросила, может ли она помочь ей в регистрации прав на земельные участки. В ходе телефонного разговора они с ФИО28 договорились о том, что та передаст ей (ДД.ММ.ГГГГ документы на земельные участки, которые она покажет кому-нибудь из регистраторов, чтобы регистратор сказала ей, возможно ли по данным документам зарегистрировать право собственности или нет. Через некоторое время в выходной день ФИО28 встретилась с ней передала документы – Государственный акт на право собственности на землю образца 1993 года. При встрече ФИО28 пояснила, что ей нужно, чтобы переданные документы были беспрепятственно зарегистрированы, то есть без проверочных мероприятий - направления запросов для подтверждения подлинности переданных ФИО28 документов. То есть ФИО28 намекнула, что государственный акт с каким-то изъяном, но конкретно с каким, не поясняла. После этого она (ДД.ММ.ГГГГ) скинула по вайберу фотографию данного ФИО34 государственному регистратору ФИО48, а потом и показала ей оригинал. ФИО37 сказала, что государственный ФИО34 содержит все необходимые реквизиты и что по нему можно регистрировать право собственности, попросив 60 000 рублей за регистрацию одного земельного участка. О том, что регистрация права собственности по таким ФИО34 будет незаконной, она (ДД.ММ.ГГГГ) не знала. Когда она (ДД.ММ.ГГГГ) встретилась с ФИО28, то сказала ей, что по такому государственному ФИО34 можно зарегистрировать право собственности на земельный участок, и что регистрация одного земельного участка будет стоить 80 000 рублей. ФИО28 сказала, что таких государственных ФИО34 около десяти и что она будет приносить их частями, то есть не все сразу, так же как и частями будут приносить деньги за регистрацию земельных участков по данным ФИО34. Примерно в мае-июне 2015 года ФИО28 передала ей (ДД.ММ.ГГГГ) деньги в сумме 240 000 рублей за регистрацию права собственности на три земельные участки, а потом, примерно через месяц - еще за регистрацию права собственности на четыре земельных участка - в сумме 320 000 рублей. Ей (ДД.ММ.ГГГГ) не известно, действовала ли ФИО28 при передаче денежных средств за регистрацию права собственности на земельные участки в своих интересах или в интересах кого-то еще. Ее это не интересовало. ФИО28 ее по поводу того, кому принадлежат земельные участки, кто передает за их регистрацию денежные средства ничего не поясняла, поэтому она (Костянецкая) воспринимала ФИО28 как взяткодателя. ФИО25 не знает, никогда его не видела и не общалась с ним. С ФИО48 знакома, знает ее достаточно хорошо, между ней и ФИО48 деловые отношения. ФИО48 работала в Управлении «Росреестра» по &lt;адрес&gt; в должности государственного регистратора и в ее должностные обязанности входила государственная регистрация прав на объекты недвижимого имущества – внесение сведений в ЕГРФИО66 знакома с 2012 года, поскольку она сама лично приносила ей документы на регистрацию. Денежные средства, полученные от ФИО28 за регистрацию земельных участков, она передавала ДД.ММ.ГГГГ ФИО28 говорила, что к ней обратился мужчина с просьбой зарегистрировать земельные участки по таким ФИО34, но кто конкретно из мужчин – не говорила. В судебном заседании по ходатайству гособвинителя с согласия участников процесса, в связи с вызовом и неявкой, в соответствии с ч.1 ст. 281 УПК РФ , оглашались показания свидетелей ФИО81, ФИО111, ФИО1, данные в ходе предварительного следствия. Свидетель ФИО81 пояснял, что показания по уголовному делу в отношении ФИО25 и ФИО28 он давать не может в связи с тем, что оказывал данным лицам юридическую помощь, и всю информацию, которую он может сообщить следователю, он получил в рамках оказания им юридической помощи. Соответственно, на основании ч.3 ст. 56 УПК РФ , по данным обстоятельствам показания давать не может. Документы, подтверждающие факт оказания им ФИО36 и ФИО28 юридической помощи, предоставить не может, в связи с тем, что фактически договор об оказании юридической помощи подписан не был, поскольку ФИО25 и ФИО28 не смоги определиться, в каком направлении ему работать (гражданские процессы или оказание помощи по уголовному делу). Однако, определенную информацию они ему сообщили, и он определенную юридическую работу по сбору информации провел, за что получил вознаграждение в размере 30 000 рублей. Таким образом, договор между ними был «на доверии». (т.10, л.д. 109-111) Свидетель ФИО111 поясняла, что в 2000 году она познакомилась с ФИО116. В этом же году они с ним поженились, в настоящее время у них двое детей – дочь Анастасия ДД.ММ.ГГГГ года рождения и сын Матвей ДД.ММ.ГГГГ года рождения. В семейной жизни Евгений ведет себя нормально, к ней относится хорошо. Так как часто находилась в больнице в 2014, в связи с тем, что беременность протекала тяжело, не знает, где и кем в этот период работал Евгений. Он вообще о своих делах рассказывает очень мало. Деньги он домой приносил, но крупных сумм никогда не было. В 2015 году продала свою квартиру по адресу: &lt;адрес&gt; вырученные денежные средства приобрела автомобиль «ФИО21 ФИО35 Фе». Евгений ей денег на покупку это машины не давал. У него машины не было, по крайней мере, она об этом ничего не знала и не видела, чтобы он приезжал на какой-то машине. Она (ФИО36) свою машину Евгению не давала. В феврале 2016 года она продала машину, поскольку ей нужно было лечить ребенка. Есть ли у Евгения счета в банках, она не знает. Она даже не знала, что у него есть кредиты. О том, что Евгений брал кредиты, узнала после того, как его задержали. На какую сумму кредиты, и для чего Евгений их получал, она не знает, сейчас требования о погашении кредитов приходят его матери – ФИО1 Знает, что ФИО25 окончил 10 классов. Есть ли у него еще образование, она не знает, дипломы его не видела. ФИО28 не знает, ничего о ней не слышала. За что был задержан ФИО25 - не знает. Когда Евгения задержали, она лежала в больнице, и поэтому с ним не общалась. (т.10, л.д.162-164) Свидетель ФИО1 пояснила, что ФИО25 - ее сын. О его жизни она с этого момента знает мало, чем он конкретно занимался и где жил, она точно не знает. Она знает, что Евгений поступил куда-то учиться, но в какой ВУЗ, точно сказать не может. Высшее образование он получил. Где находится его диплом, она не знает. На протяжении жизни Евгений неоднократно лежал в психиатрических больницах, состояние его психиатрического здоровья ухудшилось после службы в армии. Евгению поставили диагноз «Шизофрения» и предлагали оформление инвалидности, однако инвалидность у Евгения не оформлена. В 2013 году он зарегистрировал на свое имя ООО «Наша-Тюмень-72», фирма занималась предоставлением юридических услуг, Евгений говорил, что «ходит в суды». Пояснила, что давала доверенность ФИО25 на оформление документов на земельный участок в с.Созоново, который был выдан ее покойному мужу – ФИО85 Других доверенностей ему не давала. У ФИО25 не было доступа к ее паспорту. Она (ФИО1) лично никогда не обращалась в агентства недвижимости для продажи земельных участков. Земельные участки где-либо в &lt;адрес&gt; аренду или в собственность она (ФИО1) никогда не получала. В 2014-2015 годах ФИО25 не совершал крупные покупки. У ФИО5 есть кредиты, но в каких суммах, в каких банках и для чего он их брал, она не знает. (т.10, л.д.151-154) Свидетель ФИО83 пояснила, что с ФИО13 ДД.ММ.ГГГГ года рождения она лично не знакома. С ним знакома ее бывшая коллега – ФИО84, которая имела доверенность от имени ФИО13 на заключение договора купли-продажи земельного участка в дДД.ММ.ГГГГ. Договор купли-продажи был заключен в ноябре 2015 года, участок расположен в д.Дербыши, кадастровый номер земельного участка 72:17:1303001:386. Других подробностей сделки ей не известно. Знает, что продавцом являлась ФИО49, с которой она (ДД.ММ.ГГГГ лично тоже не знакома. В апреле 2016 года ей позвонила ФИО84, которая сообщила, что ей звонил ФИО13 и сказал, что ему пришло уведомление о том, что на его земельный участок наложен арест. Он попросил ФИО112 представлять его интересы, однако она не согласилась, поскольку занята, но предложила ему ее (ДД.ММ.ГГГГ. После этого ФИО13 почтовой связью прислал ей доверенность на представление его интересов в правоохранительных органах. ФИО13 проживает в &lt;адрес&gt;. (т.10, л.д. 140-142) Ставить под сомнение показания свидетелей оснований нет, они последовательны, не противоречивы, получены в соответствии с требованиями уголовно-процессуального закона, подтверждаются иными доказательствами. Вина ФИО25 в совершении данного преступления подтверждается также объективными доказательствами, исследованными в судебном заседании: - из протокола осмотра места происшествия от ДД.ММ.ГГГГ следует, осмотрен участок местности вблизи &lt;адрес&gt;, дДД.ММ.ГГГГ, &lt;адрес&gt;. В ходе осмотра из автомобиля ФИО21 Фе г/н № изъяты портфель и барсетка с документами, принадлежащие ФИО25 (т.5, л.д. 6-9) - согласно протоколу осмотра места происшествия от ДД.ММ.ГГГГ с участием ФИО28, осмотрен участок местности вблизи &lt;адрес&gt;. При этом, ФИО28 пояснила, что в июле 2015 года в указанном дворе на площадке она передала взятку в виде денег в сумме 320.000 рублей ФИО65 (посреднику во взяточничестве). ФИО25 привез ее (ФИО28) в указанный двор на своем автомобиле, который был припаркован также во дворе около дома. (т.5, л.д. 64-69) - из протокол обыска от ДД.ММ.ГГГГ следует, что произведен обыск по месту жительства ФИО25 в &lt;адрес&gt;, д.ФИО117, &lt;адрес&gt;. В ходе обыска изъяты сотовый телефон «Maxvi K6» IMEI №, №, сотовый телефон «Самсунг Дуос» IMEI №, №, корпус печати без клише, два клише, документы. (т.5, л.д.82-89) - из протокола обыска от ДД.ММ.ГГГГ следует, что произведен обыск по месту жительства ФИО28 в &lt;адрес&gt;.20 &lt;адрес&gt;. В ходе обыска изъяты сотовый телефон «Самсунг» IMEI №, №, ноутбук «Асус», документы, в том числе оригиналы государственных ФИО34 на право собственности на землю в количестве 12 штук, денежные средства в сумме 288 000 рублей. (т.5, л.д.95-109) - согласно протоколу осмотра предметов от ДД.ММ.ГГГГ, с применением прибора «UFED Touch» осмотрены сотовые телефоны «Maxvi K6» IMEI №, №, сотовый телефон «Самсунг Дуос» IMEI №, № принадлежащие ФИО25, сотовый телефон «Самсунг» IMEI №, №, принадлежащий ФИО28 Информация из сотовых телефонов извлечена с применением прибора «UFED Touch». (т.6, л.д.172-193) - из протокола осмотра предметов от ДД.ММ.ГГГГ следует, что осмотрен CD-диск с записью информации, извлеченной из сотового телефона «Самсунг» IMEI №, №, принадлежащего ФИО28 На CD-диске имеется запись сообщений в программе Viber, между ФИО28 и абонентом «Милена» обнаружены сообщения, имеющие значение для уголовного дела, между ФИО28 и абонентом «Евгения» обнаружены сообщения, имеющие значение для уголовного дела. В частности из разговора ФИО28 с абонентом «Милена» следует, что ФИО28 осведомлена о незаконности сделок с землей, совершаемых ею согласованно с ФИО36, из корыстных побуждений, с целью получения денежных средств. (т.6, л.д.194-205) - согласно протоколу осмотра документов от ДД.ММ.ГГГГ, осмотрены 12 государственных ФИО34 на право собственности на землю, пожизненного наследуемого владения, бессрочного (постоянного) пользования землей: Тю №, ТЮ-1 №, Тю-1-173947, Тю-1 №, № Тю-1-172835, №, №, ТЮ-1 №, Тю-1 №, ТЮ-1 №, Тю-1 №, Тю-1 №. (т.5, л.д.175-224) - из протокола обыска от ДД.ММ.ГГГГ следует, что произведен обыск в помещении ООО «Наша-Тюмень-72» по адресу: &lt;адрес&gt;. В ходе обыска изъяты различные документы, в том числе: оригиналы доверенностей, копии свидетельств о регистрации прав, приказы, договоры, квитанции, счета, товарные чеки, трудовой договор, свидетельство о постановке на учет, договор аренды жилого помещения, учредительные документы по ООО «Наша Тюмень», заявление о выборе земельного участка от имени Кация, заявление об осуществлении кадастрового учета объекта недвижимости с кадастровым номером 72:17:1303001:386 на имя ФИО25 в копии заверенной печатью ООО «Наша Тюмень». (т.5, л.д. 145-151) - согласно протоколу осмотра предметов от ДД.ММ.ГГГГ, осмотрены предметы и документы, изъятые в ходе обыска в помещении ООО «Наша-Тюмень-72» по адресу: &lt;адрес&gt;. (т.6, л.д.129-132) - согласно протоколу обыска от ДД.ММ.ГГГГ, произведен обыск в помещении ФГБУ «ФКП Росреестра» по &lt;адрес&gt; по адресу: &lt;адрес&gt;. В ходе обыска изъяты кадровые документы ФИО28, системный блок служебного компьютера ФИО28 (т.5, л.д. 155-158) - согласно протоколу осмотра предметов от ДД.ММ.ГГГГ, осмотрены кадровые документы ФИО8 и системный блок служебного компьютера, изъятые в ходе обыскав ФГБУ «ФКП Росреестра» по &lt;адрес&gt;. Из справки о доходах ФИО28 за 2014 года следует, что среднемесячный доход составляет около 30.000 рублей. Осмотрены также: копия трудовой книжки, копия паспорта, копия диплома, дополнительные соглашения к трудовому договору, удостоверения о повышении квалификации и т.д., должностная инструкция. (т.5, л.д. 230-236) - согласно протоколу осмотра предметов от ДД.ММ.ГГГГ, осмотрен государственный информационный ресурс – Государственный кадастр недвижимости. Вход в систему осуществлен через служебный персональный компьютер ТУ 207-WS-06, расположенный в кабинете 207 &lt;адрес&gt;. Осмотр производился с участием свидетеля ФИО91 – начальника отдела кадастрового учета №, и использованием ее личного логина и пароля для входа в систему АИС ГКН. Далее осуществлен поиск объектов недвижимости по кадастровым номерам 72:17:1203001:504, 72:17:1203001:505, 72:17:1203001:506, 72:23:0112001:6462, 72:17 1202001:497, 72:17:1303001:385, 72:17:1303001:386, 72:23011201:6461, 72:17:1303001:387, 72:17:1202001:498, 72:17:1304001:694, 72:17:1304001:695, 72:17:1303001:389, 72:17:1303001:388, 72:17:1301003:1024, 72:17:1301003:1025, 72:17:1301003:1027, 72:17:1301003:1029, 72:17:1301003:1028, 72:17:1303001:373, 72:17:1303001:390, 72:17:1203001:483, 72:17:1303001:380. В сведениях ГКН отражена информация о специалисте, принявшем решение, дата и время принятия решения и внесении сведений, а также отражен номер заявления. Согласно полученной информации земельный участок с кадастровым номером 72:17:1203001:483 поставлен на кадастровый учет специалистом Мартышкиной, земельный участок с кадастровым номером 72:17:1303001:390 поставлен на кадастровый учет ФИО115. Остальные земельные участки поставлены на кадастровый учет ФИО28 (т.6, л.д.141-168) - из протокола обыска от ДД.ММ.ГГГГ следует, что произведен обыск в помещении ООО «Арена» по адресу: &lt;адрес&gt;, ул.Республики, &lt;адрес&gt; оф.1. В ходе обыска изъяты документы, подтверждающие реализацию земельных участков через ООО «Арена». (т.5, л.д.161-165) - согласно протоколу осмотра предметов от ДД.ММ.ГГГГ, осмотрены документы, изъятые в ООО «Арена» по адресу: &lt;адрес&gt; ул.Республики, &lt;адрес&gt; оф.1: папка с документами, подтверждающими реализацию ФИО25 земельных участков через ООО «Арена». (т.6, л.д. 134-139) - согласно протоколу выемки от ДД.ММ.ГГГГ, в Управлении «Росреестра» по &lt;адрес&gt; по адресу: &lt;адрес&gt; каб.501 изъяты дела правоустанавливающих документов в количестве 27 штук на земельные участки с кадастровыми номерами: 72:17:1303001:373; 72:17:1303001:380; 72:17:1303001:385; 72:17:1303001:385; 72:17:1303001:386; 72:17:1303001:386; 72:17:1303001:386; 72:17:1303001:386; 72:17:1303001:387; 72:17:1303001:387; 72:17:1303001:388; 72:17:1303001:388; 72:17:1303001:388; 72:17:1303001:388; 72:17:1303001:390; 72:17:1303001:390; 72:17:1303001:390; 72:17:1303001:383; 72:17:1303001:383; 72:17:1303001:391; 72:17:1303001:391; 72:17:1303001:391; 72:17:1303001:392; 72:17:1303001:392; 72:17:1303001:398; 72:17:1303001:398; 72:17:1303001:399. (т.5, л.д. 171-174) - из протокола осмотра предметов от ДД.ММ.ГГГГ следует, что осмотрены 27 дел правоустанавливающих документов на земельные участки с кадастровыми номерами 72:17:1303001:373, 72:17:1303001:380, 72:17:1303001:385, 72:17:1303001:386, 72:17:1303001:387, 72:17:1303001:388, 72:17:1303001:390, 72:17:1203001:483, 72:17:1303001:391, 72:17:1303001:392, 72:17:1303001:398, 72:17:1303001:399. Осмотром установлено, что ФИО49 является покупателем «Покупателем» земельных участков с кадастровыми номерами: 72:17:1303001:390, 72:17:1303001:386 по договорам купли-продажи земельных участков от ДД.ММ.ГГГГ, соответственно, у ФИО6 и ФИО10 При этом, согласно договорам купли-продажи земельных участков от ДД.ММ.ГГГГ, ФИО49 является «Продавцом» земельных участков с кадастровыми номерами: 72:17:1303001:386, 72:17:1303001:398, 72:17:1303001:399, где «Покупателями» являются, соответственно, ФИО13, ФИО12, ФИО62 (т.6, л.д. 1-46) - согласно протоколу осмотра предметов от ДД.ММ.ГГГГ, осмотрены все предметы и документы, изъятые в ходе обыска в жилище ФИО25 по адресу: д. ФИО117 &lt;адрес&gt;: Свидетельство на право собственности на землю на имя ФИО85, папка с документами на автомобиль HYUNDAI, файл с документами на автомобиль ГАЗ, пистолетный магазин с 4 патронами (травматическими), 4 пустых бланка, паспорт на имя ФИО116, СНИЛС на имя ФИО116, корпус печати без клише, коробка со штемпельной подушкой и два клише печатей, договор на поставку печатной продукции, товарные накладные и чеки на 4 листах, дискета. Предметы и документы, изъятые в ходе осмотра места происшествия из автомобиля «ФИО21 фе» вблизи &lt;адрес&gt; д. ДД.ММ.ГГГГ: барсетка, в которой находятся чеки, залоговые билеты, графики погашения кредитов, 3 флэш карты, заграничный паспорт на имя ФИО25, водительское удостоверение, СНИЛС, а также портфель, в котором находятся чеки, счета-фактуры, квитанции, файлы с оригиналами документов на земельные участки: с кадастровым номером 72:17:1303001:388, с кадастровым номером 72:17:1303001:392, с кадастровым номером 72:17:1303001:386, с кадастровым номером 72:17:1303001:390, с кадастровым номером 72:17:1303001:385, договор потребительского кредита на имя ФИО25 от ДД.ММ.ГГГГ, полис ОМС, оригинал государственного ФИО34 на право собственности на землю, бессрочного (постоянного) пользования землей и других документов на земельный участок в д. ФИО117 &lt;адрес&gt;, площадью 1 Га; оригинал государственного ФИО34 на право собственности на землю, бессрочного (постоянного) пользования землей № ТЮ-1 на имя ФИО33 о предоставлении земельного участка в д. ФИО117 &lt;адрес&gt; и другие документы на указанный земельный участок, 2 записные книжки, визитница, карта памяти, 2 жестких диска, приемник и передатчик, наушники, зарядное устройство. Предметы и документы, изъятые в ходе обыска в жилище ФИО28 по адресу: &lt;адрес&gt;. 20 &lt;адрес&gt;: ноутбук «Асус», кадастровые документы и землеустроительные дела на земельные участки, 2 листа с таблицей на земельные участки в &lt;адрес&gt;, д. Дербыши, д. Дударева, д. Субботина, д. ФИО117, тетрадь, фрагменты дежурной кадастровой карты, телефон «Алкатель» IMEI №, мобильный телефон «Леново А319» IMEI №, рукописные записи, оригиналы доверенностей, свидетельство о смерти на имя ФИО93, копии паспортов, кадастровые паспорта на земельные участки. (т.6, л.д. 48-118) - осмотренные предметы и документы признаны вещественными доказательствами и приобщены к материалам уголовного дела постановлением следователя от ДД.ММ.ГГГГ. (т.6, л.д.119-121) - согласно протоколу осмотра предметов от ДД.ММ.ГГГГ, осмотрены CD-r диск с детализацией соединений по абонентскому номеру &lt;***&gt; (пользовался ФИО25) и CD-r диск с детализацией соединений по абонентскому номеру &lt;***&gt; (ФИО28). В ходе осмотра установлены соединения между абонентскими номерами ФИО25 и ФИО28, соединения между ФИО28 и ФИО65, а также установлены места нахождения абонентов относительно базовых станций в даты передачи денежных средств в качестве взятки. (т.6, л.д.219-247) - из сообщения директора филиала ФГБУ «Федеральная кадастровая палата Федеральной службы государственной регистрации, кадастра и картографии» по &lt;адрес&gt; следует, что последним представлены копии кадастровых дел на земельные участки с кадастровыми номерами 72:17:1303001:373, 72:17:1303001:380, 72:17:1303001:385, 72:17:1303001:386, 72:17:1303001:387, 72:17:1303001:388, 72:17:1303001:390, 72:17:1203001:483, 72:17:1303001:391, 72:17:1303001:392, 72:17:1303001:398, 72:17:1303001:399. (т.8, л.д. 8-244, т.9, л.д. 1-164) - согласно заключению технико-криминалистической экспертизы № от ДД.ММ.ГГГГ, бланки государственных ФИО34 на право собственности на землю, пожизненного наследуемого владения, бессрочного (постоянного) пользования земель: ТЮ-1 №; ТЮ-1 №; № Тю-1-173947; ТЮ-1 №; № Тю-1-172835; Тю-1 №; ТЮ-1 №; №; Тю-1 №; ТЮ-1 №; Тю-1 №; 1712007 не соответствуют бланку государственного ФИО34 на право собственности на землю, пожизненного наследуемого владения, бессрочного (постоянного) пользования земель ТЮ1-170705790, предоставленному в качестве образца для сравнительного исследования. Изображения гербов РСФСР, расположенных в государственных ФИО34 на право собственности на землю, пожизненного наследуемого владения, бессрочного (постоянного) пользования земель, а также печатного текста на лицевой и оборотной стороне ФИО34 ТЮ1-17130337, предоставленных на исследование, выполнены при помощи цветного струйного принтера. Линии графления и печатного текста (за исключением печатного текста лицевой и оборотной стороны ФИО34 ТЮ №) бланков государственных ФИО34 на право собственности на землю, пожизненного наследуемого владения, бессрочного (постоянного) пользования земель, представленных на исследование, выполнены при помощи электрофотографического оборудования. (т.7, л.д.42-44) Исходя из анализа исследованных доказательств, суд считает, что вина ФИО25 в совершении преступления установлена и доказана. Все доказательства являются относимыми, допустимыми, достоверными, а в совокупности – достаточными для разрешения настоящего уголовного дела. Исходя из смысла закона, а также в соответствии с п.1 Постановления Пленума Верховного Суда РФ от 07.072015 г. № «О судебной практике по делам о легализации (отмыванию) денежных средств или иного имущества, приобретенных преступным путем, и о приобретении или сбыте имущества, заведомо добытого преступным путем», предметом преступлений, предусмотренных статьями и 174.1 УК РФ , являются не только денежные средства или иное имущество, незаконное приобретение которых является признаком конкретного состава преступления (например, хищения, получения взятки и т.д.). В соответствии с п.6 указанного постановления Пленума Верховного Суда РФ, к сделкам как признаку указанных преступлений могут быть отнесены действия, направленные на установление, изменение или прекращение гражданских прав и обязанностей, а равно на создание видимости возникновения или перехода гражданских прав и обязанностей. При этом, по смыслу закона, указанные финансовые операции и сделки заведомо для виновного маскируют связь легализуемого имущества с преступным источником его происхождения (основным преступлением). Согласно п.10 названного Постановления Пленума Верховного Суда РФ, цель придания правомерного вида владению, пользованию и распоряжению денежными средствами или иным имуществом, приобретенными преступным путем (в результате совершения преступления), как обязательный признак составов преступлений, предусмотренных статьями и 174.1 УК РФ , может быть установлена на основании фактических обстоятельств дела, указывающих на характер совершенных финансовых операций или сделок, а также иных сопряженных с ними действий виновного лица и его соучастников, направленных на сокрытие факта преступного приобретения имущества и обеспечение возможности его свободного оборота. Такая цель может проявляться, в частности: в совершении сделок по отчуждению имущества, приобретенного преступным путем (в результате совершения преступления), в отсутствие реальных расчетов или экономической целесообразности в таких сделках; в фальсификации оснований возникновения прав на денежные средства или иное имущество, приобретенные преступным путем (в результате совершения преступления), в том числе гражданско-правовых договоров, первичных учетных документов и т.п.; в совершении финансовых операций или сделок с участием подставных лиц, не осведомленных о том, что задействованные в соответствующих финансовых операциях и сделках денежные средства и иное имущество приобретены преступным путем (в результате совершения преступления). Судом установлено, что: ФИО25 и ФИО28, в период времени с ДД.ММ.ГГГГ до ДД.ММ.ГГГГ, осознавая неправомерный характер своих действий, умышленно, из корыстных побуждений, группой лиц по предварительному сговору, путем обмана, с использованием подложных государственных ФИО34 на право собственности на землю, приобрели право на земельные участки, в том числе, на участки 72:17:1303001:386, 72:17:1303001:390, находящиеся в распоряжении Департамента имущественных отношений &lt;адрес&gt;, распорядились ими по своему усмотрению, причинив Департаменту имущественных отношений &lt;адрес&gt; материальный ущерб в особо крупном размере. Действия ФИО25 за указанное преступление судом квалифицированы по ч. 4 ст. 159 УК РФ , как мошенничество, то есть приобретение права на чужое имущество путем обмана, совершенное группой лиц по предварительному сговору, в особо крупном размере. Таким образом, судом установлено, что земельные участки с кадастровыми номерами 72:17:1303001:386, 72:17:1303001:390 были приобретены ФИО25 преступным путем (в результате совершения им преступления, предусмотренного ч.4 ст. 159 УК РФ ). Далее, имея цель придания правомерного вида владению, пользованию и распоряжению земельными участками с кадастровыми номерами 72:17:1303001:386, 72:17:1303001:390: ФИО25, осознавая неправомерный характер своих действий, действуя умышленно, с целью дальнейшей легализации приобретенного ими в результате совершения преступления имущества, с целью сокрытия факта регистрации права собственности на земельные участки по подложным государственным ФИО34 на право собственности на землю и дальнейшей беспрепятственной реализации данных земельных участков, предложил риэлтору агентства недвижимости «Арена» ФИО49, не подозревающей о преступных намерениях ФИО25, оформить договор купли-продажи указанных земельных участков без фактической передачи денежных средств. После чего, ФИО25 организовал заключение договоров купли – продажи земельных участков ФИО49 На основании договоров купли-продажи земельных участков в Управлении Росреестра по &lt;адрес&gt; было зарегистрировано право собственности ФИО49 на данные земельные участки с кадастровыми номерами 72:17:1303001:386, 72:17:1303001:390. Затем ФИО49 по договорам купли-продажи продала указанные земельные участки, передав полученные по договорам купли-продажи денежные средства ФИО25 Таким образом, ФИО25, действуя умышлено, совершил сделки с приобретенным в результате совершения им преступления имуществом - земельными участками с кадастровыми номерами 72:17:1303001:386, 72:17:1303001:390, расположенными по адресу: &lt;адрес&gt;, д.Дербыши, кадастровой стоимостью 1 741 560 рублей каждый участок, чем придал правомерный вид владению и распоряжению данным земельным участком. При установленных обстоятельствах суд квалифицирует действия ФИО25 по ч.2 ст. 174.1 УК РФ , как легализация (отмывание) иного имущества, приобретенного лицом в результате совершения им преступления, то есть совершение сделок с иным имуществом, приобретенным лицом в результате совершения им преступления, в целях придания правомерного вида владению и распоряжению указанным иным имуществом, совершенное в крупном размере. Квалифицирующий признак «в крупном размере» нашел свое подтверждение в судебном заседании, размер соответствует «крупному размеру» в соответствии с Примечанием к ст. 174 УК РФ , т.к. стоимость иного имущества превышает 1.500.000 рублей. По факту регистрации незаконных сделок с землей, вина ФИО28 подтверждается: Показаниями свидетеля ФИО50, которая пояснила, что с июля 2013 года работала в Кадастровой палате &lt;адрес&gt;, в отделе, расположенном на &lt;адрес&gt;. Тогда же познакомилась с ФИО28 ФИО28 всегда могла дать совет по любой ситуации, поскольку она работала дольше остальных сотрудников и знала весь порядок оформления документов. ФИО28 работала ведущим инженером, в ее обязанности входило принятие решения о внесении сведений о земельном участке в государственный кадастр недвижимости. Перед этим документы, поданные заявителем, перед тем, как попасть к ведущему инженеру, который принимает решение о регистрации (в данном случае к ФИО28), заявители сдают документы в отдел Кадастровой палаты, расположенный на &lt;адрес&gt;. В отдел на &lt;адрес&gt; документы не поступают, только их скан копии. Сначала документы поступают на ввод данных. Это исключительно технический процесс, на этой стадии документы не проверяются, только вносятся в программу фамилия заявителя, адрес участка, описание и т.д. Следующая стадия – проверка – инженер проверяет границы земельного участка на наличие пересечений границ со смежными участками. Эта проверка осуществляется по кадастровой карте, которая сравнивается с межевым планом, предоставленным заявителем. Если участок вносится в ГКН как ранее учтенный и заявление подано в декларативном порядке (без межевого плана, то есть без уточнения границ на местности), то в данном случае проверяется только наличие участка с аналогичным адресом, на пересечение границ такой участок не проверяется. Далее, если пересечений не установлено, тогда заявление направляется к ведущему инженеру на внесение сведений в ГКН. Ведущий инженер проверяет результаты работы на первых двух стадиях, после чего принимает решение о внесении сведений о земельном участке в ГКН или об отказе (приостановлении). В случае если принимается положительное решение, ведущий инженер в бумажном варианте никакие документы не оформляет. Он вносит сведения в ГКН, после чего в программе автоматически формируется кадастровый паспорт. Каждое такое решение вносится в ГКН под индивидуальным логином и паролем инженера, который известен только пользователю данного компьютера. В ГКН видно, кто принимал решение о внесении сведений, также может быть видно, кто вводил данные и проводил проверку на пересечение. После формирования кадастрового паспорта, ведущий инженер вносит в кадастровый паспорт фамилию человека, который будет этот паспорт выдавать заявителю. Никакой сотрудник Кадастровой палаты внести изменения в кадастровый паспорт по своему решению не может, только по заявлению правообладателя земельного участка. Но при этом многие сотрудники могут вновь распечатать кадастровый паспорт или кадастровую выписку, поставить снова подпись и печать. Ответственность за внесение сведений в ГКН и формирование паспорта лежит на ведущем инженере. Подлинность документов в кадастровой палате не проверяется, т.к. в бумажном варианте документы не поступают, только в скан копиях. Проверку осуществляли только если объект с адресом уже стоит на кадастровом учете. ФИО28 действительно попросила ее (ДД.ММ.ГГГГ сдать документы на постановку на декларативный учет земельных участков. Согласилась это сделать, т.к. нужны были деньги, потому что ушла в декрет в апреле 2014 года, а оплата в декретном отпуске составляет всего 6000 рублей. Все происходило при следующих обстоятельствах: летом 2015 года позвонила ФИО28 и спросила, хочет ли она заработать немного денег и для этого нужно сдать документы для постановки земельных участков на кадастровый учет, то есть в отдел на &lt;адрес&gt; это участки ФИО28 не говорила. Ничего противозаконного делать не нужно было, просто отвезти, постоять в очереди и сдать документы, то есть как курьер, поэтому согласилась помочь ФИО28. Примерно в июне 2015 года приехала на работу к ФИО28 в обеденный перерыв, ФИО28 отдала документы в файле. За услугу ФИО28 обещала заплатить 6000 рублей, по 500 рублей за участок. Поскольку участки нужно было поставить на декларативный учет, доверенность не требовалась, только правоустанавливающие документы. В файле, который отдала ФИО28, было 12 государственных ФИО34 на право собственности на землю. Она их не рассматривала, поехала в кадастровую палату, где подала заявление на постановку на кадастровый учет 12 земельных участков. Постановка на кадастровый учет осуществляется бесплатно. Сдала документы на постановку земельных участков на кадастровый учет в декларативном порядке. Все документы были выданы Московским МО, конкретные адреса земельных участков не помнит. После подачи документов в машине начала раскладывать расписки о принятии документов в ФИО31.ФИО34, рассмотрела их и увидела, что ФИО34 свеженапечатанные, кроме того, такие ФИО34 выдавались только на дачные участки, а в Московском МО в населенном пункте такие не выдавались. Поняла, что ФИО34 поддельные. Вечером в этот же день встретилась с ФИО28, которая передала ей (ФИО42) денежные средства за то, что она подала документы на постановку на учет. Спросила ФИО28, что это за ФИО34 и что они, скорее всего, поддельные, объяснила почему. ФИО28 сказала, что познакомилась с помощником губернатора – ФИО116. Эти земельные участки нашел ФИО25. Он сказал ФИО28, что госакты настоящие, нужно было только найти свободные земельные участки, заполнить акты и поставить их на кадастровый учет. Со слов ФИО28 известно, что ФИО25 обещал их продавать и 50% выручки с каждого участка обещал отдавать ФИО28. ФИО28 также сказала, что часть земельных участков по поддельным госактам принадлежит ее родственникам. Когда приехала домой, то в интернете нашла информацию о ФИО36, выяснила, что ФИО25 в 2008 г. был осужден по статье за мошенничество в особо крупном размере, также проанализировала сведения о том, что ФИО25 не является помощником Губернатора, а имеет фирму ООО «Наша-Тюмень-72», по 50% уставного капитала с ФИО119. Сказала об этом ФИО28. Примерно в июле 2015 года позвонила ФИО28, сказала, что уже поставила участки на кадастровый учет. Она (ФИО42) кадастровые паспорта не получала, ФИО28 сказала, что распечатала паспорта и выписки сама, сама расписалась и поставила печать, отдала ФИО36. ФИО28 сказала, что ФИО25 продал поставленные на кадастровый учет земельные участки, но ни разу деньги ей не отдал и она считает, что он ее «кинул». После этого она (ДД.ММ.ГГГГ) ФИО28 посоветовала снять с кадастрового учета участки, которые она поставила. ФИО28 согласилась. Снятие с кадастрового учета происходит по судебному решению. В связи с этим ФИО28 попросила ее (ФИО42) найти ей юриста, который поможет снять участки с кадастрового учета. Дала ФИО28 контакт ФИО44 - это адвокат. Вместе с ФИО28 съездили к ФИО44, объяснили ситуацию. Он сказал, что поможет. ФИО44 связался с ФИО36, который тоже сказал, что согласен снять земельные участки с кадастрового учета. Еще несколько раз возила ФИО28 к ФИО44, ФИО28 ее (ДД.ММ.ГГГГ убедила, что все будет хорошо, что участки снимут с учета, и что она не виновата в том, что поставила их на кадастровый учет, так как не могла проверить подлинность документов. Когда поняла, что ФИО25 не собирается снимать участки с кадастрового учета, предложила ФИО28 сообщить обо всем в полицию. Со слов ФИО28 знает, что ФИО28 с самого начала знала, что госакты поддельные. Чтобы получить деньги (50% от продажи участков), ФИО28 и ставила участки на кадастровый учет. Свидетель ФИО55 пояснила, что работает начальником отдела кадастрового учета в Кадастровой палате &lt;адрес&gt;. В обязанности входит контроль регистрации земельных участков. ФИО28 являлась сотрудником отдела. Охарактеризовать ее может с положительной стороны, свои обязанности она выполняла, нареканий не было. У каждого сотрудника имеется свой компьютер. Никто, кроме этого сотрудника войти не может. Решение о том, отказать или удовлетворить заявку о постановке земельного участка на кадастровый учет, принимает специалист, который этим занимается. В полномочия ФИО28 принятие таких решений входило. Свидетель ФИО61 пояснила, что с ФИО28 она знакома с 1980 года, вместе учились. По характеру она добродушная, отзывчивая, всегда готова прийти на помощь. Ранее ФИО28 длительное время работала в Кадастровой палате, в настоящее время она уволилась, другую работу не нашла. В начале 2015 года к ней (ФИО102) обратилась ФИО28 с просьбой оформить на свое имя земельный участок в Тюменском районе. Адрес участка не помнит. Спросила ФИО28, зачем это нужно. Та ответила, что нужно оформить право собственности на этот участок, а потом его продать, чтобы получить деньги. ФИО28 сказала, что ей (ФИО102) нужно отдать копию паспорта и больше ей делать ничего не нужно будет. Отдала ФИО28 копию своего паспорта. У нее (ФИО102) никогда не было права собственности на какой-либо земельный участок. Она думала, что происходит «нарезка» новых участков, а учитывая, что ФИО8 работает в кадастровой палате с землей, думала, что у нее появилась возможность получить в собственность земельный участок. Каким конкретно способом – она точно не знает, ей не сообщалось, какие документы будут оформляться, Она (ФИО102) вообще по их договоренности ничего не должна была делать. Также она понимала, что оформление на ее имя права собственности на земельный участок происходит временно, до его продажи. Никакое вознаграждение за это ФИО28 ей не обещала и не передавала. Понимала, что после продажи земельного участка денежные средства получит ФИО28 или тот человек, который организовал получение данного участка. Согласилась помочь ФИО28 только потому, что они с ней подруги. Материальную выгоду от этого не получила и то, что участок оформляется в собственность преступным путем, она (ФИО102) не знала. После того, как передала копию своего паспорта ФИО28 – это было примерно в январе 2015 – они с ней больше на эту тему не разговаривали. Примерно в марте 2015 года ФИО28 попросила ее сходить к нотариусу, чтобы подписать доверенность на оформление и продажу земельного участка на имя ФИО25 ФИО28 назвала фамилию конкретного нотариуса, но она (ФИО102) сейчас уже ее не помнит. Когда приехала к нотариусу, то доверенность уже была готова, находилась у помощника нотариуса. Она (ФИО102) только поставила в доверенности свою подпись и сразу ушла. С нотариусом она ни о чем не разговаривала, предъявила только паспорт, по которому сверила свои паспортные данные в доверенности, после чего ушла. Доверенность не забирала, так и оставила у нотариуса, потому что помощник нотариуса сказала ей, что доверенность нужно оставить и ФИО25 сам ее заберет. За оформление доверенности оплату не вносила. Кто оплатил услуги нотариуса, она не знает. В этот момент подумала, что происходит что-то странное, о чем и сказала ФИО28. Та сказала, что все нормально, что участки «чистые». Уже к концу лета 2015 года ФИО28 сказала, что земельный участок, оформленный на ее имя, нужно снять с кадастрового учета. Спросила ее, что случилось. Тогда ФИО28 рассказала ей, что ФИО25 попросил ее поставить на кадастровый учет несколько земельных участков на своих родственников и друзей. К ФИО28 он обратился в связи с тем, что она работает в кадастровой палате и имеет такую возможность в связи с исполнением ею своих служебных обязанностей. В каких отношениях ФИО28 и ФИО25 находились, не знает, ФИО28 не рассказывала, но ранее о нем от ФИО28 никогда не слышала. Также ФИО28 сказала, что она и ФИО25 оформленные земельные участки должны были продать. Считает, что ФИО28 делала все это не «просто так», а за вознаграждение. Однако у них «что-то пошло не так». ФИО28 сказала, что нужно снять участки с кадастрового учета. Для этого нужно было снова написать доверенность на имя другого человека, который будет заниматься снятием земельного участка с кадастрового учета. ФИО28 дала ей копию паспорта какого-то человека, фамилию сейчас не помнит, и попросила оформить на его имя доверенность на право снятия земельного участка с кадастрового учета. Она (ФИО102) тогда пошла к нотариусу, где написала указанную выше доверенность. Заплатила за нее сама, потом ФИО28 отдала ей деньги за оформление доверенности. Доверенность отдала ФИО28 Больше никаких действий не предпринимала. Сняли участок с кадастрового учета или нет, она не знает. В феврале 2016 от ФИО28 узнала, что в отношении нее возбудили уголовное дело за незаконное оформление в собственность земельных участков. Она еще сказала, что дело возбудили и в отношении ФИО36 тоже. ФИО28 говорила, что она и ФИО25 по договоренности оформляли земельные участки и потом по доверенности он продавал их. Сколько денег за это получила ФИО28, Она (ФИО102) не знает. Она сама (ФИО102) никакие документы не подделывала, к оформлению участков отношения не имеет. Свидетель ФИО69 пояснил, что ФИО28 – его супруга. Охарактеризовал ее с положительной стороны. Ранее ФИО28 работала в Федеральной кадастровой палате в должности ведущего инженера. Заработная плата ФИО28 составляла 20 000 рублей, какие-то дополнительные деньги она домой никогда не приносила. Семью в основном содержал он (ФИО109). О своей работе ФИО28 никогда много не рассказывала. О том, что ФИО28 знакома с ФИО36, он не знал, видел его один раз, когда ФИО28 вышла с работы, села в машину к ФИО36, где Трубачев ей передал какой-то пакет. О том, что в отношении ФИО28 возбуждено уголовное дело по подозрению ее в совершении мошенничества, узнал в феврале 2016 года. После этого ФИО28 рассказала, что в 2014 году она познакомилась с ФИО25 – он юрист и занимался оформлением земельных участков. Она познакомилась с ним на работе. Зимой 2015 года ФИО25 предложил ей заниматься незаконным оформлением земельных участков, на что она согласилась и они вместе поставили на кадастровый учет несколько земельных участков, точно сколько, он не знает. ФИО25 обещал оформить один участок на ФИО28, а также передать ей часть денег за проданные земельные участки, однако фактически она никаких денег не получила. О том, что все это незаконно, ФИО28 поняла позже. Когда стало известно о возбуждении уголовного дела, спросил ФИО28, был ли это ФИО25 тогда в машине, когда передавал ей сверток. Она ответила, что это действительно был ФИО25, и он передал ей денежные средства, которые она потом отдала сотруднику Регистрационной палаты за регистрацию земельных участков. Какая там была сумма, и за какие участки, он (ФИО109) не знает. У ФИО28 в собственности имеется автомобиль, который был приобретен в конце 2015 года на кредитные средства, в том числе и на его (ФИО109) средства. В ходе обыска в их квартире изъяты денежные средства в сумме 288 000 рублей. Это деньги ФИО28 Она сказала, что это деньги не ее, а переданы ей по работе. Деньги лежали вместе с ее рабочими документами. Свидетель ФИО118 пояснила, что у нее есть сестра – ФИО28, отношения у нее с ФИО28 хорошие, они общаются достаточно часто, но подробностей о своей личной жизни ФИО28 не рассказывает. Ранее ФИО28 работала в Кадастровой палате в должности инженера, она замужем, отношения с мужем у нее хорошие. У них благополучная семья. Охарактеризовала ее как человека хорошего, ответственного. Муж у ФИО28 часто бывает в командировках. Примерно в феврале 2015 года, а также примерно в мае 2015 года она (ФИО98) вечером пошла в гости к ФИО28. Когда она подходила к дому ФИО28, увидела, что ФИО28 и незнакомый мужчина стоят на парковке около дома и разговаривают. Когда она (ФИО104) подошла, ФИО28 попрощалась с этим мужчиной, и они пошли домой. ФИО28 сказала, что этот мужчина - ее знакомый по работе, зовут его Евгений. В феврале 2016 года в отношении ФИО28 возбудили уголовное дело. ФИО28 после этого сказала, что фамилия Евгения – ФИО25. Он предложил ей вместе с ним оформить в собственность земельные участки, а потом продать их. За это он обещал ей деньги, но фактически ничего ей не дал, обманул ее. ФИО28 также говорила, что ФИО25 предлагал продавать участки незаконно. Другие подробности ФИО28 не рассказывала. ФИО28 представила ФИО36, как заместителя губернатора. Она (ФИО98) видела ФИО36 9 Мая на трибуне рядом с губернатором &lt;адрес&gt; ФИО110, поэтому полагала, что это так и есть. В судебном заседании по ходатайству гособвинителя с согласия участников процесса, в связи с вызовом и неявкой, в соответствии с ч.1 ст. 281 УПК РФ , оглашались показания свидетелей ФИО80, ФИО81, ФИО88, ФИО89, данные в ходе предварительного следствия. Свидетель ФИО80 поясняла, что после того, как ей оперуполномоченным для обозрения были представлены Государственные ФИО34 на право собственности на землю, пожизненного наследуемого владения, бессрочного (постоянного) пользования землей ТЮ – 1 №, Тю – I №, Тю – I № на ее имя, указала, что она никогда никаким земельным участком в д.Дударева, &lt;адрес&gt; не владела. Земельные участки в д. Дударева, &lt;адрес&gt; ей никогда не предоставлялись. Какие-либо заявления о предоставлении земельных участков в &lt;адрес&gt; в период с 1991 – 1993 год никогда не писала. В государственные учреждения с заявлениями о предоставлении ей земельных участков не обращалась. Государственные ФИО34 на право собственности на землю, пожизненного наследуемого владения, бессрочного (постоянного) пользования землей ТЮ – 1 №, Тю – I №, Тю – I № никогда ни в каком государственном учреждении не получала. Данные документы она видит впервые. По поводу данных документов пояснила, что около 15 лет поддерживает дружеские отношения с ФИО28. ФИО28 ранее работала в «Кадастровой палате». Примерно в начале 2015 года к ней обратилась ФИО28 с просьбой воспользоваться ее паспортными данными, для того, чтобы на ее имя оформить один земельный участок. Так как она (ДД.ММ.ГГГГ) с ФИО28 поддерживает дружеские отношения, на ее просьбу согласилась и передала ей свои паспортные данные. ФИО28 никакого вознаграждения за ее согласие не обещала. Каких-либо вознаграждений от ФИО28 за свое согласие никогда не получала. По поводу того, будет ли процедура оформления законна или не законна, ФИО28 ничего не говорила. О том, что на нее (ФИО101) изготовлено три Государственных ФИО34 на право собственности на землю, пожизненного наследуемого владения, бессрочного (постоянного) пользования землей ТЮ – 1 №, Тю – I №, Тю – I №, узнала от сотрудников полиции. Местоположение земельных участков, указанных в представленных ей для обозрения документах, ей не известно. ФИО28 в момент достижения между ними договоренности об оформлении на нее (ФИО101) одного земельного участка поясняла ей о том, что после того, как будут готовы документы, ей нужно будет написать доверенность, на кого именно - ФИО28 не поясняла, для продажи оформленного на нее земельного участка. О том, какие именно документы будут оформляться на нее (ФИО101) ФИО28 не поясняла. Также ФИО28 ничего не поясняла о порядке оформления документов на земельный участок. На то, чтобы написать доверенность ФИО101 так же дала свое согласие. Через некоторое время после их него разговора с ФИО28, сделала ксерокопию своего паспорта, и когда ФИО28 пришла к ней домой, передала ей копию. Через некоторое время ФИО28 сказала, что никакой сделки не будет и ничего подписывать не нужно. Причины того, что никакой сделки не будет, ФИО28 не назвала. Каких-либо доверенностей, договоров купли – продажи земельных участков не подписывала. В Управление «Росреестра» по &lt;адрес&gt; никаких документов для регистрации права собственности земельных участков не подавала. (т.11, л.д. 99-102) Свидетель ФИО81 пояснял, что показания по уголовному делу в отношении ФИО25 и ФИО28 он давать не может в связи с тем, что оказывал данным лицам юридическую помощь, и всю информацию, которую он может сообщить следователю, он получил в рамках оказания им юридической помощи. Соответственно, на основании ч.3 ст. 56 УПК РФ , по данным обстоятельствам показания давать не может. Документы, подтверждающие факт оказания им ФИО36 и ФИО28 юридической помощи, предоставить не может, в связи с тем, что фактически договор об оказании юридической помощи подписан не был, поскольку ФИО25 и ФИО28 не смоги определиться, в каком направлении ему работать (гражданские процессы или оказание помощи по уголовному делу). Однако, определенную информацию они ему сообщили, и он определенную юридическую работу по сбору информации провел, за что получил вознаграждение в размере 30 000 рублей. Таким образом, договор между ними был «на доверии». (т.10, л.д. 109-111) Свидетель ФИО88 поясняла, что в 2015 году работала инженером 2 категории. В сентябре 2015 она поменяла фамилию на ФИО115 с Кляйн, так как вышла замуж. Следователем ей предъявлен кадастровый паспорт земельного участка ГКН 72:17:1303001:390 в д. Дербыши, а также правоустанавливающий документ на данный участок – государственный ФИО34 на право собственности на землю (в копиях). Пояснила, что не помнит, что ставила данный земельный участок на кадастровый учет, но согласно сведениям ГКН, на кадастровый учет его поставила она. Ничего особенного с данным участкам связанно не было. С просьбами поставить его на кадастровый учет к ней никто не обращался. Согласно ФЗ №, ФИО31.ФИО34 является документом, на основании которого земельный участок можно поставить на кадастровый учет в декларативном порядке. Проверка подлинности ФИО31. ФИО34 в ее компетенцию не входила. Она бы и сейчас поставила данный земельный участок на кадастровый учет. О том, что ФИО31. ФИО34 подложный - не знала, узнала только от следователя. (т.10, л.д.215-218) Свидетеля ФИО89 поясняла, что у нее есть подруга – ФИО28. Они с ней вместе учились в институте, в одной группе, знакомы с 2004 года. У них доверительные отношения. ФИО28 длительное время работала в кадастровой палате в отделе кадастрового учета. Работа у нее была связана с постановкой на кадастровый учет объектов недвижимости. В конце 2014 года Анна рассказала, что к ней на работу пришел по рабочему вопросу мужчина, который представился Евгением. Позже она (ФИО43) узнала его фамилию – ФИО25. ФИО25 сообщил, что он - помощник губернатора. Он приходил к ней несколько раз по поводу какого-то земельного участка. Спустя некоторое время, ФИО25 предложил Ане подвезти ее домой, потом они сходили куда-то в кафе. Он примерно одного возраста с Аней. Она (ФИО43) с ФИО28 обсуждали, в связи с чем, он проявляет к ней интерес и решили, что он за ней ухаживает. Анна сначала вдохновилась Евгением. Он ей точно понравился. Она ждала от него проявлений внимания. При этом Евгений близко ее к себе не подпускал, не говорил ей, женат ли он, есть ли у него дети, где он живет и т.д. Примерно в начале 2015 года Аня рассказала ей, что ФИО25 попросил ее поставить на кадастровый учет какие-то участки. За это он пообещал ей тоже оформить в собственность один земельный участок. Кроме того, ФИО25 предложил оформить участки на ее родственников, на что Аня согласилась. Она с Евгением даже ездила куда-то в пригород, чтобы посмотреть эти участки. Со слов ФИО28 известно, что участки должен был потом продать Евгений. Более подробно их договоренности не знает. Говорила ФИО28, что Трубачев ее обманывает и, скорее всего, он не помощник Губернатора, т.к. помощник губернатора не будет сам ходить в кадастровую палату. Но ФИО114 верила. Примерно в конце весны ФИО28 сказала, что ФИО25 попросил ее найти знакомого в регистрационной палате, чтобы зарегистрировать какие-то участки. ФИО28 по его просьбе договаривалась с каким-то сотрудником Регистрационной палаты и ездила туда с ФИО36 на его машине. Знает, что ФИО25 за это кому-то из регистраторов заплатил, то есть дал взятку. Ближе к лету или в начале лета 2015 года у ФИО28 начались проблемы на работе, она жаловалась, что Трубачев ее как-то подставил, что она из-за него подставила своих родственников. Она (ДД.ММ.ГГГГ не очень вникала в суть проблемы, она только видела, что ФИО28 очень нервничает, и пыталась ее психологически поддержать. Примерно в это же время решила в интернете поискать, кто такой этот Евгений и действительно ли он работает в администрации. Но в интернете она нашла информацию о том, что он - мошенник. Рассказала об этом ФИО28. После того, как она узнала о том, что ФИО25 - мошенник, они стали реже общаться. ФИО28 давно хотела купить машину, однако у нее не было денег на машину. Когда с ФИО28 обсуждали это ее желание, Аня сказала, что Евгений обещал ей деньги за то, что она регистрировала участки, но так ничего и не отдал ей. Таким образом она (ФИО43) узнала, что фактически Аня никакой материальной выгоды не получила, и что Евгений ее тоже «кинул». ФИО28 говорила, что Трубачев ей дал какую-то сумму денег на день рождения. Какую точно сумму, она не знает. К концу лета 2015 года Аня поняла, что не контролирует деятельность ФИО36, что он продает участки без ее ведома, в том числе и участки, которые зарегистрированы на ее родственников. Тогда ФИО28 сказала ей (ДД.ММ.ГГГГ), что хочет снять с учета все участки, которые поставила. Это же она сказала и ФИО36. Они обратились к адвокату, но по какой-то причине снять участки с учета Аня не смогла. В конце зимы 2016 года позвонила Ане и узнала, что ее привлекли к уголовной ответственности за то, что она ставила на кадастровый учет земельные участки по договоренности с ФИО36. Крупных денег у Ани не было. Ее заработная плата составляла около 20 000 рублей. Муж у Ани – Николай получает хорошую заработную плату, бюджет у них был общий. Крупные покупки Анна не совершала, за исключением покупки автомобиля в конце 2015 года, который был приобретен в кредит. (т.10, л.д. 219-223) Ставить под сомнение показания свидетелей оснований нет, они последовательны, не противоречивы, получены в соответствии с требованиями уголовно-процессуального закона, подтверждаются иными доказательствами. Вина ФИО28 в совершении данного преступления подтверждается также объективными доказательствами, исследованными в судебном заседании: - из протокол обыска от ДД.ММ.ГГГГ следует, что произведен обыск по месту жительства ФИО25 в &lt;адрес&gt;, д.ФИО117, &lt;адрес&gt;. В ходе обыска изъяты сотовый телефон «Maxvi K6» IMEI №, №, сотовый телефон «Самсунг Дуос» IMEI №, №, корпус печати без клише, два клише, документы. (т.5, л.д.82-89) - из протокола обыска от ДД.ММ.ГГГГ следует, что произведен обыск по месту жительства ФИО28 в &lt;адрес&gt;.20 &lt;адрес&gt;. В ходе обыска изъяты сотовый телефон «Самсунг» IMEI №, №, ноутбук «Асус», документы, в том числе оригиналы государственных ФИО34 на право собственности на землю в количестве 12 штук, денежные средства в сумме 288 000 рублей. (т.5, л.д.95-109) - согласно протоколу осмотра предметов от ДД.ММ.ГГГГ, с применением прибора «UFED Touch» осмотрены сотовые телефоны «Maxvi K6» IMEI №, №, сотовый телефон «Самсунг Дуос» IMEI №, № принадлежащие ФИО25, сотовый телефон «Самсунг» IMEI №, №, принадлежащий ФИО28 Информация из сотовых телефонов извлечена с применением прибора «UFED Touch». (т.6, л.д.172-193) - из протокола осмотра предметов от ДД.ММ.ГГГГ следует, что осмотрен CD-диск с записью информации, извлеченной из сотового телефона «Самсунг» IMEI №, №, принадлежащего ФИО28 На CD-диске имеется запись сообщений в программе Viber, между ФИО28 и абонентом «Милена» обнаружены сообщения, имеющие значение для уголовного дела, между ФИО28 и абонентом «Евгения» обнаружены сообщения, имеющие значение для уголовного дела. В частности из разговора ФИО28 с абонентом «Милена» следует, что ФИО28 осведомлена о незаконности сделок с землей, совершаемых ею согласованно с ФИО36, из корыстных побуждений, с целью получения денежных средств. (т.6, л.д.194-205) - согласно протоколу осмотра документов от ДД.ММ.ГГГГ, осмотрены 12 государственных ФИО34 на право собственности на землю, пожизненного наследуемого владения, бессрочного (постоянного) пользования землей: Тю №, ТЮ-1 №, Тю-1-173947, Тю-1 №, № Тю-1-172835, №, №, ТЮ-1 №, Тю-1 №, ТЮ-1 №, Тю-1 №, Тю-1 №. (т.5, л.д.175-224) - согласно протоколу обыска от ДД.ММ.ГГГГ, произведен обыск в помещении ФГБУ «ФКП Росреестра» по &lt;адрес&gt; по адресу: &lt;адрес&gt;. В ходе обыска изъяты кадровые документы ФИО28, системный блок служебного компьютера ФИО28 (т.5, л.д. 155-158) - согласно протоколу осмотра предметов от ДД.ММ.ГГГГ, осмотрены кадровые документы ФИО28 и системный блок служебного компьютера, изъятые в ходе обыскав ФГБУ «ФКП Росреестра» по Тюменской области. Из справки о доходах ФИО28 за 2014 года следует, что среднемесячный доход составляет около 30.000 рублей. Осмотрены также: копия трудовой книжки, копия паспорта, копия диплома, дополнительные соглашения к трудовому договору, удостоверения о повышении квалификации и т.д., должностная инструкция. (т.5, л.д. 230-236) - согласно протоколу осмотра предметов от ДД.ММ.ГГГГ, осмотрен государственный информационный ресурс – Государственный кадастр недвижимости. Вход в систему осуществлен через служебный персональный компьютер ТУ 207-WS-06, расположенный в кабинете 207 &lt;адрес&gt;. Осмотр производился с участием свидетеля ФИО91 – начальника отдела кадастрового учета №, и использованием ее личного логина и пароля для входа в систему АИС ГКН. Далее осуществлен поиск объектов недвижимости по кадастровым номерам 72:17:1203001:504, 72:17:1203001:505, 72:17:1203001:506, 72:23:0112001:6462, 72:17 1202001:497, 72:17:1303001:385, 72:17:1303001:386, 72:23011201:6461, 72:17:1303001:387, 72:17:1202001:498, 72:17:1304001:694, 72:17:1304001:695, 72:17:1303001:389, 72:17:1303001:388, 72:17:1301003:1024, 72:17:1301003:1025, 72:17:1301003:1027, 72:17:1301003:1029, 72:17:1301003:1028, 72:17:1303001:373, 72:17:1303001:390, 72:17:1203001:483, 72:17:1303001:380. В сведениях ГКН отражена информация о специалисте, принявшем решение, дата и время принятия решения и внесении сведений, а также отражен номер заявления. Согласно полученной информации земельный участок с кадастровым номером 72:17:1203001:483 поставлен на кадастровый учет специалистом Мартышкиной, земельный участок с кадастровым номером 72:17:1303001:390 поставлен на кадастровый учет ФИО115. Остальные земельные участки поставлены на кадастровый учет ФИО28 (т.6, л.д.141-168) - согласно протоколу выемки от ДД.ММ.ГГГГ, в Управлении «Росреестра» по &lt;адрес&gt; по адресу: &lt;адрес&gt; каб.501 изъяты дела правоустанавливающих документов в количестве 27 штук на земельные участки с кадастровыми номерами: 72:17:1303001:373; 72:17:1303001:380; 72:17:1303001:385; 72:17:1303001:385; 72:17:1303001:386; 72:17:1303001:386; 72:17:1303001:386; 72:17:1303001:386; 72:17:1303001:387; 72:17:1303001:387; 72:17:1303001:388; 72:17:1303001:388; 72:17:1303001:388; 72:17:1303001:388; 72:17:1303001:390; 72:17:1303001:390; 72:17:1303001:390; 72:17:1303001:383; 72:17:1303001:383; 72:17:1303001:391; 72:17:1303001:391; 72:17:1303001:391; 72:17:1303001:392; 72:17:1303001:392; 72:17:1303001:398; 72:17:1303001:398; 72:17:1303001:399. (т.5, л.д. 171-174) - из протокола осмотра предметов от ДД.ММ.ГГГГ следует, что осмотрены 27 дел правоустанавливающих документов на земельные участки с кадастровыми номерами 72:17:1303001:373, 72:17:1303001:380, 72:17:1303001:385, 72:17:1303001:386, 72:17:1303001:387, 72:17:1303001:388, 72:17:1303001:390, 72:17:1203001:483, 72:17:1303001:391, 72:17:1303001:392, 72:17:1303001:398, 72:17:1303001:399. Установлено, что в кадастровых паспортах земельных участков с кадастровыми номерами: 72:17:1303001:386; 72:17:1303001:387; 72:17:1303001:373; 72:17:1303001:483; 72:17:1303001:380 – специалистом филиала ФГБУ «Федеральная кадастровая палата Федеральной службы государственной регистрации, кадастра и картографии» по &lt;адрес&gt;, поставившим на кадастровый учет указанные земельные участки, указана ФИО8 (т.6, л.д. 1-46) - согласно протоколу осмотра предметов от ДД.ММ.ГГГГ, осмотрены все предметы и документы, изъятые в ходе обыска в жилище ФИО25 по адресу: ДД.ММ.ГГГГ &lt;адрес&gt;: Свидетельство на право собственности на землю на имя ФИО85, папка с документами на автомобиль HYUNDAI, файл с документами на автомобиль ГАЗ, пистолетный магазин с 4 патронами (травматическими), 4 пустых бланка, паспорт на имя ФИО116, СНИЛС на имя ФИО116, корпус печати без клише, коробка со штемпельной подушкой и два клише печатей, договор на поставку печатной продукции, товарные накладные и чеки на 4 листах, дискета. Предметы и документы, изъятые в ходе осмотра места происшествия из автомобиля «ФИО21 фе» вблизи &lt;адрес&gt; д. ФИО117: барсетка, в которой находятся чеки, залоговые билеты, графики погашения кредитов, 3 флэш карты, заграничный паспорт на имя ФИО25, водительское удостоверение, СНИЛС, а также портфель, в котором находятся чеки, счета-фактуры, квитанции, файлы с оригиналами документов на земельные участки: с кадастровым номером 72:17:1303001:388, с кадастровым номером 72:17:1303001:392, с кадастровым номером 72:17:1303001:386, с кадастровым номером 72:17:1303001:390, с кадастровым номером 72:17:1303001:385, договор потребительского кредита на имя ФИО25 от ДД.ММ.ГГГГ, полис ОМС, оригинал государственного ФИО34 на право собственности на землю, бессрочного (постоянного) пользования землей и других документов на земельный участок в д. ФИО117 &lt;адрес&gt;, площадью 1 Га; оригинал государственного ФИО34 на право собственности на землю, бессрочного (постоянного) пользования землей № ТЮ-1 на имя ФИО33 о предоставлении земельного участка в д. ФИО117 &lt;адрес&gt; и другие документы на указанный земельный участок, 2 записные книжки, визитница, карта памяти, 2 жестких диска, приемник и передатчик, наушники, зарядное устройство. Предметы и документы, изъятые в ходе обыска в жилище ФИО28 по адресу: &lt;адрес&gt;. 20 &lt;адрес&gt;: ноутбук «Асус», кадастровые документы и землеустроительные дела на земельные участки, 2 листа с таблицей на земельные участки в &lt;адрес&gt;, д. Дербыши, д. Дударева, д. Субботина, д. ФИО117, тетрадь, фрагменты дежурной кадастровой карты, телефон «Алкатель» IMEI №, мобильный телефон «Леново А319» IMEI №, рукописные записи, оригиналы доверенностей, свидетельство о смерти на имя ФИО93, копии паспортов, кадастровые паспорта на земельные участки. (т.6, л.д. 48-118) - осмотренные предметы и документы признаны вещественными доказательствами и приобщены к материалам уголовного дела постановлением следователя от ДД.ММ.ГГГГ. (т.6, л.д.119-121) - согласно протоколу осмотра предметов от ДД.ММ.ГГГГ, осмотрены CD-r диск с детализацией соединений по абонентскому номеру &lt;***&gt; (пользовался ФИО25) и CD-r диск с детализацией соединений по абонентскому номеру &lt;***&gt; (ФИО28). В ходе осмотра установлены соединения между абонентскими номерами ФИО25 и ФИО28, соединения между ФИО28 и ФИО65, а также установлены места нахождения абонентов относительно базовых станций в даты передачи денежных средств в качестве взятки. (т.6, л.д.219-247) - из сообщения директора филиала ФГБУ «Федеральная кадастровая палата Федеральной службы государственной регистрации, кадастра и картографии» по &lt;адрес&gt; следует, что последним представлены копии кадастровых дел на земельные участки с кадастровыми номерами 72:17:1303001:373, 72:17:1303001:380, 72:17:1303001:385, 72:17:1303001:386, 72:17:1303001:387, 72:17:1303001:388, 72:17:1303001:390, 72:17:1203001:483, 72:17:1303001:391, 72:17:1303001:392, 72:17:1303001:398, 72:17:1303001:399. (т.8, л.д. 8-244, т.9, л.д. 1-164) - согласно заключению технико-криминалистической экспертизы № от ДД.ММ.ГГГГ, бланки государственных ФИО34 на право собственности на землю, пожизненного наследуемого владения, бессрочного (постоянного) пользования земель: ТЮ-1 №; ТЮ-1 №; № Тю-1-173947; ТЮ-1 №; № Тю-1-172835; Тю-1 №; ТЮ-1 №; №; Тю-1 №; ТЮ-1 №; Тю-1 №; 1712007 не соответствуют бланку государственного ФИО34 на право собственности на землю, пожизненного наследуемого владения, бессрочного (постоянного) пользования земель ТЮ1-170705790, предоставленному в качестве образца для сравнительного исследования. Изображения гербов РСФСР, расположенных в государственных ФИО34 на право собственности на землю, пожизненного наследуемого владения, бессрочного (постоянного) пользования земель, а также печатного текста на лицевой и оборотной стороне ФИО34 ТЮ1-17130337, предоставленных на исследование, выполнены при помощи цветного струйного принтера. Линии графления и печатного текста (за исключением печатного текста лицевой и оборотной стороны ФИО34 ТЮ №) бланков государственных ФИО34 на право собственности на землю, пожизненного наследуемого владения, бессрочного (постоянного) пользования земель, представленных на исследование, выполнены при помощи электрофотографического оборудования. (т.7, л.д.42-44) Исходя из анализа исследованных доказательств, суд считает, что вина ФИО28 в совершении преступления установлена и доказана. Все доказательства являются относимыми, допустимыми, достоверными, а в совокупности – достаточными для разрешения настоящего уголовного дела. Статьей 170 УК РФ (в редакции Федерального закона № 420-ФЗ от ДД.ММ.ГГГГ) предусмотрена уголовная ответственность за регистрацию заведомо незаконных сделок с землей, искажение сведений государственного кадастра недвижимости, а равно умышленное занижение размеров платежей за землю, если эти деяния совершены из корыстной или иной личной заинтересованности должностным лицом с использованием своего служебного положения Государственный кадастр недвижимости, являясь государственным информационным ресурсом, представляет собой систематизированный свод сведений об учтенном недвижимом имуществе. Ведение государственного кадастра недвижимости осуществляется на бумажных и (или) электронных носителях Росреестром. Искажение учетных данных государственного кадастра недвижимости выражается в создании фальсифицированных учетных данных при помощи ложных записей или частичных подделок. Фальсифицированными могут быть, например, следующие сведения об уникальных характеристиках объекта недвижимости: вид объекта недвижимости (земельный участок и т.д.); кадастровый номер и дата внесения данного кадастрового номера в государственный кадастр недвижимости; категория земель, к которой отнесен земельный участок; разрешенное использование; описание местоположения границ земельного участка и т.д. Единый государственный реестр прав содержит информацию о существующих и прекращенных правах на объекты недвижимого имущества, данные об указанных объектах и сведения о правообладателях. Права на недвижимое имущество и сделки с ним подлежат государственной регистрации в Едином государственном реестре прав. Сделка считается зарегистрированной, а правовые последствия - наступившими со дня внесения записи о сделке или праве в Единый государственный реестр прав. Сделка с землей признается незаконной, если она совершена в нарушение положений гражданского и земельного законодательства. Судом установлено, что ФИО28, осознавая неправомерный характер своих действий, действуя умышленно, из корыстных побуждений, являясь должностным лицом, с использованием своего служебного положения, внесла в государственный кадастр недвижимости ложные сведения о площади земельных участков, их кадастровых номерах, сведения о вещных правах на земельные участки в объеме сведений, определенных порядком государственного кадастра недвижимости, если указанные права не зарегистрированы в Едином государственном реестре прав на недвижимое имущество и сделок с ним, сведения о кадастровой стоимости земельных участков, сведения о разрешенном использовании земельных участков, предусмотренные ст. 7 Федерального закона от ДД.ММ.ГГГГ № 221-ФЗ «О государственном кадастре недвижимости», тем самым исказила сведения государственного кадастра недвижимости. Должностное положение ФИО28 о наделении ее правами государственного регистратора подтверждается Приказом директора филиала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&lt;адрес&gt; №/к от ДД.ММ.ГГГГ, согласно которому, ФИО28 являлась ведущим инженером отдела кадастрового учета № филиала ФГБУ «ФКП Росреестра» по &lt;адрес&gt;. В соответствии с Приказом директора филиала ФГБУ «ФКП Росреестра» по &lt;адрес&gt; № П/97 от ДД.ММ.ГГГГ, ФИО28 была наделенной полномочиями по принятию решений и удостоверению документов, в соответствии с функциями, предусмотренными положением об отделе. Согласно Должностной инструкции ведущего инженера, на ФИО28 возлагались следующие должностные обязанности: - ввод и проверка внесенных сведений об объектах недвижимости в программный комплекс на основании документов, представленных с заявлением на государственный кадастровый учет объектов недвижимости; - принятие решений о проведении кадастровых процедур, либо приостановлении (отказе) в проведении кадастровых процедур на соответствие требованиям действующего законодательства Российской Федерации и правоприменительной практики Учреждения; - внесение в программный комплекс, предназначенный для ведения кадастра недвижимости, сведений о принятом решении; - внесение сведений в государственный кадастр недвижимости, осуществление кадастрового учета, присвоение кадастрового номера земельным участкам в программном комплексе; - формирование и удостоверение документов государственного кадастра недвижимости по результатам кадастрового учета (кадастрового паспорта объекта недвижимости, кадастровых выписок об объекте недвижимости и т.д.); - утверждение ФИО34 определения кадастровой стоимости. Таким образом, ФИО28 в силу своего должностного положения, была наделена полномочиями по принятию решений, имеющих юридическое значение и влекущих определенные юридические последствия, т.е. являлась должностным лицом. При установленных судом обстоятельствах, суд квалифицирует действия ФИО28 по указанному преступлению по ст. 170 УК РФ (в ред. Федерального закона от ДД.ММ.ГГГГ N 420-ФЗ), как регистрация незаконных сделок с землей, то есть искажение сведений государственного кадастра недвижимости, если эти деяния совершены из корыстной заинтересованности должностным лицом с использованием своего служебного положения. При квалификации действий ФИО28 за данное преступление суд руководствуется редакцией закона № 420-ФЗ от ДД.ММ.ГГГГ, т.к. последующая редакция закона ухудшает положение подсудимой, а в соответствии со ст. 10 УК РФ , уголовный закон, ухудшающий положение лица, обратной силы не имеет. Согласно заключению судебно-психиатрической экспертизы № от ДД.ММ.ГГГГ, ФИО25 хроническим психическим расстройством, слабоумием или иным расстройством психики не страдает, а обнаруживает смешанное расстройство личности на органически неполноценной почве. В период, к которому относится инкриминируемое деяние, он не обнаруживал признаков какого-либо временного психического расстройства. Поэтому, он в полной мере мог осознавать фактический характер, общественную опасность своих действий и руководить ими. (т.7, л.д.24-30) ФИО25, ФИО28 умышленно совершили преступления, осознавая неправомерный характер своих действий, поэтому могут и должны нести уголовную ответственность за совершенные преступления. При назначении наказания суд учитывает общественную опасность совершенных преступлений и данные о личности подсудимых: ФИО25 по месту жительства и по месту отбытия наказания по предыдущему приговору характеризуется посредственно; состоит на учете у психиатра; у нарколога на учете не состоит. Обстоятельствами, смягчающими наказание, является наличие на иждивении двоих несовершеннолетних детей, состояние здоровья. Обстоятельством, отягчающим наказание, является рецидив преступлений, т.к. ранее ФИО25 судим за умышленное тяжкое преступление, судимость за которое не снята и не погашена в установленном законом порядке, вновь совершил умышленные преступления, относящиеся, в том числе, к категории тяжких, что, в соответствии с п. «б» ч.2 ст. 18 УК РФ , признается опасным рецидивом преступлений. С учетом тяжести совершенных преступлений, отношения подсудимого ФИО25 к содеянному, суд считает необходимым назначить ему наказание, связанное с изоляцией от общества, с учетом требований ст. , , , , ч.3 ст. , ч.2 ст. 68 УК РФ . Назначение менее строгого наказания не сможет обеспечить достижение цели наказания. При назначении наказания по ч.4 ст. , ч.3 ст. -ч.4 ст. , ч.2 ст. 174.1 УК РФ суд не усматривает оснований для применения ст. , ч.3 ст. , 73 УК РФ . При этом, дополнительное наказание в виде ограничения свободы, предусмотренное санкцией ч.4 ст. 159 УК РФ , суд считает возможным не назначать, т.к. суд пришел к выводу о назначении ФИО25 наказания, связанного с изоляцией от общества. Дополнительное наказание в виде штрафа, предусмотренное санкциями ч.4 ст. , ч.2 ст. 174.1 УК РФ , суд считает необходимым назначить. При назначении наказания по ч.4 ст. 291 УК РФ , суд считает возможным смягчающие наказание обстоятельства «состояние здоровья», «наличие двоих несовершеннолетних детей», признать исключительными, в соответствии со ст. 64 УК РФ , и при назначении дополнительного наказания в виде штрафа применить положение ч.3 ст. 68 УК РФ , т.е. назначить дополнительное наказание в виде штрафа ниже низшего предела, предусмотренного санкцией указанной статьи. При назначении наказания по ч.4 ст. 291 УК РФ , суд не усматривает оснований для применения ст. 73 УК РФ . Оснований для изменения категории преступлений, в соответствии с ч.6 ст. 15 УК РФ , не имеется. ФИО28 по месту жительства и прежней работы характеризуется положительно, на учете у психиатра и нарколога не состоит. Обстоятельствами, смягчающими наказание, является признание своей вины и раскаяние в содеянном, совершение преступления впервые, явка с повинной и активное способствование в раскрытии и расследовании преступлений, наличие на иждивении нетрудоспособного родителя – матери. Обстоятельств, отягчающих наказание, не установлено. С учетом тяжести совершенных преступлений и обстоятельств его совершения, суд считает необходимым назначить ФИО28 наказание, связанное с изоляцией от общества, с учетом требований ст. , , , ч.1 ст. , ч.3 ст. , ч.1 ст. 56 УК РФ . Назначение менее строгого наказания не сможет обеспечить достижение цели наказания. При назначении наказания ФИО28 суд не усматривает оснований для применения ст. , 73 УК РФ . При этом, дополнительное наказание в виде ограничения свободы, предусмотренное санкцией ч.4 ст. 159 УК РФ , суд считает возможным не назначать, т.к. суд пришел к выводу о назначении ФИО28 наказания, связанного с изоляцией от общества. Дополнительное наказание в виде штрафа, предусмотренное санкцией ч.4 ст. 159 УК РФ , суд считает необходимым назначить. Поскольку ФИО28 совершила преступление, используя свое служебное положение, суд считает необходимым, в соответствии с ч.3 ст. 47 УК РФ , назначить ей дополнительное наказание в виде лишения права занимать должности, связанные с организационно-распорядительными функциями по принятию решений, имеющих юридическое значение и влекущих определенные юридические последствия, в государственных и муниципальных учреждениях, т.к. с учетом характера и степени общественной опасности совершенного преступления, суд считает невозможным сохранить за ней право занимать такие должности. Оснований для изменения категории преступлений, в соответствии с ч.6 ст. 15 УК РФ , не имеется. Гражданский иск потерпевшего ФИО22 о взыскании с ФИО25, ФИО28 16.373.710 рублей следует оставить без рассмотрения, признав за потерпевшим право на удовлетворение иска в порядке гражданского судопроизводства, т.к. исковое заявление не соответствует требованиям ст. 131 ГПК РФ , т.к. в заявлении отсутствует наименование истца и его местонахождение. (т.10, л.д.8) Арест на имущество ФИО28, наложенный постановлением Тюменского районного суда &lt;адрес&gt; от ДД.ММ.ГГГГ (т.7, л.д.65-67): транспортное средство – КИА SLS (SPORTAGE) 2015 года выпуска, VIN №, государственный регистрационный знак &lt;***&gt; принадлежащий ФИО28, а также денежные средства в сумме 288.000 рублей, изъятые в ходе обыска в жилище ФИО28 – следует сохранить до рассмотрения вопроса в части гражданского иска. Арест на земельные участки с кадастровыми номерами: 72:17:1303001:373; 72:17:1303001:380; 72:17:1303001:385; 72:17:1303001:386; 72:17:1303001:387; 72:17:1303001:388; 72:17:1303001:390; 72:17:1303001:483; 72:17:1303001:391; 72:17:1303001:392; 72:17:1303001:398; 72:17:1303001:399, наложенный постановлением Тюменского районного суда &lt;адрес&gt; от ДД.ММ.ГГГГ (т.7, л.д.79-81, 146-149) – следует отменить. Руководствуясь ст.ст. , , 309 УПК РФ , суд – П Р И Г О В О Р И Л : ФИО25 признать виновным в совершении преступлений, предусмотренных ч.4 ст. , ч.3 ст. -ч.4 ст. , ч.2 ст. 174.1 УК РФ , п. «б» ч.4 ст. 291 УК РФ (в редакции закона от ДД.ММ.ГГГГ № 97-ФЗ), и назначить наказание: - по ч.4 ст. 159 УК РФ – 5 лет лишения свободы, со штрафом в размере 500.000 рублей в доход государства; - по ч.3 ст. -ч.4 ст. 159 УК РФ – 4 года лишения свободы, со штрафом в размере 300.000 рублей в доход государства; - по ч.2 ст. 174.1 УК РФ – 1 год 6 месяцев лишения свободы, со штрафом в размере 30.000 рублей в доход государства; - по п. «б» ч.4 ст. 291 УК РФ , с учетом требований ст. , ч.3 ст. 68 УК РФ - 5 лет лишения свободы, со штрафом в размере 2.800.000 рублей в доход государства. На основании ч.3 ст. 69 УК РФ по совокупности преступлений путем частичного сложения наказаний окончательно назначить наказание в виде 10 лет лишения свободы, со штрафом в размере 3.000.000 рублей в доход государства, с отбыванием наказания в исправительной колонии строгого режима. Срок наказания исчислять с ДД.ММ.ГГГГ. Зачесть в срок отбытия наказания время нахождения под домашним арестом и под стражей в период с ДД.ММ.ГГГГ по ДД.ММ.ГГГГ. Меру пресечения оставить – содержание под стражей. ФИО28 признать виновной в совершении преступлений, предусмотренных ч.4 ст. , ч.3 ст. -ч.4 ст. 159 УК РФ , ст. 170 УК РФ (в редакции закона от ДД.ММ.ГГГГ № 420-ФЗ), и назначить наказание: - по ч.4 ст. 159 УК РФ – 3 года лишения свободы, со штрафом в размере 300.000 рублей в доход государства, с учетом требований ч.3 ст. 47 УК РФ – с лишением права занимать должности, связанные с организационно-распорядительными функциями по принятию решений, имеющих юридическое значение и влекущих определенные юридические последствия, в государственных и муниципальных учреждениях, сроком на 2 года 6 месяцев; - по ч.3 ст. -ч.4 ст. 159 УК РФ – 2 года 6 месяцев лишения свободы, со штрафом в размере 200.000 рублей в доход государства, с учетом требований ч.3 ст. 47 УК РФ – с лишением права занимать должности, связанные с организационно-распорядительными функциями по принятию решений, имеющих юридическое значение и влекущих определенные юридические последствия, в государственных и муниципальных учреждениях, сроком на 2 года; - по ст. 170 УК РФ – 100 часов обязательных работ, с учетом требований ч.3 ст. 47 УК РФ – с лишением права занимать должности, связанные с организационно-распорядительными функциями по принятию решений, имеющих юридическое значение и влекущих определенные юридические последствия, в государственных и муниципальных учреждениях, сроком на 1 год. На основании ч.3 ст. 69 УК РФ , с учетом требований ст. 71 УК РФ , по совокупности преступлений путем частичного сложения наказаний окончательно назначить наказание в виде 4 лет 6 месяцев лишения свободы, со штрафом в размере 350.000 рублей в доход государства, с лишением права занимать должности, связанные с организационно-распорядительными функциями по принятию решений, имеющих юридическое значение и влекущих определенные юридические последствия, в государственных и муниципальных учреждениях, сроком на 3 года, с отбыванием наказания в исправительной колонии общего режима. Срок наказания исчислять с ДД.ММ.ГГГГ. Меру пресечения изменить с подписки о невыезде и надлежащем поведении на содержание под стражей, взять под стражу в зале суда. Гражданский иск потерпевшего ФИО22 о взыскании с ФИО25, ФИО28 16.373.710 рублей - оставить без рассмотрения, признав за потерпевшим право на удовлетворение иска в порядке гражданского судопроизводства. Арест на имущество ФИО28 - транспортное средство – КИА SLS (SPORTAGE) 2015 года выпуска, VIN №, государственный регистрационный знак &lt;***&gt; принадлежащий ФИО28, денежные средства в сумме 288.000 рублей – сохранить до рассмотрения вопроса в части гражданского иска. Арест на земельные участки с кадастровыми номерами: 72:17:1303001:373; 72:17:1303001:380; 72:17:1303001:385; 72:17:1303001:386; 72:17:1303001:387; 72:17:1303001:388; 72:17:1303001:390; 72:17:1303001:483; 72:17:1303001:391; 72:17:1303001:392; 72:17:1303001:398; 72:17:1303001:399 – отменить. Вещественные доказательства: - государственные ФИО34 на право собственности на землю, пожизненного наследуемого владения, бессрочного (постоянного) пользования землей в количестве 12 штук: Тю №, ТЮ-1 №, Тю-1-173947, Тю-1 №, № Тю-1-172835, №, №, ТЮ-1 №, Тю-1 №, ТЮ-1 №, Тю-1 №, Тю-1 №, приобщенные к материалам уголовного дела – хранить с уголовным делом; - Системный блок, папка с кадровыми документами, изъятые во время обыска в ФГБУ Федеральная кадастровая палата, находящиеся на хранении в камере хранения вещественных доказательств Тюменского МСО – вернуть в ФГБУ Федеральная кадастровая палата, расположенное по адресу: &lt;адрес&gt;; - 27 дел правоустанавливающих документов на земельные участки с кадастровыми номерами 72:17:1303001:373, 72:17:1303001:380, 72:17:1303001:385, 72:17:1303001:386, 72:17:1303001:387, 72:17:1303001:388, 72:17:1303001:390, 72:17:1203001:483, 72:17:1303001:391, 72:17:1303001:392, 72:17:1303001:398, 72:17:1303001:399, изъятые в ходе выемки в помещении Управления Росреестра по &lt;адрес&gt;, находящиеся на хранении в камере хранения вещественных доказательств Калининского районного суда &lt;адрес&gt; - хранить с уголовным делом; - свидетельство на право собственности на землю на имя ФИО85, папку с документами на автомобиль HYUNDAI, файл с документами на автомобиль ГАЗ, пистолетный магазин с 4 патронами (травматическими), 4 пустых бланка, паспорт на имя ФИО116, СНИЛС на имя ФИО116, корпус печати без клише, коробку со штемпельной подушкой и двумя клише печатей, договор на поставку печатной продукции, товарные накладные и чеки на 4 листах, дискета. Барсетку, в которой находятся чеки, залоговые билеты, графики погашения кредитов, 3 флэш карты, заграничный паспорт на имя ФИО25, водительское удостоверение, СНИЛС, а также портфель, в котором находятся чеки, счета-фактуры, квитанции, договор потребительского кредита на имя ФИО25 от ДД.ММ.ГГГГ, полис ОМС, 2 записные книжки, визитница, карта памяти, 2 жестких диска, приемник и передатчик, наушники, зарядное устройство. находящиеся на хранении в камере хранения вещественных доказательств Тюменского МСО – вернуть ФИО25; - Ноутбук «Асус», телефон «Алкатель» IMEI №, мобильный телефон «Леново А319» IMEI №, свидетельство о смерти на имя ФИО93, находящиеся на хранении в камере хранения вещественных доказательств Тюменского МСО – вернуть ФИО28; - оригинал государственного ФИО34 на право собственности на землю, бессрочного (постоянного) пользования землей и других документов на земельный участок в дДД.ММ.ГГГГ &lt;адрес&gt;, площадью 1 Га; оригинал государственного ФИО34 на право собственности на землю, бессрочного (постоянного) пользования землей № ТЮ-1 на имя ФИО33 о предоставлении земельного участка в д. ФИО117 &lt;адрес&gt; и другие документы на указанный земельный участок, кадастровые документы и землеустроительные дела на земельные участки, 2 листа с таблицей на земельные участки в &lt;адрес&gt;, ДД.ММ.ГГГГ, тетрадь, фрагменты дежурной кадастровой карты, рукописные записи, оригиналы доверенностей, копии паспортов, кадастровые паспорта на земельные участки, находящиеся на хранении в камере хранения вещественных доказательств Тюменского МСО – хранить с уголовным делом; - файлы с оригиналами документов на земельные участки: с кадастровым номером 72:17:1303001:388, с кадастровым номером 72:17:1303001:392, с кадастровым номером 72:17:1303001:386, с кадастровым номером 72:17:1303001:390, с кадастровым номером 72:17:1303001:385, находящиеся на хранении в камере хранения вещественных доказательств Тюменского МСО – хранить с уголовным делом; - рабочие документы ООО «Наша-Тюмень-72», документы, подтверждающие участие ФИО25 в хозяйственной деятельности общества, находящиеся на хранении в камере хранения вещественных доказательств Тюменского МСО – вернуть ФИО25; - папка с копиями документов, подтверждающими реализацию ФИО25 земельных участков через ООО «Арена», находящуюся на хранении в камере хранения вещественных доказательств Тюменского МСО - хранить с уголовным делом; - сотовый телефоны Maxvi K6» IMEI №, №, сотовый телефон «Самсунг Дуос» IMEI №, №, принадлежащие ФИО25, находящиеся в камере хранения вещественных доказательств Калининского районного суда г.Тюмени – вернуть ФИО25; - сотовый телефон «Самсунг» IMEI №, №, принадлежащий ФИО28, находящийся в камере хранения вещественных доказательств Калининского районного суда г.Тюмени – вернуть ФИО28; - CD-диск, CD-r диск с детализацией соединений по абонентскому номеру &lt;***&gt; (пользовался ФИО25) и CD-r диск с детализацией соединений по абонентскому номеру &lt;***&gt; (ФИО28), приобщенные к материалам уголовного дела - хранить с уголовным делом. Приговор может быть обжалован в апелляционном порядке в Тюменский областной суд в течение 10 суток со дня провозглашения, осужденными, содержащимися под стражей – в тот же срок со дня получения копии приговора. Разъяснить осужденным право на участие в суде апелляционной инстанции, о чем необходимо указать в своей апелляционной жалобе. Судья И.М.Тыжных Суд: Калининский районный суд г. Тюмени (Тюменская область) (подробнее) Судьи дела: Тыжных Ирина Михайловна (судья) (подробнее) Последние документы по делу: Приговор от 21 декабря 2017 г. по делу № 1-51/2017 Приговор от 4 декабря 2017 г. по делу № 1-51/2017 Постановление от 24 сентября 2017 г. по делу № 1-51/2017 Приговор от 27 августа 2017 г. по делу № 1-51/2017 Приговор от 14 августа 2017 г. по делу № 1-51/2017 Приговор от 10 июля 2017 г. по делу № 1-51/2017 Приговор от 19 июня 2017 г. по делу № 1-51/2017 Приговор от 20 марта 2017 г. по делу № 1-51/2017 Приговор от 12 февраля 2017 г. по делу № 1-51/2017 Показать все документы по этому делу Судебная практика по: Злоупотребление должностными полномочиями Судебная практика по применению нормы ст. 285 УК РФ По мошенничеству Судебная практика по применению нормы ст. 159 УК РФ Присвоение и растрата Судебная практика по применению нормы ст. 160 УК РФ По кражам Судебная практика по применению нормы ст. 158 УК РФ По коррупционным преступлениям, по взяточничеству Судебная практика по применению норм ст. 290, 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