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дело и уголовное преследование в отношении ФИО1 обвиняемого в совершении преступления, предусмотренного п. «в» ч. 2 ст. 158 УК РФ , в связи с примирением с потерпевшим по ст. 25 УПК РФ и ст. 76 УК РФ 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виде подписки о невыезде и надлежащем поведении в отношении ФИО1, отменить.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телефон марки «&lt;данные изъяты&gt;», переданный потерпевшей оставить ей по принадлежности; - диск с файлами двух видеозаписей - хранить при материалах уголовного дела.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вручить (направить) ФИО1, потерпевшей и прокурору Зимовниковского района Ростовской области. Постановление может быть обжаловано в Ростовский областной суд через Зимовниковский районный суд Ростовской области в течение 10 суток со дня его вынесения. Председательствующий судья: Д.А. Яковенко Суд: Зимовниковский районный суд (Ростовская область) (подробнее) Судьи дела: Яковенко Д.А. (судья) (подробнее) Последние документы по делу: Приговор от 12 декабря 2017 г. по делу № 1-67/2017 Постановление от 30 ноября 2017 г. по делу № 1-67/2017 Приговор от 1 ноября 2017 г. по делу № 1-67/2017 Приговор от 2 октября 2017 г. по делу № 1-67/2017 Постановление от 18 сентября 2017 г. по делу № 1-67/2017 Приговор от 11 сентября 2017 г. по делу № 1-67/2017 Приговор от 21 августа 2017 г. по делу № 1-67/2017 Постановление от 14 августа 2017 г. по делу № 1-67/2017 Приговор от 20 июля 2017 г. по делу № 1-67/2017 Постановление от 26 июня 2017 г. по делу № 1-67/2017 Приговор от 21 июня 2017 г. по делу № 1-67/2017 Постановление от 21 июня 2017 г. по делу № 1-67/2017 Приговор от 7 июня 2017 г. по делу № 1-67/2017 Постановление от 18 мая 2017 г. по делу № 1-67/2017 Приговор от 3 мая 2017 г. по делу № 1-67/2017 Приговор от 1 мая 2017 г. по делу № 1-67/2017 Постановление от 24 апреля 2017 г. по делу № 1-67/2017 Приговор от 18 апреля 2017 г. по делу № 1-67/2017 Приговор от 17 апреля 2017 г. по делу № 1-67/2017 Приговор от 11 апреля 2017 г. по делу № 1-67/2017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