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ООО «Альянс» в пользу ФИО1 в качестве возврата стоимости услуг в связи с отказом от исполнения договора &lt;данные изъяты&gt; рублей (&lt;данные изъяты&gt;); в качестве денежной компенсации морального вреда &lt;данные изъяты&gt; рублей (&lt;данные изъяты&gt; рублей); в качестве штрафа за несоблюдение в добровольном порядке требований потребителя &lt;данные изъяты&gt; рублей (&lt;данные изъяты&gt;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ООО «Альянс» в доход бюджета государственную пошлину в размере &lt;данные изъяты&gt; рублей (&lt;данные изъяты&gt;). 4.В остальной части исковых требований ФИО1 отказать. Решение может быть обжаловано в апелляционном порядке в Кемеровский областной суд в течение месяца со дня его вынесения в окончательной форме. Решение суда в окончательной форме изготовлено **.**,**. Председательствующий: Петрова Н.В. Суд: Ленинский районный суд г. Кемерово (Кемеровская область) (подробнее) Ответчики: ООО "Альянс" (подробнее) Судьи дела: Петрова Н.В. (судья) (подробнее) Последние документы по делу: Решение от 20 декабря 2017 г. по делу № 2-354/2017 Решение от 28 августа 2017 г. по делу № 2-354/2017 Решение от 12 июня 2017 г. по делу № 2-354/2017 Решение от 12 июня 2017 г. по делу № 2-354/2017 Решение от 24 мая 2017 г. по делу № 2-354/2017 Решение от 17 мая 2017 г. по делу № 2-354/2017 Решение от 1 мая 2017 г. по делу № 2-354/2017 Решение от 1 мая 2017 г. по делу № 2-354/2017 Решение от 11 апреля 2017 г. по делу № 2-354/2017 Решение от 22 марта 2017 г. по делу № 2-354/2017 Решение от 22 марта 2017 г. по делу № 2-354/2017 Решение от 19 марта 2017 г. по делу № 2-354/2017 Решение от 13 марта 2017 г. по делу № 2-354/2017 Решение от 5 февраля 2017 г. по делу № 2-354/2017 Показать все документы по этому делу Судебная практика по: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