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первой статьи 277 ТК РФ руководитель организации (в том числе бывший) несет полную материальную ответственность за прямой действительный ущерб, причиненный организации. Под прямым действительным ущербом, согласно части второй статьи 238 ТК РФ ,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Привлечение руководителя организации к материальной ответственности в размере прямого действительного ущерба, причиненного организации, осуществляется в соответствии с положениями раздела XI "Материальная ответственность сторон трудового договора" ТК РФ (главы 37 "Общие положения" и 39 "Материальная ответственность работника").</w:t>
      </w:r>
    </w:p>
    <w:p>
      <w:pPr>
        <w:pStyle w:val="Heading3"/>
      </w:pPr>
      <w:r>
        <w:rPr>
          <w:rFonts w:ascii="Times New Roman" w:hAnsi="Times New Roman" w:eastAsia="Times New Roman" w:cs="Times New Roman"/>
          <w:b/>
          <w:i w:val="0"/>
          <w:sz w:val="22"/>
        </w:rPr>
        <w:t>Пункт 6.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Руководитель организации (в том числе бывший) на основании части второй статьи 277 ТК РФ возмещает организации убытки, причиненные его виновными действиями, только в случаях, предусмотренных федеральными законами (например, статьей 53.1 Гражданского кодекса Российской Федерации (далее - ГК РФ), статьей 25 Федерального закона от ДД.ММ.ГГГГ N 161-ФЗ "О государственных и муниципальных унитарных предприятиях", статьей 71 Федерального закона от ДД.ММ.ГГГГ N 208-ФЗ "Об акционерных обществах", статьей 44 Федерального закона от ДД.ММ.ГГГГ N 14-ФЗ "Об обществах с ограниченной ответственностью" и др.). Расчет убытков осуществляется в соответствии с нормами гражданского законодательства, согласно которым под убытками понимается реальный ущерб, а также неполученные доходы (упущенная выгода) (статья 15 ГК РФ ). Как следует из материалов дела, комитет по культуре и кино администрации &lt;адрес&gt; ХМАО-Югры обратился в суд с иском к ФИО2, как руководителю муниципального бюджетного учреждения дополнительного образования «Березовская школа искусств» (прежнее наименование - Березовская детская музыкальная школа), о возмещении материального вреда причиненного истцу в период исполнения ФИО2 указанных обязанностей. Материалами дела установлено и не оспаривается сторонами, что ФИО2 работает в должности директора Березовской детской музыкальной школы с ДД.ММ.ГГГГ, с ней был заключен трудовой договор б/н от ДД.ММ.ГГГГ, с последующими изменениями (л.д.11-32). В соответствии с Дополнительным соглашением № к трудовому договору, ФИО2: несет полную материальную ответственность за прямой действительный ущерб, причиненный учреждению в соответствии со ст. Трудового кодекса Российской Федерации (п.25- л.д.46); - обязана обеспечивать: учет, сохранность и пополнение учебно-материальной базы;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 (п.1.31-л.д.23, 40); - обязана соблюдать при исполнении должностных обязанностей требования законодательства Российской Федерации, законодательства субъектов Российской Федерации, нормативных правовых актов органов самоуправления, Устава учреждения, коллективного договора, соглашений, локальных нормативных актов и трудового договора (л.д.23, 40); Имеет право осуществлять распределение обязанностей между своими заместителями, а в случае необходимости – передачу им части своих полномочий в установленном порядке (п.п. «д», п.7 - л.д.23). В соответствии с Уставом учреждения, директор является единоличным исполнительным органом, действующим без доверенности, который осуществляет текущее руководство его деятельностью (п.3.5, л.д.131), несет ответственность за сохранность имущественного комплекса учреждения, находящегося в оперативном управлении учреждения (п.3.6.- л.д.133). Для осуществления бухгалтерского обслуживания финансово-хозяйственной деятельности, между МБУ ДО «Березовская школа искусств» и МКУ «Центр бухгалтерского обслуживания» действовал договор №-к от ДД.ММ.ГГГГ, а с ДД.ММ.ГГГГ- аналогичный договор заключен с МКУ «Служба хозяйственного обеспечения», которые приняли на себя обязательства по планированию и организации мероприятий по проведению ежегодной инвентаризации основных средств, материальных ценностей и МБП, анализ ее результативности, отражение в бухгалтерском учете (п.2.1.7, л.д.154-161). На основании приказа директора ФИО2 от ДД.ММ.ГГГГ №-од, ДД.ММ.ГГГГ проведена инвентаризация нефинансовых активов МБУ «Березовской школе искусств», в результате которой, выявлена недостача имущества на общую сумму 421 985,55 рублей, в том числе: ФИО1 «Юпитер», инв. №, балансовой стоимостью 70 000 руб.; ФИО1 «ФИО4», инв. №, балансовой стоимостью 35 775,30 рублей; Экран на треноге Projectа Picture King 213*213 Matte S, инв. №, балансовой стоимостью 20 659,63 рублей; ФИО1 «Юпитер», инв. №, балансовой стоимостью 226 800,0 рублей; Магнитофон, инв. №, балансовой стоимостью 8 002,80 рублей; Магнитофон, инв. №, балансовой стоимостью 3 744 рублей; Музыкальный центр Панасоник, инв. №, балансовой стоимостью 7 133,82 рублей; Проектор «Sony» VPL - EW 226, инв. №, балансовой стоимостью 45 800 рублей; Конвектор Electroluх ECH, инв. №, балансовой стоимостью 4 090 рублей (л.д.60-86). В своем письменном объяснении, ФИО2 пояснила, что по итогам последней инвентаризации, проведенной в 2014 году, все объекты учета основных средств были в наличии, замечаний от членов комиссии не было. В период между двумя инвентаризациями сменились два заместителя директора по административно-хозяйственной работе, при увольнении которых, МБУК ЦБС им были подписаны обходные листы без проведения инвентаризации. Причины не проведения инвентаризаций ей не известны. О расхождении со сличительной ведомостью основных средств от ДД.ММ.ГГГГ пояснила: - по факту недостачи ФИО1 «Юпитер» стоимостью 70 000 рублей пояснила, что при заключении учреждением договора купли-продажи от ДД.ММ.ГГГГ, продавцом ФИО7 неправильно было указано наименование ФИО1, поэтому фактически был приобретен ФИО1 Леша, который находится в учреждении без инвентарного номера. В декабре 2016 года ФИО7 предоставила паспорт на ФИО1 «Леша» № от ДД.ММ.ГГГГ. - отсутствие ФИО1 инвентарный № (сумма 35 775,30 рублей), экрана на треноге за инв. №, конвектора инв. № сможет пояснить при наличии документов бухгалтерского учета; - утверждает, что ФИО1 под инвентарным номером 01331622 модель Студио имеется в наличии в учреждении. Уточнить в расхождении наименования ФИО1 возможно только по документам бухгалтерского учета. - проектор «Sony» инв. № по документам, предоставленным бухгалтерией, получен по накладной заместителем директора по АХР ФИО8 ДД.ММ.ГГГГ, и при проведении последней инвентаризации в инвентаризационной описи № на ДД.ММ.ГГГГ не значится. - магнитофон инв. №, магнитофон инв. №, музыкальный центр Панасоник инв. №, по словам бывшего заместителя директора по АХР ФИО8 были в неисправном состоянии, отданы в ремонт. В учреждении имеются два магнитофона без инвентарных номеров, возможно, инвентарные номера на вышеуказанный магнитофоны не были проставлены (л.д.87). В связи с выявленной недостачей, для установления причин возникновения ущерба, назначенная приказом от ДД.ММ.ГГГГ №-од комитета по культуре и кино администрации &lt;адрес&gt; комиссия провела служебное расследование (л.д.88). По окончании служебного расследования комиссией признано, что ФИО2 допустила виновное бездействие, выразившееся в ненадлежащем исполнении своих должностных обязанностей руководителя, в том числе, по организации административно-хозяйственной деятельности учреждения, не обеспечения учета и сохранности вверенного ей имущества, в результате возникла его недостача в сумме 421 985,55 рублей. Комиссией предложено ФИО2 возместить указанный ущерб в добровольном порядке с заключением Соглашения о добровольном возмещении работником материального ущерба (л.д.89). С выводами комиссии ФИО2 не согласилась, что отражено ею в в Акте от ДД.ММ.ГГГГ, в котором она расписалась (л.д.89). В соответствии со статьями , Трудового кодекса Российской Федерации, работник обязан бережно относиться к имуществу работодателя, незамедлительно сообщить работодателю либо непосредственному руководителю о возникновении ситуации, представляющей угрозу сохранности имущества работодателя. Работник обязан возместить работодателю причиненный ему прямой действительный ущерб. Учитывая данные обстоятельства и принимая во внимание, что Ответчик не исполнила свои должностные обязанности по организации административно-хозяйственной деятельности учреждения, обеспечению учета и сохранности вверенного ей имущества, исковые требования заявлены обоснованно. Судом разъяснено сторонам, что в соответствии с ч. 3 ст. , абз. ст. , ст. 221 ГПК РФ при утверждении мирового соглашения одновременно прекращается производство по делу; повторное обращение в суд по спору между теми же сторонами, о том же предмете и по тем же основаниям не допускается; в соответствии с Федеральным законом "Об исполнительном производстве"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 утвержденного судом мирового соглашения. Заключенное сторонами мировое соглашение не противоречит закону и не нарушает прав и законных интересов других лиц, в связи с чем, подлежит утверждению. Руководствуясь ст. ст. , , абз. ст. 220 ГПК РФ , суд определил: Утвердить заключенное Комитетом по культуре и кино администрации &lt;адрес&gt;-Югры и ФИО2 мировое соглашение, согласно которому: «Ответчик ФИО2 обязуется в срок до ДД.ММ.ГГГГ возместить причиненный Истцу ущерб в недостаче имущества в размере 316 210,25 рублей, путем внесения наличных денежных средств в кассу Муниципального бюджетного учреждения дополнительного образования «Березовская школа искусств», в том числе за: Экран на треноге Projectа Picture King 213*213 Matte S, инв. №, балансовой стоимостью 20 659,63 рублей; ФИО1 «Юпитер», инв. №, балансовой стоимостью 226 800,0 рублей; Магнитофон, инв. №, балансовой стоимостью 8 002,80 рублей; Магнитофон, инв. №, балансовой стоимостью 3 744 рублей; Музыкальный центр Панасоник, инв. №, балансовой стоимостью 7 133,82 рублей; Проектор «Sony» VPL - EW 226, инв. №, балансовой стоимостью 45 800 рублей; Конвектор Electroluх ECH, инв. №, балансовой стоимостью 4 090 рублей». Производство по делу № по иску комитета по культуре и кино администрации &lt;адрес&gt; к ФИО2 о возмещении материального ущерба, прекратить. Повторное обращение в суд по спору между теми же сторонами, о том же предмете и по тем же основаниям не допускается. На Определение может быть подана частная жалоба в суд &lt;адрес&gt;-Югры через Березовский районный суд в течение 15 дней. Судья ФИО11 Суд: Березовский районный суд (Ханты-Мансийский автономный округ-Югра) (подробнее) Истцы: Комитет по культуре и кино администрации Березовского района (подробнее) Судьи дела: Ботова Г.Э. (судья) (подробнее) Последние документы по делу: Определение от 20 марта 2017 г. по делу № 2-130/2017 Решение от 19 марта 2017 г. по делу № 2-130/2017 Решение от 22 января 2017 г. по делу № 2-130/2017 Решение от 15 января 2017 г. по делу № 2-130/2017 Решение от 11 января 2017 г. по делу № 2-130/2017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