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публичного акционерного общества «РОСБАНК» к ФИО1 о взыскании задолженности по кредитному договору, удовлетворить. 2.Взыскать с ответчика ФИО1 в пользу публичного акционерного общества «РОСБАНК» сумму основного долга по кредитному договору № ** от **.**,** в размере &lt;данные изъяты&gt; рублей; проценты за пользование кредитом в размере &lt;данные изъяты&gt; рублей, а всего &lt;данные изъяты&gt; рублей (&lt;данные изъяты&gt; 3.Взыскать с ответчика ФИО1 в пользу публичного акционерного общества «РОСБАНК» в возмещение расходов по уплате государственной пошлины &lt;данные изъяты&gt; рублей &lt;данные изъяты&gt; Решение может быть обжаловано в апелляционном порядке в Кемеровский областной суд в течение 1 месяца с момента его вынесения. Председательствующий: Н. В. Петрова Суд: Ленинский районный суд г. Кемерово (Кемеровская область) (подробнее) Истцы: ПАО " РОСБАНК" (подробнее) Судьи дела: Петрова Н.В. (судья) (подробнее) Последние документы по делу: Решение от 20 ноября 2017 г. по делу № 2-355/2017 Решение от 5 сентября 2017 г. по делу № 2-355/2017 Решение от 9 августа 2017 г. по делу № 2-355/2017 Решение от 23 июля 2017 г. по делу № 2-355/2017 Решение от 26 июня 2017 г. по делу № 2-355/2017 Решение от 12 июня 2017 г. по делу № 2-355/2017 Решение от 11 мая 2017 г. по делу № 2-355/2017 Решение от 11 мая 2017 г. по делу № 2-355/2017 Решение от 24 апреля 2017 г. по делу № 2-355/2017 Решение от 9 апреля 2017 г. по делу № 2-355/2017 Решение от 21 марта 2017 г. по делу № 2-355/2017 Решение от 20 марта 2017 г. по делу № 2-355/2017 Решение от 15 марта 2017 г. по делу № 2-355/2017 Определение от 12 марта 2017 г. по делу № 2-355/2017 Решение от 12 марта 2017 г. по делу № 2-355/2017 Решение от 6 февраля 2017 г. по делу № 2-355/2017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