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феврале 2016 года, в период, предшествующий ДД.ММ.ГГГГ, ФИО30, из корыстных побуждений разработал преступный план, в соответствии с которым решил совершить хищение денежных средств следующим образом: планировал расклеить на территории &lt;адрес&gt; объявления об изготовлении и установке окон со скидкой, в которых указать контактный номер телефона, затем встречаться с обратившимся по объявлению гражданином, выезжать с ним на участок, где тот планировал установить окна, в процессе общения расположить его к себе и убедить в необходимости передачи ему денежных средств в качестве предоплаты за выполненные работы, обещая, с целью завуалирования своих преступных намерений, заключить с гражданином договор установки окон, пообещать исполнить его в кратчайший срок, не превышающий 14 календарных дней, не имея намерений этого делать. После чего на телефонные звонки гражданина не отвечать, работы не выполнять, а полученные денежные средства тратить по своему усмотрению, совершая таким образом их хищение. Приступив к непосредственной реализации задуманного, в ДД.ММ.ГГГГ, в период, предшествующий ДД.ММ.ГГГГ, ФИО31 с целью исполнения своего преступного умысла, направленного на хищение денежных средств путем обмана, разместил на подъезде № &lt;адрес&gt; объявление об изготовлении и установке окон, при этом указав в объявлении номер своего телефона – №. ДД.ММ.ГГГГ по объявлению ФИО3 к последнему обратился Потерпевший №2 ФИО3 в соответствии со своим преступным планом, не имея в наличии образцов пластиковых рам, которые хотел посмотреть Потерпевший №2, договорился с последним о просмотре образцов окон ДД.ММ.ГГГГ в 14 часов 00 минут на территории завода «&lt;данные изъяты&gt;» по адресу: &lt;адрес&gt;, &lt;адрес&gt;. ДД.ММ.ГГГГ около 14 часов 00 минут по предварительной договоренности ФИО3 встретился с Потерпевший №2 на территории завода «&lt;данные изъяты&gt;» по адресу: &lt;адрес&gt;, &lt;адрес&gt;, где показал Потерпевший №2, выставленные образцы, сообщив, что установит ему такие же, не имея намерений этого делать. Продолжая вводить Потерпевший №2 заблуждение относительно своих истинных намерений, ФИО3 совместно с Потерпевший №2 направился по адресу: &lt;адрес&gt;, где примерно в 16 часов 00 минут ДД.ММ.ГГГГ осуществил замеры окон, пояснив, что посчитает стоимость работ, позвонит ФИО41 и сообщит ее. ДД.ММ.ГГГГ в вечернее время, в период с 16 часов 00 минут по 22 часа 00 минут, ФИО3 в соответствии со своим преступным планом в ходе телефонного разговора сообщил Потерпевший №2, что стоимость окон составляет &lt;данные изъяты&gt; и, понимая, что вошел в доверие к Потерпевший №2, сообщил последнему о необходимости передачи ему денежных средств в размере &lt;данные изъяты&gt; в качестве предоплаты по договору для приобретения материала, пообещав при этом, для большей убедительности правдивости своих намерений, составить договор. Потерпевший №2, доверяя ФИО3 на его предложение согласился, после чего договорился с ним о встрече для передачи денежных средств и заключения договора. С целью реализации своего преступного умысла ДД.ММ.ГГГГ около 10 часов 00 минут по предварительной договоренности с Потерпевший №2, ФИО3 приехал по адресу: &lt;адрес&gt;, где, продолжая вводить Потерпевший №2 в заблуждение, относительно своих намерений, показал последнему свой паспорт гражданина РФ, передал Потерпевший №2 2 экземпляра договора установки пластиковых окон № от ДД.ММ.ГГГГ. Потерпевший №2, доверяя ФИО3, находясь на расстоянии 4-х метров слева от &lt;адрес&gt;, передал ФИО3 денежные средства в размере &lt;данные изъяты&gt; в качестве предоплаты по договору. ФИО3, получив от Потерпевший №2 денежные средства, похитил их, сообщив последнему, что приступит к выполнению работ в течение 2-х недель, не имея намерений этого делать. Продолжая реализовывать свой преступный умысел, ФИО3, понимая, что Потерпевший №2 ему доверяет и располагает денежными средствами, решил вновь совершить их хищение. Так, ДД.ММ.ГГГГ, в вечернее время, в ходе телефонного разговора ФИО3 сообщил Потерпевший №2, что ему недостаточно для исполнения заказа переданных Потерпевший №2 денежных средств, и попросил передать ему еще &lt;данные изъяты&gt;, на что Потерпевший №2, доверяя ФИО3, согласился. С целью доведения до конца своего преступного умысла, направленного на хищение денежных средств, принадлежащих Потерпевший №2, путем обмана, с причинением значительного ущерба гражданину, ДД.ММ.ГГГГ около 10 часов 00 минут по предварительной договоренности с Потерпевший №2 ФИО3 приехал по адресу: &lt;адрес&gt;, где продолжая вводить Потерпевший №2 в заблуждение относительно своих намерений передал последнему 2 экземпляра договора установки пластиковых окон № т ДД.ММ.ГГГГ, подписав которые Потерпевший №2, не подозревая о преступных намерениях ФИО3, доверяя последнему, находясь на расстоянии 4-х метров слева от &lt;адрес&gt;, передал ФИО3 денежные средства в размере &lt;данные изъяты&gt; в качестве предоплаты по договору. ФИО32, получив от Потерпевший №2 денежные средства, похитил их, сообщив последнему, что приступит к выполнению работ в течение 2-х недель, не имея намерений этого делать. Впоследствии ФИО3 умышленно к выполнению работ по поставке и установке пластиковых окон ФИО55 не приступил, работы не выполнил, похищенными у Потерпевший №2 денежными средствами на общую сумму &lt;данные изъяты&gt; распорядился по своему усмотрению, причинив тем самым Потерпевший №2 значительный материальный ущерб в размере &lt;данные изъяты&gt;.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ФИО3, в период с 01 по ДД.ММ.ГГГГ, нуждаясь в денежных средствах, из корыстных побуждений разработал преступный план, в соответствии с которым совершить решил хищение денежных средств следующим образом: планировал расклеить на территории &lt;адрес&gt; объявления об изготовлении и установке заборов со скидкой, в которых указать контактный номер телефона, затем встречаться с обратившимся по объявлению гражданином, выезжать с ним на участок, где тот планировал установить забор, в процессе общения расположить его к себе и убедить в необходимости передачи ему денежных средств в качестве предоплаты за выполненные работы, обещая, с целью завуалирования своих преступных намерений, заключить с гражданином договор установки забора, пообещать исполнить его в кратчайший срок, не превышающий 14 календарных дней, не имея намерений этого делать, после чего на телефонные звонки гражданина не отвечать, работы не выполнять, полученные денежные средства тратить по своему усмотрению, совершая таким образомих хищение. Приступив к непосредственной реализации задуманного, в период с 01 мая по ДД.ММ.ГГГГ, ФИО33 с целью исполнения своего преступного умысла, направленного на хищение денежных средств путем обмана, разместил на подъезде № &lt;адрес&gt; объявление об изготовлении, установке заборов, при этом указав в объявлении номер своего телефона №. В период с 01 по ДД.ММ.ГГГГ по объявлению ФИО3 в ходе телефонного разговора к последнему обратилась Потерпевший №3 ФИО3 в соответствии со своим преступным планом ДД.ММ.ГГГГ примерно в 12 часов 00 минут, по предварительной договоренности, приехал к магазину «&lt;данные изъяты&gt;», расположенному по адресу: &lt;адрес&gt;, откуда на автомашине, принадлежащей ФИО13 поехал совместно со Потерпевший №3 и ФИО13 по адресу: &lt;адрес&gt;, СНТ «&lt;данные изъяты&gt;», участок №, где с целью введения Потерпевший №3 в заблуждение относительно своих намерений, осуществил замеры участка, обсудил со Потерпевший №3 материал, из которого забор будет изготовлен, его размеры. Далее, понимая, что вошел к Потерпевший №3 в доверие, сообщил последней о том, что заключит с ней договор на установку забора ДД.ММ.ГГГГ. ДД.ММ.ГГГГ около 12 часов 00 минут по предварительной договоренности со Потерпевший №3 ФИО3 в соответствии со своим преступным умыслом пришел в &lt;адрес&gt; по &lt;адрес&gt;, где понимая, что вошел в доверие к ФИО42, продолжая вводить последнюю в заблуждение, относительно своих истинных намерений, показал Потерпевший №3 свой паспорт гражданина РФ, передал ей 2 договора установки забора из ПрофНастила № от ДД.ММ.ГГГГ. ФИО44, не подозревая о преступных намерениях ФИО3, доверяя последнему, находясь по указанному выше адресу, по просьбе ФИО3 передала ему денежные средства в размере &lt;данные изъяты&gt; в качестве предоплаты по договору. ФИО3, получив от Потерпевший №3 денежные средства, похитил их, сообщив последней, что приступит к выполнению работ ДД.ММ.ГГГГ, не имея намерений этого делать. Впоследствии ФИО3 умышленно к выполнению работ по изготовлению и установке забора не приступил, работы не выполнил, похищенными у Потерпевший №3 денежными средствами распорядился по своему усмотрению, причинив тем самым последней значительный материальный ущерб в размере &lt;данные изъяты&gt;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ФИО3 в период с ДД.ММ.ГГГГ по ДД.ММ.ГГГГ, действуя из корыстных побуждений, разработал преступный план, в соответствии с которым решил совершить хищение денежных средств следующим образом: планировал расклеить на территории &lt;адрес&gt; объявления об изготовлении и установке заборов со скидкой, в которых указать контактный номер телефона, затем встречаться с обратившимся по объявлению гражданином, выезжать с ним на участок, где тот планировал установить забор, в процессе общения расположить его к себе и убедить в необходимости передачи ему денежных средств в качестве предоплаты за выполненные работы, обещая, с целью завуалирования своих преступных намерений, заключить с гражданином договор установки забора, пообещать исполнить его в кратчайший срок, не превышающий 14 календарных дней, не имея намерений этого делать, после чего на телефонные звонки гражданина не отвечать, работы не выполнять, полученные денежные средства тратить по своему усмотрению, совершая таким образом их хищение. Приступив к непосредственной реализации задуманного, в период с 01 мая по ДД.ММ.ГГГГ, ФИО34 с целью исполнения своего преступного умысла, направленного на хищение денежных средств путем обмана, разместил в неустановленном в ходе следствия месте на территории &lt;адрес&gt; объявление об изготовлении, установке заборов, при этом указав в объявлении номер своего телефона. ДД.ММ.ГГГГ в период с 09 часов 00 минут по 11 часов 00 минут по объявлению ФИО3 в ходе телефонного разговора к нему обратился Потерпевший №6 ФИО3 в соответствии со своим преступным планом ДД.ММ.ГГГГ около 13 часов 00 минут по предварительной договоренности с Потерпевший №6 приехал к магазину «&lt;данные изъяты&gt;», расположенному по адресу: &lt;адрес&gt;, откуда на автомашине, принадлежащей Потерпевший №6, поехал по адресу: &lt;адрес&gt; СНТ «&lt;данные изъяты&gt;», участок №, где с целью введения Потерпевший №6 в заблуждение относительно своих намерений осуществил замеры участка, обсудил с Потерпевший №6 материал, из которого забор будет изготовлен, его размеры. Понимая, что вошел к Потерпевший №6 в доверие, ФИО3, реализуя свой преступный умысел, направленный на хищение денежных средств, принадлежащих Потерпевший №6, путем обмана, сообщил, что примерная стоимость забора составит &lt;данные изъяты&gt; и что Потерпевший №6 должен будет передать ему предоплату в размере &lt;данные изъяты&gt; для приобретения материала. Потерпевший №6, не подозревая о преступных намерениях ФИО3, на предложение последнего согласился, попросив заключить ФИО3 в подтверждение своих намерений договор. ФИО3, продолжая реализовывать свой преступный умысел, сообщил Потерпевший №6, что договор находится у него дома по адресу: &lt;адрес&gt;, &lt;адрес&gt;, &lt;адрес&gt;, предложив поехать по указанному адресу для составления договора, на что ФИО46 согласился. ДД.ММ.ГГГГ около 14 часов 10 минут, ФИО3, находясь в автомашине марки «Форд Фокус» (№), принадлежащей Потерпевший №6, припаркованной на расстоянии 10 метров от торца &lt;адрес&gt; по пер. Врубовой &lt;адрес&gt;, понимая, что Потерпевший №6 ему доверяет, продолжая вводить последнего в заблуждение относительно своих истинных намерений, показал ФИО48 свой паспорт гражданина РФ, передал ему 2 договора установки забора из ПрофНастила и сетки-рабицы № от ДД.ММ.ГГГГ. Потерпевший №6, будучи введенным в заблуждение относительно истинных намерений ФИО3, доверяя последнему, находясь по указанному выше адресу, по просьбе ФИО3 передал ему денежные средства в размере &lt;данные изъяты&gt; в качестве предоплаты по договору. ФИО35, получив от М. денежные средства, похитил их, сообщив последнему, что приступит к выполнению работ ДД.ММ.ГГГГ, не имея намерений этого делать. Впоследствии ФИО3 умышленно к выполнению работ по изготовлению и установке забора не приступил, работы не выполнил, похищенными у Потерпевший №6 денежными средствами распорядился по своему усмотрению, причинив тем самым последнему материальный ущерб в размере &lt;данные изъяты&gt;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ФИО3, в период с ДД.ММ.ГГГГ по ДД.ММ.ГГГГ, действуя из корыстных побуждений, разработал преступный план, в соответствии с которым решил совершить хищение денежных средств следующим образом: планировал расклеить на территории &lt;адрес&gt; объявления об изготовлении и установке заборов со скидкой, в которых указать контактный номер телефона, затем встречаться с обратившимся по объявлению гражданином, выезжать с ним на участок, где тот планировал установить забор, в процессе общения расположить его к себе и убедить в необходимости передачи ему денежных средств в качестве предоплаты за выполненные работы, обещая, с целью завуалирования своих преступных намерений, заключить с гражданином договор установки забора, пообещать исполнить его в кратчайший срок, не превышающий 14 календарных дней, не имея намерений этого делать, после чего на телефонные звонки гражданина не отвечать, работы не выполнять, полученные денежные средства тратить по своему усмотрению, совершая таким образом их хищение. Приступив к непосредственной реализации задуманного, в период с 01 июня по ДД.ММ.ГГГГ ФИО36 с целью исполнения своего преступного умысла, направленного на хищение денежных средств путем обмана, разместил на подъезде № &lt;адрес&gt; объявление об изготовлении, установке заборов, указав в объявлении номер своего телефона - №. ДД.ММ.ГГГГ по объявлению ФИО3 в ходе телефонного разговора к нему обратился Потерпевший №4 ФИО3 в соответствии со своим преступным планом ДД.ММ.ГГГГ около 17 часов 00 минут по предварительной договоренности приехал к фабрике «&lt;данные изъяты&gt;», расположенной по адресу: &lt;адрес&gt;, откуда на автомашине, принадлежащей Потерпевший №4, поехал по адресу: &lt;адрес&gt; СНТ «&lt;данные изъяты&gt;», &lt;адрес&gt;, &lt;адрес&gt;, где с целью введения Потерпевший №4 в заблуждение относительно своих намерений, осмотрел участок, обсудил с Потерпевший №4 материал, из которого забор будет изготовлен, его размеры. ДД.ММ.ГГГГ в ходе телефонного разговора с Потерпевший №4, понимая, что вошел к нему в доверие, ФИО14 сообщил, что стоимость работ будет составлять &lt;данные изъяты&gt;, а также сообщил о необходимости передачи ему денежных средств в размере &lt;данные изъяты&gt; в качестве предоплаты по договору для приобретения материала. Потерпевший №4, доверяя ФИО3, на его предложение согласился, после чего договорился с ним о встрече для передачи денежных средств. С целью доведения до конца своего преступного умысла, направленного на хищение денежных средств, принадлежащих Потерпевший №4, путем обмана с причинением значительного ущерба гражданину, ДД.ММ.ГГГГ около в 12 часов 00 минут по предварительной договоренности с Потерпевший №4 ФИО3, находясь в автомашине марки «Шкода» (№), принадлежащей Потерпевший №4, припаркованной на расстоянии 25 метров справа от въезда на ярмарку строительных материалов по адресу: &lt;адрес&gt;, продолжая вводить Потерпевший №4 в заблуждение относительно своих намерений, показал ему свой паспорт гражданина РФ, передал ему 2 договора установки забора из ПрофНастила № от ДД.ММ.ГГГГ. Потерпевший №4, не подозревая о преступных намерениях ФИО49, доверяя последнему, находясь в указанном месте, передал ФИО3 денежные средства в размере &lt;данные изъяты&gt; в качестве предоплаты по договору. ФИО3, получив денежные средства от ФИО50, похитил их, сообщив последнему, что приступит к выполнению работ ДД.ММ.ГГГГ и закончит их в течение 3 календарных дней, не имея намерений этого делать. Впоследствии ФИО3 умышленно к выполнению работ по изготовлению и установке забора не приступил, работы не выполнил, похищенными у Потерпевший №4 денежными средствами распорядился по своему усмотрению, причинив тем самым последнему значительный материальный ущерб в размере &lt;данные изъяты&gt;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ФИО3, в период с 01 июня по ДД.ММ.ГГГГ, нуждаясь в денежных средствах, из корыстных побуждений разработал преступный план, в соответствии с которым решил совершить хищение денежных средств следующим образом: планировал расклеить на территории &lt;адрес&gt; объявления об изготовлении и установке заборов со скидкой, в которых указать контактный номер телефона, затем встречаться с обратившимся по объявлению гражданином, выезжать с ним на участок, где тот планировал установить забор, в процессе общения расположить его к себе и убедить в необходимости передачи ему денежных средств в качестве предоплаты за выполненные работы, обещая, с целью завуалирования своих преступных намерений, заключить с гражданином договор установки забора, пообещать исполнить его в кратчайший срок, не превышающий 14 календарных дней, не имея намерений этого делать, после чего на телефонные звонки гражданина не отвечать, работы не выполнять, полученные денежные средства тратить по своему усмотрению, совершая, таким образом, хищение. Приступив к непосредственной реализации задуманного, в период с 01 июня по ДД.ММ.ГГГГ, ФИО37 с целью исполнения своего преступного умысла, направленного на хищение денежных средств путем обмана, разместил на подъезде № &lt;адрес&gt; объявление об изготовлении, установке заборов, при этом указав в объявлении номер своего телефона №. ДД.ММ.ГГГГ по объявлению ФИО3 в ходе телефонного разговора к нему обратилась ФИО52 ФИО51. в соответствии со своим преступным планом ДД.ММ.ГГГГ примерно в 18 часов 00 минут по предварительной договоренности приехал к АЗС, расположенной по адресу: &lt;адрес&gt;, откуда на автомашине, принадлежащей ФИО15, совместно с Потерпевший №5 и ФИО15 поехал по адресу: &lt;адрес&gt;, &lt;адрес&gt;, СТ «&lt;данные изъяты&gt;», на дачный участок, принадлежащий Потерпевший №5, где с целью введения последней в заблуждение относительно своих намерений, осмотрел участок, обсудил с Потерпевший №5 и ФИО15 материал, из которого забор будет изготовлен, его размеры, сообщил, что стоимость забора составит около &lt;данные изъяты&gt; и, понимая, что вошел в доверие к Потерпевший №5, сообщил, что та должна будет передать ему предоплату для приобретения материала в размере &lt;данные изъяты&gt;, на что Потерпевший №5 согласилась. С целью доведения до конца своего преступного умысла, направленного на хищение денежных средств, принадлежащих Потерпевший №5, путем обмана, ДД.ММ.ГГГГ около 18 часов 00 минут по предварительной договоренности с Потерпевший №5, ФИО3, находясь в автомашине марки «Фольксваген Тигуан» (№), принадлежащей ФИО15, припаркованной на расстоянии 15 метров от входа в магазин «&lt;данные изъяты&gt;», расположенный по адресу: &lt;адрес&gt;, продолжая вводить Потерпевший №5 в заблуждение относительно своих намерений, показал ей свой паспорт гражданина РФ, передал 2 договора установки забора из ПрофНастила № от ДД.ММ.ГГГГ. ФИО56., не подозревая о преступных намерениях ФИО57, доверяя последнему, находясь в автомашине марки «Фольксваген Тигуан» (№), припаркованной указанном месте, передала ФИО3 денежные средства в размере &lt;данные изъяты&gt; в качестве предоплаты по договору. ФИО3, получив денежные средства от Потерпевший №5, похитил их, сообщив последней, что приступит к выполнению работ ДД.ММ.ГГГГ и закончит их в течение 2 дней, не имея намерений этого делать. В последствии ФИО3 умышленно к выполнению работ по изготовлению и установке забора не приступил, работы не выполнил, похищенными у Потерпевший №5 денежными средствами распорядился по своему усмотрению, причинив тем самым последней материальный ущерб в размере &lt;данные изъяты&gt;.</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ФИО3, в период с 01 августа по ДД.ММ.ГГГГ, действуя из корыстных побуждений, разработал преступный план, в соответствии с которым решил совершить хищение денежных средств следующим образом: планировал расклеить на территории &lt;адрес&gt; объявления об изготовлении и установке окон со скидкой, в которых указать контактный номер телефона, затем встречаться с обратившимся по объявлению гражданином, выезжать с ним для осмотра окон, в процессе общения расположить его к себе и убедить в необходимости передачи ему денежных средств в качестве предоплаты за выполненные работы, обещая, с целью завуалирования своих преступных намерений, заключить с гражданином договор, пообещать исполнить его в кратчайший срок, не превышающий 14 календарных дней, не имея намерений этого делать. После чего на телефонные звонки гражданина не отвечать, работы не выполнять. Полученные таким образом денежные средства тратить по своему усмотрению, совершая таким образом их хищение. Приступив к непосредственной реализации задуманного, ФИО3 в период с 01 августа по ДД.ММ.ГГГГ, с целью исполнения своего преступного умысла, направленного на хищение денежных средств путем обмана, разместил на подъезде № &lt;адрес&gt; по &lt;адрес&gt;&lt;адрес&gt; объявление об изготовлении, установке окон, при этом указав номер своего телефона - №. ДД.ММ.ГГГГ в период с 14 часов 00 минут по 15 часов 00 минут по объявлению ФИО53 к последнему обратилась Потерпевший №7 ФИО3 в соответствии со своим преступным планом ДД.ММ.ГГГГ около 15 часов 00 минут по предварительной договоренности приехал по адресу: &lt;адрес&gt;, &lt;адрес&gt;, &lt;адрес&gt;, где с целью введения Потерпевший №7 в заблуждение относительно своих истинных намерений замерил окна, сообщил, что стоимость окон будет составлять &lt;данные изъяты&gt;, после чего понимая, что вошел в доверие к Потерпевший №7, сообщил, что та должна будет передать ему предоплату в размере &lt;данные изъяты&gt; на приобретение материала, после чего показал ей свой паспорт гражданина РФ, заполнил имеющийся у него бланк договора установки пластиковых окон № от ДД.ММ.ГГГГ, подписал его и передал Потерпевший №7 Подписав договор, Потерпевший №7, доверяя ФИО3, ДД.ММ.ГГГГ около 15 часов 20 минут, находясь в квартире по адресу: &lt;адрес&gt;, передала ФИО3 денежные средства в размере &lt;данные изъяты&gt; в качестве предоплаты по договору. ФИО3, получив денежные средства от Потерпевший №7, похитил их, сообщил последней, что приступит к установке окон через полторы недели и закончит работы за 1 день, не имея намерений этого делать. о Потерпевший №7, доверяя ФИО3 и не подозревая о его преступных намерениях, попросила последнего изготовить ей 2 шкафа на лоджию. ФИО3, продолжая свои преступные действия, понимая, что Потерпевший №7 располагает денежными средствами, находясь в квартире Потерпевший №7, по адресу: &lt;адрес&gt;, &lt;адрес&gt;&lt;адрес&gt;, осуществил замеры, после чего сообщил последней, что ему необходимо просчитать стоимость шкафов, после чего ушел. ДД.ММ.ГГГГ около 10 часов 00 минут ФИО3, продолжая реализовывать свой преступный умысел, направленный на хищение имущества, принадлежащего Потерпевший №7, путем обмана, с причинением значительного ущерба последней, в ходе телефонного разговора сообщил Потерпевший №7, что стоимость шкафов будет составлять &lt;данные изъяты&gt;, на что Потерпевший №7 согласилась. ДД.ММ.ГГГГ в период с 13 часов 00 минут по 17 часов 00 минут с целью доведения своего преступного умысла до конца, ФИО3 в ходе телефонного разговора сообщил Потерпевший №7, что та должна передать ему &lt;данные изъяты&gt; в качестве предоплаты по договору для приобретения материала. Потерпевший №7, не подозревая о преступных намерениях ФИО3, на его предложение согласилась, после чего ДД.ММ.ГГГГ около 16 часов 00 минут по предварительной договоренности с ФИО3, находясь на конечной остановке общественного транспорта района «&lt;данные изъяты&gt;», передала ФИО3 денежные средства в размере &lt;данные изъяты&gt;. Впоследствии ФИО3 умышленно к выполнению работ по изготовлению и установке окон и шкафов не приступил, работы не выполнил, похищенными у Потерпевший №7 денежными средствами распорядился по своему усмотрению, причинив тем самым последней значительный материальный ущерб на общую сумму &lt;данные изъяты&gt;.</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 же, ФИО3, в период с 01 августа по ДД.ММ.ГГГГ, действуя из корыстных побуждений, разработал преступный план, в соответствии с которым решил совершить хищение денежных средств следующим образом: планировал расклеить на территории &lt;адрес&gt; объявления об изготовлении и установке окон со скидкой, в которых указать контактный номер телефона, затем встречаться с обратившимся по объявлению гражданином, выезжать с ним для осмотра окон, в процессе общения расположить его к себе и убедить в необходимости передачи ему денежных средств в качестве предоплаты за выполненные работы, обещая, с целью завуалирования своих преступных намерений, заключить с гражданином договор, пообещать исполнить его в кратчайший срок, не превышающий 14 календарных дней, не имея намерений этого делать, после чего на телефонные звонки гражданина не отвечать, работы не выполнять, полученные таким образом денежные средства тратить по своему усмотрению, совершая таким образом их хищение. Приступив к непосредственной реализации задуманного, в период с 01 августа по ДД.ММ.ГГГГ ФИО38 с целью исполнения своего преступного умысла, направленного на хищение денежных средств путем обмана, разместил на территории &lt;адрес&gt; объявление об изготовлении, установке окон при этом указав в объявлении номера своего телефона №, №. В период с 01 августа по ДД.ММ.ГГГГ по объявлению № к последнему обратилась Потерпевший №1 ФИО3 в соответствии со своим преступным планом ДД.ММ.ГГГГ около 18 часов 00 минут по предварительной договоренности приехал по адресу: &lt;адрес&gt;, где с целью введения Потерпевший №1 в заблуждение относительно своих истинных намерений, замерил окна, показал ей свой паспорт гражданина РФ, заполнил имеющийся у него бланк договора установки пластиковых окон № от ДД.ММ.ГГГГ, подписал его и передал Потерпевший №1, сообщив, что стоимость по договору составит &lt;данные изъяты&gt;. Далее с целью доведения до конца своего преступного умысла, направленного на хищение денежных средств, принадлежащих Потерпевший №1, с причинением значительного ущерба гражданину, понимая, что Потерпевший №1 доверяет ему и не подозревает о его истинных преступных намерениях, сообщил последней, что она должна передать ему &lt;данные изъяты&gt; в качестве предоплаты по договору. Потерпевший №1, доверяя ФИО3, ДД.ММ.ГГГГ около 19 часов 18 минут, находясь около входа в «&lt;данные изъяты&gt;» по адресу: &lt;адрес&gt;, передала ФИО3 денежные средства в размере &lt;данные изъяты&gt; в качестве предоплаты по договору. ФИО3, получив денежные средства от Потерпевший №1, похитил их, сообщил последней, что приступит к установке окон ДД.ММ.ГГГГ и закончит их в течение 14 календарных дней, не имея намерений этого делать. Впоследствии ФИО3 умышленно к выполнению работ по изготовлению и установке окон не приступил, работы не выполнил, похищенными у Потерпевший №1 денежными средствами распорядился по своему усмотрению, причинив тем самым последней значительный материальный ущерб в размере &lt;данные изъяты&gt;.</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Он же, ФИО3, ДД.ММ.ГГГГ, действуя из корыстных побуждений, разработал преступный план, в соответствии с которым совершить хищение денежных средств решил следующим образом: планировал расклеить на территории &lt;адрес&gt; объявления об изготовлении и установке окон, со скидкой, в которых указать контактный номер телефона, затем встречаться с обратившимся по объявлению гражданином, выезжать с ним для осмотра окон, в процессе общения расположить его к себе и убедить в необходимости передачи ему денежных средств в качестве предоплаты за выполненные работы, обещая, с целью завуалирования своих преступных намерений, заключить с гражданином договор, пообещать исполнить его в кратчайший срок, не превышающий 14 календарных дней, не имея намерений этого делать, после чего на телефонные звонки гражданина не отвечать, работы не выполнять, полученные таким образом денежные средства тратить по своему усмотрению, совершая таким образом их хищение. Приступил к непосредственной реализации задуманного, ДД.ММ.ГГГГ ФИО39 с целью исполнения своего преступного умысла, направленного на хищение денежных средств путем обмана, разместил на &lt;адрес&gt; объявление об изготовлении, установке окон, при этом указав в объявлении номер своего телефона - №. ДД.ММ.ГГГГ около 14 часов 00 минут по объявлению ходе телефонного разговора к ФИО3 обратился Потерпевший №8 ФИО3 Н.В. в соответствии со своим преступным планом ДД.ММ.ГГГГ около 09 часов 00 минут по предварительной договоренности приехал по адресу: &lt;адрес&gt;, где с целью введения Потерпевший №8 в заблуждение относительно своих истинных намерений, замерил окна, сообщил, что стоимость окон будет составлять &lt;данные изъяты&gt;, после чего понимая, что вошел к Потерпевший №8 в доверие, сообщил, что тот должен будет передать ему &lt;данные изъяты&gt; в качестве предоплаты для приобретения материала, после чего получив согласие Потерпевший №8, не подозревающего о преступных намерениях ФИО3, заполнил имеющийся у него бланк договора установки пластиковых окон № от ДД.ММ.ГГГГ, подписал его и передал Потерпевший №8, показав при этом последнему свой паспорт гражданина РФ. Потерпевший №8, будучи введенным в заблуждение относительно свих истинных намерений, доверяя ФИО3, ДД.ММ.ГГГГ около 09 часов 30 минут, находясь в &lt;адрес&gt;, передал ФИО3 денежные средства в размере &lt;данные изъяты&gt; в качестве предоплаты по договору. ФИО40, получив денежные средства от Потерпевший №8, похитил их, сообщил последнему, что приступит к установке окон ДД.ММ.ГГГГ, не имея намерений этого делать. Впоследствии ФИО3 умышленно к выполнению работ по изготовлению и установке окон не приступил, работы не выполнил, похищенными у Потерпевший №8 денежными средствами распорядился по своему усмотрению, причинив тем самым последнему материальный ущерб в размере &lt;данные изъяты&gt;. В судебном заседании подсудимый ФИО3 заявил о согласии с предъявленным ему обвинением и ходатайствовал о постановлении приговора без проведения судебного разбирательства, пояснив, что он понимает существо обвинения, соглашается с обвинением в полном объеме, в том числе с фактическими обстоятельствами содеянного, формой вины, юридической оценкой содеянного, а также характером вреда, причиненного деяниями, осознает характер и последствия заявленного им ходатайства и постановления приговора без проведения судебного разбирательства, ходатайство им заявлено добровольно и после проведения консультации с защитником. Гражданские иски, заявленные потерпевшими Потерпевший №2 в сумме &lt;данные изъяты&gt;, Потерпевший №4 в сумме &lt;данные изъяты&gt;, Потерпевший №5 в сумме &lt;данные изъяты&gt;, Потерпевший №7 в сумме &lt;данные изъяты&gt;, Потерпевший №1 в сумме &lt;данные изъяты&gt;, ФИО16 в сумме &lt;данные изъяты&gt;, подсудимый ФИО3 признал. Защитник подсудимого и государственный обвинитель не возражали против удовлетворения ходатайства ФИО3 о постановлении приговора без проведения судебного разбирательства. От потерпевших возражений относительно рассмотрения уголовного дела в особом порядке принятия судебного решения не поступило. Максимальное наказание, предусмотренное за совершение каждого из преступлений, в совершении которых обвиняется ФИО3, не превышает 10 лет лишения свободы. При таких обстоятельствах, в соответствии со ст. ст. - 316 УПК РФ , суд считает возможным постановить приговор без проведения судебного разбирательства. Изучив материалы дела, приходит к выводу о том, что обвинение, с которым согласился ФИО3, является обоснованным, подтверждается доказательствами, собранными по уголовному делу. С учетом изложенного, суд квалифицирует действия ФИО3 следующим образом: -по эпизоду хищения денежных средств Потерпевший №2 по ч.2 ст. 159 УК РФ , как мошенничество, то есть хищение чужого имущества путем обмана, с причинением значительного ущерба гражданину; -по эпизоду хищения денежных средств Потерпевший №3 по ч.2 ст. 159 УК РФ как мошенничество, то есть хищение чужого имущества путем обмана, совершенное с причинением значительного ущерба гражданину -по эпизоду хищения денежных средств Потерпевший №6 по ч.1 ст. 159 УК РФ , как мошенничество, то есть хищение чужого имущества путем обмана; -по эпизоду хищения денежных средств Потерпевший №4 по ч.2 ст. 159 УК РФ , как мошенничество, то есть хищение чужого имущества путем обмана, совершенное с причинением значительного ущерба гражданину; -по эпизоду хищения денежных средств Потерпевший №5 по ч.1 ст. 159 УК РФ , как мошенничество, то есть хищение чужого имущества путем обмана; -по эпизоду хищения денежных средств Потерпевший №7 по ч.2 ст. 159 УК РФ , как мошенничество, то есть хищение чужого имущества путем обмана, совершенное с причинением значительного ущерба гражданину; -по эпизоду хищения денежных средств Потерпевший №1 по ч.2 ст. 159 УК РФ , как мошенничество, то есть хищение чужого имущества путем обмана, совершенное с причинением значительного ущерба гражданину; -по эпизоду хищения денежных средств Потерпевший №8 по ч.1 ст. 159 УК РФ , как мошенничество, то есть хищение чужого имущества путем обмана. При назначении наказания ФИО3 суд учитывает характер и степень общественной опасности совершенных им преступлений, личность виновного, влияние назначенного наказания на исправление осужденного и на условия жизни его семьи. Подсудимый ФИО3 совершил 5 преступления средней тяжести и 3 преступления небольшой тяжести, судим, на психиатрическом и наркологическом учетах не состоит, инвалидности не имеет, холост, иждивенцев не имеет, по месту жительства характеризуется удовлетворительно. Суд не признает смягчающими вину обстоятельствами явки с повинной по эпизодам хищения имущества Потерпевший №1, ФИО17, Потерпевший №7 и Потерпевший №5, поскольку в правоохранительные органы с ними ФИО3 обратился после того, как данные лица прямо указали на него как на лицо, совершившее преступления. Вместе с тем, обстоятельствами, смягчающими наказание ФИО3, в соответствии с положениями ст. 61 УК РФ , суд признает по каждому из преступлений признание им своей вины, активное способствование раскрытию и расследованию преступлений. Обстоятельств, отягчающих наказание ФИО3, судом не установлено. При таких обстоятельствах суд назначает ФИО3 наказание за каждое из преступлений, за совершение которых он осуждается, с применением ч.ч.1,5 ст. 62 УК РФ . Оснований для назначения наказания с применением положений ст. Уголовного кодекса Российской Федерации суд не находит, поскольку это, по мнению суда, не позволит обеспечить достижение целей наказания. Оснований для изменения категории каждого их преступлений, за совершение которых осуждается ФИО3 на менее тяжкую, в соответствии с ч. 6 ст. 15 УК РФ , суд также не находит. На основании изложенного, с учетом установленных судом обстоятельств совершенных ФИО3 преступлений, данных о его личности, в целях восстановления социальной справедливости, а также в целях исправления осужденного и предупреждения совершения новых преступлений, суд приходит к выводу о необходимости назначения ФИО3 наказания за каждое из совершенных преступлений в виде штрафа. Назначая ФИО3 наказание в виде штрафа, суд руководствуется ч.3 ст. 46 УК РФ , согласно которой при определении его размера учитывается тяжесть совершенного преступления, имущественное положение осужденного и его семьи, а также возможность получения осужденным заработной платы или иного дохода. Окончательное наказание за совершение указанных выше преступлений ФИО3 суд назначает в соответствии с ч.2 ст. 69 УК РФ путем частичного сложения наказаний. Поскольку преступления, за совершение которых ФИО3 осуждается настоящим приговором, совершены им до постановления в отношении него приговора Калужского районного суда от ДД.ММ.ГГГГ, окончательное наказание суд назначает ему с применением положений ч.5 ст. 69 УК РФ . Приговор Мирового суда судебного участка № &lt;адрес&gt; судебного района &lt;адрес&gt; от ДД.ММ.ГГГГ, которым ФИО3 осужден к наказанию в виде обязательных работ, в соответствии с ч.5 ст. 69 УК РФ подлежит самостоятельному исполнению. Поскольку подсудимый ФИО3 осуждается к наказанию, не связанному с изоляцией от общества, суд считает, что избранная в отношении него мера пресечения в виде подписки о невыезде и надлежащем поведении подлежит отмене. Гражданские иски потерпевших Потерпевший №2 в сумме &lt;данные изъяты&gt;, Потерпевший №4 в сумме &lt;данные изъяты&gt;, Потерпевший №5 в сумме &lt;данные изъяты&gt;, Потерпевший №7 в сумме &lt;данные изъяты&gt;, Потерпевший №1 в сумме &lt;данные изъяты&gt;, Потерпевший №8 в сумме &lt;данные изъяты&gt; о взыскании указанных сумм с ФИО3 в счет возмещения вреда, причиненного преступлениями, в соответствии со ст. 1064 ГК РФ , подлежат удовлетворению в полном объеме, поскольку заявленные требования являются обоснованными, подтверждаются материалами дела, а также признаны гражданским ответчиком – ФИО3 При решении вопроса о вещественных доказательствах суд руководствуется требованиями ч.3 ст. 81 УПК РФ . На основании изложенного, руководствуясь ст. 307-309, 316 Уголовно-процессуального кодекса Российской Федерации, суд П Р И Г О В О Р И Л: Признать ФИО3 виновным в совершении преступлений, предусмотренных ч. 2 ст. , ч. 2 ст. , ч. 1 ст. , ч. 2 ст. , ч. 1 ст. , ч. 2 ст. , ч. 2 ст. , ч. 1 ст. Уголовного кодекса Российской Федерации и назначить ему наказание - за совершение преступления, предусмотренного ч.2 ст. 159 УК РФ (по эпизоду хищения имущества Потерпевший №2) в виде штрафа в размере &lt;данные изъяты&gt;; - за совершение преступления, предусмотренного ч.2 ст. 159 УК РФ (по эпизоду хищения имущества Потерпевший №3) в виде штрафа в размере &lt;данные изъяты&gt;; - за совершение преступления, предусмотренного ч.1 ст. 159 УК РФ (по эпизоду хищения имущества Потерпевший №6) в виде штрафа в размере &lt;данные изъяты&gt;; - за совершение преступления, предусмотренного ч.2 ст. 159 УК РФ (по эпизоду хищения имущества Потерпевший №4) в виде штрафа размере &lt;данные изъяты&gt;; - за совершение преступления, предусмотренного ч.1 ст. 159 УК РФ (по эпизоду хищения имущества Потерпевший №5) в виде штрафа в размере &lt;данные изъяты&gt;; - за совершение преступления, предусмотренного ч.2 ст. 159 УК РФ (по эпизоду хищения имущества Потерпевший №7 в виде штрафа размере &lt;данные изъяты&gt;; - за совершение преступления, предусмотренного ч.2 ст. 159 УК РФ (по эпизоду хищения имущества Потерпевший №1) в виде штрафа в размере &lt;данные изъяты&gt;; - за совершение преступления, предусмотренного ч.1 ст. 159 УК РФ (по эпизоду хищения имущества Потерпевший №8) в виде штрафа &lt;данные изъяты&gt;. На основании ч.2 ст. 69 УК РФ окончательное наказание ФИО3 назначить путем частичного сложения назначенных наказаний в виде штрафа в размере &lt;данные изъяты&gt;. На основании ч.5 ст. 69 УК РФ по совокупности преступлений путем частичного сложения наказания, назначенного по настоящему приговору, и наказания, назначенного по приговору Калужского районного суда &lt;адрес&gt; от ДД.ММ.ГГГГ, окончательное наказание ФИО3 назначить в виде штрафа в размере &lt;данные изъяты&gt;. Приговор мирового суда судебного участка № &lt;адрес&gt; судебного района &lt;адрес&gt; от ДД.ММ.ГГГГ в соответствии с ч.5 ст. 69 УК РФ исполнять самостоятельно. Избранную в отношении ФИО3 меру пресечения в виде подписки о невыезде и надлежащем поведении отменить. Гражданские иски потерпевших Потерпевший №2 в сумме &lt;данные изъяты&gt;, Потерпевший №4 в сумме &lt;данные изъяты&gt;, Потерпевший №5 в сумме &lt;данные изъяты&gt;, Потерпевший №7 в сумме &lt;данные изъяты&gt;, Потерпевший №1 в сумме &lt;данные изъяты&gt;, Потерпевший №8 в сумме &lt;данные изъяты&gt; о взыскании указанных сумм с ФИО3 в счет возмещения вреда, причиненного преступлениями, удовлетворить. Взыскать с ФИО3 - в пользу Потерпевший №2 &lt;данные изъяты&gt;, - в пользу Потерпевший №4 &lt;данные изъяты&gt;, - в пользу Потерпевший №5 &lt;данные изъяты&gt;, - в пользу Потерпевший №7 &lt;данные изъяты&gt;, - в пользу Потерпевший №1 &lt;данные изъяты&gt;, - в пользу Потерпевший №8 &lt;данные изъяты&gt;. Вещественные доказательства по делу, а именно: 2 договора установки пластиковых окон № от ДД.ММ.ГГГГ, договор установки забора из ПрофНастила № от ДД.ММ.ГГГГ, расписку от имени ФИО3 от ДД.ММ.ГГГГ, копию заочного решения Мирового судьи судебного участка № &lt;адрес&gt;, договор установки забора из ПрофНастила № от ДД.ММ.ГГГГ, фрагмент объявления, DVD-диск с видеозаписью с видеорегистратора за ДД.ММ.ГГГГ, договор установки пластиковых окон № от ДД.ММ.ГГГГ, квитанции о выдаче наличных от ДД.ММ.ГГГГ, договор установки забора из ПрофНастила № от ДД.ММ.ГГГГ, фотографию листа паспорта ФИО3, договор установки пластиковых окон № от ДД.ММ.ГГГГ, договор установки забора из ПрофНастила и сетки-рабицы № от ДД.ММ.ГГГГ, договор установки пластиковых окон № от ДД.ММ.ГГГГ, расписку от имени ФИО3 о получении денежных средств в размере &lt;данные изъяты&gt; – хранить при уголовном деле. Приговор может быть обжалован в &lt;адрес&gt; областной суд с соблюдением требований ст. 317 Уголовно-процессуального кодекса Российской Федерации в течение 10 суток со дня постановления. В случае подачи апелляционной жалобы осужденный вправе ходатайствовать о своем участии в рассмотрении дела судом апелляционной инстанции, о чем он должен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им защитнику, отказаться от защитника либо ходатайствовать перед судом о назначении защитника. Председательствующий ФИО54 Суд: Калужский районный суд (Калужская область) (подробнее) Судьи дела: Игнатов С.В. (судья) (подробнее)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