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 к ФИО2 о разделе общего имущества супругов,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жилой дом общей площадью &lt;данные изъяты&gt; кв.м., расположенный по адресу: ..., с кадастровым номером № **, совместно нажитым имуществом супругов ФИО1 и ФИО2. 3.Произвести раздел между ФИО1 и ФИО2 совместно нажитого имущества – жилого дома общей площадью &lt;данные изъяты&gt; кв.м., расположенного по адресу: ..., с кадастровым номером № **, признав за ФИО1 и ФИО2 – за каждым, право собственности на ? доли в праве собственности на жилой дом общей площадью &lt;данные изъяты&gt; кв.м., расположенного по адресу: ..., с кадастровым номером № ** 4.Взыскать с ФИО2 в пользу ФИО1 в возмещение расходов по уплате государственной пошлины &lt;данные изъяты&gt; рублей (&lt;данные изъяты&gt; Решение может быть обжаловано в апелляционном порядке в Кемеровский областной суд в течение 1 месяца с момента его вынесения. Председательствующий: Н. В. Петрова Суд: Ленинский районный суд г. Кемерово (Кемеровская область) (подробнее) Судьи дела: Петрова Н.В. (судья) (подробнее) Последние документы по делу: Решение от 1 октября 2017 г. по делу № 2-388/2017 Решение от 19 сентября 2017 г. по делу № 2-388/2017 Решение от 29 июня 2017 г. по делу № 2-388/2017 Решение от 22 июня 2017 г. по делу № 2-388/2017 Решение от 21 июня 2017 г. по делу № 2-388/2017 Решение от 16 мая 2017 г. по делу № 2-388/2017 Решение от 16 мая 2017 г. по делу № 2-388/2017 Решение от 26 апреля 2017 г. по делу № 2-388/2017 Решение от 12 апреля 2017 г. по делу № 2-388/2017 Определение от 11 апреля 2017 г. по делу № 2-388/2017 Решение от 2 апреля 2017 г. по делу № 2-388/2017 Решение от 23 марта 2017 г. по делу № 2-388/2017 Решение от 20 марта 2017 г. по делу № 2-388/2017 Решение от 20 марта 2017 г. по делу № 2-388/2017 Решение от 14 марта 2017 г. по делу № 2-388/2017 Решение от 28 февраля 2017 г. по делу № 2-388/2017 Решение от 21 февраля 2017 г. по делу № 2-388/2017 Решение от 16 февраля 2017 г. по делу № 2-388/2017 Определение от 1 февраля 2017 г. по делу № 2-388/2017 Показать все документы по этому делу Судебная практика по: Раздел имущества при разводе Судебная практика по разделу совместно нажитого имущества супругов, разделу квартиры с применением норм ст. 38, 39 СК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