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Грачёва Н.С. совершила незаконные приобретение, хранение без цели сбыта наркотических средств в крупном размере при следующих обстоятельствах. Грачева Н.С., являющаяся немедицинским потребителем наркотического средства героин, заведомо зная о том, что оборот наркотического средства героин на территории Российской Федерации запрещен действующим законодательством, преднамеренно пренебрегая указанным запретом, осознавая общественную опасность своих действий, предвидя возможность и неизбежность наступления общественно-опасных последствий и желая их наступления, имея прямой умысел, направленный на совершение тяжкого преступления – незаконных приобретения, хранения без цели сбыта наркотического средства героин в крупном размере, обладая информацией о порядке оплаты и приобретения героина на территории города Воронежа, не вступая при этом в контакт со сбытчиком наркотических средств, 15.03.2016 г., в 16 часов 18 минут, через терминал, расположенный по адресу &lt;адрес&gt; перечислила лицам, уголовное дело в отношении которых выделено в отдельное производство, в качестве оплаты за наркотическое средство героин массой 8,290 грамма денежные средства в сумме 7 800 рублей на счет №, зарегистрированный в системе «Visa QIWI Wallet». Продолжая преступные действия и желая достижения преступного результата, получив сведения о месте приобретения на территории г&lt;адрес&gt; предназначенного ей героина, сообщенные лицами, уголовное дело в отношении которых выделено в отдельное производство, посредством СМС сообщения, 15.03.2016 г., около 18 часов 40 минут, Грачева Н.С. прибыла к дому &lt;адрес&gt;, где в тайнике под табличкой «&lt;адрес&gt;», установленной на заборе указанного домовладения, а так же в тайнике среди стеклянных бутылок на грунте под данным забором, приобрела наркотическое средство героин в крупном размере массой 8,290 грамма, который находился в двух фальгированных свёртках массой 4,168 грамма в первом и 4,122 грамма во втором. Данное наркотическое средство героин Грачева Н.С. стала хранить при себе – в левом нагрудном кармане надетой на ней куртки с целью последующего употребления. 15.03.2016 г., в период времени с 18 часов 45 минут по 19 часов 10 минут, в ходе личного досмотра Грачевой Н.С., производимом в служебном автомобиле «&lt;данные изъяты&gt;», государственный регистрационный знак №, припаркованном у &lt;адрес&gt;, сотрудниками УФСКН России по Воронежской области в левом нагрудном кармане надетой на Грачевой Н.С. куртки было обнаружено и изъято наркотическое средство – героин, массой 8,290 грамма. Согласно заключению эксперта № 443/НС от 15.03.2016 г. ЭКО УФСКН России по Воронежской области, представленное на экспертизу вещество, находящееся в двух фальгированных свёртках, изъятое в ходе проведения личного досмотра Грачевой Н.С. 15.03.2016 г., является наркотическим средством – героин. Общая масса героина составила 8,290 грамма. В соответствии с «Перечнем наркотических средств, психотропных веществ и их прекурсоров, подлежащих контролю в Российской Федерации», утвержденным Постановлением Правительства РФ № 681 от 30 июня 1998 года (с последующими изменениями и дополнениями), героин отнесен к наркотическим средствам, оборот которых в Российской Федерации запрещен (список № 1). На основании примечания к ст. 228 УК РФ и Постановления Правительства РФ от 01 октября 2012 года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 229.1 УК РФ » наркотическое средство – героин общей массой 8,290 грамма относится к крупному размеру.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Кроме того, Грачёва Н.С. совершила незаконные приобретение, хранение без цели сбыта наркотических средств, в значительном размере при следующих обстоятельствах. 18.04.2016 г., около 21 часа 00 минут, Грачева Н.С. находилась у &lt;адрес&gt;, где на земле увидела пачку из-под сигарет, в которой обнаружила свёрток из фрагмента бумаги с порошкообразным веществом бежевого цвета внутри. По характерному запаху и внешнему виду Грачева Н.С. сделала вывод о том, что найденное вещество - героин. В этот момент Грачева Н.С., являющаяся немедицинским потребителем наркотического средства героин, заведомо зная о том, что оборот наркотического средства героин на территории Российской Федерации запрещен действующим законодательством, преднамеренно пренебрегая указанным запретом, осознавая общественную опасность своих действий, предвидя возможность и неизбежность наступления общественно-опасных последствий и желая их наступления, имея прямой умысел, направленный на совершение преступления небольшой тяжести – незаконное приобретение, хранение без цели сбыта наркотического средства героин в значительном размере, положила указанное вещество в правый накладной карман кофты одетой на ней, то есть приобрела наркотическое средство героин в значительном размере, массой 0,57 грамма, которое стала хранить при себе с целью последующего употребления. 18.04.2016 г., в период времени с 21 часа 05 минут по 21 час 35 минут, в ходе личного досмотра Грачевой Н.С., производимом у &lt;адрес&gt; сотрудниками полиции в правом накладном кармане кофты одетой на Грачёвой Н.С. было обнаружено и изъято наркотическое средство – героин, массой 0,57 грамма. Согласно заключению эксперта № 2762 от 09.06.2016 г. ЭКЦ ГУ МВД России по Воронежской области, представленное на экспертизу вещество массой 0,54 грамма (масса после исследования, в ходе производства которого израсходовано 0,03 грамма), изъятое в ходе проведения личного досмотра Грачевой Н.С. 18.04.2016 г. является наркотическим средством – героин. В соответствии с «Перечнем наркотических средств, психотропных веществ и их прекурсоров, подлежащих контролю в Российской Федерации», утвержденным Постановлением Правительства РФ № 681 от 30 июня 1998 года (с последующими изменениями и дополнениями), героин отнесен к наркотическим средствам, оборот которых в Российской Федерации запрещен (список № 1). На основании примечания к ст. 228 УК РФ и Постановления Правительства РФ от 01 октября 2012 года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 229.1 УК РФ » наркотическое средство – героин общей массой 0,57 грамма относится к значительному размеру.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Вместе с тем, Грачёва Н.С. совершила незаконный сбыт наркотического средства в значительном размере при следующих обстоятельствах. Не позднее 17 часов 20 минут 12.08.2016 г. Грачева Н.С., имея прямой преступный умысел, направленный на незаконный сбыт наркотических средств, незаконно приобрела наркотическое средство — героин массой 0,65 грамма, что является значительным размером, которое незаконно хранила при себе в целях сбыта. 12.08.2016 г. около 17 часов 20 минут Грачева Н.С., продолжая реализовывать свой преступный умысел, направленный на незаконный сбыт наркотического средства, находясь у подъезда &lt;адрес&gt; в соответствии с заранее достигнутой договоренностью, встретилась с заведомо знавшем о её преступной деятельности в сфере незаконного оборота наркотиков Свидетель №1, участвующим на основании ст. 6 Федерального закона России от 12.05.1995 года №144-ФЗ «Об оперативно-розыскной деятельности» в качестве «закупщика» наркотических средств в рамках оперативно-розыскного мероприятия «Проверочная закупка», от которого при встрече в указанное время получила из рук в руки денежные средства в сумме 1 000 рублей, используемые при проведении оперативно-розыскного мероприятия «Проверочная закупка» в качестве оплаты за приобретаемое наркотическое средство. После чего, Грачева Н.С., действуя во исполнение ранее самостоятельно сформировавшегося у неё независимо от деятельности сотрудников оперативного подразделения преступного умысла, направленного на сбыт наркотического средства, сбыла Свидетель №1, передав из рук в руки, один бумажный свёрток с наркотическим средством — героином массой 0,65 грамм, что является значительным размером. Полученными в результате сбыта наркотического средства героин денежными средствами в сумме 1 000 рублей, Грачева Н.С. распорядилась по собственному усмотрению. 12.08.2016 г., в период времени с 17 часов 25 минут по 17 часов 35 минут, в порядке добровольной выдачи наркотического средства лицом, осуществляющим проверочную закупку, в салоне автомобиля &lt;данные изъяты&gt; государственный регистрационный знак № регион, у &lt;адрес&gt;, Свидетель №1 добровольно выдал сотрудникам полиции один бумажный свёрток с наркотическим средством — героином массой 0,65 грамм, приобретённый у Грачевой Н.С. Согласно заключению эксперта № 4507 от 06.09.2016 г. ЭКЦ ГУ МВД России по Воронежской области, представленное на экспертизу вещество массой 0,62 грамма (масса после исследования, в ходе производства которого израсходовано 0,03 грамма), изъятое в порядке добровольной выдачи у ФИО15 12.08.2016 г. является наркотическим средством – героин. В соответствии с «Перечнем наркотических средств, психотропных веществ и их прекурсоров, подлежащих контролю в Российской Федерации», утвержденным Постановлением Правительства РФ № 681 от 30 июня 1998 года (с последующими изменениями и дополнениями), героин отнесен к наркотическим средствам, оборот которых в Российской Федерации запрещен (список № 1). На основании примечания к ст. 228 УК РФ и Постановления Правительства РФ от 01 октября 2012 года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 229.1 УК РФ » наркотическое средство – героин общей массой 0,65 грамма относится к значительному размеру.</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Также Грачёва Н.С. совершила незаконные приобретение, хранение без цели сбыта наркотических средств, в крупном размере при следующих обстоятельствах. Не позднее 16 часов 50 минут 18.08.2016 г. Грачева Н.С., являющаяся немедицинским потребителем наркотического средства героин, заведомо зная о том, что оборот наркотического средства героин на территории Российской Федерации запрещен действующим законодательством, преднамеренно пренебрегая указанным запретом, осознавая общественную опасность своих действий, предвидя возможность и неизбежность наступления общественно-опасных последствий и желая их наступления, имея прямой умысел, направленный на совершение тяжкого преступления – незаконных приобретения, хранения без цели сбыта наркотического средства героин в крупном размере, в неустановленном следствием месте, незаконно приобрела наркотическое средство — героин массой 4,11 грамма, что является крупным размером, которое незаконно хранила для цели дальнейшего употребления. 18.08.2016 г., в период времени с 16 часов 50 минут по 17 часов 10 минут, в ходе личного обыска задержанной в порядке ст. 91 УПК РФ Грачевой Н.С. в помещении кабинета №311 УМВД России по г. Воронежу, по адресу: &lt;...&gt;, в женской сумке, находящейся при Грачевой Н.С., было обнаружено и изъято 24 свёртка из фрагментов бумаги с наркотическим средством героин внутри общей массой 4,11 грамма. Согласно заключению эксперта № 4473 от 02.09.2016 г. ЭКЦ ГУ МВД России по Воронежской области, представленное на экспертизу вещество массой 4,11 грамма, изъятое в ходе производства личного обыска Грачевой Н.С. 18.08.2016 г., является наркотическим средством – героин. В соответствии с «Перечнем наркотических средств, психотропных веществ и их прекурсоров, подлежащих контролю в Российской Федерации», утвержденным Постановлением Правительства РФ № 681 от 30 июня 1998 года (с последующими изменениями и дополнениями), героин отнесен к наркотическим средствам, оборот которых в Российской Федерации запрещен (список № 1). На основании примечания к ст. 228 УК РФ и Постановления Правительства РФ от 01 октября 2012 года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 229.1 УК РФ » наркотическое средство – героин общей массой 4,11 грамма относится к крупному размеру. Допрошенная в судебном заседании Грачёва Н.С. свою вину признала полностью и сообщила суду, что она является наркопотребителем. Наркотическое средство она приобретала бесконтактным способом, а именно: по номеру телефона она созванивалась с девушкой, которая представлялась именем Наташа, и сообщала, что хочет приобрести героин. Девушка сообщала ей номер счета «киви-кошелька», на который она с помощью терминала оплаты переводила деньги за героин. Минимальная партия заказа составляла 5 грамм и стоила 4000 рублей. После того, как денежный перевод был осуществлен, ей необходимо было позвонить Наташе и сообщить время совершения платежа, имя оставившего в комментариях и сумму перечисленных денежных средств, после чего Наташа перезванивала ей и сообщала место, где был спрятан героин, а именно Наташа включала ей аудиозапись, в которой сообщалось местонахождение тайника с героином. 15.03.2016 г. она в очередной раз решила приобрести для личного потребления наркотическое средство – героин. Со своего мобильного телефона с абонентским номером № она позвонила на имевшейся у нее № и сообщила, что ей необходимо 10 грамм героина, девушка «оператор» сообщила ей счет «Киви-кошелька», на который она через терминал оплаты, расположенный в &lt;адрес&gt; в 16 часов 18 минут указанного дня перевела деньги в сумме 7 800 рублей. Затем она вновь созвонилась с «оператором», которая удостоверившись в переводе денежных средств, сообщила ей адрес двух тайников с героином: первый под стеклянными бутылками, лежащими на земле у деревянного забора, расположенного у &lt;адрес&gt;, второй за адресной табличкой с текстом «&lt;адрес&gt;», расположенной на заборе данного дома. ДД.ММ.ГГГГ в 18 часов 35 минут она пришла к первому тайнику, откуда извлекла один фольгированный сверток с героином, положила в левый наружный карман надетой на ней куртки. Затем она извлекла второй фольгированный сверток с героином, находившийся за адресной табличкой с текстом «&lt;адрес&gt;», который также положила в левый наружный карман надетой на ней куртки. Когда она направилась в сторону &lt;адрес&gt;, к ней подошли сотрудники полиции ФИО18 и ФИО6, а также двое гражданских лиц, которые были представлены как понятые. ФИО18 пояснил ей, что у него имеется информация, что при ней находится наркотическое средство, в связи с чем необходимо провести ее личный досмотр. На досмотр она согласилась, прошла в служебный автомобиль, где села на заднее сидение, по бокам от нее сели понятые, на переднем сидении сидела сотрудник полиции. Перед началом досмотра сотрудница полиции разъяснила ей и понятым права и обязанности, предусмотренные уголовно-процессуальным законодательством. Перед проведением личного досмотра ФИО6 предложила ей добровольно выдать имеющиеся предметы запрещенные законом, на данное предложение она добровольно выдала приобретенные ей 2 фольгированных свертка с героином и пояснила указанные выше обстоятельства их приобретения. Данные фольгированные свертки с героином в присутствии понятых сотрудником полиции были изъяты, упакованы и опечатаны биркой. По факту изъятия героина сотрудником полиции были составлены соответствующие протоколы, с которыми она и все участвующие лица ознакомились и поставили свои подписи. Также, 18.04.2016 г. примерно в 20 часов 00 минут, она вышла из своего дома по месту жительства и направилась в Северный микрорайон г. Воронежа для встречи со своей знакомой. Проходя от остановки общественного транспорта «Институт искусств», мимо &lt;адрес&gt;, на углу вышеуказанного дома она увидела на земле пачку из-под сигарет. Подняв ее с земли, она обнаружила внутри нее газетный свёрток, развернув который увидела порошкообразное вещество бежевого цвета. Понюхав указанное вещество, она поняла, что это наркотическое средство «героин», т.к. ранее употребляла его. Затем она завернула вещество обратно во фрагмент газеты и положила его себе в правый накладной карман кофты. Это вещество она в дальнейшем хотела употребить лично. После этого она направилась в сторону остановки общественного транспорта «ул. 60 Лет ВЛКСМ» &lt;адрес&gt;. Примерно в 20 час. 55 мин., когда она проходила мимо &lt;адрес&gt;, к ней подошел мужчина в гражданской одежде и девушка в форме сотрудника полиции вместе с двумя девушками, которые были в гражданской форме одежды. Девушка, которая была в форме сотрудника полиции предъявила Грачевой служебное удостоверение сотрудника полиции и представилась дознавателем ОД ОП № 4 УМВД России по г. Воронежу ст. лейтенантом полиции ФИО34, после чего попросила её (Грачёву) представиться и предъявить документы, удостоверяющие личность. Она представилась своим именем - Грачевой Надеждой Сергеевной, ДД.ММ.ГГГГ года рождения, проживающей по адресу: &lt;адрес&gt;. После этого сотрудник полиции ФИО35 спросила, имеются ли при ней наркотические средства, психотропные вещества и иные предметы, запрещенные в гражданском обороте на территории РФ. На это она пояснила, что каких-либо запрещенных предметов и средств при ней и в её вещах нет, т.к. полагала, что находящееся при ней наркотическое средство сотрудники полиции не найдут. После этого сотрудник полиции ФИО16 пояснила, что сейчас в присутствии двух понятых девушек будет проводить личный досмотр. Перед началом личного досмотра ФИО36 разъяснила ей (Грачёвой) и двум девушкам-понятым права и обязанности. В ходе проведения личного досмотра в кофте, надетой на ней, а именно в правом накладном переднем кармане был обнаружен газетный сверток с порошкообразным веществом бежевого цвета. Она (Грачева) пояснила, что данное вещество является наркотическим – героин, и что она его случайно нашла 18.04.2016 г. недалеко от остановки. Изъятое вещество было упаковано в полимерный пакет, горловина которого перевязана нитью, концы которой оклеены биркой с пояснительной надписью, подписями участвующих лиц с оттиском печати ОП №4 УМВД России по г. Воронежу, на бирке она (Грачева) поставила свою подпись. По данному факту были составлены соответствующие протоколы, в которых расписались все участвующие лица. После этого все проследовали в ОП № 4 УМВД России по г. Воронежу. Далее она сообщает, что наркотическое средство «героин» она приобретает через «закладки», предварительно позвонив со своего телефона на номер и сообщает, что собирается купить «героин». По абонентскому номеру ей отвечает мужчина с таджикским акцентом и спрашивает, сколько надо «весов героина», и называет сумму, которую необходимо перевести на его номер/счет через терминал оплаты «Киви-Кошелек». Так же мужчина сообщает, в каком районе г. Воронежа будет «закладка». Данный мужчина просил называть его Рустам. Приобретала она «героин» вышеуказанным способом через день на различные суммы от 4000 до 16000, все зависело от веса «героина». Приобретённый «героин» она привозила домой, взвешивала при помощи электронов весов, фасовала на «чеки» - дозы, примерно по 0.5 грамма, и упаковывала в бумажные свертки, которые упаковывала в скотч. Данные чеки Грачева продавала по 1000 рублей лицам, страдающим наркотической зависимостью, которые звонили ей на вышеуказанный телефон, и они обговаривали место встречи, где ей (Грачевой) нарочно передавали денежные средства, а она в свою очередь передавала «героин». В основном, это происходило в районе магазина «Пятью Пять», расположенного на &lt;адрес&gt;. Сбытом наркотического средства «героин» она занимается около года. 12.08.2016 г., примерно в 17 ч. 20 мин., около &lt;адрес&gt; в 20 метрах от первого подъезда дома она сбыла наркотическое средство «героин» неизвестному мужчине по имени ФИО10 за 1000 рублей. 18.08.2016 г. на вышеуказанный телефон Грачевой позвонили потребители, а именно ФИО37, и примерно в 12 час 30 минут она, предварительно расфасовав на 24 «чека» наркотическое средство «героин» примерно по 0.5 грамма, направилась к магазину «Пятью Пять», расположенному на &lt;адрес&gt; где к ней подошли сотрудники полиции в гражданской одежде, предъявили служебные удостоверения и попросили представиться, на что она представилась, как Грачева Надежда Сергеевна, ДД.ММ.ГГГГ г.р. Затем сотрудник полиции пояснил, что её подозревают в сбыте наркотических средств и попросил её проследовать с ним в УМВД России по г. Воронежу, по адресу: &lt;...&gt;. Далее в кабинете № 311 УМВД России по г. Воронежу произвели её задержание, в котором участвовал защитник и две девушки в качестве понятых, при этом понятым следователь перед началом личного досмотра разъяснила их права и обязанности, а ей (Грачевой) предложили добровольно выдать вещества и предметы, запрещенные в гражданском обороте на территории РФ. Она пояснила, что у неё запрещенные в гражданском обороте на территории РФ вещества и предметы отсутствуют, так как боялась привлечения к уголовной ответственности. Далее сотрудник в присутствии двух понятых произвел её (Грачёвой) личный досмотр, в ходе которого из женской сумки, находившейся при ней, были изъяты 24 свертка светло-желтого цвета, упакованные в малярный скотч. На вопрос следователя, что находится внутри данных свертков, она пояснила, что внутри указанных свертков находится наркотическое вещество - героин, которое она собиралась использовать для личного употребления. По окончанию личного досмотра свертки в количестве 24 штук были помещены в полиэтиленовый пакет, горловина которого перевязана нитью, концы скреплены биркой с пояснительным текстом, подписями понятых, подписью Грачевой и подписью следователя, который производил досмотр. Продавать кому-либо данное наркотическое средство она не собиралась, хранила его для личного употребления. Кроме того, в один из дней середины или конца лета 2016 г. в одной из компаний, в которой она ранее употребляла наркотическое средство героин, она познакомилась с молодым человеком по фамилии Свидетель №1. С данным парнем в начале августа 2016 г. у них произошла беседа, в ходе которой он сообщил, что является потребителем героина, но испытывает трудности с поиском наркотика, в связи с чем, он попросил поспособствовать в приобретении наркотиков. Она ответила, что периодически приобретает героин для собственного употребления посредством оплаты через «Киви кошелёк» и получает наркотик через тайники – «закладки». На тот момент о неё был телефон одного из сбытчиков, через которого она иногда покупала героин, и она решила помочь Свидетель №1. Через некоторое время, когда именно она не помнит, она за 1000 рублей приобрела для Свидетель №1 одну разовую дозу героина через тайник – «закладку», при этом подробности данного приобретения и место закладки она не помнит. 12.08.2016 г. в вечернее время у &lt;адрес&gt; по предварительной договорённости она встретилась с Свидетель №1 и передала ему купленную дозу героина, а он в свою очередь передал ей 1000 рублей, так как она потратила ранее 1000 рублей на приобретение для него наркотика. Потом они разошлись по своим делам, 1000 рублей полученную от Свидетель №1, она (Грачева) потратила на свои нужды, на какие именно в настоящее время она не помнит. Показания, данные на следствии, она поддерживает. Вину в содеянном она признает и раскаивается, просит о назначении гуманного наказания. Помимо полного признания Грачёвой Н.С. своей вины, она подтверждается следующими показаниями свидетелей, исследованными в ходе судебного заседания: Свидетель Свидетель №2, показания которой оглашались по ходатайству прокурора и согласию сторон, поясняла, что 18.08.2016 г. она была приглашена в качестве понятой для участия в следственном действии личном обыске, задержанной в порядке ст. 91 УПК РФ Грачевой Н.С., которая подозревалась в сбыте наркотиков и находилась в кабинете №311 следователя УМВД России по г. Воронежу. Находясь в кабинете, около 17 часов ФИО38 и второй понятой были разъяснены права, предусмотренные для понятых при производстве следственных действий. Так же Грачевой был разъяснён порядок и основания проведения личного обыска. Далее в присутствии ФИО39, второй понятой, а также защитника Грачевой, был произведён личный подозреваемой обыск, в ходе которого в женской сумке находящейся при Грачевой было обнаружено 24 свёртка из фрагментов бумаги, в которых находилось порошкообразное веществе светло-бежевого цвета. При этом Грачева сообщила, что данное вещество – это героин, который она приобрела и хранила для личного употребления, без цели сбыта. После обнаружения 24 свёртка были упакованы в полимерный прозрачный пакет, горловина которого была перевязана нитью, свободные концы которой были оклеены бумажной биркой с пояснительным текстом и подписями участвующих в следственном действии лиц (т. 1 л.д. 199-204). Аналогичные показания, которые оглашались по ходатайству прокурора и согласию сторон, давала свидетель ФИО17 (т. 1 л.д. 205-210). Свидетель ФИО21, показания которого оглашались по ходатайству прокурора и согласию сторон, пояснял, что он нигде не работает, является немедицинским потребителем наркотического средства героин, который употребляет с 2000 года. Среди его знакомых есть Грачева Надежда, которая проживает в &lt;адрес&gt;. С Грачевой до времени её задержания ФИО21 поддерживал приятельские отношения, совместно употребляли наркотик – героин. В компании наркоманов он имеет прозвище «ФИО41» - производное от фамилии – ФИО40. Героин, который употребляли, они преимущественно приобретали у Грачевой, поскольку героин у неё всегда был в наличии, и стоимость разовой дозы составляла 1000 рублей. Героин Грачева расфасовывала в бумажные или фальгированные свёртки. Употребляли героин внутривенно, предварительно разводив его водой и подогревая на огне. В августе 2016 года ФИО21 приобретал героин у Грачевой около 10 раз, кроме того, ему известно, что у Грачевой приобретали наркотик многие потребители-наркоманы, проживающие на территории Ленинского района г. Воронежа, при этом, сделки проводились преимущественно у магазина «Пятью пять», расположенного на &lt;адрес&gt;, где Грачёву можно было встретить почти каждый день в вечернее время. 12.08.2016 г. в вечернее время у &lt;адрес&gt; он встретился со своим приятелем Свидетель №1, в разговоре с которым понял, что он хочет приобрести дозу героина за 1000 рублей у Грачевой, которая должна была подойти в ближайшее время. Также к ним подошла малознакомая девушка – наркоманка, с каким-то парнем, которые, как он понял, также ожидали Грачеву для приобретения наркотиков. Вместе они стали ожидать Грачеву у подъезда указанного дома и около 17 часов она подошла к ним. На Грачевой была белая кофта и чёрная женская сумка. Когда она подходила к ним, Свидетель №1 сделал жест, в виде рукопожатия с Грачевой и в этот момент передал ей деньги за наркотики, а Грачева, в свою очередь, достала из красного кошелька бумажный свёрток и незаметно переда его Свидетель №1. Далее ФИО42 с Свидетель №1 ушли в сторону, а Грачева осталась в компании парня и девушки – наркоманки (т. 1 л.д. 213-216). Свидетель ФИО22, показания которого оглашались по ходатайству прокурора и согласию сторон, пояснял, что 12 августа 2016 года был приглашен в кабинет № 223, расположенный в здании УМВД России по городу Воронежу по адресу: &lt;...&gt;, для участия во всех мероприятиях и действиях в ходе проведения ОРМ «Проверочной закупки» в качестве гражданского лица, чтобы засвидетельствовать своим присутствием и подписью все проводимые действия и составляемые документы. Также вместе с ним, в подобном качестве был приглашен еще один мужчина – ФИО2. В указанном кабинете, где также присутствовал сотрудник полиции ФИО43 сотрудником Свидетель №7, всем была разъяснена суть планируемых мероприятий, а также права и обязанности всех участвующих лиц. После этого сотрудник ОНК Свидетель №7 в присутствии ФИО44, ФИО2 и ФИО4 в 15 ч. 45 мин. приступил к осмотру денежных средств в сумме 1000 (одной тысячи) рублей одной купюрой, которые предназначались для закупки наркотического средства героин, свободный оборот которого запрещен законодательством РФ. С данной денежной купюры Свидетель №7 снял светокопию, на которой все участвующие лица поставили свои подписи. По результатам осмотра денежных средств, Свидетель №7 был составлен соответствующий протокол, в котором расписались все участвовавшие лица. Далее Свидетель №7 указал ФИО45 и ФИО2 на молодого человека, который также находился в кабинете - Свидетель №1 и пояснил, что он будет участвовать в качестве «закупщика» наркотического средства героин у женщины, представляющейся как Грачева Надежда. После этого Свидетель №7 в 16 ч. 05 мин. произвёл досмотр Свидетель №1 на предмет наличия посторонних денежных средств, наркотиков, психотропных и ядовитых веществ, а также иных предметов и веществ, запрещенных действующим законодательством РФ, однако таковых при нём не оказалось, после чего Свидетель №7 передал Свидетель №1 осмотренную денежную купюру 1000 рублей и составил соответствующий протокол, подписанный всеми участвующими лицами. Далее Свидетель №7 в присутствии всех участвующих лиц с 16 ч. 30 мин. до 16 ч. 40 мин. осмотрел техническое устройство аудиозаписи «OLYMPUS VN-6200PC» для производства записи разговора при проведении проверочной закупки. В ходе осмотра было установлено отсутствие каких-либо записей на техническом устройстве, после чего его передали Свидетель №1, о чем также был составлен соответствующий протокол, подписанный всеми участвующими лицами. Далее, с 16 ч. 42 мин. до 16 ч. 58 мин., в присутствии Свидетель №1, ФИО46 и ФИО2, Свидетель №7 было осмотрено техническое устройство видеозаписи «SONY» для производства видеозаписи момента встречи Свидетель №1 с Грачевой, а также момента сбыта наркотического средства. В ходе осмотра было установлено отсутствие каких-либо записей на техническом устройстве, после чего оно было передано оперуполномоченному ОНК ФИО4. По данному факту Свидетель №7 также был составлен соответствующий протокол, подписанный всеми участвующими лицами. Далее примерно в 17 часов 02 минуты, все участники мероприятия вышли во двор здания УМВД России по городу Воронежу, где в присутствии Свидетель №1, ФИО47 и ФИО2, Свидетель №7 были осмотрены доступные полости салона, багажное отделение, моторный отсек автомобиля &lt;данные изъяты&gt; г/н №. В ходе досмотра автомобиля денежных средств, наркотиков, психотропных и ядовитых веществ, а также иных предметов и веществ, запрещенных действующим законодательством РФ к свободному гражданскому обороту, в указанном автомобиле обнаружено не было. По данному факту был составлен соответствующий документ, подписанный участвующими лицами. Далее, примерно в 17 ч. 12 мин. все участвующие лица сели в осмотренный автомобиль «&lt;данные изъяты&gt;», причем, Свидетель №1 сел на заднее пассажирское место между ФИО48 и ФИО2, а Свидетель №7 разместился на переднем пассажирском сидении, при этом ФИО4 находился за рулем автомобиля. Далее все участвующие лица проследовали по следующему маршруту: &lt;адрес&gt;, ФИО4 остановил автомобиль около &lt;адрес&gt; 20 метрах от первого подъезда дома, при этом Свидетель №1 вышел из машины, и направился к первому подъезду вышеуказанного дома, а ФИО49 с ФИО2 и Свидетель №7 находились в непосредственной близости от него не упуская из вида. Примерно в 10 метрах от подъезда дома находились двое мужчин и одна женщина, по внешним видимым признакам данные лица находились в состоянии наркотического опьянения. Примерно в 17 ч. 19 мин. к данной группе лиц, со стороны &lt;адрес&gt; подошла женщина, на вид которой было около 30 лет, рост около 170 см, среднего телосложения, волосы черные, одета в футболку белого цвета, брюки черного цвета, через плечо одета сумка черного цвета. По предъявленной ранее фотографии ФИО19 понял, что это и есть Грачева Надежда Сергеевна. Примерно в 17 часов 20 минут к ФИО1 подошел Свидетель №1 и поздоровался с ней за руку, как он понял, в этот момент Свидетель №1 передал ей денежные средства в сумме 1000 рублей за наркотики. Далее Грачева достала из сумки кошелек красного цвета и положила денежные средства в кошелек, после чего достала из кошелька какой-то предмет и передала его Свидетель №1. После этого между Свидетель №1 и Грачевой состоялся непродолжительный разговор, после чего Свидетель №1 проследовал к автомобилю, на котором приехали, а Грачева осталась на месте и продолжила разговор с лицами, находящимися перед подъездом дома. В свою очередь, ФИО50, ФИО2 и Свидетель №7 также вернулись в автомобиль, где в салоне примерно в 17 ч. 25 минут Свидетель №1 добровольно выдал Свидетель №7 один бумажный сверток, оклеенный прозрачной лентой с порошкообразным веществом, пояснив при этом, что данное вещество он приобрел у Грачевой за 1000 рублей. По данному факту Свидетель №7 был составлен соответствующий протокол, подписанный всеми участвующими лицами. Данный бумажный сверток с порошкообразным веществом, Свидетель №7 поместил в полимерный пакет, горловину которого перевязал нитью, свободные концы которой оклеил бумажной биркой с пояснительной надписью и подписями участвующих лиц. После чего все участвующие лица проследовали в здание УМВД России по г. Воронежу. Далее все участвующие лица, включая ФИО4, который когда они приехали во двор дома, вместе с камерой находился недалеко от них, направились в кабинет № 223 здания УМВД России по городу Воронежу, где выдал техническое средство аудиозаписи «OLYMPUS», после чего Свидетель №7 был осуществлен осмотр технического средства, на котором была обнаружена одна запись, которая была прослушана и составлена стенограмма разговора. Данная запись была перенесена на компакт диск, который был упакован в полимерный пакет, горловина которого была перевязана нитью, свободные концы которой были оклеены бумажной биркой с пояснительной надписью и подписями всех участвующих лиц. После этого в 18 ч. 33 мин. сотрудником ФИО4 было выдано техническое средство видеозаписи «SONY» и Свидетель №7 в присутствии приглашенных граждан осмотрел указанное техническое средство, в ходе чего на нем была обнаружена одна видеозапись. Эта запись была перенесена Свидетель №7 с технического устройства на компакт диск, который был упакован в полимерный пакет, горловина которого была перевязана нитью, свободные концы которой были оклеены бумажной биркой с пояснительной надписью и подписями всех участвующих лиц, предварительно ее просмотрев (т. 1 л.д. 227-231). Свидетель ФИО2, показания которого оглашались судом по ходатайству прокурора и согласию сторон, давал показания, аналогичные показаниям свидетеля ФИО22 (т. 1 л.д. 222-226). Свидетель ФИО23 полностью подтвердил показания, данные на следствии и пояснил суду, что 12 августа 2016 года примерно в 14 часов 00 минут добровольно пришел в УМВД России по г.Воронежу и сообщил, что ему стала известна женщина, представляющаяся именем Грачева Надежда, которая длительное время осуществляет распространение наркотического средства героин. В ходе общения с наркозависимыми лицами ему стало известно, что каждый день примерно в период времени с 17 часов до 18 часов, у &lt;адрес&gt;, Грачева продает героин по цене 1000 рублей за 1 дозу, то есть «чек», при этом Грачева использует абонентский № для организации встреч с покупателями. На тот момент ему было известно, что 12.08.2016 г. примерно около 17 часов 30 минут Грачева будет осуществлять сбыт героина наркозависимым лицам у &lt;адрес&gt;. В связи с тем, что Свидетель №1 является бывшим наркоманом, резко осуждает лиц, распространяющих наркотики, и желает внести в клад в борьбу с наркотиками, он добровольно пришёл в УМВД России по г. Воронежу и сообщил информацию в отношении Грачевой. В ходе беседы с сотрудниками ОНК, ему было предложено участвовать в проведении оперативно-розыскного мероприятия «проверочная закупка» в роли закупщика в отношении Грачевой, на что он согласился. Через некоторое время в кабинет были приглашены двое граждан, которым было предложено принять участие при проведении ОРМ «проверочная закупка» в качестве присутствующих лиц, и наблюдать за всем происходящим, на что они согласились и им было предложено прийти в УМВД России по г. Воронежу к 15 часам 40 минутам. В условленное время данные граждане ФИО2 и ФИО51, пришли в кабинет № 223, где находился Свидетель №1, оперуполномоченные Свидетель №7 и ФИО52 при этом Свидетель №7 всем разъяснил суть планируемых мероприятий, а также права и обязанности всех участвующих лиц. После этого сотрудник Свидетель №7 в присутствии всех перечисленных лиц в 15 ч. 45 мин., представил к осмотру купюру 1000 рублей, которая предназначалась для закупки героина у Грачевой. В ходе осмотра с купюры была снята копия, на которой присутствующие лица расписались. После этого Свидетель №7 указал присутствующим гражданам на Свидетель №1 и пояснил, что он будет участвовать в роли «закупщика» наркотического средства героин у женщины, представляющейся Грачевой Надеждой. После этого Свидетель №7 произвёл мой досмотр, что бы у Свидетель №1 не было посторонних предметов, о чём был составлен соответствующий протокол с подписями присутствующих лиц. Так же Свидетель №7 передал ему ранее осмотренную денежную купюру 1000 рублей для закупки героина. По данному факту им так же был составлен соответствующий протокол, подписанный всеми участвующими лицами. После этого, с 16 ч. 30 мин. до 16 ч. 40 мин., в его присутствии, а также приглашенных граждан Свидетель №7 было осмотрено техническое устройство видеозаписи «SONY» для производства видеозаписи момента встречи с Грачевой Надеждой, а также факта сбыта наркотического средства. В ходе осмотра было установлено отсутствие каких-либо записей на техническом устройстве, после чего оно было передано оперуполномоченному ФИО4. По данному факту Свидетель №7 был составлен ещё один протокол, подписанный всеми участвующими лицами. Затем Свидетель №7 в его присутствии, а также приглашенных лиц было осмотрено техническое устройство аудиозаписи «OLYMPUS VN-6200PC» для производства записи разговора при проведении проверочной закупки. В ходе осмотра было установлено отсутствие каких-либо записей на техническом устройстве, после чего его передали Свидетель №1, о чем был составлен соответствующий протокол, подписанный всеми участвующими лицами. Далее примерно в 17 часов 02 минут, все участники мероприятия вышли во двор здания УМВД России по городу Воронежу, где в их присутствии Свидетель №7 был осмотрен служебный автомобиль &lt;данные изъяты&gt; г/н №. В ходе чего денежных средств, наркотиков, психотропных и ядовитых веществ, а также иных предметов и веществ, запрещенных действующим законодательством РФ к свободному гражданскому обороту, в указанном автомобиле обнаружено не было. По данному факту был составлен соответствующий протокол, подписанный участвующими лицами. Далее, примерно в 17 ч. 12 мин., все участвующие лица сели в осмотренный автомобиль &lt;данные изъяты&gt; и проследовали по маршруту: &lt;адрес&gt;, где остановились около &lt;адрес&gt;, в 20 метрах от подъезда дома. По договорённости Свидетель №1 вышел из машины и направился к первому подъезду вышеуказанного дома, приглашенные граждане и Свидетель №7 находились в непосредственной близости от него. Примерно в 10 метрах от подъезда дома находились двое мужчин и одна женщина, по внешним видимым признакам данные лица находились в состоянии наркотического опьянения. С одним из данных лиц он ранее был знаком, они вместе употребляли наркотические средства, его зовут ФИО54 по кличке «ФИО53», как его фамилия он не знает. Он поздоровался с ним и находился недалеко от данных лиц, так как по их разговорам он понял, что они ждут Грачеву. Примерно в 17 ч. 20 мин. со стороны &lt;адрес&gt; к ним подошла Грачева, и он поздоровался с ней за руку, при этом в момент рукопожатия он передал ей купюру 1000 рублей, полученную от оперативника. Купюру он передал Грачевой, путём рукопожатия, что бы скрыть явность своих намерений, по приобретению наркотика, для того что бы Грачева не заподозрила ничего. В этот момент он что-то сказал ей про товар, но конкретных слов не помнит, она ответила, что у неё всё с собой, после чего, Грачева достала из сумки кошелек, положила в него переданную им купюру и достала бумажный сверток, оклеенный прозрачной лентой с дозой героина, и передала его Свидетель №1. Также Грачева сказала, что он может всегда приобрести у неё героин, и что она почти ежедневно бывает в этом месте в это время и имеет при себе «товар», так же она сказала, чтобы в следующий раз он обязательно позвонил ей заранее по указанному телефону. Далее Свидетель №1 с переданным наркотиком проследовал к автомобилю, на котором приехали, а Грачева осталась на месте. Свидетель №7 с приглашенными гражданами проследовал за ним и, когда все сели в салон автомобиля, примерно в 17 ч. 25 мин. Свидетель №1 выдал Свидетель №7 переданный Грачевой бумажный сверток, оклеенный прозрачной лентой, с героином. По данному факту Свидетель №7 был составлен соответствующий протокол, подписанный всеми участвующими лицами. Данный бумажный сверток с героином Свидетель №7 поместил в полимерный пакет, горловину которого перевязал нитью, свободные концы которой оклеил бумажной биркой с пояснительной надписью и подписями участвующих лиц. После чего все участвующие лица проследовали в здание УМВД России по г. Воронежу, где в кабинете №223 в присутствии приглашенных граждан, в 17 ч. 55 мин. Свидетель №1 выдал техническое средство аудиозаписи «OLYMPUS VN-6200PC». Далее Свидетель №7 в присутствии приглашенных граждан был осуществлен осмотр технического средства, на котором была обнаружена одна запись, которая была прослушана и составлена стенограмма разговора. После чего запись была перенесена на компакт диск, который был упакован в полимерный пакет, горловина которого была перевязана нитью, свободные концы которой были оклеены бумажной биркой с пояснительной надписью и подписями всех участвующих лиц. После этого в 18 ч. 33 мин. сотрудником ФИО4 было выдано техническое средство видеозаписи «SONY». Которое было осмотрено Свидетель №7 в присутствии приглашенных граждан, в ходе чего на нем была обнаружена одна видеозапись, которая была перенесена с технического устройства на компакт диск, который был упакован в полимерный пакет, горловина которого была перевязана нитью, свободные концы которой были оклеены бумажной биркой с пояснительной надписью и подписями всех участвующих лиц. Свидетель ФИО55 пояснил суду, что проходит службу в отделе по борьбе с наркотиками УМВД России по г. Воронежу в должности оперуполномоченного, имеет специальное звание старший лейтенант полиции. В его обязанности, помимо прочих предусмотренных Федеральными законами «О полиции» и «Об оперативно-розыскной деятельности», согласно должностному регламенту, также входит борьба с незаконным оборотом наркотиков, в связи с чем, он выявляет лиц, незаконно хранящих и сбывающих наркотические средства и психотропные вещества, после чего документирует их преступную деятельность для дальнейшего привлечения к уголовной ответственности. В августе 2016 г. в ОНК УМВД России по г. Воронежу поступила оперативная информация, о том, что одна из наркоманок Ленинского района – Грачева Надежда, проживающая в &lt;адрес&gt;, распространяет героин среди наркоманов Ленинского района. В ходе проверки данной информации, она был подтверждена полностью, было выяснено, что Грачева действительно продаёт героин всем желающим по цене 1000 рублей за одну дозу, что составляет примерно массу 0,5 грамма героина. Кроме того, в ОНК УМВД России по г. Воронежу обратился гражданин Свидетель №1, который изъявил желание и стремление посодействовать в пресечении преступной деятельности Грачевой Н.С. Для документирования преступной деятельности последней, сотрудниками ОНК был разработан и осуществлён комплекс оперативно-розыскных мероприятий, в том числе «наблюдение», производство которого было поручено ФИО56 Целью данного мероприятия было документирование результатов другого оперативно-розыскного мероприятия – «проверочная закупка», в рамках которого Грачева должна была продать наркотик Свидетель №1. Когда всё необходимое для проведения мероприятия было готово, 12 августа 2016 года примерно в 17 ч. 12 мин. лица, участвующие в проведении ОРМ «проверочная закупка» на служебном автомобиле «Нива» под управлением ФИО57. проследовали по нужному адресу – во двор &lt;адрес&gt;, где «закупщик» Свидетель №1 вышел из машины и направился к первому подъезду вышеуказанного дома, при этом приглашенные граждане и оперуполномоченный ОНК УМВД России по г. Воронежу Свидетель №7, вышли из автомобиля и проследовали в сторону, для того чтобы быть в непосредственной близости от Свидетель №1 и не упускать его из вида. ФИО58. так же вышел из автомобиля и занял удобную позицию, чтобы документировать происходящее путём видеосъемки на выданную ему видеокамеру «Sony». Примерно 10 метрах от подъезда дома находились двое мужчин и одна женщина, по внешним видимым признакам данные лица находились в состоянии наркотического опьянения. Им проводилось наблюдение за окружающей обстановкой и видеозапись происходящего. За время нахождения Свидетель №1 на данном участке местности никто из посторонних лиц ему ничего не передавал и не принимал от него. Примерно в 17 ч. 19 мин. к данной группе лиц со стороны &lt;адрес&gt; подошла женщина, на вид которой было около 30 лет, рост около 170 см., среднего телосложения, волосы черные, одета в футболку белого цвета, брюки черного цвета, через плечо одета сумка черного цвета. Данную женщину он узнал как Грачеву Надежду Сергеевну. Примерно в 17 часов 20 минут к Грачевой подошел Свидетель №1, и между ними произошло рукопожатие, в ходе которого Свидетель №1 передал ей 1000 рублей за наркотики, после чего Грачева достала из сумки кошелек красного цвета и положила денежные средства в кошелек и передала Свидетель №1 героин. Далее между Свидетель №1 и Грачевой Н.С. состоялся непродолжительный разговор, после чего Свидетель №1 проследовал к автомобилю &lt;данные изъяты&gt;», г.н. №, а Грачева Н.С. осталась на месте и продолжила разговор с лицами, находящимися перед подъездом &lt;адрес&gt; г. ФИО4. На этом наблюдение было закончено. Далее участвующие в мероприятиях лица проследовали в УМВД России по г. Воронежу, где сделанная ФИО59 видеозапись была скопирована на оптический диск, который был упакован в полимерный пакет, горловина которого была перевязана нитью, свободные концы которой оклеены бумажной биркой с пояснительным текстом и подписями участвующих лиц. Показания, данные на следствии, он поддерживает. Свидетель Свидетель №7 пояснил суду, что он проходит службу в отделе по борьбе с наркотиками УМВД России по г. Воронежу в должности оперуполномоченного, имеет специальное звание старший лейтенант полиции. В его обязанности, помимо прочих предусмотренных Федеральными законами «О полиции» и «Об оперативно-розыскной деятельности», согласно должностному регламенту, также входит борьба с незаконным оборотом наркотиков, в связи с чем, он выявляет лиц, незаконно хранящих и сбывающих наркотические средства и психотропные вещества, после чего документирует их преступную деятельность для дальнейшего привлечения к уголовной ответственности. В августе 2016 г. в ОП №4 УМВД России по г. Воронежу поступила оперативная информация, о том, что Грачева Надежда Сергеевна, проживающая в &lt;адрес&gt;, является немедицинским потребителем героина, в связи с чем постоянно при себе имеет наркотик, то есть хранит его незаконно. В ходе проверки данной информации оперативным путём, она была подтверждена полностью, было выяснено, что при передвижении по г. Воронежу, Грачева действительно может хранить при себе героин. Для документирования преступной деятельности Грачевой, сотрудниками ОНК УМВД России по г. Воронежу, совместно с сотрудниками ОУР ОП №4 УМВД России по г. Воронежу было разработано и осуществлено оперативно-розыскные мероприятие «наблюдение», производство которого было поручено Свидетель №7. Целью данного мероприятия было документирование хранения наркотиков Грачевой. Во исполнение поставленной задачи, Свидетель №7 в соответствии с согласованным начальником УМВД России по г. Воронежу рапортом о проведении оперативно - розыскного мероприятия «наблюдение», осуществлялось негласное наблюдение на открытой местности, с целью проверки информации в отношении Грачевой Надежды Сергеевны ДД.ММ.ГГГГ года рождения, зарегистрированной и проживающей по адресу: &lt;адрес&gt; которая предположительно хранит при себе наркотическое средство - «героин». Наблюдение было начато в 20 часов 40 минут 18.04.2016 года. 18.04.2016 в 20 часов 55 минут у &lt;адрес&gt; проходила девушка, схожая по приметам с Грачевой Н.С., она выглядела следующим образом: славянской внешности, на вид, примерно 25-30 лет, полного телосложения, волосы средней длины темного цвета, рост около 175 см, одетая в сиреневую кофту и штаны темного цвета. В данной девушке Свидетель №7 узнал Грачеву Н.С. (по имеющейся у него информации, о её внешнем облике, физических данных и одежде). Грачева Н.С., судя по внешнему виду, находилась в состоянии наркотического опьянения. В этот момент к ней подошли оперативный сотрудник, понятые и дознаватель ОП № 4. На этом в 21 час 00 минут 18.04.2016 года наблюдение было закончено. Кроме того, в ОНК УМВД России по г. Воронежу обратился гражданин Свидетель №1, который изъявил желание и стремление посодействовать в пресечении преступной деятельности Грачевой Н.С. Для документирования преступной деятельности последней сотрудниками ОНК был разработан и осуществлён комплекс оперативно-розыскных мероприятий, в том числе «проверочная закупка», производство которого было поручено ему. Целью данного мероприятия было документирование преступных действий Грачевой, а именно продажа наркотика Свидетель №1. Для осуществления поставленной задачи по документированию преступной деятельности Грачевой Н.С., 12 августа 2016 года примерно в 15 часов 30 мин. в кабинет № 223, расположенный в здании УМВД России по г. Воронежу, по адресу: &lt;...&gt;, где находился Свидетель №1 были приглашены двое граждан: ФИО22 и ФИО2, которые должны были засвидетельствовать своим присутствием и подписью все проводимые действия и составляемые документы в ходе ОРМ «проверочная закупка». Всем была разъяснена суть планируемых мероприятий, а также права и обязанности принимающих участие в ОРМ граждан. После этого Свидетель №7 в присутствии приглашенных граждан в 15 ч. 45 мин. приступил к осмотру денежных средств в сумме 1000 рублей, которые предназначались для закупки наркотического средства героин, с данной денежной купюры он снял светокопию, которая была приобщена к результатам ОРД. По результатам осмотра денежных средств им был составлен соответствующий протокол, в котором в надлежащих местах расписались все участвовавшие лица. После этого он указал присутствующим гражданам на Свидетель №1 и пояснил, что он будет участвовать в роли «закупщика» наркотического средства героин у Грачевой Надежды. В 16 ч. 05 мин. Свидетель №7 провёл досмотр Свидетель №1, в ходе которого каких-либо денежных средств, наркотиков, психотропных и ядовитых веществ, а также иных предметов и веществ, запрещенных действующим законодательством РФ к свободному гражданскому обороту при нем обнаружено не было. Далее он передал Свидетель №1 ранее осмотренную денежную купюру 1000 рублей. По данному факту он также оформил соответствующий протокол, подписанный всеми участвующими лицами в надлежащих местах. Далее, в присутствии Свидетель №1 и приглашенных граждан с 16 ч. 30 мин. до 16 ч. 40 мин., Свидетель №7 осмотрел техническое устройство аудиозаписи «OLYMPUS VN-6200PC» для производства записи разговора при проведении проверочной закупки. В ходе осмотра было установлено отсутствие каких-либо записей на техническом устройстве, после чего он передал его Свидетель №1, о чем был составлен соответствующий протокол, подписанный всеми участвующими лицами в надлежащих местах. Далее Свидетель №7 с 16 ч. 42 мин. до 16 ч. 58 мин., в присутствии Свидетель №1, а также приглашенных граждан, осмотрел техническое устройство видеозаписи «SONY» для производства видеозаписи момента встречи Свидетель №1 с Грачевой Надеждой, а также факта сбыта наркотического средства. В ходе осмотра было установлено отсутствие каких-либо записей на техническом устройстве, после чего оно было передано оперуполномоченному ОНК УМВД России по г.Воронежу ФИО60. По данному факту он составил соответствующий протокол, подписанный всеми участвующими лицами в надлежащих местах. После этого, примерно в 17 часов 02 минуты, все участники мероприятия вышли во двор здания УМВД России по городу Воронежу, расположенного по адресу: &lt;адрес&gt;, где в присутствии Свидетель №1 и приглашенных граждан, он осмотрел доступные полости салона, багажное отделение, моторный отсек служебного автомобиля &lt;данные изъяты&gt;», г/н №. В ходе досмотра автомобиля денежных средств, наркотиков, психотропных и ядовитых веществ, а также иных предметов и веществ, запрещенных действующим законодательством РФ к свободному гражданскому обороту, в указанном автомобиле обнаружено не было. По данному факту был составлен соответствующий документ, подписанный участвующими лицами. Далее, примерно в 17 ч. 12 мин. все участвующие лица сели в осмотренный автомобиль «&lt;данные изъяты&gt;», г/н №, во дворе &lt;...&gt; причем, Свидетель №1 сел на заднее пассажирское место между двумя приглашенными гражданами, Свидетель №7 находился пассажирском сидении, а сотрудник ФИО4 А.А. находился за рулём. После этого вышеуказанный автомобиль проследовал по следующему маршруту: &lt;адрес&gt;, где остановился около &lt;адрес&gt;, примерно в 20 метрах от первого подъезда дома. Свидетель №1 вышел из машины и направился к первому подъезду вышеуказанного дома, приглашенные граждане вместе с Свидетель №7 вышли из машины и находились в непосредственной близости от Свидетель №1, не упуская его из вида. Примерно в 10 метрах от подъезда дома находились двое мужчин и одна женщина, по внешним видимым признакам данные лица находились в состоянии наркотического опьянения. Примерно в 17 ч. 19 мин. к данной группе лиц, со стороны &lt;адрес&gt;, подошла женщина, на вид которой было около 30 лет, рост около 170 см., среднего телосложения, волосы черные, одета в футболку белого цвета, брюки черного цвета, через плечо одета сумка черного цвета. По фотографии полученной оперативным путем данная женщина была опознана как Грачева Надежда Сергеевна, ДД.ММ.ГГГГ года рождения. Примерно в 17 часов 20 минут к ФИО1 подошел Свидетель №1 и передал ей денежные средства в сумме 1000 (одна тысяча) рублей, после чего Грачева достала из сумки кошелек красного цвета и положила денежные средства в кошелек, после чего достала из кошелька бумажный сверток оклеенный прозрачной лентой с порошкообразным веществом внутри и передала Свидетель №1 Далее между Свидетель №1 и Грачевой Н.С. состоялся непродолжительный разговор, после чего Свидетель №1 проследовал к автомобилю «&lt;данные изъяты&gt;», на котором участвующие лица приехали на место закупки, а Грачева Н.С. осталась на месте и продолжила разговор с лицами, находящимися перед подъездом &lt;адрес&gt;. В свою очередь Свидетель №7 вместе с приглашенными гражданами проследовал за Свидетель №1 В салоне ранее осмотренного автомобиля в присутствии приглашенных граждан в 17 ч. 25 мин. Свидетель №1 добровольно выдал один бумажный сверток, оклеенный прозрачной лентой с порошкообразным веществом, пояснив при этом, что данное вещество он приобрел у женщины представляющейся именем Грачева Надежда за денежные средства в сумме 1000 рублей. По данному факту Свидетель №7 был составлен соответствующий протокол, подписанный всеми участвующими лицами. Данные бумажный сверток с порошкообразным веществом, он поместил в полимерный пакет, горловину которого перевязал нитью, свободные концы которой оклеил бумажной биркой с пояснительной надписью и подписями участвующих лиц. После чего все участвующие лица проследовали в здание УМВД России по г. Воронежу. По прибытии все участвующие лица поднялись в каб. №223 здания УМВД России по городу Воронежу, расположенного по адресу: &lt;адрес&gt; где Свидетель №1 в присутствии приглашенных граждан, в 17 ч. 55 мин. выдал техническое средство аудиозаписи «OLYMPUS VN-6200PC». Далее Свидетель №7 в присутствии приглашенных граждан осуществил осмотр технического средства на котором была обнаружена одна запись, которая была прослушана и составлена стенограмма разговора. После чего запись была перенесена на компакт диск, который был упакован в полимерный пакет, горловина которого была перевязана нитью, свободные концы которой были оклеены бумажной биркой с пояснительной надписью и подписями всех участвующих лиц. После этого в 18 ч. 33 мин. сотрудником ФИО4 было выдано техническое средство видеозаписи «SONY». Свидетель №7 в присутствии приглашенных граждан осмотрел указанное техническое средство, в ходе чего на нем была обнаружена одна видеозапись. После этого он перенес видеозапись с технического устройства на компакт диск, который был упакован в полимерный пакет, горловина которого была перевязана нитью, свободные концы которой были оклеены бумажной биркой с пояснительной надписью и подписями всех участвующих лиц, предварительно ее просмотрев. Показания, данные на следствии, он поддерживает. Свидетель ФИО61 показания которой оглашались по ходатайству прокурора и согласию сторон, поясняла, что проходит службу в должности дознавателя ОП №4 УМВД России по г.Воронежу, имеет специальное звание старший лейтенант полиции. 18.04.2016 г. ФИО16 в рамках ОРМ «Наблюдение» была привлечена для осуществления досмотра женщины, в отношении которой была оперативная информация о том, что она хранит при себе наркотики. В вечернее время 18.04.2016 г. по указанию руководства, ФИО16 совместно с о/у ОУР ОП №4 УМВД России по г. Воронежу ФИО5, а также двумя девушками понятыми, которые были приглашены ФИО5, проследовали в указанном им направлении – к дому &lt;адрес&gt; который относится к территории обслуживания ОП №4 УМВД России по г. Воронежу. Предварительно, ФИО5, сообщил ФИО16 и понятым, что по имеющейся оперативной информации, около 21 часа 18.04.2016 г. в районе указанного дома, должна появиться наркоманка - Грачева Надежда, у которой при себе могут находится наркотические вещества, а именно героин. Так же он пояснил, что участвующие лица должны находится неподалёку от указанного дома и наблюдать за происходящим, то есть ожидать Грачеву Н.С. Примерно в 20 часов 55 минут в их поле зрения появилась девушка плотного телосложения, на вид примерно 25-30 лет, одетая в сиреневую кофту и чёрные штаны. По предварительно показанной ФИО5 фотографии ФИО62 поняла, что данная девушка – это Грачева Надежда. Далее по команде ФИО5 они подошли к данной девушке и представились, то есть предъявили служебные удостоверения и назвали свои должности и фамилии. Далее ФИО63 предложила девушке назвать свои данные, и она представилась как Грачева Надежда Сергеевна ДД.ММ.ГГГГ года рождения, после чего ФИО64 задала ей вопрос о том, находится ли при ней запрещённые к гражданскому обороту на территории РФ предметы, такие как наркотики, оружие, или психотропные вещества. На данный вопрос Грачева ответила отрицательно, после чего ей было сообщено, что сейчас будет проводиться её личный досмотр и для этого присутствуют две гражданские девушки, то есть представители общественности. В ходе досмотра Грачевой, в правом переднем кармане кофты, надетой на ней был обнаружен газетный свёрток в котором находилось порошкообразное вещество бежевого цвета. После того как вещество было обнаружено, Грачева пояснила, что это героин и что она нашла его в пачке из под сигарет на углу &lt;адрес&gt;, не далеко от того места где проводился досмотр. Далее обнаруженный свёрток с порошкообразным веществом был изъят и упакован в прозрачный полимерный пакет, горловина которого перевязана нитью, свободные концы которой оклеены бумажной биркой с пояснительным текстом и подписями участвующих лиц (т. 1 л.д. 76-79). Свидетель Свидетель №4 показания которой оглашались по ходатайству прокурора и согласию сторон, поясняла, что 18.04.2016 года, примерно в 19 часов 50 минут, она находилась рядом с магазином «&lt;данные изъяты&gt;» у &lt;адрес&gt;. В этот момент к ней подошел мужчина, который предъявил служебное удостоверение сотрудника полиции. Данный сотрудник полиции был в гражданской форме одежды и представился оперуполномоченным ОУР ОП № 4 УМВД России по г. Воронежу старшим лейтенантом ФИО5. После этого ФИО5 предложил ФИО20 поучаствовать в качестве представителя общественности при проведении оперативно-розыскного мероприятия «наблюдение». Она согласилась и проследовала с сотрудником полиции ФИО5 в помещение ОП № 4 УМВД России по г. Воронежу, по адресу: &lt;...&gt;, а именно в кабинет № 17. который расположен на 1 этаже здания ОП № 4 УМВД России по г. Воронежу. Позже в данный кабинет зашла еще одна девушка, которую ФИО65 представили как вторую гражданскую девушку. Так же ФИО66 представили дознавателя ОД ОП № 4 УМВД России по г. Воронежу Свидетель №5 и сообщили, что согласно поступившей информации в отделение уголовного розыска ОП № 4 УМВД России по г. Воронежу, гражданка Грачева Надежда Сергеевна ДД.ММ.ГГГГ г.р., употребляет наркотики и в период времени с 20.40 до 21. 30 часов 18.04.2016 года будет находиться рядом с домом &lt;адрес&gt; и хранить при себе наркотическое средство «героин». ФИО67 и второй девушке описали приметы Грачевой Н.С. После этого, они все вышли из кабинета № 17, а затем и из здания отдела полиции № 4 УМВД России по г. Воронежу и направились в сторону &lt;адрес&gt;. Спустя 15-20 минут, они все находились рядом с домом &lt;адрес&gt;, на автомобильной стоянке, расположенной рядом с магазином «Пятью-Пять» по адресу: &lt;адрес&gt; Через некоторое время сотрудник полиции обратил внимание на девушку, ростом примерно 170-175 см., которая была одета в сиреневую кофту и штаны темного цвета. ФИО68 и второй понятой сотрудник полиции пояснил, что данная девушка - Грачева Надежда Сергеевна. В это время сотрудники сказали ФИО69 и второй девушке идти за ними и наблюдать за происходящим, что они и сделали. Вместе с сотрудниками полиции подошли к данной девушке, и ФИО70 увидела, как один из них предъявил ей служебное удостоверение. Сотрудник полиции ФИО5 попросил данную девушку представиться и предъявить документы, удостоверяющие ее личность, на что данная девушка ответила, что документов при себе у нее нет и представилась как Грачева Надежда Сергеевна ДД.ММ.ГГГГ г.р. проживающая по адресу: &lt;адрес&gt; После этого сотрудник полиции ФИО71 задала вопрос Грачевой Н.С. имеются при ней наркотические средства, психотропные вещества и иные предметы, запрещенные к свободному гражданскому обороту, на что гр. Грачева стала проявлять характерные признаки беспокойства, засунула руки в карманы, после чего пояснила, что каких - либо запрещенных предметов и средств при ней и в ее вещах нет. Далее ФИО72 пояснила Грачевой, что сейчас будет проводить ее личный досмотр. Перед началом личного досмотра, дознаватель ФИО73 разъяснила Грачевой и всем присутствующим права и обязанности. В ходе проведения личного досмотра Грачевой в ее сиреневой кофте, а именно в правом переднем накладном кармане был обнаружен и изъят газетный сверток, к котором находилось порошкообразное вещество бежевого цвета. После этого Грачева пояснила, что данное вещество является наркотическим - героин, и что она его нашла случайно на углу &lt;адрес&gt; 18.04.2016 года. Изъятый газетный сверток с вышеуказанным веществом был упакован в полимерный пакет, горловину которого перевязали нитью, концы которой оклеили бумажной биркой с пояснительной надписью, на которой расписалась ФИО20 и остальные участвующие лица, на бирку также нанесли пояснительную надпись и оттиск печати. Далее были составлены протоколы личного досмотра и изъятия вещей и документов, в которых в надлежащих местах участвующие лица поставили свои подписи (т. 1 л.д. 80-83). Свидетель Свидетель №6 давала показания, аналогичные показаниям свидетеля Свидетель №4 и они были оглашены в судебном заседании по ходатайству прокурора и согласию сторон (т. 1 л.д. 84-87). Свидетель ФИО27 показания которой оглашались по ходатайству прокурора и согласию сторон, поясняла, что 15.03.2016 г. она была приглашена сотрудниками УФСКН России по &lt;адрес&gt; в качестве понятого для участия в проведении личного досмотра гражданина, у которого предположительно может находиться наркотическое средство. В связи с тем, что у нее было свободное время, и ей было это интересно, то она согласилась. После этого 15.03.2016 примерно в 18.25 она, вторая понятая ФИО28 и сотрудники УФСКН, фамилии которых она в настоящее время не помнит, но на тот момент они ей представлялись, и она знала их фамилии, имена, отчества, на служебном автомобиле проехали к &lt;адрес&gt;, где сотрудник УФСКН остановил автомобиль, при этом пояснил, что по имеющейся информации в районе указанного дома находится тайник с наркотическим средством, предназначенным для сбыта, и им необходимо дождаться, когда появится лицо, которое будет забирать данное наркотическое средство. Примерно в 18.40 сотрудник УФСКН указал ей и ФИО28 на ранее незнакомую женщину, которая направлялась от &lt;адрес&gt;, при этом была одета в кожаную куртку черного цвета, меховую жилетку черного цвета и джинсы синего цвета, а на ногах были кроссовки белого цвета. На вид указанной женщине было примерно 25-30 лет. Сотрудник УФСКН пояснил им, что у этой женщины возможно при себе имеется наркотическое средство. Данная женщина шла от д.58 по ул. Кривошеина г. Воронежа в сторону д.60 по данной улице. После этого она, ФИО28 и два сотрудника УФСКН, из которых одна была женщина вышли из автомобиля и проследовали к увиденной ранее женщине. Когда они подошли к указанной женщине, то сотрудники УФСКН предъявили служебные удостоверения и представились, после чего попросили женщину назваться, и женщина представилась как Грачева Надежда Сергеевна. Затем сотрудник УФСКН сказал Грачевой Н.С., что у него имеются основания полагать, что у Грачевой Н.С. при себе находится наркотическое средство, в связи с чем второму сотруднику УФСКН – женщине необходимо произвести личный досмотр. Грачева Н.С. согласилась, после чего все проследовали в стоящий рядом автомобиль «Лада». В данном автомобиле сотрудник УФСКН - женщина пояснила, что будет проведён личный досмотр Грачёвой Н.С. на предмет наличия наркотических средств. Далее разъяснила всем участникам досмотра права и обязанности и предложила Грачёвой Н.С. добровольно выдать имеющиеся при Грачевой наркотики, а также иные запрёщенные к гражданскому обороту предметы и вещества. После этого Грачёва Н.С. сказал, что в левом внешнем кармане своей кожаной куртки находятся два фольгированных свертка с наркотическим средством героин, и добровольно выдала вышеуказанные фольгированные свертки с содержимым. Также Грачева Н.С. из того же кармана кожаной куртки достала квитанцию, свидетельствующую о переводе денежных средств в размере 7800 рублей на счет «QIWI кошелька» и мобильный телефон «NOKIA». В ходе дальнейшего досмотра Грачёвой Н.С. ничего запрещенного в гражданском обороте обнаружено не было. Затем фольгированные свертки с содержимым были упакованы в полимерный пакет №1, горловина которого была перевязана нитью, концы которой были опечатаны биркой с пояснительным текстом, где все участвующие лица расписались. Квитанция была упакована в полимерный пакет №2, горловина которого была перевязана нитью, концы которой были опечатаны биркой с пояснительным текстом, где все участвующие лица расписались. Мобильный телефон «NOKIA» был упакован в полимерный пакет №3, горловина которого была перевязана нитью, концы которой были опечатаны биркой с пояснительным текстом, где все участвующие лица расписались. По факту досмотра и изъятия вышеуказанных предметов у Грачёвой Н.С. были составлены соответствующие протоколы, в которых все участвующие лица расписались. Также Грачева Н.С. в ходе досмотра пояснила, что в изъятых у неё фольгированных свертках находится наркотическое средство - героин, которое 15.03.2016 забрала из тайников, расположенных по следующим адресам : 1) под стеклянными бутылками, лежащими на земле у деревянного забора расположенного у &lt;адрес&gt; 2) за адресной табличкой с текстом &lt;адрес&gt;, расположенной на заборе вышеуказанного дома, при этом местонахождение данных тайников ей сообщила женщина по имени Наташа. Также Грачева Н.С. пояснила, что женщина по имени Наташа сообщила ей местонахождение вышеуказанных тайников только после перечисления на счет «QIWI кошелька», денежных средств в сумме 7800 рублей. Кроме того, Грачева Н.С. пояснила, что вышеуказанное наркотическое средство - героин приобрела для личного потребления (т. 3 л.д. 1-6). Свидетель ФИО28 дала показания, аналогичные показаниям свидетеля ФИО27 и они оглашались по ходатайству прокурора и согласию сторон (т. 3 л.д. 7-11). Свидетель ФИО18, показания которого оглашались по ходатайству прокурора и согласию сторон, пояснял, что до 31 мая 2016 года он являлся оперуполномоченным 5 отдела оперативной службы управления Федеральной Службы Российской Федерации по контролю за оборотом наркотиков по Воронежской области. В настоящее время он является оперуполномоченным УНК ГУ МВД России по Воронежской области. 02.02.2016 в оперативную службу Управления ФСКН России по Воронежской области поступила информация, о том, что на территории г. Воронеж действует преступная группа, осуществляющая незаконный сбыт наркотического средства героин. 14.03.2016 ФИО74 согласно имеющейся у него информации рапортом доложил о том, что в районе &lt;адрес&gt; двумя лицами мужчиной азиатской внешности и женщиной славянской внешности был сформирован тайник возможно с наркотическим средством героин. 15.03.2016 примерно в 18 часов 25 минут он по указанию начальника 5 отдела ОС УФСКН России по Воронежской области майора полиции ФИО29 совместно с оперуполномоченной ФИО6 и двумя гражданскими лицами приглашенными ими в качестве понятых на служебном автомобиле &lt;данные изъяты&gt; государственный регистрационный знак № прибыл к дому &lt;адрес&gt;. Примерно в 18 часов 40 минут к адресной табличке «&lt;адрес&gt;» подошла женщина славянской внешности, 25-30 лет, высокого роста, одетая в кожаную куртку черного цвета, меховую жилетку черного цвета, джинсы синего цвета, кроссовки белого цвета, которая достала из-за вышеуказанной таблички фольгированный сверток с содержимым. Данный сверток женщина положила в левый внешний карман своей куртки, после чего стала уходить. В это время он, ФИО6, и двое понятых ФИО27 и ФИО28 вышли из служебного автомобиля и подошли к указанной девушке, которую пригласили пройти в служебный автомобиль, поскольку имеется информация, что при женщине могут находиться наркотические вещества. Девушка добровольно прошла с ними в автомобиль, после чего он остался на улице, а ФИО6 провела личный досмотр женщины, в ходе которого как ему впоследствии стало известно, в левом внешнем кармане куртки женщины, ФИО6 обнаружила вещество похожее на героин. Обнаруженное вещество протоколом изъятия вещей и документов ФИО6 было изъято. Данной девушкой оказалась гражданка Грачева Надежда Сергеевна ДД.ММ.ГГГГ года рождения жительница &lt;адрес&gt;. При личной беседе с Грачевой Н.С., последняя пояснила ему, что изъятое вещество является героином, который приобрела бесконтактным способом для личного потребления. Также при себе у Грачевой Н.С. была квитанция о переводе денег за героин, которая также была изъята. 15.03.2016 в рамках дела об административном правонарушении им была назначена физико-химическая экспертиза, по заключению которой вещество, находящееся в фольгированных свертках, изъятых в ходе проведения личного досмотра Грачевой Н.С. 15.03.2016 является наркотическим средством героин общей массой 8,290 грамма. 16.03.2016 он рапортом доложил об обнаружении признаков преступления. Впоследствии в рамках ОРМ ему стало известно, что закладку с наркотическим веществом осуществили ФИО7 ДД.ММ.ГГГГ года рождения и ФИО8 ДД.ММ.ГГГГ года рождения (т. 3 л.д. 12-15). Свидетель ФИО6, показания которой оглашались по ходатайству прокурора и согласию сторон, поясняла, что до 31 мая 2016 года она работала в должности оперуполномоченного 7 группы оперативной службы управления Федеральной Службы Российской Федерации по контролю за оборотом наркотиков по Воронежской области. В настоящее время она является оперуполномоченной УНК ГУ МВД России по Воронежской области. 15.03.2016 согласно указанию начальника в 18 часов 25 минут она совместно с оперуполномоченным ФИО18 на служебном автомобиле «&lt;данные изъяты&gt;» государственный регистрационный знак № регион прибыла к дому &lt;адрес&gt;. Примерно в 18 часов 40 минут к адресной табличке «&lt;адрес&gt;» подошла женщина лет 25-30, высокого роста, в кожаной куртке черного цвета, меховой жилетке черного цвета, джинсах синего цвета, кроссовках белого цвета, которая достала из-за вышеуказанной таблички фольгированный сверток с содержимым. Данный сверток женщина положила в левый внешний карман своей куртки. После чего она, ФИО18 и двое понятых ФИО27 и ФИО28 вышли из служебного автомобиля и подошли к указанной девушке, которую пригласили пройти с ними в служебный автомобиль, поскольку у них имелась информация, что при девушке находиться наркотическое средство. Девушка добровольно прошла с ними в автомобиль, а ФИО18 остался стоять у автомобиля. Находясь в указанном служебном автомобиле она выяснила имя данной девушки, и ей оказалась - Грачева Надежда Сергеевна ДД.ММ.ГГГГ года рождения жительница г&lt;адрес&gt;. Затем в 18 часов 45 минут ей был начат личный досмотр Грачевой Н.С. и досмотр вещей, находящихся при Грачевой Н.С., о чем ей был составлен соответствующий протокол. Перед началом досмотра Грачевой Н.С. она разъяснила Грачевой Н.С. право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предусмотренными КоАП РФ. От Грачевой Н.С. никаких заявлений и ходатайств не поступило. Затем в присутствии понятых, которым она разъяснила права и обязанности, предусмотренные ст. 25.7 КоАП РФ, в том числе обязанность удостоверить факт совершения процессуальных действий, их содержание и результаты, а также право делать замечания по поводу совершаемых действий, в составляемый настоящий протокол, в служебном автомобиле «&lt;данные изъяты&gt;» государственный регистрационный номер № регион, стоящем у &lt;адрес&gt; был произведен личный досмотр Грачевой Н.С. ДД.ММ.ГГГГ года рождения. Перед проведением досмотра она предложила Грачевой Н.С. добровольно выдать предмет административного правонарушения. На что Грачева Н.С. заявила, что в левом нагрудном кармане надетой на ней куртки, находятся два фольгированных свертка с героином и платежная квитанция, которые Грачева Н.С. добровольно предъявила. По поводу добровольно выданного Грачева Н.С. пояснила, что героин приобрела 15.03.2016, перечислив на «Киви-кошелек» с номером № через платежный терминал денежные средства в сумме 7800 рублей. Место нахождение тайника Грачева Н.С. узнала, созвонившись с девушкой по номеру №, которая и указала, что наркотик будет находиться за адресной табличкой «&lt;адрес&gt;». Протокол личного досмотра был прочитан всеми участвовавшими лицами лично, затем подписан всеми лицами. Досмотр был окончен в 19 часов 10 минут. Далее ей в указанном служебном автомобиле был составлен протокол изъятия вещей и в ходе, которого в присутствии тех же понятых, которым она разъяснила права и обязанности, предусмотренные ст. 25.7 КоАП РФ, произвела изъятие у Грачевой Н.С. предметов административного правонарушения, а именно были изъяты два фольгированных свертка с содержимым, которые были упакованы в один прозрачный полимерный пакет, горловина которого перевязана нитью, концы которой опечатаны бумажной биркой с пояснительным текстом, подписями участвующих лиц, оттиском печати «Для пакетов» УФСКН России по ВО, квитанция от 15.03.2016 на сумму 7800 рублей, упакована в прозрачный полимерный пакет, горловина которого перевязана нитью, концы которой опечатаны бумажной биркой с пояснительным текстом, подписями участвующих лиц, оттиском печати «Для пакетов» УФСКН России по ВО, мобильный телефон «Nokia» который был упакован в прозрачный полимерный пакет, горловина которого перевязана нитью, концы опечатаны бумажной биркой с пояснительным текстом, подписями участвующих лиц, оттиском печати «Для пакетов» УФСКН России по ВО. Впоследствии ей стало известно, что закладку с героином, которую приобрела Грачева Н.С., осуществили ФИО7 ДД.ММ.ГГГГ года рождения и ФИО8 ДД.ММ.ГГГГ года рождения (т. 3 л.д. 20-23). Свидетель ФИО30, показания которой оглашались по ходатайству прокурора и согласию сторон, поясняла, что он работает в должности оперуполномоченного 5 отдела ОС Управления ФСКН России по Воронежской области. В его должностные обязанности входит выявление и пресечение преступлений, связанных с незаконным оборотом наркотических средств, психотропных, сильнодействующих, а также ядовитых веществ. Ему совместно со старшим оперуполномоченным 5 отдела ОС Управления ФСКН России по Воронежской области капитаном полиции ФИО31, по указанию его непосредственного руководства, в соответствии с постановлением о проведении оперативно-розыскного мероприятия «наблюдение», было поручено проведение негласного наблюдения, с целью проверки оперативной информации о том, что 14 марта 2016 года в период времени с 19 часов 00 до 20 часов 00 минут в районе &lt;адрес&gt; неустановленный мужчина совместно с неустановленной женщиной будут оборудовать тайник с наркотическим средством. Наблюдение начато 14 марта 2016 года в 19 часов 00 минут у &lt;адрес&gt;. 14 марта 2016 года, примерно в 19 часов 23 минут к табличке с текстом «&lt;адрес&gt;» расположенной на заборе вышеуказанного дома, находящегося напротив &lt;адрес&gt; подошли мужчина и женщина. Приметы мужчины: на вид 25-30 лет, худощавого телосложения, рост 175-180 см, волосы черного цвета с залысинами, азиатской внешности, был одет в куртку синего цвета с капюшоном с белой окантовкой, джинсы синего цвета, ботинки черного цвета. Приметы женщины: на вид 25-30 лет, среднего телосложения, рост 170-175 см, волосы длинные светло-рыжего цвета, славянской внешности, была одета в пальто серого цвета с ремнём на поясе, синие джинсы, ботинки коричневого цвета. После чего в 19 часов 25 минут 14 марта 2016 года вышеуказанный мужчина, настороженно оглядевшись по сторонам, положил за табличку с текстом «&lt;адрес&gt;» расположенной на заборе вышеуказанного дома, находящегося напротив &lt;адрес&gt;, фольгированный свёрток. Женщина в это время находилась рядом, смотрела по сторонам и говорила что-то в мобильный телефон. После этого вышеуказанные лица направились в сторону ул. Ворошилова г. Воронежа и скрылись из их поля зрения. Он сможет опознать указанных им мужчину и женщину по приметам, о которых он сообщил выше. Они сообщили своему непосредственному руководителю информацию о том, что, за табличкой с текстом «&lt;адрес&gt;», расположенной на заборе вышеуказанного дома, находящегося напротив &lt;адрес&gt; неустановленные лица оборудовали тайник, в котором, возможно, хранится наркотическое средство героин. Далее они продолжили наблюдение за вышеуказанным местом с целью установления лиц, намеривающихся приобрести закладку, предположительно, с наркотическим средством героин. 15 марта 2016 года, примерно в 18 часов 25 минут, они увидели, что к дому № &lt;адрес&gt;, на служебном автомобиле &lt;данные изъяты&gt; г.р.з. № рег., подъехали младший оперуполномоченный 5 отдела ОС УФСКН России по Воронежской области старший лейтенант полиции ФИО18, оперуполномоченный 7 группы ОС УФСКН России по Воронежской области старший лейтенант полиции ФИО6 и двое гражданских лиц. 15 марта 2016 года, примерно в 18 часов 40 минут со стороны &lt;адрес&gt; к табличке с текстом «&lt;адрес&gt;» расположенной на заборе вышеуказанного дома, находящегося напротив &lt;адрес&gt;, подошла женщина, на вид 25-30 лет, рост 175-180 см, одета в кожаную куртку чёрного цвета, меховую жилетку чёрного цвета, джинсы синего цвета, обута в кроссовки белого цвета, внешне похожа на лицо, употребляющее наркотические средства. Указанная женщина достала из-за вышеуказанной таблички с текстом «&lt;адрес&gt;» фольгированный свёрток с содержимым. Данный свёрток женщина положила в левый внешний карман надетой на ней куртки. После этого указанная женщина направилась вдоль &lt;адрес&gt; в сторону &lt;адрес&gt;, расположенного по вышеуказанной улице. В этот момент они позвонили ФИО18 и сообщили о происходящем. После чего к указанной женщине подошли сотрудники наркоконтроля ФИО18, ФИО6 и двое гражданских лиц. На этом 15 марта 2016 года примерно в 18 часов 45 минут наблюдение было закончено (т. 2 л.д. 149-151). Помимо вышеприведенных доказательств в подтверждение вины Грачёвой Н.С., она подтверждается совокупностью письменных доказательств, также исследованных в судебном заседании, а именно: - рапортом об обнаружении признаков преступления от 22.04.2016 г. (т. 1 л.д. 42); - актом наблюдения от 18.04.2016 г. (т. 1 л.д. 50); - протоколом личного досмотра лиц и досмотра их вещей (т. 1 л.д. 51-52); - протоколом изъятия вещей и документов (т. 1 л.д. 53-54); - справкой об исследовании № 677 от 20.04.2016 г. (т. 1 л.д. 66); - заключением эксперта № 2762 от 09.06.2016 г. (т. 1 л.д. 69-70); - протоколом осмотра предметов от 21.07.2016 г. (т. 1 л.д. 88-90); - постановлением о признании и приобщении к уголовному делу вещественных доказательств (т. 1 л.д. 31); - рапортом об обнаружении признаков преступления от 16.08.2016 г. (т. 1 л.д. 115); - постановлением о проведении проверочной закупки от 12.08.2016 г. (т. 1 л.д. 124-125); - протоколом осмотра и передачи технического средства видеозаписи, предназначенного для негласного использования в ходе проверочной закупки от 12.08.2016 г. (т. 1 л.д. 132-133); - актом проведения оперативно-розыскного мероприятия «наблюдение» от 12.08.2016 г. (т. 1 л.д. 138); - заявлением ФИО23 от 12.08.2016 г. (т. 1 л.д. 139); - актом проведения оперативно-розыскного мероприятия «проверочная закупка» (т. 1 л.д. 142-145); - протоколом изъятия технического средства и просмотра видеозаписи, осуществлявшейся в ходе проверочной закупки от 12.08.2016 г. (т. 1 л.д. 151-152); - справкой об исследовании № 1449 от 15.08.2016 г. (т. 1 л.д. 154); - протоколом задержания подозреваемой Грачёвой Н.С. от 18.08.2016 г. (т. 1 л.д. 176-179); - протоколом предъявления лица для опознания от 18.08.2016 г. (т. 1 л.д. 185-188); - заключением эксперта № 4507 от 06.09.2016 г. (т. 2 л.д. 4-5); - заключением эксперта № 4473 от 02.09.2016 г. (т. 2 л.д. 10-11); - заключением эксперта № 5178 от 07.10.2016 г. (т. 2 л.д. 17-19); - протоколом осмотра предметов от 11.10.2016 г. (т. 2 л.д. 21-22); - постановлением о признании и приобщении к уголовному делу вещественных доказательств от 11.10.2016 г. (т. 2 л.д. 23-24); - протоколом осмотра предметов от 06.11.2016 г. (т. 2 л.д. 26-27); - протоколом осмотра предметов от 14.11.2016 г. (т. 2 л.д. 31-34); - постановлением о признании и приобщении к уголовному делу вещественных доказательств от 14.11.2016 г. (т. 2 л.д. 35); - рапортом об обнаружении признаков преступления от 17.10.2016 г. (т. 2 л.д. 69); - заключением эксперта № 443/НС от 15.03.2016 г. (т. 2 л.д. 113-117); - протоколом осмотра предметов от 20.09.2016 г. (т. 2 л.д. 173-188); - постановлением о признании и приобщении к уголовному делу вещественных доказательств от 20.09.2016 г. (т. 2 л.д. 189); - протоколом осмотра предметов от 20.09.2016 г. (т. 2 л.д. 190-197); - постановлением о признании и приобщении к уголовному делу вещественных доказательств от 20.09.2016 г. (т. 2 л.д. 198-203); - протоколом осмотра предметов от 28.09.2016 г. (т. 2 л.д. 206-224); - постановлением о признании и приобщении к уголовному делу вещественных доказательств от 28.09.2016 г. (т. 2 л.д. 225); - заключением эксперта №449/НС от 30.03.2016 г. (т. 2 л.д. 230-234); - заключением эксперта № 3944 от 26.08.2016 г. (т. 2 л.д. 240-244). Анализируя в совокупности исследованные в ходе судебного следствия доказательства, суд находит вину Грачевой Н.С. доказанной. При этом, её действия суд квалифицирует по эпизоду от 15.03.2016 г. - по ч. 2 ст. 228 УК РФ , как незаконные приобретение, хранение без цели сбыта наркотических средств в крупном размере, по эпизоду от 18.04.2016 г. - по ч. 1 ст. 228 УК РФ , как незаконные приобретение, хранение без цели сбыта наркотических средств, в значительном размере, по эпизоду от 12.08.2016 г. - по п. «б» ч. 3 ст. 228.1 УК РФ , как незаконный сбыт наркотического средства в значительном размере, по эпизоду от 12.08.2016 г. - по ч. 2 ст. 228 УК РФ , как незаконные приобретение, хранение без цели сбыта наркотических средств в крупном размере. Доказательства, исследованные в судебном заседании и приведенные в настоящем судебном документе в подтверждение вины Грачёвой Н.С., суд считает достоверными, допустимыми, добытыми в строгом соответствии с действующими нормами уголовного и уголовно-процессуального закона и достаточными для вынесения обвинительного приговора, поскольку они соответствуют требованиям, изложенным в ст. 88 УПК РФ . При назначении наказания суд учитывает характер и степень общественной опасности совершенных Грачёвой Н.С. преступлений, относящихся к категории небольшой тяжести, тяжких и особо тяжкого. Совершение преступления впервые, признание ею своей вины, раскаяние в содеянном, наличие малолетнего ребёнка, наличие хронических заболеваний - гастрита и гепатита С, а также активное способствование раскрытию и расследованию преступления по каждому из эпизодов, суд на основании ст. 61 УК РФ , относит к обстоятельствам, смягчающим наказание подсудимой. Обстоятельств, отягчающих наказание Грачёвой Н.С., судом не установлено. По эпизоду от 18.04.2016 г. суд не принимает во внимание в качестве отягчающего наказания обстоятельства совершение преступления в состоянии наркотического опьянения, поскольку отсутствует причинно – следственная связь между опьянением Грачевой Н.С. и совершением ею преступного деяния. Вместе с тем, судом принимается во внимание семейное положение подсудимой, которая не замужем, является матерью – одиночкой и имеет малолетнего ребёнка - Грачёву Ксению Романовну, ДД.ММ.ГГГГ г.р., учитывается возраст подсудимой, условия ее жизни, общее состояние здоровья &lt;данные изъяты&gt;, состояние здоровья ее близких родственников, &lt;данные изъяты&gt;, а также её положительно характеризующие данные по месту жительства. &lt;данные изъяты&gt; &lt;данные изъяты&gt; С учетом вышеизложенных обстоятельств, а также учитывая характер и повышенную степень общественной опасности совершенных преступлений, относящихся к категориям небольшой, тяжких и особо тяжкого преступлений, связанных с незаконным оборотом наркотических средств, в целях восстановления социальной справедливости, а также в целях исправления осужденной и предупреждения совершения ею новых преступлений, суд считает не возможным назначение Грачевой Н.С. условного наказания в соответствии со ст. 73 УК РФ и полагает необходимым назначить ей наказание в виде реального лишения свободы, поскольку именно оно станет способствовать её исправлению и перевоспитанию. Обсуждая вопрос о возможности применения ст. 64 УК РФ при назначении наказания по ст. ч.2 и ст. 228.1 ч.3 п. «б» УК РФ, суд считает возможным назначить Грачевой Н.С. наказание ниже низшего предела. Как указывалось выше в данном приговоре, она впервые привлекается к уголовной ответственности, характеризуется положительной, осознала противоправный характер своих действий, вину признала полностью, искренне раскаялась в содеянном, сожалеет о случившемся, активно способствовала раскрытию и расследованию преступления, имеет малолетнюю дочь, а с учетом ее поведения в суде и в ходе следствия, направленного на установление истины по делу, с учетом отношения к содеянному, отсутствия отягчающих наказание обстоятельств, поведения после совершения преступлений, по мнению суда, в совокупности существенно уменьшают степень общественной опасности и дают суду основания для признания их исключительными и назначения наказания Грачевой Н.С. ниже низшего предела, предусмотренного санкциями ст. ч.2 и ст. 228.1 ч.3 п. «б» УК РФ, на основании ст. 64 УК РФ . Наказание Грачёвой Н.С. подлежит назначению с учетом требований ч. 1 ст. 62 УК РФ , предусматривающей правила назначения наказания при наличии смягчающих обстоятельств и отсутствии отягчающих, при которых срок или размер наказания не может превышать двух третей максимального срока или размера наказания, предусмотренного соответствующей статьей особенной части Уголовного кодекса Российской Федерации. Помимо того, с учетом фактических обстоятельств преступлений и их степени общественной опасности, суд не находит оснований для изменения категории преступлений на менее тяжкую, в соответствии с ч.6 ст. 15 УК РФ . Одновременно, суд считает возможным по настоящему уголовному делу не применять к подсудимой дополнительные наказания в виде в виде штрафа и ограничения свободы, предусмотренные санкциями ч. 2 ст. и ч. 3 ст. 228.1 УК РФ . В соответствии со ст. ч. 1 п. «б» УК РФ суд считает необходимым для отбывания наказания осужденной определить исправительную колонию общего режима. На основании изложенного и руководствуясь ст.ст. - 309 УПК РФ , суд приговорил: Признать виновной Грачёву Надежду Сергеевну в совершении преступлений, предусмотренных ч. 2 ст. , ч. 1 ст. , п. «б» ч. 3 ст. 228.1 , ч. 2 ст. 228 УК РФ , и назначить ей следующее наказание: - по ч. 2 ст. 228 УК РФ (по эпизоду от 15.03.2016 г.), с применением ст. 64 УК РФ , в виде лишения свободы сроком на 02 (два) года; - по ч. 1 ст. 228 УК РФ (по эпизоду от 18.04.2016 г.) в виде лишения свободы сроком на 01 (один) год; - по п. «б» ч. 3 ст. 228.1 УК РФ ( по эпизоду от 12.08.2016 г.), с применением ст. 64 УК РФ , в виде лишения свободы сроком на 04 (четыре) года; - по ч. 2 ст. 228 УК РФ ( по эпизоду от 18.08.2016 г.), с применением ст. 64 УК РФ , в виде лишения свободы сроком на 02 (два) года. На основании ст. ч. 3 УК РФ, по совокупности преступлений, путем частичного сложения назначенных наказаний, окончательно к отбытию назначить наказание в виде в виде лишения свободы сроком на 04 (четыре) года 06 (шесть) месяцев с отбыванием наказания в исправительной колонии общего режима. Меру пресечения Грачёвой Н.С. до вступления приговора в законную силу оставить прежней – в виде заключения под стражей с содержанием ее в ФКУ СИЗО-3 УФСИН России по Воронежской области. Срок наказания Грачёвой Н.С. исчислять с 27.03.2017 г., засчитав в него срок содержания Грачёвой Н.С. под стражей с 18.08.2016 г. по 26.03.2017 г. включительно. Вещественные доказательства: - наркотическое средство героин (масса с вычетом затрат на производство экспертиз и исследований): объект №,37 грамма (изъятое ДД.ММ.ГГГГ в ходе личного досмотра ФИО1 в период времени с 21 ч. 05 мин. до 21 ч. 35 мин. у &lt;адрес&gt; г. ФИО4); объект №,46 грамма (которое ДД.ММ.ГГГГ примерно в 17 часов 20 минут у &lt;адрес&gt; Грачева Н.С. сбыла Свидетель №1 в ходе проведения оперативно-розыскного мероприятия «Проверочная закупка»); объект №,91 грамма (изъятое ДД.ММ.ГГГГ при личном обыске ФИО1), хранящееся в камере хранения УМВД России по г. ФИО4 – уничтожить; - DVD + R диск, серийное обозначение «5107 505 +R F F7760», с видеозаписью ОРМ «проверочная закупка» от ДД.ММ.ГГГГ в отношении ФИО1 – хранить при уголовном деле; - квитанцию Visa Qiwi Wallet №; наркотическое средство героин массой 7,670 гр. (масса с вычетом затрат на производство экспертиз и исследования) направленные ДД.ММ.ГГГГ с уголовным делом № в Советский районный суд г. ФИО4 в порядке ст. 222 УПК РФ – хранить при уголовном деле №. Приговор может быть обжалован в апелляционном порядке в Воронежский областной суд в течение 10 суток с момента его провозглашения, осужденным в тот же срок со дня получения его копии. В случае подачи апелляционной жалобы осужденный вправе ходатайствовать о своем участии в рассмотрении уголовного дела судом апелляционной инстанции. Судья ФИО3 Суд: Ленинский районный суд г. Воронежа (Воронежская область) (подробнее) Судьи дела: Галаган Марина Ивановна (судья) (подробнее) Последние документы по делу: Постановление от 23 апреля 2017 г. по делу № 1-16/2017 Приговор от 27 марта 2017 г. по делу № 1-16/2017 Приговор от 26 марта 2017 г. по делу № 1-16/2017 Приговор от 12 марта 2017 г. по делу № 1-16/2017 Приговор от 8 марта 2017 г. по делу № 1-16/2017 Приговор от 2 марта 2017 г. по делу № 1-16/2017 Приговор от 15 февраля 2017 г. по делу № 1-16/2017 Приговор от 13 февраля 2017 г. по делу № 1-16/2017 Постановление от 12 февраля 2017 г. по делу № 1-16/2017 Приговор от 7 февраля 2017 г. по делу № 1-16/2017 Приговор от 2 февраля 2017 г. по делу № 1-16/2017 Показать все документы по этому делу Судебная практика по: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