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незаконным и отменить решение комиссии (оформленное протоколом № от &lt;дата&gt;.) по отбору спортсменов спортивных сборных команд Российской Федерации на получение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а также по определению размера денежного вознаграждения тренерам и специалистам спортивных сборных команд Российской Федерации, обеспечившим подготовку спортсменов-победителей и призеров данных соревнований оформленное протоколом № от &lt;дата&gt;. в части отклонения кандидатуры спортсмена ФИО1 и тренера ФИО2 для получения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 Рио-де-Жанейро (Бразилия), или по результатам международных соревнований, на которых осуществлялся отбор на указанные игры.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Комиссию по отбору спортсменов спортивных сборных команд Российской Федерации на получение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а также по определению размера денежного вознаграждения тренерам и специалистам спортивных сборных команд Российской Федерации, обеспечившим подготовку спортсменов-победителей и призеров данных соревнований принять решение о включении кандидатуры ФИО1 в список спортсменов для получения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XV Паралимпийские летние игры 2016 года в г.Рио-де-Жанейро (Бразилия) по виду спорта «Спорт лиц с интеллектуальными нарушениями». Обязать Комиссию по отбору спортсменов спортивных сборных команд Российской Федерации на получение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а также по определению размера денежного вознаграждения тренерам и специалистам спортивных сборных команд Российской Федерации, обеспечившим подготовку спортсменов-победителей и призеров данных соревнований принять решение о включении кандидатуры ФИО2 с список кандидатур тренеров и специалистов спортивных сборных команд Российской Федерации, обеспечивших подготовку спортсменов- победителей и призеров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Административные истца в суде в судебное заседание не явились, о времени и месте рассмотрения дела были извещены надлежащим образом. Дело рассмотрено в их отсутствии с участием представителя административного истца ФИО3, адвоката ФИО11 Представитель административного истца ФИО1 адвокат ФИО11 доводы административного иска подтвердила. В обосновании показала, что ФИО1 является инвалидом детства, заслуженным мастером спорта, серебряным призером по плаванию (спорт ЛИН) XIV Паралимпийских играх в Лондоне 2012 года, Учитывая достижения ФИО1, а также его спортивные достижения в период 2012- 2016г.г., он был включен в официальную делегацию для участия в Паралимпийских играх 2016 года в Рио-де-Жанейро ФИО2 является тренером ФИО1 Поскольку российская Паралимпийская сборная не была допущена к участию в Паралимпийских играх 2016 года в Рио-де-Жанейро (Бразилия), то в соответствии с Приказом Минспорта России № от &lt;дата&gt;. «О денежном вознаграждении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который был издан во исполнение распоряжения Правительства Российской Федерации от &lt;дата&gt;. №-р, была создана комиссия по отбору спортсменов спортивных сборных команд Российской Федерации на получение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г.Рио-де-Жанейро (Бразилия), или по результатам международных соревнований, на которых осуществлялся отбор на указанные игры, а также по определению размера денежного вознаграждения тренерам и специалистам спортивных сборных команд Российской Федерации, обеспечившим подготовку спортсменов-победителей и призеров данных соревнований. В соответствии с разработанными Комиссией по отбору спортсменов на Паралимпийские игры критериям по спортивной дисциплине - «плавание», критерием отбора был и установлены: Чемпионат мира 2015 (13- 19 июля, Великобритания) - прямой отбор и по результатам международных соревнований (квалификационный рейтинг (&lt;дата&gt; - &lt;дата&gt;). На чемпионате Европы по плаванию в мае 2016года в &lt;адрес&gt; (Португалия), ФИО1 показал второй результат. Полагает, что если сравнить результаты, то административный истец по всем критериям подпадает под «Критерии отбора», разработанные Комиссией по отбору спортсменов. На что административные истцы и рассчитывали. Однако, кандидатуры административных истцов были решением Комиссии были отклонены. 31.10.2016 г. ФИО1 обратился в адрес Министра спорта РФ ФИО12 и заместителя министра спорта РФ ФИО13 с заявлением о пересмотре результатов заседания Комиссии. Также Президентом Всероссийской федерации спорта лиц с интеллектуальными нарушениями ФИО14 было направлено в адрес заместителя Министра спорта РФ ФИО13 ходатайство о дополнительном рассмотрении кандидатуры спортсмена ФИО1 для получения денежного вознаграждения за выступление на Всероссийских спортивных соревнованиях по видам спорта, включенным в программу Паралимпийских летних игр. В январе 2014 г. административный истец узнал, что его кандидатура, для получения денежного вознаграждения, была отклонена как не соответствующая критериям отбора. Также была отклонена кандидатура тренера ФИО2 Полагает, что поскольку на чемпионате Европы по плаванию, для лиц с ограниченными возможностями, в мае 2016года в г.Фуншал (Португалия) на дистанции 100 брасс ФИО1 показал второй результат, его кандидатура и кандидатура его тренера должны быть включены Комиссией в состав лиц для получения денежного вознаграждения. В обосновании доводов представила спортивные награды административного истца, копии документов (с переводом) о результатах соревнований плаванию среди паралимпийцев. Просила административный иск удовлетворить. По делу, в качестве свидетеля, был допрошен ФИО15, который пояснил, что является старшим тренером, волонтерской основе, паралимпийской сборной команды России по плаванью. Участвует в организационных мероприятиях и в составе рабочей группы Федерации спорта. На чемпионате Европы по плаванию, для лиц с ограниченными возможностями, в мае 2016 года в г.Фуншал (Португалия) на дистанции 100 брасс ФИО1 показал второй результат. По своему статусу этот чемпионат относится к соревнованиям, по результатам которых спортсмены отбираются на олимпийские игры. Полагает, что должностные лица Минспорта РФ ответственные за отбор кандидатов на соревнования не понимают, по каким именно критериям спортсмены должны быть отобраны на Паралимпийские игры. Представитель административного ответчика в суд не явился, о времени и месте рассмотрения дела был извещен надлежащим образом. В суд поступило возражение, за подписью представителя Минспорта РФ, по доверенности, ФИО16 В возражениях указывается, что Минспорта РФ административный иск не признает на тех основаниях, что в дисциплине «плавание» единственным соревнованием, на котором осуществлялся отбор на XV Паралимпийские летние игры 2016 года в г. Рио-де-Жанейро (Бразилия), является Чемпионат мира 2015 года (13-19 июля, Великобритания). Чемпионат Европы 2016 года в г. Фуншал (Португалия) не является соревнованием, на котором осуществлялся отбор на XV Паралимпийские летние игры 2016 года в г. Рио-де-Жанейро (Бразилия). Из возражений следует, что Международными соревнованиями, на которых осуществлялся отбор на XV Паралимпийские летние игры 2016 года в г. Рио-де-Жанейро (Бразилия) являются соревнования, проводимые согласно Квалификационному Руководству Международного Паралимпийского комитета к XV Паралимпийским летним играм 2016 года в г. Рио-де-Жанейро (Бразилия). В дисциплине «плавание» отбор спортсменов для получения вознаграждения осуществлялся, исходя из наилучшего места, занятого спортсменом на открытых Всероссийских соревнованиях, на Чемпионате мира 2015 года (13-19 июля, Великобритания), или с учетом места, занимаемого спортсменом в квалификационном рейтинге Международного Паралимпийского комитета с &lt;дата&gt; по &lt;дата&gt;. Для получения денежного вознаграждения по итогам выступления на открытых Всероссийских соревнованиях или по итогам международных соревнований, по итогам которых осуществлялся отбор на XV Паралимпийские летние игры 2016 года в г. Рио-де-Жанейро, в дисциплине «плавание» спортсмен в соответствии с распоряжением должен занять призовое место на открытых Всероссийских соревнованиях, на Чемпионате мира 2015 года (13-19 июля 2015 года) или занимать место с 1 по 3 в квалификационном рейтинге Международного Паралимпийского комитета с 15.10.2014 по 14.08.2016. ФИО1 занял 5 место на Чемпионате мира 2015 года, 6 место на открытых Всероссийских соревнованиях, в квалификационном рейтинге Международного Паралимпийского комитета с 15.10.2014 по 14.08.2016 занимает 5 место. Результаты, показанные спортсменом на других соревнованиях, в частности на Чемпионате Европы 2016 года в городе Фуншал (Португалия), не соответствуют утвержденным критериям. Административный ответчик полагает, что основания для получения ФИО1 денежного вознаграждения отсутствуют. В связи с чем, единогласным решением Комиссии, отраженным в пункте 3 раздела II протокола заседания Комиссии от &lt;дата&gt; №, кандидатура ФИО1 для получения денежного вознаграждения была отклонена. При повторном рассмотрении 05.12.2016 Комиссией кандидатур для получения денежного вознаграждения ФИО1 также было отказано в получении денежного вознаграждения. Также, на заседании Комиссии 05.12.2016 для получения денежного вознаграждения была отклонена кандидатура ФИО2, являющейся тренером ФИО1, как не соответствующая критериям отбора. Дело рассмотрено в отсутствии представителя административного ответчика. Выслушав представителя административного истца, свидетеля, суд приходит к выводу о том, что в удовлетворении административного иска следует отказать по следующим основаниям: Согласно положениям ст. Кодекса административного судопроизводства Российской Федерации суды в порядке, предусмотренном настоящим Кодексом, рассматривают административные дела об оспаривании решений, действий (бездействия) органов государственной власти, иных государственных органов, органов военного управления, органов местного самоуправления, должностных лиц, государственных и муниципальных служащих. В соответствии со статьей Кодекса административного судопроизводства Российской Федерации гражданин,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 В соответствии со ст. 226 КАС РФ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выясняет: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соблюдены ли сроки обращения в суд; соблюдены ли требования нормативных правовых актов, устанавливающих: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порядок принятия оспариваемого решения, совершения оспариваемого действия (бездействия) в случае, если такой порядок установлен;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Обязанность доказывания обстоятельств, указанных в пунктах 1 и 2 части 9 настоящей статьи, возлагается на лицо, обратившееся в суд, а обстоятельств, указанных в пунктах 3 и 4 части 9 и в части 10 настоящей статьи, - на орган, организацию, лицо, наделенные государственными или иными публичными полномочиями и принявшие оспариваемые решения либо совершившие оспариваемые действия (бездействие). Установленным является том факт что, в связи с приостановлением членства Паралимпийского комитета России в Международном Паралимпийском комитете паралимпийская делегация Российской Федерации не принимала участие в XV Паралимпийских летних играх 2016 года в г. Рио-де-Жанейро (Бразилия). В целях выполнения поручения Президента Российской Федерации Минспортом России совместно с Паралимпийским комитетом России с 07.09.2016 по 09.09.2016 проведены открытые Всероссийские спортивные соревнования по видам спорта, включенным в программу Паралимпийских летних игр (открытые Всероссийские соревнования). Распоряжением Правительства Российской Федерации от &lt;дата&gt; №-р внесены изменения в распоряжение Правительства Российской Федерации от &lt;дата&gt; №-р (далее - распоряжение) в части установления денежного вознаграждения российским спортсменам по итогам открытых Всероссийских соревнований по видам спорта или по результатам международных соревнований, на которых осуществляется отбор на XV Паралимпийские летние игры 2016 года в г. Рио- де-Жанейро (Бразилия). Согласно утвержденным критериям итоговое место, завоеванное спортсменами на открытых Всероссийских спортивных соревнованиях, определяется путем сравнения результатов спортсмена на данных соревнованиях с результатами, показанными зарубежными спортсменами в аналогичных дисциплинах на XV Паралимпийских летних играх 2016 года в г. Рио-де-Жанейро (Бразилия). В соответствии с пунктом 1 распоряжения размер указанного вознаграждения составляет: 4000000 рублей - за золотую медаль; 2500000 рублей - за серебряную медаль; 1700000 рублей - за бронзовую медаль. Во исполнение пункта 3 распоряжения приказом Минспорта России от 20.09.2016 № 1050 утверждено Положение о Комиссии по отбору спортсменов спортивных сборных команд России на получение денежного вознаграждения по итогам выступлений на открытых Всероссийских спортивных соревнованиях по видам спорта, включенным в программу XV Паралимпийских летних игр 2016 года в г. Рио- де-Жанейро, или по результатам международных соревнований, на которых осуществлялся отбор на указанные игры, а также по определению размера денежного вознаграждения тренерам и специалистам спортивных сборных команд Российской Федерации, обеспечившим подготовку спортсменов-победителей и призеров данных соревнований (далее - Комиссия), а также состав Комиссии. 20.09.2016 состоялось первое заседание Комиссии, на котором были утверждены критерии отбора спортсменов, тренеров и специалистов спортивных сборных команд Российской Федерации для получения денежного вознаграждения. отбора. Из представленных в дело документов усматривается, что в дисциплине «плавание» единственным соревнованием, на котором осуществлялся отбор на XV Паралимпийские летние игры 2016 года в г. Рио-де-Жанейро (Бразилия), является Чемпионат мира 2015 года (13-19 июля, Великобритания). Материалами дела не установлено, что Чемпионат Европы 2016 года в г. Фуншал (Португалия) отнесен к соревнованием, на котором осуществлялся отбор на XV Паралимпийские летние игры 2016 года в г. Рио-де-Жанейро (Бразилия). Это следует из Перечня международных соревнований, на которые осуществляется отбор на XV Паралимпийские летние игры 2016 года согласно Квалификационному руководству Международного паралимпийского комитета к XV Паралимпийским играм 2016 г. (Приложение к заседанию протокола Комиссии от &lt;дата&gt; № (л.д. 39-40). Третье место в Международном рейтинге 2016 года также не соответствует утвержденным критериям отбора. Таким образом, доводы административных истцов о нарушении их права на включение в состав лиц для получения денежного вознаграждения не подтверждаются обстоятельствами дела и оцениваются судом критически. По этим основаниям суд отклоняет показания свидетеля ФИО15 и не принимает, в качестве доказательств представленные стороной административного истца, документов о результатах соревнований плаванию (л.д. 159-170). Установлено, что основания для получения ФИО1 денежного вознаграждения, по представленным критериям отсутствуют. Единогласным решением Комиссии, отраженным в пункте 3 раздела II протокола заседания Комиссии от &lt;дата&gt; №, кандидатура ФИО1 для получения денежного вознаграждения была отклонена (л.д. 122). При повторном рассмотрении Комиссией кандидатур для получения денежного вознаграждения ФИО1 также было отказано в получении денежного вознаграждения (пункт 4 раздела I протокола заседания Комиссии от &lt;дата&gt; № л.д. 87). Кандидатура ФИО2, являющейся тренером ФИО1, также единогласным решением отклонена, как не соответствующая критериям отбора (пункт 4 раздела V протокола заседания Комиссии от &lt;дата&gt; № л.д. 90). Согласно пункту 62 Постановления Пленума Верховного Суда Российской Федерации Российской Федерации от 27.09.2016 N 36 "О некоторых вопросах применения судами Кодекса административного судопроизводства Российской Федерации" суд не осуществляет проверку целесообразности оспариваемых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принимаемых, совершаемых ими в пределах своего усмотрения в соответствии с компетенцией, предоставленной законом или иным нормативным правовым актом. Разрешая заявленные требования, оценивая собранные по делу доказательства по правилам ст. 67 КАС РФ , суд приходит к выводу о том, что Нарушений порядка (процедуры) принятия оспариваемого решения и, как следствие, прав административных истцов, а также норм закона судом не установлено. Исходя из изложенного, у суда нет оснований считать неправомерным принятые Комиссий по отбору спортсменов спортивных сборных команд Российской Федерации на получение денежного вознаграждения, в отношении административных истцов, решений. А, следовательно, в удовлетворении административного иска следует отказать. Руководствуясь ст.ст. - 180 КАС РФ РЕШИЛ: ФИО1, ФИО2 в удовлетворении административных исковых требований – отказать в полном объеме. Решение может быть обжаловано в Ростовский областной суд, через Таганрогский городской суд в течение месяца. Решение изготовлено 3 апреля 2017 г. Председательствующий: Суд: Таганрогский городской суд (Ростовская область) (подробнее) Ответчики: Министерство спорта РФ (подробнее) Судьи дела: Романенко Сергей Вячеславович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