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Саянск</w:t>
      </w:r>
    </w:p>
    <w:p>
      <w:pPr>
        <w:spacing w:after="200"/>
        <w:jc w:val="center"/>
      </w:pPr>
      <w:r>
        <w:rPr>
          <w:rFonts w:ascii="Times New Roman" w:hAnsi="Times New Roman" w:eastAsia="Times New Roman" w:cs="Times New Roman"/>
          <w:b w:val="0"/>
          <w:i w:val="0"/>
          <w:sz w:val="22"/>
        </w:rPr>
        <w:t>30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Подписи в платежной ведомости &lt;номер изъят&gt; от ДД.ММ.ГГГГ: - от имени Е. выполнены не Е., данная подпись могла быть выполнена ФИО2; - подпись от имени ФИО1 выполнена ФИО1; - подпись от имени П. В.А. выполнена не П. В.А., данная подпись могла быть выполнена ФИО2; - подпись от имени С. выполнена не С., данная подпись могла быть выполнена ФИО2; - установить самой Т. или иным лицом выполнена подпись от имени Т. не представляется возможным ввиду простоты строения и малой информативности исследуемой подписи; - подпись от имени Е. выполнены не Е., а другим лицом, установить выполнена ли подпись от имени Е. ФИО10 М., Е. не представляется возможным ввиду недостаточности графического материала, содержащегося в подписи; - подпись от имени М. выполнена не М., данная подпись могла быть выполнена ФИО1; - подпись от имени К. выполнена не К., а другим лицом, данная подпись могла быть выполнена ФИО2; - подписи от имени И. Е.М. выполнены ФИО2.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Подписи в платежной ведомости &lt;номер изъят&gt; от ДД.ММ.ГГГГ: - от имени Е. выполнены не Е., данная подпись могла быть выполнена ФИО2; - подпись от имени ФИО1 выполнена ФИО1; - подпись от имени М.В. выполнена М.В.; - установить самой Т. или иным лицом выполнена подпись от имени Т. не представляется возможным ввиду простоты строения и малой информативности исследуемой подписи; - подпись от имени П. В.А. выполнена не П. В.А., данная подпись могла быть выполнена ФИО2; - подпись от имени Е. выполнены не Е., а другим лицом, установить выполнена ли подпись от имени Е. - ФИО10 М., Е. не представляется возможным в виду недостаточности графического материала, содержащегося в подписи; - подпись от имени М. выполнена не М., данная подпись могла быть выполнена ФИО1; - подписи от имени И. Е.М. выполнены ФИО2.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Подписи в платежной ведомости &lt;номер изъят&gt; от ДД.ММ.ГГГГ: - от имени Е. выполнены не Е., данная подпись могла быть выполнена ФИО2; - подписи от имени ФИО1 выполнены ФИО1; - подпись от имени П. В.А. выполнена не П. В.А., данная подпись могла быть выполнена ФИО2; - подпись от имени С. выполнена не С., данная подпись могла быть выполнена ФИО2; - подписи от имени И. Е.М. выполнены ФИО2; - установить выполнена ли подпись от имени Х. ей самой,- ФИО10 М., Е. не представляется возможным в виду недостаточности графического материала, содержащегося в подписи; - подпись от имени Ю. выполнена не Ю., а другим лицом, установить не выполнена ли подпись от имени Ю. - ФИО10 М., Е. не представляется возможным ввиду недостаточности графического материала, содержащегося в подписи; - установить выполнена ли подпись от имени С.З. ею самой, ФИО1, И. Е.М., Е. не представляется возможным ввиду недостаточности графического материала, содержащегося в подписи; - подпись от имени М.В. выполнена не М.В., а другим лицом. Установить выполнена ли подпись от имени М.В. ФИО13 , ФИО2, Е. не представляется возможным ввиду недостаточности графического материала, содержащегося в подписи; - подпись от имени Т.Р. выполнена не Т.Р., а другим лицом, установить выполнена ли подпись от имени Т.Р. - ФИО10 М., Е. не представляется возможным ввиду недостаточности графического материала, содержащегося в подписи; - подпись от имени М. выполнена не М., данная подпись могла быть выполнена ФИО1.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Подписи в платежной ведомости &lt;номер изъят&gt; от ДД.ММ.ГГГГ: - от имени Е. выполнены Е.Ж.; - подписи от имени ФИО1 выполнены ФИО1; - подписи от имени ФИО2 выполнены ФИО2,</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Подписи в платежной ведомости &lt;номер изъят&gt; от ДД.ММ.ГГГГ: - от имени Е. выполнены не Е.. Установить выполнена ли подписи от имени Е. ФИО13 , ФИО2 не представляется возможным ввиду простоты строения и малой информативности исследуемой подписи; - подпись от имени ФИО1 выполнена ФИО1; - подписи от имени ФИО2 выполнены ФИО2, - подпись от имени П.В. выполнена не П. В.А., данная подпись могла быть выполнена ФИО2; - подпись от имени С.З. выполнена не С.З., а другим лицом; установить выполнена ли подпись от имени С.З. ФИО1, ФИО2, Е. не представляется возможным ввиду недостаточности графического материала, содержащегося в подписи; - подпись от имени М. выполнена не М., данная подпись могла быть выполнена ФИО1; - подпись от имени К. выполнена не К., а другим лицом, установить выполнена ли подпись от имени К. ФИО10 М., Е. не представляется возможным в виду недостаточности графического материала, содержащегося в подписи. - подпись от имени Е. выполнена не Е., а другим лицом, установить выполнена ли подпись от имени Е. - ФИО10 М., Е. не представляется возможным ввиду недостаточности графического материала, содержащегося в подписи; - подпись от имени С.С. выполнена не С.С., а другим лицом, установить выполнена ли подпись от имени С.С. - ФИО13 , ФИО2, Е. не представляется возможным ввиду недостаточности графического материала, содержащегося в подписи.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Подписи в платежной ведомости &lt;номер изъят&gt; от ДД.ММ.ГГГГ: - от имени Е. выполнены не Е., данная подпись могла быть выполнена ФИО2; - подпись от имени ФИО1 выполнена ФИО1; - подпись от имени А. выполнена не А., а другим лицом, установить выполнена ли подпись от имени А. - ФИО13 , ФИО2, Е. не представляется возможным в виду усложненности подписи ввиде наложения графического материала друг на друга; - подпись от имени Т.Н. выполнена не Т.Н., а другим лицом, установить выполнена ли подпись от имени Т.Н. - ФИО13 , ФИО2, Е. не представляется возможным в виду недостаточности графического материала, содержащегося в подписи; - подпись от имени Ш. выполнена не Ш., а другим лицом, установить выполнена ли подпись от имени Ш. - ФИО13 , ФИО2, Е. не представляется возможным ввиду недостаточности графического материала, содержащегося в подписи. - подписи от имени ФИО2 выполнены ФИО2, - установить выполнена ли подпись от имени Х. ею самой, ФИО10 М., Е. не представляется возможным ввиду недостаточности графического материала, содержащегося в подписи; - подпись от имени А.Д. выполнена не А.Д., а другим лицом, установить выполнена ли подпись от имени А.Д. - ФИО13 , ФИО2, Е. не представляется возможным ввиду усложненности подписи в виде наложения графического материала друг на друга.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Подписи в платежной ведомости &lt;номер изъят&gt; от ДД.ММ.ГГГГ: - от имени Е. выполнены не Е., данная подпись могла быть выполнена ФИО2; - подписи от имени ФИО1 выполнены ФИО1; - подпись от имени С.С. выполнена не С.С., а другим лицом, установить выполнена ли подпись от имени С.С. - ФИО13 , ФИО2, Е. не представляется возможным ввиду недостаточности графического материала, содержащегося в подписи; - установить выполнена ли подпись от имени С.З. ей самой,- ФИО1, ФИО2, Е. не представляется возможным в виду недостаточности графического материала, содержащегося в подписи; - подписи от имени ФИО2 выполнены ФИО2, - подпись от имени Н. выполнена не Н., а другим лицом, установить выполнена ли подпись от имени Н. - ФИО10 М., Е. не представляется возможным ввиду усложненности подписи в виде наложения графического материала друг на друга.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Подписи в расходном кассовом ордере &lt;номер изъят&gt; от ДД.ММ.ГГГГ: - от имени Е. выполнены Е.; - подпись от имени ФИО1 выполнена ФИО1; - подписи от имени ФИО2 выполнены ФИО2; - подпись от имени П.В. выполнена не П. В.А., данная подпись могла быть выполнена ФИО2; краткие записи в указанном ордере в графе «Получил» выполнены не П. В.А., данные записи выполнены ФИО2.</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Подписи в платежной ведомости &lt;номер изъят&gt; от ДД.ММ.ГГГГ: - от имени Е. выполнены Е.; - подпись от имени ФИО1 выполнена ФИО1; - подпись от имени Н. выполнена не Н., а другим лицом, установить выполнена ли подпись от имени Н. - ФИО13 , ФИО2, Е. не представляется возможным ввиду усложненности подписи в виде наложения графического материала друг на друга; - установить выполнена ли подпись от имени К.Л. ею самой, ФИО10 М., Е. не представляется возможным ввиду недостаточности графического материала, содержащегося в подписи; - подписи от имени ФИО2 выполнены ФИО2; - установить выполнена ли подпись от имени Х. ею самой, ФИО10 М., Е. не представляется возможным ввиду недостаточности графического материала, содержащегося в подписи. - подпись от имени М. выполнена не М., данная подпись могла быть выполнена ФИО1.</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Подписи в расходном кассовом ордере &lt;номер изъят&gt; от ДД.ММ.ГГГГ: - от имени Е. выполнены Е.; - подпись от имени ФИО1 выполнена ФИО1; - подписи от имени ФИО2 выполнены ФИО2, - установить выполнена ли подпись от имени П.Е. им самым, ФИО1, ФИО2, Е. не представляется возможным ввиду недостаточности графического материала, содержащегося в подписи; краткие записи в графе «Получил» выполнены П.Е..</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Подписи в расходном кассовом ордере &lt;номер изъят&gt; от ДД.ММ.ГГГГ: - от имени Е. выполнены Е.; - подпись от имени ФИО1 выполнена ФИО1; - подписи от имени ФИО2 выполнены ФИО2, - установить выполнена ли подпись от имени Д.А. им самым, ФИО1, ФИО2, Е. не представляется возможным ввиду недостаточности графического материала, содержащегося в подписи; краткие записи в графе «Получил» выполнены Д.А..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Подписи в расходном кассовом ордере &lt;номер изъят&gt; от ДД.ММ.ГГГГ: - от имени Е. выполнены Е.; - подпись от имени ФИО1 выполнена ФИО1; - подписи от имени ФИО2 выполнены ФИО2, - установить выполнена ли подпись от имени П.Е. им самым, ФИО1, ФИО2, Е. не представляется возможным в виду недостаточности графического материала, содержащегося в подписи; краткие записи в графе «Получил» выполнены П.Е..</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Подписи в расходном кассовом ордере &lt;номер изъят&gt; от ДД.ММ.ГГГГ: - от имени Е. выполнены Е.; - подпись от имени ФИО1 выполнена ФИО1; - подписи от имени ФИО2 выполнены ФИО2, - установить выполнена ли подпись от имени Д.А. им самым, ФИО1, И. Е.М., Е. не представляется возможным в виду недостаточности графического материала, содержащегося в подписи; краткие записи в графе «Получил» выполнены Д.А..</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Подписи в расходном кассовом ордере &lt;номер изъят&gt; от ДД.ММ.ГГГГ: - от имени Е. выполнены Е.; - подпись от имени ФИО1 выполнена ФИО1; - подписи от имени И. Е.М. выполнены ФИО2, - подпись от имени К.Л. и краткие записи в графе «Получил» выполнены К.Л..</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Подписи в расходном кассовом ордере &lt;номер изъят&gt; от ДД.ММ.ГГГГ: - от имени Е. выполнены Е.; - подписи от имени ФИО1 выполнены ФИО1; - подписи от имени И. Е.М. выполнены ФИО2, - краткие записи в графе «Получил» выполнены ФИО1.</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Подписи в расходном кассовом ордере &lt;номер изъят&gt; от ДД.ММ.ГГГГ: - от имени Е. выполнены Е.; - подпись от имени ФИО1 выполнена ФИО1; - подписи от имени И. Е.М. выполнены ФИО2; - подпись от имени Л.В. выполнена Л.В.; - краткие записи в графе «Получил» выполнены Л.В..</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Подписи в расходном кассовом ордере &lt;номер изъят&gt; от ДД.ММ.ГГГГ: - от имени Е. выполнены Е.; - подпись от имени ФИО1 выполнена ФИО1; - подписи от имени ФИО2 выполнены ФИО2, - установить выполнена ли подпись от имени С.З. ею самой, ФИО1, ФИО2, Е. не представляется возможным ввиду недостаточности графического материала, содержащегося в подписи; краткие записи в расходном кассовом ордере &lt;номер изъят&gt; от ДД.ММ.ГГГГ в графе «Получил» выполнены С.З..</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Подписи в платежной ведомости &lt;номер изъят&gt; от ДД.ММ.ГГГГ: - от имени Е. выполнены Е.; - подпись от имени ФИО1 выполнена ФИО1; - подписи от имени ФИО2 выполнены ФИО2; - установить выполнена ли подпись от имени Д.А. им самим, С.З. ФИО1, ФИО2, Е. не представляется возможным ввиду недостаточности графического материала, содержащегося в подписи; - подпись от имени Л.В. выполнена Л.В.; - подпись от имени от имени П.В. выполнена П.В..</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Подписи в расходном кассовом ордере &lt;номер изъят&gt; от ДД.ММ.ГГГГ: - от имени Е. выполнены не Е. Установить выполнена ли подписи от имени Е. ФИО13 , ФИО2 не представляется возможным ввиду простоты строения и малой информативности исследуемой подписи; - подпись от имени ФИО1 выполнена ФИО1; - подписи от имени ФИО2 выполнены ФИО2; - подпись от имени Л.В. выполнена не Л.В., а другим лицом. Установить выполнена ли подпись от имени Л.В. - ФИО10 М., Е. не представляется возможным ввиду усложненности подписи в виде наложения графического материала друг на друга; - краткие записи в графе «Получил» выполнены не Л.В. Установить выполнена ли краткая запись ФИО13 , ФИО2, Е. не представляется возможным в виду того, что в данных записях присутствуют элементы печатного шрифта, которые не содержат достаточного по объему графического материала.</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Подписи в расходном кассовом ордере &lt;номер изъят&gt; от ДД.ММ.ГГГГ: - от имени Е. выполнены Е.; - подпись от имени ФИО1 выполнена ФИО1; - подписи от имени ФИО2 выполнены ФИО2; - подпись от имени Л.В. выполнена Л.В.; - краткие записи в графе «Получил» выполнены Л.В..</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Подписи в платежной ведомости б\н от ДД.ММ.ГГГГ: - от имени Е. выполнены не Е. Установить выполнена ли подписи от имени Е. ФИО13 , ФИО2 не представляется возможным ввиду простоты строения и малой информативности исследуемой подписи; - подписи от имени ФИО1 выполнены ФИО1; - подпись от имени Н. выполнена не Н., а другим лицом, установить выполнена ли подпись от имени Н. - ФИО10 М., Е. не представляется возможным ввиду усложненности подписи в виде наложения графического материала друг на друга; - подписи от имени ФИО2 выполнены ФИО2; - установить выполнена ли подпись от имени С.З. ею самой, ФИО10 М., Е. не представляется возможным ввиду недостаточности графического материала, содержащегося в подписи.</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Подписи в платежной ведомости б/н за июль 2014 года от ДД.ММ.ГГГГ: - от имени Е. выполнены не Е. Установить выполнена ли подпись от имени Е. ФИО13 , ФИО2 не представляется возможным ввиду простоты строения и малой информативности исследуемой подписи; - подпись от имени ФИО1 выполнена ФИО1; - подписи от имени ФИО2 выполнены ФИО2; - установить самой М.Г. или другим лицом выполнена подпись от имени М.Г. не представляется возможным, в виду того, что подпись краткая и не содержит достаточной графической информации; - подпись от имени Л.Д. выполнена не Л.Д., а другим лицом. Установить выполнена ли подпись от имени Л.Д. - ФИО13 , ФИО2, Е. не представляется возможным ввиду недостаточности графического материала, содержащегося в подписи; - подпись от имени Е.В. выполнена не Е.В., а другим лицом. Установить выполнена ли подпись от имени Е.В. - ФИО10 М., Е. не представляется возможным ввиду недостаточности графического материала, содержащегося в подписи; - подпись от имени К. выполнена не К., а другим лицом, Установить выполнена ли подпись от имени К. ФИО10 М., Е. не представляется возможным ввиду недостаточности графического материала, содержащегося в подписи; - подпись от имени Н. выполнена не Н., а другим лицом, установить выполнена ли подпись от имени Н. - ФИО10 М., Е. не представляется возможным ввиду усложненности подписи в виде наложения графического материала друг на друга.</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Подписи в платежной ведомости б\н от ДД.ММ.ГГГГ: - от имени Е. выполнены не Е. Установить выполнена ли подпись от имени Е. ФИО10 М. не представляется возможным ввиду простоты строения и малой информативности исследуемой подписи; - подписи от имени ФИО1 выполнены ФИО1; - подписи от имени ФИО2 выполнены ФИО2; - установить выполнена ли подпись от имени С.З. ею самой, ФИО10 М., Е. не представляется возможным ввиду недостаточности графического материала, содержащегося в подписи.</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Подписи в расходном кассовом ордере &lt;номер изъят&gt; от ДД.ММ.ГГГГ: - от имени Е. выполнены Е.; - подпись от имени ФИО1 выполнена ФИО1; - подписи от имени ФИО2 выполнены ФИО2, - подпись от имени П. В.А. выполнена не П. В.А., данная подпись могла быть выполнена ФИО2; краткие записи в указанном ордере в графе «Получил» выполнены не П. В.А., данные записи выполнены ФИО2.</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Подписи в расходном кассовом ордере &lt;номер изъят&gt; от ДД.ММ.ГГГГ: - от имени Е. выполнены Е.; - подпись от имени ФИО1 выполнена ФИО1; - подписи от имени ФИО2 выполнены ФИО2, - установить выполнена ли подпись от имени Х. ею самой, ФИО13 , ФИО2, Е. не представляется возможным ввиду недостаточности графического материала, содержащегося в подписи; краткие записи в указанном ордере в графе «Получил» выполнены Х..</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Подписи в платежной ведомости б/н за август 2014 года от ДД.ММ.ГГГГ: - подпись от имени ФИО1 выполнена ФИО1; - подпись от имени Н. выполнена не Н., а другим лицом, установить выполнена ли подпись от имени Н. - ФИО13 , ФИО2, Е. не представляется возможным ввиду усложненности подписи в виде наложения графического материала друг на друга; - установить самой М.Г. или другим лицом выполнена подпись от имени М.Г. не представляется возможным, в виду того, что подпись краткая и не содержит достаточной графической информации; - подпись от имени Ч. выполнена не Ч., а другим лицом. Данная подпись могла быть выполнена ФИО2.</w:t>
      </w:r>
    </w:p>
    <w:p>
      <w:pPr>
        <w:pStyle w:val="Heading3"/>
      </w:pPr>
      <w:r>
        <w:rPr>
          <w:rFonts w:ascii="Times New Roman" w:hAnsi="Times New Roman" w:eastAsia="Times New Roman" w:cs="Times New Roman"/>
          <w:b/>
          <w:i w:val="0"/>
          <w:sz w:val="22"/>
        </w:rPr>
        <w:t>Пункт 27. Выводы</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Подписи в расходном кассовом ордере &lt;номер изъят&gt; от ДД.ММ.ГГГГ: - от имени Е. выполнена не Е.. Установить выполнена ли подписи от имени Е. ФИО13 , ФИО2 не представляется возможным ввиду простоты строения и малой информативности исследуемой подписи; - подпись от имени ФИО1 выполнена ФИО1; - подписи от имени ФИО2 выполнены ФИО2, - установить выполнена ли подпись от имени О. ею самой, ФИО1, И. Е.М., С.З., Е. не представляется возможным в виду недостаточности графического материала, содержащегося в подписи; краткие записи в расходном кассовом ордере &lt;номер изъят&gt; от ДД.ММ.ГГГГ в графе «Получил» выполнены С.З.. Из заключения почерковедческой экспертизы &lt;номер изъят&gt; (т. 10 л.д. 134-153) следует: - подписи от имени Е., расположенные в графе «Директор» в представленных ведомостях на зачисление денежных средств на карточные счета сотрудников МОУ &lt;данные изъяты&gt; от: ДД.ММ.ГГГГ, ДД.ММ.ГГГГ, ДД.ММ.ГГГГ, ДД.ММ.ГГГГ, ДД.ММ.ГГГГ.4 (на сумму 147 657,00), ДД.ММ.ГГГГ, ДД.ММ.ГГГГ, ДД.ММ.ГГГГ, ДД.ММ.ГГГГ, ДД.ММ.ГГГГ (на сумму 33 833,00), ДД.ММ.ГГГГ, ДД.ММ.ГГГГ, ДД.ММ.ГГГГ, ДД.ММ.ГГГГ, ДД.ММ.ГГГГ, ДД.ММ.ГГГГ (на сумму 14 121,00), ДД.ММ.ГГГГ (на сумму 108 697,00), ДД.ММ.ГГГГ (на сумму 61 386.00), ДД.ММ.ГГГГ (на сумму 713 774,00), ДД.ММ.ГГГГ, ДД.ММ.ГГГГ, ДД.ММ.ГГГГ, ДД.ММ.ГГГГ (на сумму 8 295.00), ДД.ММ.ГГГГ (на сумму 306 121,00), ДД.ММ.ГГГГ (на сумму 178 817,00), ДД.ММ.ГГГГ, ДД.ММ.ГГГГ (на сумму 24 079,95), ДД.ММ.ГГГГ (на сумму 305 071, 00), ДД.ММ.ГГГГ (на сумму 12 756,00), ДД.ММ.ГГГГ (на сумму 716 679,98), ДД.ММ.ГГГГ (на сумму 22 573,00) выполнены Е.; - подписи от имени О., расположенные в графе «Директор» в представленных ведомостях на зачисление денежных средств на карточные счета сотрудников МОУ &lt;данные изъяты&gt;, от: ДД.ММ.ГГГГ (на сумму 6 357,53), ДД.ММ.ГГГГ (на сумму 386 484,00), ДД.ММ.ГГГГ, ДД.ММ.ГГГГ, ДД.ММ.ГГГГ, ДД.ММ.ГГГГ, ДД.ММ.ГГГГ, ДД.ММ.ГГГГ выполнены О.; - подпись от имени О., расположенная в графе «Директор» в представленной ведомости на зачисление денежных средств на карточные счета сотрудников МОУ ДОД Д от ДД.ММ.ГГГГ вероятно выполнена О.; - подписи от имени ФИО1 в графе «Главный бухгалтер» в представленных ведомостях на зачисление денежных средств на карточные счета сотрудников МОУ &lt;данные изъяты&gt; от: ДД.ММ.ГГГГ, ДД.ММ.ГГГГ, ДД.ММ.ГГГГ, ДД.ММ.ГГГГ, ДД.ММ.ГГГГ (на сумму 147 657,00), ДД.ММ.ГГГГ, ДД.ММ.ГГГГ, ДД.ММ.ГГГГ, ДД.ММ.ГГГГ, ДД.ММ.ГГГГ (на сумму 33 833,00), ДД.ММ.ГГГГ, ДД.ММ.ГГГГ, ДД.ММ.ГГГГ, ДД.ММ.ГГГГ, ДД.ММ.ГГГГ, ДД.ММ.ГГГГ (на сумму 14 121,00), ДД.ММ.ГГГГ (на сумму 108 697,00), ДД.ММ.ГГГГ (на сумму 61 386,00), ДД.ММ.ГГГГ (на сумму 713 774,00), ДД.ММ.ГГГГ, ДД.ММ.ГГГГ, ДД.ММ.ГГГГ, ДД.ММ.ГГГГ (на сумму 8 295.00), ДД.ММ.ГГГГ (на сумму 306 121,00), ДД.ММ.ГГГГ (на сумму 178 817,00), ДД.ММ.ГГГГ (на сумму 6 357,53), ДД.ММ.ГГГГ (на сумму 386 484,00), ДД.ММ.ГГГГ, ДД.ММ.ГГГГ, ДД.ММ.ГГГГ, ДД.ММ.ГГГГ, ДД.ММ.ГГГГ, ДД.ММ.ГГГГ выполнены ФИО1; - установить, кем выполнены подписи от имени С.З. в графе «Главный бухгалтер» в представленных ведомостях на зачисление денежных средств на карточные счета сотрудников МОУ &lt;данные изъяты&gt; от: ДД.ММ.ГГГГ (на сумму 22 573,00), ДД.ММ.ГГГГ (на сумму 716 679,98), ДД.ММ.ГГГГ (на сумму 12 756.00), ДД.ММ.ГГГГ (на сумму 305 071.00), ДД.ММ.ГГГГ (на сумму 24 070,95), ДД.ММ.ГГГГ (на сумму 43 558,00), ДД.ММ.ГГГГ (на сумму 840 306,00) С.З. или иным лицом не представилось возможным. Из заключения экономической судебной экспертизы &lt;номер изъят&gt; (т. 5 л.д. 43-84) следует, что согласно представленным документам работникам МБОУ &lt;данные изъяты&gt; в период времени с января по сентябрь 2014 года была начислена заработная плата (начисления по каждому месяцу отражены в графе &lt;номер изъят&gt;): - А. в общей сумме 209 020,60 рублей; - А.Д. в общей сумме 173 693,27 рублей; - Д.А. в общей сумме 77 080,97 рублей; - Е.В. в общей сумме 261 843,01 рублей; - Е. в общей сумме 451 541,56 рублей; - Е. в общей сумме 261 470,18 рублей; - ФИО2 в общей сумме 344 205,33 рублей; - К.Л. в общей сумме 40 512,07 рублей; - К. в общей сумме 266 804,63 рублей; - К.Л. в общей сумме 159 832,25 рублей; - Л.Д. в общей сумме 71 730,76 рублей; - Л.В. в общей сумме 276 114,48 рублей; - М. в общей сумме 313 626,97 рублей; - М.Г. в общей сумме 118 770,25 рублей; - ФИО1 в общей сумме 423 962,64 рублей; - М.В. в общей сумме 88 248,34 рублей; - Н. в общей сумме 185 682,39 рублей; - О. в общей сумме 438 239,72 рублей; - П.Е. в общей сумме 66 111,70 рублей; - П. в общей сумме 62 601,96 рублей; - П.В. в общей сумме 236 449,46 рублей; - С.С. в общей сумме 489 810,68 рублей; - С.З. в общей сумме 363 448,68 рублей; - С. в общей сумме 21 830,67 рублей; - Т.Р. в общей сумме 195 413,27 рублей; - Т.Н. в общей сумме 173 059,20 рублей; - Т. в общей сумме 134 234,39 рублей; - Х. в общей сумме 208 356,20 рублей; - Ч. в общей сумме 151 859,77 рублей; - Ш. в общей сумме 23 408,43 рублей; - Ю. в общей сумме 201 779,61 рублей. Согласно представленным документам, работникам МБОУ &lt;данные изъяты&gt; в период времени с января по сентябрь 2014 года была выплачена заработная плата (выплаты по каждому месяцу отражены в графе &lt;номер изъят&gt;), в том числе путем перечисления на лицевые счета работников (выплаты по каждому месяцу отражены в графе &lt;номер изъят&gt;) и в кассе организации (выплаты по каждому месяцу отражены в графе &lt;номер изъят&gt;): А. фактически выплачена заработная плата в общей сумме 187 493 рубля, в т.ч.: - перечислена заработная плата на лицевой счет работника по данным банка в общей сумме 172 493 рубля, - выплачена заработная плата из кассы организации в общей сумме 15 000 рублей. А.Д. фактически выплачена заработная плата в общей сумме 143 669 рублей, в т.ч.: - перечислена заработная плата на лицевой счет работника по данным банка в общей сумме 133 669 рублей, - выплачена заработная плата из кассы организации в общей сумме 10 000 рублей. Д.А. фактически выплачена заработная плата в общей сумме 60 909 рублей, в т.ч.: - перечислена заработная плата на лицевой счет работника по данным банка в общей сумме 38 527 рублей, - выплачена заработная плата из кассы организации в общей сумме 22 382 рубля, Е.В. фактически выплачена заработная плата в общей сумме 227 683 рубля, в т.ч.: - перечислена заработная плата на лицевой счет работника по данным банка в общей сумме 204 683 рубля, - выплачена заработная плата из кассы организации в общей сумме 23 000 рублей. Е. фактически выплачена заработная плата в общей сумме 396 112 рублей, в т.ч.: - перечислена заработная плата на лицевой счет работника по данным банка в общей сумме 352 291 рубль, - выплачена заработная плата из кассы организации в общей сумме 43 821 рубль. Е. фактически выплачена заработная плата в общей сумме 267 860 рублей, в т.ч.: - перечислена заработная плата на лицевой счет работника по данным банка в общей сумме 221 590 рублей, - выплачена заработная плата из кассы организации в общей сумме 46 270 рублей. ФИО2 фактически выплачена заработная плата в общей сумме 391 073,00 руб. (выплаты по каждому месяцу отражены в графе &lt;номер изъят&gt;), в т.ч.: - перечислена заработная плата на лицевой счет работника по данным банка в общей сумме 325 173 рубля, - выплачена заработная плата из кассы организации в общей сумме 65 900 рублей. К.Л. фактически выплачена заработная плата в общей сумме 30 240 рублей, в т.ч.: - перечислена заработная плата на лицевой счет работника по данным банка в общей сумме 27 240 рублей - выплачена заработная плата из кассы организации в общей сумме 3 000 рублей. К. фактически выплачена заработная плата в общей сумме 269 967 рублей, в т.ч.: - перечислена заработная плата на лицевой счет работника по данным банка в общей сумме 218 749 рублей, - выплачена заработная плата из кассы организации в общей сумме 51 218 рублей. К.Л. фактически выплачена заработная плата в общей сумме 143 645 рублей, в т.ч.: - перечислена заработная плата на лицевой счет работника по данным банка в общей сумме 135 645 рублей, - выплачена заработная плата из кассы организации в общей сумме 8 000 рублей. Л.Д. фактически выплачена заработная плата в общей сумме 64 796 рублей, в т.ч.: - перечислена заработная плата на лицевой счет работника по данным банка в общей сумме 59 796 рублей, - выплачена заработная плата из кассы организации в общей сумме 5 000 руюлей. Л.В. фактически выплачена заработная плата в общей сумме 265 124 рубля, в т.ч.: - перечислена заработная плата на лицевой счет работника по данным банка в общей сумме 152 851 рубль, - выплачена заработная плата из кассы организации в общей сумме 112 273 рубля. М. фактически выплачена заработная плата в общей сумме 350 510,76 рублей, в т.ч.: - перечислена заработная плата на лицевой счет работника по данным банка в общей сумме 274 310,76 рублей, - выплачена заработная плата из кассы организации в общей сумме 76 200 рублей. М.Г. фактически выплачена заработная плата в общей сумме 125 161 рубль, в т.ч.: - перечислена заработная плата на лицевой счет работника по данным банка в общей сумме 100 161 рубль, - выплачена заработная плата из кассы организации в общей сумме 25 000 рублей. ФИО1 фактически выплачена заработная плата в общей сумме 595 457 рублей, в т.ч.: - перечислена заработная плата на лицевой счет работника по данным банка в общей сумме 427 832 рубля, - выплачена заработная плата из кассы организации в общей сумме 167 625 рублей. М.В. фактически выплачена заработная плата в общей сумме 98 262,20 рубля, в т.ч.: - перечислена заработная плата на лицевой счет работника по данным банка в общей сумме 81 605,20 рублей, - выплачена заработная плата из кассы организации в общей сумме 16 657 рублей. Н. фактически выплачена заработная плата в общей сумме 226 494 рубля, в т.ч.: - перечислена заработная плата на лицевой счет работника по данным банка в общей сумме 150 264 рубля, - выплачена заработная плата из кассы организации в общей сумме 76 230 рублей. О. фактически выплачена заработная плата в общей сумме 404 865 рублей, в т.ч.: - перечислена заработная плата на лицевой счет работника по данным банка в общей сумме 356 656 рублей, - выплачена заработная плата из кассы организации в общей сумме 48 209 рублей. П.Е. фактически выплачена заработная плата в общей сумме 50 003 рубля, в т.ч.: - перечислена заработная плата на лицевой счет работника по данным банка в общей сумме 38 360 рублей, - выплачена заработная плата из кассы организации в общей сумме 11 643 рубля. П. фактически выплачена заработная плата в общей сумме 55 204,53 рубля, в т.ч.: - заработная плата на лицевой счет работника по данным банка не перечислялась, - выплачена заработная плата из кассы организации в общей сумме 55 204,53 рубля. П.В. фактически выплачена заработная плата в общей сумме 211 703 рубля, в т.ч.: - перечислена заработная плата на лицевой счет работника по данным банка в общей сумме 183 766 рублей, - выплачена заработная плата из кассы организации в общей сумме 27 937 рублей. С.С. фактически выплачена заработная плата в общей сумме 466 233 рубля, в т.ч.: - перечислена заработная плата на лицевой счет работника по данным банка в общей сумме 441 233 рубля, - выплачена заработная плата из кассы организации в общей сумме 25 000 рублей. С.З. фактически выплачена заработная плата в общей сумме 428 016 рублей, в т.ч.: - перечислена заработная плата на лицевой счет работника по данным банка в общей сумме 328 283 рубля, - выплачена заработная плата из кассы организации в общей сумме 99 733 рубля. С. фактически выплачена заработная плата в общей сумме 22 870 рублей, в т.ч.: - перечислена заработная плата на лицевой счет работника по данным банка в общей сумме 13 179,32 рублей, - выплачена заработная плата из кассы организации в общей сумме 9 691 рубль. Т.Р. фактически выплачена заработная плата в общей сумме 174 693 рубля, в т.ч.: - перечислена заработная плата на лицевой счет работника по данным банка в общей сумме 158 393 рубля, - выплачена заработная плата из кассы организации в общей сумме 16 300 рублей. Т.Н. фактически выплачена заработная плата в общей сумме 147 510 рублей, в т.ч.: - перечислена заработная плата на лицевой счет работника по данным банка в общей сумме 132 510 рублей, - выплачена заработная плата из кассы организации в общей сумме 15 000 рублей. Т. фактически выплачена заработная плата в общей сумме 120 606 рублей, в т.ч.: - перечислена заработная плата на лицевой счет работника по данным банка в общей сумме 109 158 рублей, - выплачена заработная плата из кассы организации в общей сумме 11 448 рублей. Х. фактически выплачена заработная плата в общей сумме 251 342 рубля, в т.ч.: - перечислена заработная плата на лицевой счет работника по данным банка в общей сумме 174 772 рубля, - выплачена заработная плата из кассы организации в общей сумме 76 570 рублей. Ч. фактически выплачена заработная плата в общей сумме 103 279 рублей, в т.ч.: - перечислена заработная плата на лицевой счет работника по данным банка в общей сумме 90 279 рублей, - выплачена заработная плата из кассы организации в общей сумме 13 000 рублей. Ш. фактически выплачена заработная плата в общей сумме 23 472 рубля, в т.ч.: - перечислена заработная плата на лицевой счет работника по данным банка в общей сумме 18 472 рубля, - выплачена заработная плата из кассы организации в общей сумме 5 000 рублей. Ю. фактически выплачена заработная плата в общей сумме 224 895,84 рублей, в т.ч.: - перечислена заработная плата на лицевой счет работника по данным банка в общей сумме 207 095,84 рублей, - выплачена заработная плата из кассы организации в общей сумме 17 800 рублей. Согласно представленным документам, имеется разница между суммами заработной платы, перечисленными на лицевые счета работников по данным МБОУ &lt;данные изъяты&gt;, и суммами заработной платы, перечисленными на лицевые счета работников с учетом данных, предоставленных Банком «Союз» (разница по каждому месяцу отражена в графе &lt;номер изъят&gt;): - на лицевые счета работников МБОУ &lt;данные изъяты&gt; за период времени с января по сентябрь 2014 года фактически были перечислены денежные средства в большей сумме, чем указано в бухгалтерских документах МБОУ &lt;данные изъяты&gt;: - А. на 100 рублей, - Д.А. на 1 рубль, - Е. на 43 821 рубль, - Е. на 28 189 рублей, - ФИО2 на 133 365 рублей, - К. на 37 565 рублей, - К.Л. на 2 800 рублей, - Л.Д. на 1 000 рублей, - Л.В. на 3 857 рублей, - М. на 62 197 рублей, - ФИО1 на 274 001 рубль, - М.В. на 13 035,43 рублей, - Н. на 34 431 рубль, - О. на 27 453 рубля, - С.С. на 16 075 рублей, - С.З. на 122 519 рублей, - Т.Р. на 5 260 рублей, - Х. на 64 353 рубля, - Ю. на 17 799 рублей. Следует отметить, что: - на лицевые счета работников МБОУ &lt;данные изъяты&gt; за период времени с января по сентябрь 2014 года фактически были перечислены денежные средства в меньшей сумме, чем указано в бухгалтерских документах МБОУ &lt;данные изъяты&gt;: - А.Д. на 319 рублей, - Е.В. на 2 202 рубля, - П.В. на 22 500 рублей, - Т.Н. на 2 793 рубля, - Т. на 305 рублей, - Ч. на 1 669 рублей. - на лицевые счета работников МБОУ &lt;данные изъяты&gt; за период времени с января по сентябрь 2014 года фактически были перечислены денежные средства в такой же сумме, как указано в бухгалтерских документах МБОУ &lt;данные изъяты&gt;: - К.Л., - М.Г., - П.Е., - С., - Ш.. - на лицевой счет работника МБОУ &lt;данные изъяты&gt; П. за период времени с января по сентябрь 2014 года денежные средства не перечислялись ни по данным банка, ни по данным МБОУ &lt;данные изъяты&gt;. Заключением дополнительной экономической судебной экспертизы &lt;номер изъят&gt; (л.д. 11-23 т.6) установлено, что согласно представленным документам в кассе МБОУ &lt;данные изъяты&gt; была выплачена заработная плата работникам, которые фактически денежные средства не получали и в платежных документах не расписывались в общей сумме 627 641,72 рубль, в том числе: - А. в сумме 15 000 рублей, - А.Д. в сумме 10 000 рублей, - Д.А. в сумме 8 979 рублей, - Е.В. в сумме 23 000 рублей, - Е. в сумме 46 270 рублей, - К. в сумме 51 218 рублей, - К.Л. в сумме 8 000 рублей, - Л.Д. в сумме 5 000 рублей, - Л.В. в сумме 23 000 рублей, - М. в сумме 76 200 рублей, - М.Г. в сумме 25 000 рублей, - М.В. в сумме 11 657 рублей, - Н. в сумме 76 230 рублей, - П. В. А. в сумме 24 169,72 рублей, - С.С. в сумме 25 000 рублей, - С. в сумме 9 691 рубль, - Т.Р. в сумме 16 300 рублей, - Т.Н. в сумме 15 000 рублей, - О. в сумме 48 209 рублей, - Х. в сумме 73 918 рублей, - Ч. в сумме 13 000 рублей, - Ш. в сумме 5 000 рублей, - Ю. В сумме 17 800 рублей. (за исключением денежных средств полученных М.В. по платежной ведомости &lt;номер изъят&gt; от ДД.ММ.ГГГГ; Д.А. - по расходному кассовому ордеру &lt;номер изъят&gt; от ДД.ММ.ГГГГ, по расходному кассовому ордеру &lt;номер изъят&gt; от ДД.ММ.ГГГГ; Л.В. - по расходному кассовому ордеру &lt;номер изъят&gt; от ДД.ММ.ГГГГ, по расходному кассовому ордеру &lt;номер изъят&gt; от ДД.ММ.ГГГГ, по платежной ведомости &lt;номер изъят&gt; от ДД.ММ.ГГГГ; Х. - по расходному кассовому ордеру &lt;номер изъят&gt; от ДД.ММ.ГГГГ; П. В.А. по расходному кассовому ордеру &lt;номер изъят&gt; от ДД.ММ.ГГГГ, по расходному кассовому ордеру &lt;номер изъят&gt; от ДД.ММ.ГГГГ, по расходному кассовому ордеру &lt;номер изъят&gt; от ДД.ММ.ГГГГ, по расходному кассовому ордеру &lt;номер изъят&gt; от ДД.ММ.ГГГГ, по расходному кассовому ордеру &lt;номер изъят&gt; от ДД.ММ.ГГГГ, по расходному кассовому ордеру &lt;номер изъят&gt; от ДД.ММ.ГГГГ, по расходному кассовому ордеру &lt;номер изъят&gt; от ДД.ММ.ГГГГ). В период времени с января по сентябрь 2014 года на лицевые счета работников МБОУ ДОД Д были излишне перечислены денежные средства: ФИО2 в сумме 133 365 рублей, в т.ч.: - в январе 2014 г. фактически было перечислено на 1 271 рубль больше, чем указано в бухгалтерских документах организации; - в феврале 2014 г. фактически было перечислено на 13 000 рублей больше, чем указано в бухгалтерских документах организации; - в марте 2014 г. фактически было перечислено на 7 000 рублей меньше, чем указано в бухгалтерских документах организации; - в апреле 2014 г. фактически было перечислено на 34 998 рублей больше, чем указано в бухгалтерских документах организации; - в мае 2014 г. фактически было перечислено на 10 000 рублей больше, чем указано в бухгалтерских документах организации; - в июне 2014 г. фактически было перечислено на 15 000 рублей больше, чем указано в бухгалтерских документах организации; - в июле 2014 г. фактически было перечислено на 20 000 рублей больше, чем указано в бухгалтерских документах организации; - в августе 2014 г. фактически было перечислено на 15 000 рублей больше, чем указано в бухгалтерских документах организации; - в сентябре 2014 г. фактически было перечислено на 31 096 рублей больше, чем указано в бухгалтерских документах организации. ФИО2 начислена заработная плата в сумме 344 205,33 рубля, фактически выплачена - в общей сумме 391,073 рубля, в том числе: перечислена на лицевой счет по данным банка в общей сумме 325 173 рубля, выплачена из кассы организации в общей сумме 65 900 рублей, перечислена на лицевой счет по данным организации в общей сумме 191 808 рублей. Разница между заработной платой, перечисленной на лицевой счет работника по данным организации, и заработной платой, перечисленной на лицевой счет работника по данным банка, составляет 133 365 рублей (325 173 - 191 808), следовательно, ФИО2 фактически было перечислено на 133 365 рублей больше, чем указано в бухгалтерских документах МБОУ &lt;данные изъяты&gt;. ФИО1 в сумме 274 001 рубль, в т.ч.: - в январе 2014 г. фактически было перечислено на 14 035 рублей больше, чем указано в бухгалтерских документах организации; - в феврале 2014 г. фактически было перечислено на 64 417 рублей больше, чем указано в бухгалтерских документах организации; - в марте 2014 г. фактически было перечислено на 10 000 рублей больше, чем указано в бухгалтерских документах организации; - в апреле 2014 г. фактически было перечислено на 50 549 рублей больше, чем указано в бухгалтерских документах организации; - в мае 2014 г. фактически было перечислено на 25 000 рублей больше, чем указано в бухгалтерских документах организации; - в июне 2014 г. фактически было перечислено на 15 000 рублей больше, чем указано в бухгалтерских документах организации; - в июле 2014 г. фактически было перечислено на 20 000 рублей больше, чем указано в бухгалтерских документах организации; - в августе 2014 г. фактически было перечислено на 45 000 рублей больше, чем указано в бухгалтерских документах организации; - в сентябре 2014 г. фактически было перечислено на 30 000 рублей больше, чем указано в бухгалтерских документах организации. ФИО1 начислена заработная плата в сумме 423 962,64 рубля, фактически выплачена - в общей сумме 595 457 рублей, в том числе: перечислена на лицевой счет по данным банка в общей сумме 427 832 рубля, выплачена из кассы организации в общей сумме 167 625 рублей, перечислена на лицевой счет по данным организации в общей сумме 153 831 рубль. Разница между заработной платой, перечисленной на лицевой счет работника по данным организации, и заработной платой, перечисленной на лицевой счет работника по данным банка, составляет 274 001 рубль (427 832 - 153 831), следовательно, ФИО1 фактически было перечислено на 274 001 рубль больше, чем указано в бухгалтерских документах МБОУ &lt;данные изъяты&gt;. Е. в сумме 43 821 рубль, в т.ч.: - в феврале 2014 г. фактически было перечислено на 27 087 рублей больше, чем указано в бухгалтерских документах организации; - в марте 2014 г. фактически было перечислено на 4 000 рублей больше, чем указано в бухгалтерских документах организации; - в августе 2014 г. фактически было перечислено на 20 000 рублей больше, чем указано в бухгалтерских документах организации; - в сентябре 2014 г. фактически было перечислено на 7 266 рублей меньше, чем указано в бухгалтерских документах организации. С.З. в сумме 122 519 рублей, в т.ч.: - в январе 2014 г. фактически было перечислено на 10 017 рублей меньше, чем указано в бухгалтерских документах организации; - в феврале 2014 г. фактически было перечислено на 14 440 рублей больше, чем указано в бухгалтерских документах организации; - в апреле 2014 г. фактически было перечислено на 23 401 рубль больше, чем указано в бухгалтерских документах организации; - в мае 2014 г. фактически было перечислено на 20 000 рублей больше, чем указано в бухгалтерских документах организации; - в июне 2014 г. фактически было перечислено на 23 402 рубля больше, чем указано в бухгалтерских документах организации; - в июле 2014 г. фактически было перечислено на 26 169 рублей больше, чем указано в бухгалтерских документах организации; - в августе 2014 г. фактически было перечислено на 20 000 рублей больше, чем указано в бухгалтерских документах организации; - в сентябре 2014 г. фактически было перечислено на 5 124 рубля больше, чем указано в бухгалтерских документах организации. Из заключения дополнительной экономической судебной экспертизы &lt;номер изъят&gt; (т. 10 л.д. 1-88) следует, что согласно представленным документам, в кассе МБОУ &lt;данные изъяты&gt; была выплачена заработная плата работникам, которые фактически денежные средства не получали и в платежных документах не расписывались в общей сумме в общей сумме 593 781 рубль, в т. ч.: - А. в сумме 15 000 рублей, - А.Д. в сумме 10 000 рублей, - Д.А. в сумме 8 979 рублей, - Е.В. в сумме 23 000 рублей, - Е. в сумме 46 270 рублей, - К. в сумме 51 218 рублей, - К.Л. в сумме 8 000 рублей, - Л.Д. в сумме 5 000 рублей, - Л.В. в сумме 23 000 рублей, - М. в сумме 76 200 рублей, - М.Г. в сумме 25 000 рублей, - М.В. в сумме 11 657 рублей, - Н. в сумме 76 230 рублей, - С.С. в сумме 25 000 рублей, - Т.Р. в сумме 16 300 рублей, - Т.Н. в сумме 15 000 рублей, - О. в сумме 48 209 рублей, - Х. в сумме 73 918 рублей, - Ч. в сумме 13 000 рублей, - Ш. в сумме 5 000 рублей, - Ю. В сумме 17 800 рублей. (за исключением денежных средств, полученных М.В. по платежной ведомости &lt;номер изъят&gt; от ДД.ММ.ГГГГ; Д.А. - по расходному кассовому ордеру &lt;номер изъят&gt; от ДД.ММ.ГГГГ, по расходному кассовому ордеру &lt;номер изъят&gt; от ДД.ММ.ГГГГ; Л.В. - по расходному кассовому ордеру &lt;номер изъят&gt; от ДД.ММ.ГГГГ, по расходному кассовому ордеру &lt;номер изъят&gt; от ДД.ММ.ГГГГ, по платежной ведомости &lt;номер изъят&gt; от ДД.ММ.ГГГГ; Х. - по расходному кассовому ордеру &lt;номер изъят&gt; от ДД.ММ.ГГГГ). Согласно представленным документам, в период времени с января по сентябрь 2014 года на лицевые счета работников МБОУ &lt;данные изъяты&gt; были перечислены денежные средства: - в соответствии с ведомостями на зачисление денежных средств на карточные счета работников, приложенными к заявкам на выплату средств, находящимися в папках «Банк» в сумме 12 189 848,01 руб.; подробные сведения о перечислении денежных средств за период времени с января по сентябрь 2014 года по каждому работнику и по каждому месяцу отдельно представлены в графе 6 Таблиц &lt;номер изъят&gt; - &lt;номер изъят&gt; Приложения к заключению эксперта; - в соответствии с данными бухгалтерского учета МБОУ &lt;данные изъяты&gt;, отраженными в расчетных ведомостях, находящихся в папках «Журнал операций расчетов по оплате труда», в сумме 12 009 101,91 руб.; подробные сведения о перечислении денежных средств за период времени с января по сентябрь 2014 года по каждому работнику и по каждому месяцу отдельно представлены в графе 7 Таблиц &lt;номер изъят&gt; - &lt;номер изъят&gt; Приложения к заключению эксперта. Согласно реестрам на зачисление денежных средств от Управления по финансам и налогам МБОУ &lt;данные изъяты&gt;, предоставленным Банком «Союз», находящимся в материалах уголовного дела, в период времени с января по сентябрь 2014 года на лицевые счета работников МБОУ &lt;данные изъяты&gt; были перечислены денежные средства средств в сумме - 12 169 205,01 руб., подробные сведения о перечислении денежных средств за период времени с января по сентябрь 2014 года по каждому работнику и по каждому месяцу отдельно: представлены в графе 3 Таблиц &lt;номер изъят&gt; - &lt;номер изъят&gt; Приложения к заключению эксперта. Согласно представленным документам, разница между суммами, указанными в реестрах на зачисление денежных средств, и суммами, указанными в ведомостях на зачисление денежных средств, за период времени с января по сентябрь 2014 года составила - 20 643 рубля, разница сложилась из: - перечисленных денежных средств в большей сумме, чем указано в ведомостях на зачисление денежных средств на 648 410,43 рублей следующим работникам МБОУ &lt;данные изъяты&gt;: - А.Г. на 6 705 рублей больше; - Е. на 43 821 рубль больше; - Е. на 28 189 рублей больше; - З.А. на 3 рубля больше; - И. Е.М. на 88 367 рублей больше; - К. на 7 565 рублей больше; - К.Л. на 2 800 рублей больше; - М. на 47 742 рубля больше; - М.Е. на 4 342 рубля больше; - ФИО1 на 228 452 рубля больше; - М.В. на 13 035,43 рублей больше; - Н. на 16 654 рубля больше; - О. на 27 453 рубля больше; - С.С. на 16 075 рублей больше; - С.З. на 62 949 рублей больше; - Т.Р. на 5 260 рублей больше; - Т.А. на 1 977 рублей больше; - Х. на 42 811 рублей больше; - Ю. на 4 210 рублей больше; - перечисленных денежных средств в меньшей сумме, чем указано в ведомостях на зачисление денежных средств на 669 053,43 руб. следующим работникам МБОУ &lt;данные изъяты&gt;: - А.Ю. на 8 000 рублей меньше; - А.Г. на 12 999 рублей меньше; - А. на 25 964 рубля меньше; - А.И. на 40 518 рублей меньше; - А.Д. на 15 289 рублей меньше; - Б.С. на 23 032 рубля меньше; - В.Ю. на 4 995 рублей меньше; - В.Т. на 23 000 рублей меньше; - В.А. на 930 рублей меньше; - Г.Г. на 34 536 рублей меньше; - Д.В. на 33 000 рублей меньше; - Д.Е. на 1 000 рублей меньше; - Д.А. на 1 999 рублей меньше; - Е.В. на 38 793 рубля меньше; - Е.Л. на 2 000 рублей меньше; - З.С. на 261 рубль меньше; - И. Н.В. на 8 731 рубль меньше; - И.Е. на 4 000 рублей меньше; - К.Д. на 5 001 рубль меньше; - К.С. на 9 652 рубля меньше; - К.О. на 4 000 рублей меньше; - К.Л. на 130 рублей меньше; - К.Е. на 12 000 рублей меньше; - Л.В. на 6 999 рублей меньше; - Л.Д. на 2 000 рублей меньше; - Л.В. на 6 143 рубля меньше; - М.Т. на 130 рублей меньше; - М.Е. на 20 541 рубль меньше; - М.А. на 12 802 рубля меньше; - М.В. на 3 800 рублей меньше; - М.М. на 18 500 рублей меньше; - Н.Г. на 36 515 рублей меньше; - О.Г. на 3 630 рублей меньше; - О.В. на 9 000 рублей меньше; - П. И.В. на 14 960 рублей меньше; - П.С. на 300 рублей меньше; - П.В. на 28 500 рублей меньше; - П.Г. на 3 000 рублей меньше; - П.П. на 8 575 рублей меньше; - Р.В. на 4 936 рублей меньше; - Р.С. на 9 999 рублей меньше; - С.А. на 3 771 рубль меньше; - С.В. на 3 250 рублей меньше; - С.А. на 7 566 рублей меньше; - С.А. на 682 рубля меньше; - С.В. на 317 рублей меньше; - С.Е. на 6 000 рублей меньше; - Т.А. на 35 569 рублей меньше; - Т.Н. на 4 793 рубля меньше; - К.А. на 26 839 рублей меньше; - Т. на 16 923 рубля меньше; - У.А. на 12 000 рублей меньше; - Ф.А. на 1 259 рублей меньше; - Ф.С. на 4 000 рублей меньше; - Ч. на 18 885 рублей меньше; - Щ.И. на 4 000 рублей меньше; - Ю.Т. на 23 039 рублей меньше; - Я.Т. на 0,43 рубля меньше. Разница между фактическими суммами, перечисленных денежных средств в соответствии с реестрами на зачисление денежных средств, а также с заявками на выплату средств конкретным работникам, и суммами перечисленных денежных средств, отраженными в бухгалтерском учете организации, указанными в расчетных ведомостях в графах «Перечислено в банк», за период времени с января по сентябрь 2014 года составила 610 868,54 рублей, разница сложилась из: - перечисленных денежных средств в большей сумме, чем указано в ведомостях на зачисление денежных средств на 1 056 191,08 рублей следующим работникам МБОУ &lt;данные изъяты&gt;: - А. на 100 рублей больше; - Б.Р. на 12 935,26 рублей больше; - Г.Г. на 46 321 рубль больше; - Д.А. на 1 рубль больше; - Е. на 43821 рубль больше; - Е. на 28 189 рублей больше; - З.А. на 3,37 рублей больше; - И. Е.М. на 133 365 рублей больше; - К. на 37 565 рублей больше; - К.Л. на 2 800 рублей больше; - Л.Д. на 1 000 рублей больше; - Л.В. на 3 857 рублей больше; - М. на 62 197 рублей больше; - ФИО1 на 274 001 рубль больше; - М.В. на 13 035,43 рублей больше; - Н. на 34 431 рубль больше; - О. на 27 453 рубля больше; - П.Г. на 16 рублей больше; - С.А. на 109 094 рубля больше; - С.С. на 16 075 рублей больше; - С.З. на 122 519 рублей больше; - Т.Р. на 5 260 рублей больше; - Х. на 64 353 рубля больше; - Ю. на 17 799,02 рублей больше; - перечисленных денежных средств в меньшей сумме, чем указано в расчетных ведомостях на 445 322,54 рубля следующим работникам МБОУ &lt;данные изъяты&gt;: - А.Ю. на 8 000 рублей меньше; - А.Г. на 5 999 рублей меньше; - А.И. на 21 518 рублей меньше; - А.Д. на 319 рублей меньше; - Б.А. на 9 504,10 рубля меньше; - В.Ю. на 4 995 рублей меньше; - В.Т. на 12 453,01 рубля меньше; - В.А. на 930 рублей меньше; - Д.В. на 32 000 рублей меньше; - Е.В. на 2 202 рубля меньше; - Е.Л. на 2 000 рублей меньше; - З.С. на 261 рубль меньше; - И. Н.В. на 8 731 рубль меньше; - И.Е. на 4 000 рублей меньше; - К.Д. на 5 001 рубль меньше; - К.С. на 9 653 рубля меньше; - К.О. на 4 000 рублей меньше; - К.Л. на 130 рублей меньше; - К.Е. на 10 000 рублей меньше; - Л.В. на 6 999 рублей меньше; - М.Т. на 130 рублей меньше; - М.Е. на 9 685,18 рублей меньше; - М.Е. на 6 513,82 рублей меньше; - М.А. на 6 414 рублей меньше; - М.В. на 3 800 рублей меньше; - М.М. на 8 500 рублей меньше; - Н.Г. на 6 515 рублей меньше; - О.Г. на 2 630 рублей меньше; - О.А. на 110 865 рублей меньше; - О.В. на 9 000 рублей меньше; - П. И.В. на 15 000 рублей меньше; - П.С. на 300 рублей меньше; - П.В. на 22 500 рублей меньше; - П.П. на 4 575 рублей меньше; - Р.В. на 4 936 рублей меньше; - Р.С. на 9 999 рублей меньше; - С.В. на 3 250 рублей меньше; - С.А. на 5 566 рублей меньше; - С.А. на 682 рубля меньше; - С.В. на 317 рублей меньше; - С.Е. на 4 000 рублей меньше; - Т.А. на 21 569 рублей меньше; - Т.Н. на 2 793 рубля меньше; - Т.А. на 1 000 рублей меньше; - Т.И.. на 14 839 рублей меньше; - Т. на 305 рублей меньше; - У.А. на 10 000 рублей меньше; - Ф.А. на 259 рублей меньше; - Ф.С. на 2 000 рублей меньше; - Ч. на 1 669 рублей меньше; - Ю.Т. на 7 015 рублей меньше; - Я.Т. на 0,43 рубля меньше; Подробные сведения о разнице между суммами, указанными в реестрах на зачисление денежных средств, и суммами, указанными в ведомостях на зачисление денежных средств, за период времени с января по сентябрь 2014 года по каждому работнику и по каждому месяцу отдельно представлены в графе 8 Таблиц &lt;номер изъят&gt; - &lt;номер изъят&gt; Приложения к заключению эксперта. Подробные сведения о разнице между фактическими суммами перечисленных денежных средств в соответствии с реестрами на зачисление денежных средств, а также с заявками на выплату средств конкретным работникам, и суммами перечисленных денежных средств, отраженными в бухгалтерском учете организации, указанными в расчетных ведомостях в графах «Перечислено в банк», представлены в графе 9 Таблиц &lt;номер изъят&gt; - &lt;номер изъят&gt; Приложения к заключению эксперта. Согласно данным протокола выемки (т. 7 л.д. 19-24) в МКУ «Централизованная бухгалтерия» были изъяты расчетные листы П. В.А., С., Т., Е., М.Э., К., М.В., ФИО2, Ю., С.З., Т.Р., Е., С.С., А., Т.Н., А.Д., Н., К.Л., П.Е., Д.А., О., К.Л., Л.В., П.В., М.Г., Л.Д., Е.В., Ч., Х., ФИО1, Ш. за период январь-сентябрь 2014, декабрь 2013. Указанные документы осмотрены, признаны и приобщены к уголовному делу в качестве вещественных доказательств (т. 8 л.д. 1-281). В томе 14 на листах с 120-155 представлены расчетные листки Т.Н. за сентябрь 2014 годы, согласно которому ему МБОУ &lt;данные изъяты&gt; было выплачена зарплата в сумме 11886 рублей; А.Д. за февраль 2014 года, согласно которому ей было выплачена МБОУ &lt;данные изъяты&gt; зарплата в сумме 11095 рублей, А.Д. за август 2014 года, согласно которому ей было выплачена МБОУ &lt;данные изъяты&gt; зарплата в сумме 12834 рублей, А.Д. за сентябрь 2014 года, согласно которому ей было выплачена МБОУ &lt;данные изъяты&gt; зарплата в сумме 17553 рубля. Согласно справке Администрации городского округа муниципального образования «город Саянск» от ДД.ММ.ГГГГ, мониторинг ассигнований на оплату труда в учреждениях бюджетной сферы в 2014 осуществлялся ежемесячно для осуществления контроля за расходованием средств учреждениями, в том числе в &lt;данные изъяты&gt;, в пределах утвержденных на год ассигнований. Данный мониторинг не является официальным документом и не регламентируется НПА, формируется на основании данных, предоставленных специалистом-экономистом, в части утверждения лимитов и кассовых расходов сверяется с Управлением по финансам и налогам. Для проведения мониторинга не запрашивались и не использовались ведомости начисления заработной платы работникам (том. 14 л.д. 102). Согласно сведениям дополнительного офиса &lt;номер изъят&gt; «Саянский» Иркутского филиала Банка «Союз», в 2014 году перевод заработной платы ФИО1 производился на ее счета: &lt;номер изъят&gt; и №&lt;номер изъят&gt;; ФИО2 на ее счета &lt;номер изъят&gt; и &lt;номер изъят&gt; (т. 4 л.д. 120-122). В ходе предварительного следствия ЗАО «Байкалвестком» представлены сведения о принадлежности абонентского номера &lt;***&gt; ФИО1 (т. 5 л.д. 37). При осмотре диска с информаций о входящих-исходящих соединениях, отправленных и принятых текстовых сообщениях (с их содержанием) указанного абонентского номера, поступивший из ЗАО «Байкалвестком», установлено, что ФИО1 имела переписку в другим абонентом, в которой указывала: «Огребаться в январе буду, когда документы из Иркутска придут», «Не говори, нервы потерпят т.к. документы … знает там какие отдали проверять», «Я думаю прорвемся» (т. 5 л.д. 160-176). Переходя к оценке доказательств, суд считает доказательства, исследованные в судебном заседании, относимыми к предмету уголовного дела. Суд доверяет показаниям представителей потерпевшего Б.О., Н.И., свидетелей стороны обвинения, поскольку перед началом допроса они были предупреждены судом об ответственности за дачу ложных показаний, о чем дали суду подписку, наличие у них оснований для оговора подсудимых, а также личных неприязненных отношений с подсудимыми, отрицали, не установлены таковые и судом. Показания представителей потерпевшего и свидетелей являются стабильными, согласуются с иными доказательствами по делу. Однако к показаниям свидетелей Е., О. в той части, что они никогда повторно не подписывали одни и те же ведомости по начислению заработной платы, суд относится критически, поскольку указанные показания не подтверждаются совокупностью исследованных доказательств, в частности показаниями свидетеля ФИО6 о том, что в ходе проверки в ее присутствии Е. подписывала документы, в которых отсутствовала ее подпись, кроме того с момента событий, явившихся предметом уголовного дела и допросом Е.Ж., О. в судебном заседании прошел значительный период времени, что повлияло на воспоминания свидетелей. К показаниям подсудимых ФИО1 и ФИО2 о непризнании ими вины и непричастности к совершенному преступлению, суд относится критически, поскольку они опровергаются совокупностью исследованных в судебном заседании доказательств. Не признание вины подсудимыми, суд расценивает как способ защиты, с целью избежать уголовной ответственности и наказания за совершенное преступление. Суд доверяет заключениям экспертов &lt;номер изъят&gt; от ДД.ММ.ГГГГ, &lt;номер изъят&gt; от ДД.ММ.ГГГГ, &lt;номер изъят&gt; от ДД.ММ.ГГГГ, &lt;номер изъят&gt; от ДД.ММ.ГГГГ, &lt;номер изъят&gt; от ДД.ММ.ГГГГ поскольку экспертные исследования проведены экспертами, имеющими высшее образование, значительный стаж работы. Заключения соответствуют требованиям УПК РФ, выводы экспертов подробны, обоснованы, в связи с чем, сомнений не вызывают. Заключения экспертиз согласуются между собой, дополняют друг друга, а также не противоречат показаниям представителей потерпевшего, свидетелей, материалам уголовного дела. Протоколы следственных действий соответствуют требованиям УПК РФ, составлены уполномоченным лицом, сведения, указанные в протоколах подробны, последовательны, сомнений не вызывают. Таким образом, оценивая приведенные выше доказательства, как в отдельности, так и в совокупности, суд признает их относимыми, допустимыми и достоверными, поскольку они получены в соответствии с требованиями уголовно-процессуального закона, последовательны и не противоречивы, а в совокупности достаточны для разрешения уголовного дела по существу и находит вину ФИО1 и ФИО2 в совершении преступления при изложенных выше обстоятельствах установленной. Суд считает установленным совершение подсудимыми ФИО1, ФИО2 преступления, таким образом, и при тех обстоятельствах, как они установлены судом. Преступление подсудимыми совершено с прямым умыслом, из корыстных побуждений, с целью материального обогащения. Состав преступления является оконченным, поскольку после завладения денежными средствами, у подсудимых имелась реальная возможность ими распорядиться по своему усмотрению. Действия подсудимых суд квалифицирует как мошенничество, поскольку денежными средствами подсудимые завладели путем обмана и злоупотребления доверием. Подделка документов: заявок на перечисление денежных средств для выплаты заработной платы и отпускных работникам МБОУ &lt;данные изъяты&gt;, ведомостей на зачисление денежных средств на карточные счета сотрудников, составление заведомо ложных бухгалтерских документов о совершении кассовых операций по выдаче денежных средств в кассе учреждения в качестве заработной платы и отпускных работникам МБОУ &lt;данные изъяты&gt;, является обманом, поскольку, подсудимые составляли документы, а также вносили изменения в документы, не соответствующие действительности, что повлекло искажение истинных данных о размере начисленной и выплаченной заработной платы работникам МБОУ &lt;данные изъяты&gt;. Совершение указанного преступления было не возможно без злоупотребления доверием, поскольку в силу своего должностного положения ФИО1, которая являлась главным бухгалтером учреждения, а ФИО2 бухгалтером-кассиром, и выполняемых ими функций в учреждении, они пользовались доверием руководства МБОУ &lt;данные изъяты&gt;. ФИО1 и ФИО2 злоупотребляя доверием директора МБОУ &lt;данные изъяты&gt;, использовали с корыстной целью доверительные отношения с руководителем, уполномоченным подписывать бухгалтерские документы по начислению, зачислению на карточные счета заработной платы, по получению наличных денег по чеку и выдаче их в кассе учреждения, и при наличии подписи последней, получали доступ к распоряжению средствами местного бюджета - фонда оплаты труда работников учреждения, а также совершали обман работников Управления по финансам и налогам путем имитации кассовых операций. Суд находит нашедшим свое подтверждение наличие в действиях подсудимой ФИО1 квалифицирующего признака «совершенное лицом с использованием своего служебного положения», поскольку подсудимая выполняла организационно-распорядительные и административно-хозяйственные функции в МБОУ &lt;данные изъяты&gt;, что подтверждается ее должностной инструкцией, а так же исходя из фактического участия подсудимой в совершении преступления, поскольку без подписи главного бухгалтера в ведомостях на зачисление денежных средств на карточные счета сотрудников, ведомостей о выдаче денежных средств в кассе учреждения в качестве заработной платы и отпускных работникам МБОУ &lt;данные изъяты&gt;, выдача денежных средств, то есть распоряжение ими, и, как следствие, их хищение подсудимыми было не возможно. Однако, суд полагает, что предварительным следствием не доказано наличие в действиях подсудимой ФИО2 квалифицирующего признака «совершенное лицом с использованием своего служебного положения». Органами предварительного следствия установлено, что ФИО2, являющаяся должностным лицом, выполняющим административно-хозяйственные функции в муниципальном учреждении - бухгалтером МБОУ &lt;данные изъяты&gt; и кассиром, выполняла обязанности: по осуществлению операций по приему, учету, выдаче и хранению первичных учетных документов по начислению заработной платы; оформлению документов в соответствии с установленным порядком для начисления заработной платы, премий, отпускных и других расчетов; по ведению на основе первичных учетных документов по начислению заработной платы книги по заработной плате, выдаче расчетных листков работникам; по осуществлению приема и контроля первичной учетной документации бухгалтерского учета и обрабатывании ее; по отражению на счетах бухгалтерского учета операций, связанных с движением основных средств, ТМЦ и денежных средств. Вместе с тем, под полномочиями по распоряжению, управлению имуществом в учреждении, следует понимать предоставленную лицу возможность самостоятельно решать вопрос о судьбе имущества, о его движении. Возложенная на лицо обязанность производить чисто технически перемещение имущества, его выдачу другим лицам, учет не означает наличия у него полномочий по распоряжению, управлению имуществом. В связи с этим кассир муниципального учреждения, являющегося в качестве сотрудника бухгалтерии лицом, ответственным за сохранность выдаваемых им денежных средств в виде заработной платы, не является лицом, выполняющим административно-хозяйственные функции, поскольку такой работник вопрос о судьбе денежных средств, их расходовании самостоятельно не решает. Значит, административно-хозяйственными полномочиями он не наделен. Таким образом, квалифицирующий признак «совершенное лицом с использованием своего служебного положения» подлежит исключению из действий подсудимой ФИО2 Квалифицирующий признак «группой лиц по предварительному сговору» в действиях подсудимых по итогам судебного следствия нашел свое полное подтверждение, поскольку для искажения информации в ведомостях на зачисление денежных средств на карточные счета сотрудников, в ведомостях о выдаче денежных средств в кассе учреждения в качестве заработной платы и отпускных работникам МБОУ &lt;данные изъяты&gt;, выдача денежных средств была осуществлена по предварительному сговору ФИО2 и ФИО1, о чем свидетельствуют их согласованные действия, наличие подлинных подписей последних в указанных выше документах, перечисление похищенных денежных средств на их счета в банке. Кроме того, о предварительном сговоре подсудимых на совершение преступления также свидетельствует общая направленность бухгалтерской деятельности, их работа в одном кабинете, совместность и согласованность действий подсудимых, направленных на достижение единого результата в виде получения дополнительного дохода. Таким образом, суд находит установленной и доказанной их виновность в том, что они в период совместной работы вступили между собой в предварительный сговор на хищение денежных средств местного бюджета МО г. Саянск, действовали группой лиц, как соисполнители. Судом также установлено, что в результате совершения подсудимыми преступления бюджету МО г. Саянск был причинен ущерб на сумму 959 938 рублей, что в соответствии с примечанием 4 к ст. 158 УК РФ , является крупным ущербом, поскольку сумма ущерба значительно превысила 250000 рублей. Показания подсудимых ФИО1 и ФИО2 о полном непризнании ими вины в совершенном преступлении и непричастности к нему, суд считает надуманными, данными с целью избежать ответственности за содеянное. В судебном заседании было установлено, что начислением заработной платы в МБОУ &lt;данные изъяты&gt; занималась ФИО2 на основании документов, регламентирующих определение и порядок начисления заработной платы преподавательскому составу, и техническому персоналу учреждения. ФИО2 составляла ведомость на зачисление денежных средств на карточные счета сотрудников, ведомость о выдаче денежных средств в кассе учреждения в качестве заработной платы и отпускных работникам МБОУ &lt;данные изъяты&gt;, которые были подписаны ФИО2 и ФИО1, как главным бухгалтером учреждения, что подтверждается заключениями почерковедческих экспертиз &lt;номер изъят&gt;, &lt;номер изъят&gt;. В соответствии с показаниями свидетелей Е., К.. С.С., К.Л., Ю., Т.Р., Н., М., М.В., А., Ч., А.Д., Т.Н., Е.В., ФИО11, Х., работая в МБОУ &lt;данные изъяты&gt; в 2014 году они не получали заработную плату в кассе учреждения, за получение денежных средств в кассе учреждения они не расписывались, заработная плата была им перечислена на банковскую карточку Банка «Союз», доверенность на получение заработной платы от их имени никому не давали, заключениями эксперта &lt;номер изъят&gt;, &lt;номер изъят&gt; установлено, что подписи от имени свидетелей в платежных ведомостях выполнены не свидетелями. Вместе с тем, в платежных ведомостях о выдаче денежных средств через кассу МБОУ &lt;данные изъяты&gt; указанным выше свидетелям, в графе «кассир» стоит подлинная подпись ФИО2 и главного бухгалтера ФИО1, что установлено заключениями эксперта &lt;номер изъят&gt;, &lt;номер изъят&gt;. Указанное приводит суд к убеждению, что денежные средства, указанные в платежных ведомостях, были похищены подсудимыми. Суд не соглашается с доводами стороны защиты о необходимости назначения дополнительной почерковедческой экспертизы и о наличии сомнений в выводах эксперта и на том основании, что образцы почерка свидетелей Е., К., С.С., К.Л., Ю., Т.Р., Н., М., М.В., А., Ч., А.Д., Т.Н., Е.В., К.Г., Д.А., Л.Д., Х., были получены с нарушением законодательства. Так, в ходе судебного следствия указанные свидетели были подробно допрошены судом по порядку отобрания у них образцов почерка, с демонстрацией свидетелям, как самих образцов почерка, так и протоколов следственных действий с их участием. Судом было установлено, что образцы почерка были изготовлены лично свидетелями и изъяты у них в соответствии со ст. 202 УПК РФ следователем, или должностным лицом по поручению следователя. Допрошенная в судебном заседании в качестве эксперта Д.Н. суду показала, что при производстве экспертизы по материалам настоящего уголовного дела ею были использованы образцы почерка свидетелей, представленные следователем, при этом ее экспертному анализу подвергались как сами образцы почерка, содержащие подпись, цифровой ряд или текст, так и надпись: «написано/составлено собственноручно» и подпись свидетеля, выполненная в конце каждого листа с образцами почерка. Экспертом не установлено, что образец почерка и надпись «написано/составлено собственноручно» и подпись свидетеля выполнены разными лицами. Таким образом, сомнений в заключении эксперта &lt;номер изъят&gt; на этом основании у суда не возникает. Суд принимает во внимание показания специалиста М.Ю. о том, что исполнение образцов почерка лицом должно проводиться с обязательным участием следователя, однако, суд учитывает, что указанное требование носит рекомендательный характер для экспертов, о чем в своих показаниях указала М.Ю., а также не предусмотрено УПК РФ. Суд также учитывает показания свидетеля К.В., из показаний которого следует, что часть свидетелей исполняли образцы почерка в его присутствии, а часть передавала ему листы с уже готовыми образцами почерка, при этом в его присутствии и по его требованию каждый свидетель писал: «написано/составлено собственноручно» и ставил подпись, при этом у него не возникало сомнений, что образец почерка не принадлежит свидетелю. Неправильное написание в заключение эксперта фамилии М., О., а также инициалов свидетеля С.З., К.Л. суд считает технической ошибкой, поскольку на экспертное исследование поступили протоколы с образцами подписей М., О., С.З. материалы уголовного дела не содержат документов с образцами почерка М.Э., О.А., ФИО12 на дату платежной ведомости &lt;номер изъят&gt; от 14ДД.ММ.ГГГГ, суд также считает технической ошибкой, так как, согласно постановлению о назначении экспертизы от ДД.ММ.ГГГГ (том 5 л.д. 1-5) на экспертизу была представлена платежная ведомость &lt;номер изъят&gt; от ДД.ММ.ГГГГ, в томе 2 на л.д. 248 представлена копия платежной ведомости &lt;номер изъят&gt; от ДД.ММ.ГГГГ Суд доверяет заключению эксперта, поскольку выводы эксперта обоснованы, с приведением доводов, с использованием методик. Не обоснованным суд считает довод защиты о назначении дополнительной экономической экспертизы с целью установления правильности начисления размера заработной платы работникам МБОУ &lt;данные изъяты&gt; в 2014 году, а также истребование сведений из Пенсионного фонда РФ, Налоговой инспекции. Допрошенные в судебном заседании свидетели- работники МБОУ &lt;данные изъяты&gt; показали, что претензий по начислению заработной платы они не имели, начисленная заработная плата, указанная в расчетном листке, всегда совпадала с размером заработной платы перечисленной на банковскую карту, в случае, если бы у них возникли сомнения в правильности начисления зарплаты, они бы обратились в бухгалтерию. Кроме того, о правильном начислении зарплаты также говорит в своих показаниях ФИО2, основания сомневаться в ее показаниях в этой части, у суда не имеется, поскольку ее показания подтверждаются показаниями свидетелей Е., К.. С.С., К.Л., Ю., Т.Р., Н., М., М.В., А., Ч., А.Д., Т.Н., Е.В., ФИО11, Х. Кроме того, в своих показаниях подсудимая ФИО1 также указала, что у нее не было оснований сомневаться в правильности начисления заработной платы работникам МБОУ &lt;данные изъяты&gt; И. Е.М. Исходя из обстоятельств уголовного дела мошенничество заключалось в искажении содержания документов о начислении заработной платы работникам МБОУ &lt;данные изъяты&gt;, находящихся в бухгалтерии МБОУ &lt;данные изъяты&gt;, то есть экземпляра ведомостей о начислении заработной платы, возвращенного из Управления по финансам и налогам, и было установлено путем их сравнения с данными документов о перечислении заработной платы на счета работников МБОУ &lt;данные изъяты&gt;, истребованными в Банке «Союз», а также установления факта фиктивной выплаты зарплаты в кассе МБОУ &lt;данные изъяты&gt;, что подтверждается платежными ведомостями о выдаче зарплаты в кассе учреждения, сведения в которых не соответствуют действительности. Так, при исследовании материалов уголовного дела судом установлено, что ведомости на зачисление заработной платы на карточные счета от одной и той же даты, изъятые из банка и имеющиеся в бухгалтерских документах МБОУ &lt;данные изъяты&gt;, различаются, но, тем не менее, в соответствии с заключением почерковедческой экспертизы и на том и на другом экземпляре ведомости подписи ФИО1 и ФИО2 являются подлинными. Довод ФИО1 о том, что первая страница ведомостей МБОУ &lt;данные изъяты&gt; не подписана, следовательно, могла быть исправлена, является надуманной, так как имеются различия и на второй странице ведомости и в ведомостях, которые изготовлены на одной странице. Вопреки пояснениям подсудимых о недополучении работниками &lt;данные изъяты&gt; заработной платы, исходя из произведенных ими расчетов по документам, изложенным в обвинительном заключении, таковых сведений имеющиеся в материалах уголовного дела бухгалтерские документы не содержат. Наоборот, при наличии сведений о поступлении на карточные счета работников начисленной им заработной платы, подтвержденных сотрудниками учреждения, бухгалтерские документы &lt;данные изъяты&gt; содержали сведения о дополнительных выплатах по оплате их труда. Так, в соответствии со сведениями, содержащимися в справках 2-НДФЛ и в выписках по лицевым счетам работников МБОУ &lt;данные изъяты&gt; за 2014 год: М. при доходе в январе 30 722 рубля получила на карточный счет 28 722 рубля, при доходе в феврале 30 917 рублей, получила на карточный счет 26 771 рубль. Кроме того, по платежным ведомостям якобы в январе дважды получила из кассы 11 750 рублей и 8 750 рублей, в феврале получила из кассы 32 700 рублей. Т.Р. при доходе в феврале 23 623 рубля получил на карточный счет 20 552 рубля. Кроме того, по платежной ведомости он якобы в феврале еще получил из кассы 16 300 рублей. С.С. при доходе в апреле 51 787 рублей получила на карточный счет 47 184 рубля. Кроме того, по платежной ведомости якобы в апреле она еще получила из кассы заработную плату в размере 20 000 рублей. Исходя из анализа исследованных документов, работники получали свою среднюю заработную плату перечислением на банковскую карту, причем суммы перечислений совпадали с суммами, указанными в расчетных листах. Кроме того, из указанных подсудимыми сумм якобы недополученной работниками &lt;данные изъяты&gt; заработной платы, платежные документы на эти суммы в бухгалтерских документах МБОУ &lt;данные изъяты&gt; отсутствуют, сами сотрудники &lt;данные изъяты&gt; заявили о том, что на их карточные счета перечислялись все суммы начисленной им заработной платы, свидетели в ходе предварительного и судебного следствия категорически заявляли о том, что дополнительных денег в кассе учреждения они не получали. Пояснения подсудимой ФИО1 о возвращении ею в марте 2014 года излишне полученных денежных средств в кассу МБОУ &lt;данные изъяты&gt; опровергается данными осмотра документов, из которого следует, что в папке «Касса март 2014 г.» с бухгалтерскими документами по совершению кассовых операций в МБОУ &lt;данные изъяты&gt;, какие-либо приходные кассовые документы о сдаче в кассу ФИО1 в марте 2014 года денежных средств отсутствуют. Суд находит довод защиты о том, что выемка документов в бухгалтерии МБОУ &lt;данные изъяты&gt; в октябре 2014 года проверяющими ФИО6 и Окунь является незаконной, а доказательства, полученные на основании изъятых документов, не допустимыми, не обоснованным. Из обстоятельств уголовного дела, установленных судом, следует, что проверка в МБОУ &lt;данные изъяты&gt; проводилась на основании распоряжения мэра МО г. Саянск, проверялось ведение всей хозяйственно-финансовой деятельности учреждения. При проверке документов бухгалтерского учета не соответствие сумм выплаченной и начисленной заработной платы установила проверяющая С. о чем сообщила О. и руководителю проверки Ох.. Поскольку у &lt;данные изъяты&gt; были обоснованные сомнения в обеспечении сохранности бухгалтерских документов в бухгалтерии МБОУ &lt;данные изъяты&gt;, так как в ее присутствии бухгалтер ФИО2 вносила изменения в бухгалтерские документы, за проверяемый период времени, документы с согласия директора МБОУ &lt;данные изъяты&gt; А. в соответствие с Порядком осуществления внутреннего муниципального контроля, были изъяты из бухгалтерии учреждения. Таким образом, свидетели &lt;данные изъяты&gt;, действовали с разрешения директора МБОУ &lt;данные изъяты&gt; А. в целях сохранности бухгалтерских документов и отраженной в них информации. Кроме того, при изъятии документов присутствовала главный бухгалтер ФИО1, которой было предложено сделать их опись. Суд находит необоснованными довод защиты о том, что в изъятые бухгалтерские документы позже были внесены изменения, поскольку доказательств последнего суду не представлено. Свидетели С., О. отрицали факт внесения ими изменений в бухгалтерские документы, изъятые в МБОУ &lt;данные изъяты&gt;. Свидетель О. также пояснила, что документы до момента их изъятия сотрудниками правоохранительных органов, хранились в ее кабинете, посторонние лица к ним доступа не имели, с документами работала она и свидетель С.. Оснований сомневаться в показаниях свидетеля у суда не имеется. Суд учитывает показания специалистов Белоношка, Х.З. в той части, что при изъятии документов из бухгалтерии предприятия проверяющими органами, должна быть составлена их опись. Подсудимой ФИО1 было предложено составить опись бухгалтерских документов, чего сделано не было. Кроме того, суд учитывает, что у свидетелей &lt;данные изъяты&gt; были обоснованные подозрения в возможном искажении содержания бухгалтерских документов подсудимыми. При этом суд учитывает, что в ходе предварительного следствия была установлена подлинность подписей подсудимых в представленных на исследование бухгалтерских документах, что исключает возможность представления документов, подготовленных без участия подсудимых. Изъятие документов у свидетеля О.Е. осуществлено на основании постановления о/у отделения ЭБиПК МО МВД России «Зиминский» С.А. в ходе проверки сообщения о преступлении в порядке ст. ст. - 145 УПК РФ . В ходе следственного действия в соответствии с требованиями ст.ст. , , 183 УПК РФ , оперуполномоченным С.А. в присутствии понятых, с участием свидетеля О.Е. были изъяты бухгалтерские документы МБОУ &lt;данные изъяты&gt; за 2013 и 2014 год. При этом в протоколе следственного действия указано, что изъятые документы в присутствие понятых и свидетеля О.Е. были упакованы в картонную коробку и полиэтиленовые пакеты, опечатанные бумажной биркой с оттиском печати « Для документов &lt;номер изъят&gt;» подписями оперуполномоченного и участвующих в выемки лиц, пояснительными надписями (том 1 л.л. 215-220). При осмотре изъятых документов следователем ДД.ММ.ГГГГ в протоколе осмотра документов в присутствии понятых было установлено, что целостность картонной коробки и полиэтиленовых пакетов, бирок на них, в которых были упакованы изъятые документы, не нарушена. Кроме того, протокол содержит подробное описание осмотренных документов (том 2 л.д. 189-229). Таким образом, у суда не возникает сомнений, что оперуполномоченному С.А. были переданы именно те документы, которые были изъяты в бухгалтерии МБОУ &lt;данные изъяты&gt; и на основании которых, в последующем были проведены экспертные исследования. Довод стороны защиты о том, что Е., в силу своей занимаемой должности, обладала познаниями в начислении заработной платы и отпускных, не соответствует фактическим обстоятельствах уголовного дела, установленным судом. Из показаний свидетеля Е. следует, что начислением заработной платы занимался расчетчик ФИО2 Ее (Е.) работа при начислении заработной платы заключалась в том, что она подписывала платежные ведомости в банк. Ей приносил на подпись платежные ведомости ФИО2, либо ФИО1, могла принести и С.З. Суммы начисленной зарплаты она не проверяла. Иногда у нее могли возникнуть вопросы по суммам, ФИО2 давала ей необходимые разъяснения, по каким обстоятельствам суммы малы или велики. У нее высшее физкультурное образование, экономического образования она не имеет, но за годы работы поняла специфику, могла посчитать заработную плату сотрудника при наличии документов, по расчеткам, где она не понимала, ей помогали бухгалтер и экономист. Показания свидетеля подтверждены автобиографией М.Ж. (Е.), в которой указано о наличии у нее физкультурного образования (т. 2 л.д. 163), трудовым договором, заключенным с Е., согласно которому она обязана обеспечить своевременную выплату зарплаты, надбавок, пособий и иных выплат работникам предприятия в денежной форме (том 4 л.д. 125-127), копиями диплома на имя М.Ж. об окончании ею &lt;данные изъяты&gt; выпиской из ведомости к диплому, согласно которой, экономические дисциплины, бухгалтерский учет Е. не преподавались. В томе 10 на листе дела 236 представлена копия чека &lt;номер изъят&gt; от ДД.ММ.ГГГГ, выданного на имя С.З. о выплате заработной платы за первую половину апреля 2014 года на сумму 36000 рублей, с отметкой о получении денежных средств последней. В томе 2 на листе дела 240 имеется копия платежной ведомости &lt;номер изъят&gt; от ДД.ММ.ГГГГ о выплате Н., К.Л., Х., М. денежных средств на общую сумму 34000 рублей, в графе «главный бухгалтер» стоит подпись ФИО1, в графе «кассир» и «оплачено» стоит подпись, фамилия и инициалы ФИО2, принадлежность подписей подсудимым установлена заключением эксперта &lt;номер изъят&gt;, подписи от имени свидетелей Н., К.Л., Х., М. выполнены не свидетелями, аналогичные выводы следуют из показаний свидетелей, о том, что денежные средства в кассе учреждения они не получали. Указанные платежные документы подтверждают факт наличия денежных средств в кассе учреждения и хищение их подсудимыми, поскольку подлинность их подписи в платежном документе, по которому фактически не производилась выплата денежных средств свидетелям, установлена заключением эксперта. Довод стороны защиты о причастности к совершению преступления свидетелей Е., О., С.З., а так же о том, что наряду с предъявленным обвинением есть еще и работники, которые денежные средства через кассу получали, но их подписи тоже являются поддельными, не может являться предметом судебной оценки, поскольку в соответствии со ст. 252 УПК РФ , судебное разбирательство проводится только в отношении обвиняемого и лишь по предъявленному ему обвинению. Поскольку указанные выше свидетели не являются подсудимыми по настоящему уголовному делу, суд не правомочен давать оценку их действиям с точки зрения уголовного закона. Кроме того, на листе 122-123 в том 11 уголовного дела имеется постановление заместителя руководителя Саянского МСО СУ СК РФ по Иркутской области К.В. об отказе в возбуждении уголовного дела от ДД.ММ.ГГГГ в отношении Е., О., С.З. в связи с отсутствием в их действиях признаков состава преступления, предусмотренного ч. 3 ст. 159 УК РФ . Вопреки доводам стороны защиты в Акте проверки целевого использования средств местного бюджета выделенных МБОУ &lt;данные изъяты&gt; за 2013, 9 месяцев 2014 года указано на нарушения, выявленные в ходе проверки состояния учета расчетов по оплате труда и начислениям на выплаты по оплате труда и расчетов по налогу на доходы физических лиц, с приведением сумму выявленных отклонений. Поскольку, органы местно самоуправления не правомочны делать выводы о наличии факта хищения денежных средств, то есть преступления, Акт и документы проверки были переданы в органы предварительного следствия, где, в ходе проведения следственных и процессуальных действий, был установлен факт хищения денежных средств местного бюджета выделенных МБОУ &lt;данные изъяты&gt; и сумма причиненного ущерба. Сумма причиненного ущерба установлена из заключения экономических экспертиз при сравнении сумм денежных средств в ведомостях по начислению заработной платы работникам МБОУ &lt;данные изъяты&gt;, изъятых из бухгалтерии МБОУ &lt;данные изъяты&gt; с данными реестров на перечисление заработной платы на карточные счета работников МБОУ &lt;данные изъяты&gt; в Банке «Союз», а также с учетом денежных суммы выплаченных по платежным документам в кассе МБОУ &lt;данные изъяты&gt;, с последующим их сложением, и составила 959 938 рублей. Достоверных доказательств того, что при внесении изменений в бухгалтерские документы должны последовать изменения в налоговых и иных отчислениях, чего не было выявлено какими-либо органами либо фондами (как на то указывает сторона защиты), суду не представлено. То, что при обысках в их квартирах ничего не обнаружено, как на то указывают подсудимые, не свидетельствуето невиновности ФИО1 и ФИО2 в совершении изложенного выше преступления. На основании изложенного суд квалифицирует действия подсудимой ФИО1 по ч. 3 ст. 159 УК РФ , как мошенничество, то есть хищение чужого имущества путем обмана и злоупотребления доверием, совершенное группой лиц по предварительному сговору, лицом с использованием своего служебного положения, в крупном размере. Действия подсудимой ФИО2 суд квалифицирует по ч. 3 ст. 159 УК РФ , как мошенничество, то есть хищение чужого имущества путем обмана и злоупотребления доверием, совершенное группой лиц по предварительному сговору, в крупном размере. Согласно справкам ИОГБУЗ «Саянская городская больница», ФИО1, ФИО2 на учете у врачей психиатра, нарколога не состоят. В судебном заседании подсудимые вели себя адекватно, на заданные вопросы отвечали в полном объеме и по существу. С учетом изложенного, у суда не имеется оснований сомневаться в психическом состоянии подсудимых, поэтому суд признает их вменяемыми и способными, в силу ст. 19 УК РФ, нести уголовную ответственность за совершенное преступление. При назначении наказания подсудимым ФИО1, ФИО2 суд учитывает характер и степень общественной опасности совершенного преступления, личность виновных, обстоятельства, смягчающие наказание, влияние назначенного наказания на исправление осужденных и условия жизни их семьей. Совершенное ФИО1, ФИО2 преступление, в силу ст. 15 УК РФ , относится к категории тяжких, против собственности. В качестве обстоятельств, смягчающих наказание, суд, в соответствии с ч. 1 ст. 61 УК РФ учитывает: наличие на иждивении ФИО1 несовершеннолетнего ребенка, у ФИО2 - малолетнего ребенка. Обстоятельств, отягчающих наказание, предусмотренных ст. 63 УК РФ в отношении подсудимых не установлено. Оснований для назначения подсудимым наказания с применением ч. 1 ст. 62 УК РФ , суд не усматривает. С учетом фактических обстоятельств преступления, его общественной опасности, наличия смягчающих наказание обстоятельств, суд не усматривает оснований для применения требований ч. 6 ст. 15 УК РФ . Исключительных обстоятельств, связанных с целями и мотивами преступления и ролью виновных в его совершении, в силу которых суд может применить требования ст. 64 УК РФ , не имеется. Оснований для освобождения ФИО1, ФИО2 от уголовной ответственности и наказания, суд не усматривает. Согласно представленным в материалах дела характеристикам ФИО1 ранее к уголовной ответственности не привлекалась, по месту жительства участковыми уполномоченными характеризуется положительно. По данным Саянской Территориальной избирательной комиссии ФИО1 &lt;данные изъяты&gt; По месту работы в МБОУ &lt;данные изъяты&gt; ФИО1 охарактеризована как ответственный, добросовестный, пунктуальный и коммуникабельный работник, активно участвовала в общественной жизни учреждения, награждена грамотой отдела по физической культуре, спорту и молодежной политике, имеет семью, не совершеннолетнего ребенка. По месту работу в &lt;данные изъяты&gt; ФИО1 характеризуется с положительной стороны. Подсудимая ФИО2 по месту жительства участковым характеризуется с положительной стороны, по месту работы в &lt;данные изъяты&gt; охарактеризована как ответственный, добросовестный, пунктуальный и коммуникабельный работник, активно участвовала в общественной жизни учреждения, неоднократно награждалась грамотами &lt;данные изъяты&gt;, имеет малолетнего ребенка на иждивении. Обсуждая вопрос о виде и размере наказания, руководствуясь принципом справедливости и соразмерности наказания содеянному, учитывая семейное и материальное положение подсудимых, суд полагает, что наказание ФИО1, ФИО2 должно быть назначено только в виде лишения свободы на определенный срок, поскольку только назначение наказания в виде лишения свободы будет способствовать достижению целей уголовного наказания, предусмотренных ст. 43 УК РФ , и являться справедливым. С учетом смягчающих наказание обстоятельств, сведений о личности подсудимых, характеризующихся исключительно с положительной стороны, суд считает возможным не назначать наказание в максимальном размере, предусмотренном санкцией ч. 3 ст. 159 УК РФ , а также не назначать дополнительное наказание в виде штрафа и ограничения свободы. Поскольку подсудимые впервые совершили тяжкое преступление против собственности, в их действиях присутствует смягчающее наказание обстоятельство, они положительно характеризуется по месту жительства, у них есть устойчивые социальные связи, место работы, суд полагает, что в целях исправления осужденных, восстановления социальной справедливости и предупреждения совершения ими новых преступлений ФИО1, ФИО2, возможно назначить наказание с применением положений ст. 73 УК РФ , с установлением испытательного срока и возложением на них обязанностей. Оснований для применения к осужденным положения ст. 531 УК РФ, а к осужденной ФИО2 ст. 82 УК РФ не имеется, поскольку суд пришел к выводу, что осужденным должно быть назначено наказание именно в виде лишения свободы условно. В соответствии с положениями ст. 110 УПК РФ меру пресечения в отношении ФИО1, И. Е.М. в виде подписки о невыезде и надлежащем поведении необходимо оставить прежней до вступления приговора в законную силу, по вступлении приговора в законную силу - отменить. Вещественные доказательства, в соответствии со ст. 82 УПК РФ , следует: - чеки, ведомости на зачисление денежных средств на карточные счета сотрудников МОУ &lt;данные изъяты&gt;, изъятые в банке, подлежат возвращению в Банк «Союз»; расчетные листки, бухгалтерские документы МБОУ &lt;данные изъяты&gt; за 2014 и 2013 годы, платежные ведомости и расходные ордера, ведомости на зачисление денежных средств на карточные счета сотрудников МОУ &lt;данные изъяты&gt; из бухгалтерских документов подлежат передаче в МКУ «Централизованная бухгалтерия»; - образцы почерка, а также свободные образцы почерка: Е., К., С.С., К.Л., П.Е., Ю., Л.В., Т.Р., Е., Н., М., М.В., А., П.В., Ч., А.Д., С., Т.Н., Е.В., О., К.Л., М.Г., П. В.А., Т., Д.А., Л.Д., Х., ФИО10 М., Ш., Е., Т., Ч., выписки по лицевым счетам работников МБОУ &lt;данные изъяты&gt;, диск с данными о детализации подлежат постоянному хранению в материалах уголовного дела. На основании изложенного, руководствуясь ст.ст. - , , , 309 УПК РФ , П Р И Г О В О Р И Л : ПризнатьФИО1 виновной в совершении преступления, предусмотренного ст. ч. 3 УК РФ, и назначить ей наказание в виде лишения свободы сроком на 2 (два) года 6 (шесть) месяцев. В силу ст. 73 УК РФ наказание считать условным, с установлением ФИО1 испытательного срока в 02 (два) года. Признать ФИО2 виновной в совершении преступления, предусмотренного ст. ч. 3 УК РФ, и назначить ей наказание в виде лишения свободы сроком на 2 (два) года 3 (три) месяца. В силу ст. 73 УК РФ наказание считать условным, с установлением ФИО2 испытательного срока в 02 (два) года. В силу ч. 5 ст. 73 УК РФ на период испытательного срока возложить на осужденных ФИО1, ФИО2 обязанности: встать на учет в специализированный государственный орган, осуществляющий контроль за поведением условно осужденного; не менять постоянного места жительства без предварительного уведомления специализированного государственного органа, осуществляющего контроль за поведением условно осужденного; регулярно, не реже одного раза в месяц являться на регистрацию в специализированный государственный орган, осуществляющий контроль за поведением условно осужденного. Испытательный срок исчислять с 30.03.2017 года. Меру пресечения до вступления приговора в законную силу в виде подписки о невыезде и надлежащем поведении ФИО1 и ФИО2 оставить без изменения, после чего отменить. Вещественные доказательства по делу: - чеки, ведомости на зачисление денежных средств на карточные счета сотрудников МОУ &lt;данные изъяты&gt;, изъятые в банке, вернуть в Банк «Союз»; расчетные листки, бухгалтерские документы МБОУ &lt;данные изъяты&gt; за 2014 и 2013 годы, платежные ведомости и расходные ордера, ведомости на зачисление денежных средств на карточные счета сотрудников МОУ &lt;данные изъяты&gt; из бухгалтерских документов - передать МКУ «Централизованная бухгалтерия»; - образцы почерка, свободные образцы почерка Е., К., С.С., К.Л., П.Е., Ю., Л.В., Т.Р., Е., Н., М., М.В., А., П.В., Ч., А.Д., С., Т.Н., Е.В., О., К.Л., М.Г., П. В.А., Т., Д.А., Л.Д., Х., ФИО10 М., Ш., Е., Т., Ч., выписки по лицевым счетам работников МБОУ &lt;данные изъяты&gt;, диск с данными о детализации - хранить в материалах уголовного дела. Приговор может быть обжалован в апелляционном порядке в Иркутский областной суд через Саянский городской суд в течение 10 суток со дня провозглашения. В случае подачи апелляционной жалобы осужденные вправе ходатайствовать о своем участии в рассмотрении уголовного дела судом апелляционной инстанции, указав об этом в апелляционной жалобе, пригласить защитника для участия в рассмотрении уголовного дела судом апелляционной инстанции, отказаться от защитника, ходатайствовать перед судом о назначении защитника, в том числе, бесплатно, в случаях, предусмотренных УПК РФ. Судья И.А. Зайнутдинова Суд: Саянский городской суд (Иркутская область) (подробнее) Судьи дела: Зайнутдинова И.А. (судья) (подробнее) Судебная практика по: Судебная практика по заработной плате Судебная практика по применению норм ст. 135, 136, 137 ТК РФ По мошенничеству Судебная практика по применению нормы ст. 159 УК РФ По кражам Судебная практика по применению нормы ст. 158 УК РФ Халатность Судебная практика по применению нормы ст. 293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