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Балаково</w:t>
      </w:r>
    </w:p>
    <w:p>
      <w:pPr>
        <w:spacing w:after="200"/>
        <w:jc w:val="center"/>
      </w:pPr>
      <w:r>
        <w:rPr>
          <w:rFonts w:ascii="Times New Roman" w:hAnsi="Times New Roman" w:eastAsia="Times New Roman" w:cs="Times New Roman"/>
          <w:b w:val="0"/>
          <w:i w:val="0"/>
          <w:sz w:val="22"/>
        </w:rPr>
        <w:t>31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В коробке картонная, упакованная по нормам УПК РФ, с содержимым, изъятая в ходе осмотра места происшествия - гаража № ___ ГСК ___, расположенного в районе ___, у ФИО1 – 20 бутылок объемом 0,5 л, с фирменным наименованием на этикетке «Водка «Царская охота» с федеральными специальными марками под номерами: 100 003839638, 100 003839639, 100 003839640, 100 003839641, 100 003839642, 100 003839643, 100 003839644, 100 003839645, 100 003839646, 100 003839647, 100 003839649, 100 003839650, 100 003839651, 100 003839652, 100 003839654, 100 003839655, 100 003839656, 100 003839656, 100 003839658, 100 003839659. Каждая бутылка наполнена жидкостью, целостность крышки закупоривания не нарушена. 44)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003839201, 100 003839202, 100 003839203, 100 003839204, 100 003839205, 100 003839206, 100 003839207, 100 003839208, 100 003839209, 100 003839210,100 003839211, 100 003839212, 100 003839213, 100 003839214, 100 003839215, 100 003839216, 100 003839217, 100 003839218, 100 003839219, 100 003839220; 45)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003782289, 100 003782290, 100 003782291, 100 003782292, 100 003782293, 100 003782294, 100 003782295, 100 003782296, 100 003782297, 100 003782298, 100 003782299, 100 003782300, 100 003782301, 100 003782302, 100 003782303, 100 003782304, 100 003782305, 100 003782306, 100 003782307, 100 003782308; 46) в коробке имеется 20 бутылок объемом 0,5 л, с фирменным наименованием на этикетке «Водка «Белая береза» с федеральными специальными марками под номерами: 100 110931024, 100 110930939, 100 110930989, 100 110930922, 100 110931030, 100 110931028, 100 110931026, 100 110931022, 100 110931038, 100 110931036, 100 110931034, 100 110931032, 100 110931046, 100 110931044, 100 110931042, 100 110931040, 100 110931055, 100 110931033, 100 110931051, 100 110931049; 47)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003839156, 100 003839157, 100 003839158, 100 003839159, 100 003839160, 100 003839161, 100 003839162, 100 003839163, 100 003839164, 100 003839165, 100 003839167, 100 003839168, 100 003839169, 100 003839170, 100 003839171, 100 003839172, 100 003839174, 100 003839175, 100 003839176, 100 003839177; 48)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003782103, 100 003782085, 100 003782088, 100 003782107, 100 003782099, 100 003782114, 100 003782127, 100 003782144, 100 003782110, 100 003782126, 100 003782112, 100 003782138, 100 003782121, 100 003782101, 100 003782179, 100 003782140, 100 003782136, 100 003782137, 100 003782141, 100 003782152; 49) в коробке имеется 20 бутылок объемом 0,5 л, с фирменным наименованием на этикетке «Водка «Белая береза» с федеральными специальными марками под номерами: 100 110930898, 100 110930900, 100 110930905, 100 110930906, 100 110930909, 100 110930911, 100 110930913, 100 110930915, 100 110930917, 100 110930919, 100 110930924, 100 110930926, 100 110930929, 100 110930931, 100 110930933, 100 110930934, 100 110930938, 100 110930942, 100 110930942, 100 110930944; 50) в коробке имеется 20 бутылок объемом 0,5 л, с фирменным наименованием на этикетке «Водка «Белая береза» с федеральными специальными марками под номерами: 100 110930871, 100 110931061, 100 110931265, 100 110931266, 100 110931267, 100 110931268, 100 110931269, 100 110931270, 100 110931270, 100 110931271, 100 110931272, 100 110931273, 100 110931274, 100 110931275, 100 110931276, 100 110931277, 100 110931256, 100 110931202, 100 110931203, 100 110931215; 51)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003820154, 100 003820140, 100 003820069, 100 003820068, 100 003820067, 100 003820072, 100 003820075, 100 003820085, 100 003820079, 100 003820078, 100 003820086, 100 003820091, 100 003820084, 100 003820083, 100 003820082, 100 003820087, 100 003820158, 100 003820137, 100 003820096, 100 003820095; 52)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003666349, 100 003666350, 100 003666352, 100 003666353, 100 003666354, 100 003666355, 100 003666356, 00 003666357, 100 003666358, 100 003666359, 100 003666366, 100 003666378, 100 003666383, 100 003666384, 100 003666385, 100 003666387, 100 003666386, 100 003666419, 100 003666420, 100 003666428; 53)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003624949, 100 003624950, 100 003624951, 100 003624952, 100 003624953, 100 003624954, 100 003624955, 100 003624956, 100 003624957, 100 003624958, 100 003624959, 100 003624960, 100 003624961, 100 003624962, 100 003624963, 100 003624964, 100 003624965, 100 003624966, 100 003624967, 100 003624968; 54) в коробке имеется 20 бутылок объемом 0,5 л, с фирменным наименованием на этикетке «Водка «Белая береза» с федеральными специальными марками под номерами: 100 110929995, 100 110929982, 100 110929976, 100 110929963, 100 110929947, 100 110929997, 100 110929989, 100 110929978, 100 110929964, 100 110929954, 100 110929999, 100 110929991, 100 110929980, 100 110929969, 100 110929958, 100 110930002, 100 110929993, 100 110929983, 100 110929972, 100 110929960; 55)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003819028, 100 003819029, 100 003819030, 100 003819033, 100 003819034, 100 003819035, 100 003819036, 100 003819037, 100 003819038, 100 003819039, 100 003819040, 100 003819041, 100 003819042, 100 003819043, 100 003819044, 100 003819045, 100 003819046, 100 003819055, 100 003819062, 100 003819072; 56) в коробке имеется 20 бутылок объемом 0,5 л, с фирменным наименованием на этикетке «Водка «Облепиховая» с федеральными специальными марками под номерами: 100 695258870, 100 695258871, 100 695258876, 100 695258877, 100 695258878, 100 695258879, 100 695258882, 100 695258883, 100 695258884, 100 695258885, 100 695258889, 100 695258891, 100 695258896, 100 695258897, 100 695258898, 100 695258899, 100 695258924, 100 695258927, 100 695258928,100 695258929; 57) в коробке имеется 20 бутылок объемом 0,5 л, с фирменным наименованием на этикетке «Водка «Белая береза» с федеральными специальными марками под номерами: 100 110930021, 100 110930028, 100 110930477, 100 110930478, 100 11093?4?9, 100 110930481, 100 110930485, 100 110930301, 100 110930507, 100 110930508, 100 110930016, 100 110930529, 100 110930536, 100 110930539, 100 11093????, 100 110930543, 100 110930545, 100 110930032, 100 1109300483, 100 110930582; 58)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003841030, 100 003841031, 100 003841032, 100 003841033, 100 003841035, 100 003841036, 100 003841037, 100 003841040, 100 003841041, 100 003841042, 100 003841043, 100 003841044, 100 003841045, 100 003841046, 100 003841047, 100 003841048, 100 003841049, 100 003841066, 100 003841112; 59)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003818186, 100 003818198, 100 003818199, 100 003818203, 100 003818204, 100 003818208, 100 003818213, 100 003818214, 100 003818215, 100 003818216, 100 003818223, 100 003818224, 100 003818225, 100 003818226, 100 003818231, 100 003818232, 100 003818235, 100 003818236, 100 003818237, 100 003818243; 60)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003782213, 100 003782215, 100 003782218, 100 003782221, 100 00378223, 100 003782223, 100 003782224, 100 003782226, 100 003782227, 100 003782228, 100 003782230, 100 003782232, 100 003782233, 5100 003782237, 100 003782238, 100 003782240, 100 003782241, 100 003782242, 100 003782243, 100 0037822; 61)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003839617, 100 003839618, 100 003839619, 100 003839620, 100 003839621, 100 003839622, 100 003839623, 100 003839626, 100 003839627, 100 003839628, 100 003839629, 100 003839630, 100 003839631, 100 003839632, 100 003839633, 100 003839636, 100 003839637, 100 003839648, 100 003839657, 100 003839664; 62)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003839221, 100 003839222, 100 003839223, 100 003839224, 100 003839225, 100 003839226, 100 003839227, 100 003839228, 100 003839229, 100 003839230, 100 003839231, 100 003839232, 100 003839233, 100 003839234, 100 003839235, 100 003839236, 100 003839237, 100 003839238, 100 003839239, 100 003839240; 63)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003782164, 100 003782149, 100 003782165, 100 003782194, 100 003782111, 100 003782180, 100 003782172, 100 003782160, 100 003782189, 100 003782185, 100 003782139, 100 003782153, 100 003782150, 100 003782174, 100 003782181, 100 003782142, 100 003782151, 100 003782154, 100 003782184, 100 003782167; 64) в коробке имеется 20 бутылок объемом 0,5 л, с фирменным наименованием на этикетке «Водка «Облепиховая» с федеральными специальными марками под номерами: 100 695258308, 100 695258309, 100 695258310, 100 695258311, 100 695258313, 100 695258314,100 695258315, 100 695258316, 100 695258321, 100 695258322, 100 695258323, 100 695258324, 100 695258325, 100 695258326, 100 695258328, 100 695258329, 100 695258330,100 695258331, 100 695258332, 100 695258333; 65)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003817992, 100 003817995, 100 003817977, 100 003817934, 100 003817937, 100 003818000, 100 003818005, 100 003817976, 100 003817931, 100 003817932, 100 003817983, 100 003817985, 100 003817989, 100 003817928, 100 003817929, 100 003817982, 100 003817984, 100 003817986, 100 003817926, 100 003817927; 66) в коробке имеется 20 бутылок объемом 0,5 л, с фирменным наименованием на этикетке «Водка «Белая береза» с федеральными специальными марками под номерами: 110969972, 100 110969983, 100 110970005, 100 1109700025, 100 1109700??, 100 110970004, 100 110969971, 100 110969981, 100 110970000, 100 110970020, 100 110970040, 100 110969968, 100 110969978, 100 110969974, 100 110969976, 100 110969979, 100 110970015100 110970017, на одной бутылке имеются две марки: 100 110970036, 100 110969964, на одной бутылке марка отсутствует; 67)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003627796, 100 003627797, 100 003627798, 100 003627799, 100 003627800, 100 003627801, 100 003627802, 100 003627803, 100 003627804, 100 003627805, 100 003627806, 100 003627808, 100 003627809, 100 003627810, 100 003627811, 100 003627812, 100 003627813, 100 003627816, 100 003627817; 68)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003666430, 100 003665735, 100 003665739, 100 003665745, 100 003665753, 100 00366316, 100 003665736, 100 003665740, 100 003665305, 100 00366575, 100 003665731, 100 003665737, 100 003665741, 100 003665750, 100 003665757, 100 003665734, 100 003665738, 100 003665742, 100 003666159, 100 003665758; 69)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003782711, 100 003782712, 100 003782713, 100 003782714, 100 003782715, 100 003782716, 100 003782717, 100 003782718, 100 003782719, 100 003782720, 100 003782721, 100 003782722, 100 003782723, 100 003782724, 100 003782725, 100 003782726, 100 003782?32,100 003782734, 100 003782735, 100 003782736; 70)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003782671, 100 003782672, 100 003782673, 100 003782674, 100 003782675, 100 00378267?, 100 0037826?7, 100 003782678, 100 003782679, 100 003782680, 100 003782681, 100 003782682, 100 003782683, 100 003782684, 100 003782685, 100 003782686, 100 003782687, 100 003782688, 100 003782689, 100 003782690; 71)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003838652, 100 003838653, 100 003838654, 100 003838655, 100 003838658, 100 003838659, 100 003838660, 100 003838661, 100 003838662, 100 003838663, 100 003838664, 100 003838665, 100 003838666, 100 003838667, 100 003838668, 100 003838669, 100 003838670, 100 003838671, 100 003838672, 100 003838673; 72)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003840767, 100 003840769, 100 003840770, 100 003840771, 100 003840772, 100 003840773, 100 003840775, 100 003840776, 100 003840777, 100 003840778, 100 003840779, 100 003840780, 100 003840781, 100 003840782, 100 003840783, 100 003840784, 100 003840787, 100 003840810, 100 00384081, 100 003840844; 73)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003625049, 100 003625050, 100 003625051, 100 003625052, 100 003625053, 100 003625054, 100 003625055, 100 00362505?, 100 003625057, 100 003625058, 100 003625059, 100 003625060, 100 003625061, 100 003625062, 100 003625063, 100 003625064, 100 003625095, 100 003625075, 100 003625078, 100 003625098; 74)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003818574, 100 003818575, 100 003818576, 100 003818577, 100 003818578, 100 003818579, 100 003818580,100 003818581, 100 003818582, 100 003818583, 100 003818584, 100 003818585, 100 003818586, 100 003818587, 100 003818588, 100 003818589, 100 003818590, 100 003818591, 100 003818592, 100 003818593; 75)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003817689, 100 003817684, 100 003817673, 100 003817630, 100 003817621, 100 003817696, 100 003817678, 100 003817670, 100 003817655, 100 003817649, 100 003817681, 100 003817658, 100 003817624, 100 003817644, 100 003817603, 100 003817659, 100 003817651, 100 003817620, 100 003817614, 100 003817600; 76)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003817828, 100 003817812, 100 003817813, 100 003817814, 100 003817819, 100 003817803, 100 003817804, 100 003817809, 100 003817822, 100 003817799, 100 003817800, 100 003817789, 100 003817791, 100 003817790, 100 003817792, 100 003817793, 100 003817794, 100 003817797, 100 003817798, на одной бутылке марка отсутствует; 77)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003819193, 100 003819194, 100 003819195, 100 003819196, 100 003819198, 100 003819197, 100 003819199, 100 003819200, 100 003819201, 100 003819202, 100 003819205, 100 003819208, 100 003819219, 100 003819222, 100 003819225, 100 003819228, 100 003819237, 100 003819244, 100 003819249, 100 003819252; 78)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003839078, 100 003839079, 100 003839080, 100 003839081, 100 003839082, 100 003839083, 100 003839084, 100 003839085, 100 003839086, 100 003839087, 100 003839088, 100 003839089, 100 003839090, 100 003839091, 100 003839092, 100 003839093, 100 003839094, 100 003839095, 100 003839096, 100 003839097; 79)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003818515, 100 003818516, 100 003818517, 100 003818518, 100 003818519, 100 003818520, 100 003818521, 100 003818522, 100 003818523, 100 003818524, 100 003818525, 100 003818528, 100 003818531, 100 003818537, 100 003818542, 100 003818545, 100 003818548, 100 003818551, 100 003818558, 100 003818559; 80)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003841453, 100 003841454, 100 003841455, 100 003841456, 100 003841457, 100 003841458, 100 003841459, 100 003841460, 100 003841461, 100 003841462, 100 003841463, 100 003841464, 100 003841465, 100 003841466, 100 003841467, 100 003841468, 100 003841469, 100 003841470, 100 003841471, 100 003841472; 81)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003839173, 100 003839187, 100 003839153, 100 003839155, 100 003839166, 100 003839154, 100 003839147, 100 003839178, 100 003839190, 100 003839152, 100 003839137, 100 003839127, 100 003839116, 100 003839128, 100 003839140, 100 003839109, 100 003839101, 100 003839103, 100 003839102, 100 003839104; 82)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003746050, 100 003746051, 100 003746052, 100 003746053, 100 003746054, 100 003746055, 100 003746056, 100 003746057, 100 003746058, 100 003746059, 100 003746060, 100 003746061, 100 003746038, 100 003746039, 100 003746040, 100 003746041, 100 003746046, 100 003746047, 100 003746048, 100 003746049; 83)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003818259, 100 003818260, 100 003818261, 100 003818262, 100 003818263, 100 003818264, 100 003818265, 100 003818266, 100 003818267, 100 003818268, 100 003818269, 100 003818270, 100 003818271, 100 003818272, 100 003818275, 100 003818280, 100 003818285, 100 003818290,100 003818295, 100 003818298; 84)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003787557, 100 003787558, 100 003787559, 100 003787560, 100 003787561, 100 003787562, 100 003787563, 100 003787563564, 100 00693787565, 100 003787566, 100 003787567, 100 003787568, 100 003787569, 100 003787570, 100 003787571, 100 003787572, 100 003787573, 100 003787574, 100 003787575, 100 003787576; 85)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003781841, 100 003781842, 100 003781843, 100 003782145, 100 003782247, 100 003781852, 100 003781853, 100 003781854, 100 003781855, 100 003781856, 100 003781857, 100 003781858, 100 003781859, 100 003781860, 100 003781861, 100 003781862, 100 003781863, 100 003782068, 100 003781879, 100 003781880; 86)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003782249, 100 003782250, 100 003782251, 100 003782252, 100 003782253, 100 003782254, 100 003782255, 100 003782256, 100 003782257, 100 003782258, 100 003782259, 100 003782261, 100 003782262, 100 003782262, 100 003782263, 100 003782265, 100 003782267, 100 003782268, 100 003782269, 100 00378226?; 87)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003782161, 100 003782135, 100 003782081, 100 003782083, 100 003782045, 100 003782090, 100 003782097, 100 003782156, 100 003782143, 100 003782047, 100 003782059, 100 003782052, 100 003782129, 100 003782054, 100 003782062, 100 003782050, 100 003782074, 100 003782072, 100 003782060, 100 003782058; 88) в коробке имеется 20 бутылок объемом 0,5 л, с фирменным наименованием на этикетке «Водка «Белая береза» с федеральными специальными марками под номерами: 100 110929809, 100 110929806, 100 110929197, 100 110929560, 100 110929783, 100 110929775, 100 110929812, 100 110929816, 100 110929827, 100 110929823, 100 110929821, 100 110929818, 100 110929829, 100 110929835, 100 110929839, 100 110929843, 100 110929845, 100 11092984?, 100 110929837, 100 110929831; 89) в коробке имеется 20 бутылок объемом 0,5 л, с фирменным наименованием на этикетке «Водка «Белая береза» с федеральными специальными марками под номерами: 100 110931169, 100 110931170, 100 110931171, 100 110931172, 100 110931173, 100 110931174, 100 110931176, 100 110931177, 100 110931178, 100 110931179, 100 110931180, 100 110931181, 100 110931182, 100 110931183, 100 110931184, 100 110931185, 100 110931186, 100 110931187, 100 110931188, 100 110931189; 90) в коробке имеется 20 бутылок объемом 0,5 л, с фирменным наименованием на этикетке «Водка «Белая береза» с федеральными специальными марками под номерами: 110930411, 100 110930316, 100 110930428, 100 110930397, 100 110930326, 100 110930321, 100 110930362, 100 110930418, 100 110930040, 100 110930055, 100 110930449, 100 110930328, 100 110930322, 100 110930456, 100 110930330, 100 110930332, 100 110930317, 100 110930306, 100 110930472, 100 110930474; 91)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003817795, 100 003817796, 100 003817801, 100 003817802, 100 003817805, 100 003817806, 100 003817807, 100 003817808, 100 003817810, 100 003817811, 100 003817815, 100 003817816, 100 003817817, 100 003817818, 100 003817820, 100 003817821, 100 003817823, 100 003817824, 100 003817826, 100 003817827; 92)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003782581, 100 003782578, 100 003782409, 100 003782410, 100 003782411, 100 003782412, 100 003782413, 100 003782414, 100 003782415, 100 003782416, 100 003782417, 100 003782418, 100 003782419, 100 003782420, 100 003782421, 100 003782422, 100 003782423, 100 003782424, 100 003782426, 100 003782427; 93) в коробке имеется 20 бутылок объемом 0,5 л, с фирменным наименованием на этикетке «Водка «Царская охота» с федеральными специальными марками под номерами: 100 327259329, 100 327259330, 100 327259331, 100 327259332, 100 327259333, 100 327259334, 100 327259335, 100 327259336, 100 327259337, 100 327259338, 100 327259339, 100 327259340, 100 327259341, 100 327259342, 100 327259343, 100 327259344, 100 327259345, 100 327259346, 100 327259347, 100 32725934; 94)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003781946, 100 003781947, 100 003781948, 100 003781949, 100 003781950, 100 003781951, 100 003781952, 100 003781953, 100 003781955, 100 003781956, 100 003781958, 100 003781959, 100 003781980, 100 003781049, 100 003781989, 100 003781985, 100 003781019, 100 003781056, 100 003781022, 100 003781048; 95)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003782530, 100 003781525, 100 003781492, 100 003781493, 100 003781472, 100 003781473, 100 003781474, 100 003781475, 100 003781476, 100 003781477, 100 003781478, 100 003781479, 100 003781480, 100 003781481, 100 003781482, 100 003781483, 100 003781485, 100 003781486, 100 003781487, 100 003781488; 96) в коробке имеется 20 бутылок объемом 0,5 л, с фирменным наименованием на этикетке «Водка «Облепиховая» с федеральными специальными марками под номерами: 100 695250369, 100 695250370, 100 695250371, 100 695250372, 100 695250373, 100 695250374, 100 695250375, 100 695250376, 100 695250377, 100 695250378, 100 695250379, 100 695250380, 100 695250381, 100 695250382, 100 695250383, 100 695250384, 100 695250385, 100 695250386, 100 695250387, 100 695250388; 97)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003665478, 100 003665479, 100 003665473, 100 003665474, 100 003665475, 100 003665277, 100 003665490, 100 003665493, 100 003665506, 100 003665519, 100 003665501, 100 003665496, 100 003665509, 100 003665510, 100 003665513, 100 003665514, 100 003665518, 100 003665517, 100 003665516, 100 003665515; 98)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003782053, 100 003782065, 100 003782067, 100 003782078, 100 003782888, 100 003782889, 100 003782890, 100 003782891, 100 003782898, 100 003782899, 100 003782900, 100 003782901, 100 003782902, 100 003782903, 100 003782904, 100 003782905, 100 003782906, 100 003782907, 100 003782908, 100 003782909; 99) в коробке имеется 20 бутылок объемом 0,5 л, с фирменным наименованием на этикетке «Водка «Облепиховая» с федеральными специальными марками под номерами: 101 001895300, 101 00189530?, 101 001895303, 101 001895304, 101 001895305, 101 001895306, 101 001895307, 101 001895287, 101 001895288, 101 001895289, 101 001895290, 101 00189529?, 101 001895292, 101 001895293, 101 001895294, 101 001895295, 101 001895296, 101 001895297, 101 001895298, 101 001895299; 100)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003838464, 100 003838468, 100 003838494, 100 003838532, 100 003838516, 100 003838482, 100 003838466, 100 003838462, 100 003838460, 100 003838465, 100 003838470, 100 003838507, 100 003838517, 100 003838471, 100 003838467, 100 003838461, 100 003838463, 100 003838469, 100 003838489, 100 003838539; 101)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003782400, 100 003782345, 100 003782346, 100 003782351, 100 003782352, 100 003782353, 100 003782354, 100 003782355, 100 003782356, 100 003782357, 100 003782358, 100 003782359, 100 003782360, 100 003782361, 100 003782362, 100 003782363, 100 003782364, 100 003782365, 100 003782366, 100 003782367; 102)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003781787, 100 003781788, 100 003781789, 100 003781790, 100 003781791, 100 003781792, 100 003781793, 100 003781794, 100 003781795, 100 003781796, 100 003781797, 100 003781798, 100 003781799, 100 003781800, 100 003781801, 100 003781802, 100 003781803, 100 003781804, 100 003781813, 100 003781817; 103) в коробке имеется 20 бутылок объемом 0,5 л, с фирменным наименованием на этикетке «Водка «Белая береза» с федеральными специальными марками под номерами: 100 110930773, 100 110930775, 100 110930777, 100 110930780, 100 110930782, 100 110930784, 100 110930787, 100 110930789, 100 110930791, 100 110930793, 100 110930801, 100 110930803, 100 110930805, 100 110930806, 100 110930807, 100 110930817, 100 110930818, 100 110930821, 100 110930822, 100 110930825; 104)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003819089, 100 003819090, 100 003819092, 100 003819093, 100 003819095, 100 003819096, 100 003819097, 100 003819098, 100 003819100, 100 003819101, 100 003819102, 100 003819103, 100 003819105, 100 003819104, 100 003819107, 100 003819108, 100 003819110, 100 003819111, 100 003819112, 100 003819113; 105)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003819552, 100 003819553, 100 003819554, 100 003819555, 100 003819556, 100 003819557, 100 003819558, 100 003819559, 100 003819560, 100 003819562, 100 003819563, 100 003819561, 100 003819564, 100 003819566, 100 003819565, 100 003819567, 100 003819568, 100 003819569, 100 003819570, 100 003819571; 106)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003782084, 100 003782881, 100 003782882, 100 003782883, 100 003782871, 100 003782872, 100 003782873, 100 003782874, 100 003782875, 100 003782876, 100 003782877, 100 003782878, 100 003782864, 100 003782866, 100 003782867, 100 003782868, 100 003782869, 100 003782870, 100 003782216, 100 003781865; 107)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003781954, 100 003781963, 100 003781964, 100 003781965, 100 003781966, 100 003781967, 100 003781968, 100 003781969, 100 003781970, 100 003781971, 100 003781972, 100 003781973, 100 003781974, 100 003781975, 100 003781976, 100 003781977, 100 003781978, 100 003781982, 100 003781983, 100 003781984; 108) в коробке имеется 20 бутылок объемом 0,5 л, с фирменным наименованием на этикетке «Водка «Белая береза» с федеральными специальными марками под номерами: 100 110930737, 100 110930733, 100 110930015, 100 110930004, 100 110930639, 100 110930750, 100 110930026, 100 110930547, 100 110930667, 100 110930658, 100 110930751, 100 110930638, 100 110930657, 100 110930752, 100 110930011, 100 110930705, 100 110930673, 100 110930000, 100 110930753, 100 110930533; 109)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003782329, 100 003782330, 100 003782331, 100 003782332, 100 003782333, 100 003782334, 100 003782335,100 003782336, 100 003782337, 100 003782338, 100 003782339, 100 003782340, 100 003782341, 100 003782342, 100 003782343, 100 003782344, 100 003782347, 100 003782348, 100 003782349, 100 003782350; 110)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003782573, 100 003782490, 100 003782580, 100 003782582, 100 003782489, 100 003782491, 100 003782568, 100 003782587, 100 003782484, 100 003782576, 100 003782499, 100 003782574, 100 003782459, 100 003782461, 100 003782469, 100 003782471, 100 003782470, 100 003782768, 100 003782460, 100 003782458; 111) в коробке имеется 20 бутылок объемом 0,5 л, с фирменным наименованием на этикетке «Водка «Царская охота» с федеральными специальными марками под номерами: 100 327259790, 100 327259791, 100 327259792, 100 327259793 (битая, без содержимого), 100 327259794, 100 327259795, 100 327259796, 100 327259797, 100 327259798, 100 327259799, 100 327259800, 100 327259801, 100 327259802, 100 327259803, 100 327259804, 100 327259810, 100 327259811, 100 327259812, 100 327259813, на одной бутылке марка отсутствует; 112)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003838540, 100 003838541, 100 003838542, 100 003838543, 100 003838544, 100 003838545, 100 003838546, 100 003838547, 100 003838548, 100 003838549, 100 003838550, 100 003838551, 100 003838552, 100 003838553, 100 003838554, 100 003838555, 100 003838556, 100 003838557, 100 003838577, 100 003838576; 113)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003782260, 100 003782270, 100 00378227?, 100 003782272, 100 003782273, 100 003782274, 100 003782275, 100 003782276, 100 003782277, 100 003782278, 100 003782279, 100 003782280, 100 003782281, 100 003782282, 100 003782283, 100 003782284, 100 003782285, 100 003782286, 100 003782286, 100 003782287; 114) в коробке имеется 20 бутылок объемом 0,5 л, с фирменным наименованием на этикетке «Водка «Белая береза» с федеральными специальными марками под номерами: 100 110930509, 100 110930510, 100 110930511, 100 110930512, 100 110930513, 100 110930514, 100 110930515 (битая, без содержимого), 100 110930516, 100 110930517, 100 110930518, 100 110930519, 100 110930520, 100 110930521, 100 110930522, 100 110930523, 100 110930524, 100 110930525, 100 110930526, 100 110930530, 100 110930531; 115)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003782911, 100 003782912, 100 003782913, 100 003782914, 100 003782915, 100 003782916, 100 003782917, 100 003782918, 100 003782919, 100 003782920, 100 003782921, 100 003782922, 100 003782924, 100 003782925, 100 003782926, 100 003782926, 100 003782927, 100 003782928, 100 003782929, 100 003782930; 116)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003781943, 100 003781941, 100 003781960, 100 003781979, 100 003781957, 100 003781961, 100 003781945, 100 003781962, 100 003781942, 100 003781944, 100 003781920, 100 003781921, 100 003781922, 100 003781911, 100 003781912, 100 003781913, 100 003781914, 100 003781915, 100 003781916, 100 003781917; 117)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003839477,100 003839478, 100 003839479, 100 003839480, 100 003839482, 100 003839484, 100 003839485, 100 003839486, 100 003839487, 100 003839488, 100 003839489, 100 003839490, 100 003839491, 100 003839492, 100 003839494, 100 003839495, 100 003839496, 100 003839498, 100 003839498, 100 003839499; 118)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003666144, 100 003666073, 100 003666026, 100 003666035, 100 003666054, 100 003666092, 100 003666026, 100 003666109, 100 003666020, 100 003666019, 100 003666034, 100 003666031, 100 003666022, 100 003666023, 100 003666024, 100 003666025, 100 003666027, 100 003666028, 100 003666029, 100 003666030; 119) в коробке имеется 20 бутылок объемом 0,5 л, с фирменным наименованием на этикетке «Водка «Белая береза» с федеральными специальными марками под номерами: 100 110931147, 100 110931148, 100 110931150, 100 110931151, 100 110931152, 100 110931153, 100 110931154, 100 110931155, 100 110931157, 100 110931158, 100 110931159, 100 110931160, 100 110931161, 100 110931162, 100 110931163, 100 110931164, 100 110931165, 100 110931166, 100 110931167, 100 110931168; 120)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003817994, 100 003817999, 100 003818008, 100 003818014, 100 003818013, 100 003818004, 100 003817998, 100 003817991, 100 003817990, 100 003817997, 100 003818003, 100 003818011, 100 003818010, 100 003818002, 100 003817996, 100 003817988, 100 003817987, 100 003817993, 100 003818001, 100 003818007; 121)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003746022, 100 003746023, 100 003746024, 100 003746025, 100 003746026, 100 003746027, 100 003746028, 100 003746029, 100 003746030, 100 00374603?, 100 003746032, 100 00374603?, 100 003746034, 100 00374603?, 100 003746036, 100 003746037, 100 003746042, 100 003746043, 100 003746044, 100 003746045; 122) в коробке имеется 20 бутылок объемом 0,5 л, с фирменным наименованием на этикетке «Водка «Белая береза» с федеральными специальными марками под номерами: 100 110981075, 100 110981079, 100 110981088, 100 110981092, 100 110981091, 100 110981086, 100 110981078, 100 11098107?, 100 110981069, 100 110981077, 100 110981084, 100 110981090, 100 110981089, 100 110981082, 100 110981076, 100 110981070, 100 110981068, 100 110981076, 100 11098108?, 100 110981087; 123)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003841249, 100 003841250, 100 003841252, 100 003841253, 100 003841254, 100 003841255, 100 003841258, 100 003841259, 100 003841261, 100 003841262, 100 003841263, 100 003841264, 100 003841265, 100 003841266, 100 00384126?, 100 003841268, 100 003841269, 100 003841270, 100 003841271, 100 003841272; 124) в коробке имеется 20 бутылок объемом 0,5 л, с фирменным наименованием на этикетке «Водка «Белая береза» с федеральными специальными марками под номерами: 100 110969899, 100 11096990?, 100 110969904, 100 110969905, 100 110969908, 100 110969909, 100 110969912, 100 110969913, 100 11096991?, 100 110969918, 100 110969923, 100 110969925, 100 110969928, 100 110969929, 100 110969932, 100 110969933, 100 110969936, 100 110969937, 100 110969940, 100 110969941; 125)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003787897, 100 003787901, 100 003787905, 100 003787924, 100 003787922, 100 003787906, 100 003787902, 100 003787898, 100 003787899, 100 003787903, 100 00378790?, 100 003787919, 100 003787921, 100 003787908, 100 003787904, 100 003787900, 100 003787923, 100 003787920, 100 003787917, 100 003787918; 126) в коробке имеется 20 бутылок объемом 0,5 л, с фирменным наименованием на этикетке «Водка «Облепиховая» с федеральными специальными марками под номерами: 100 695259057, 100 695259058, 100 695259059, 100 695259074, 100 695259076, 100 695259077, 100 695259078, 100 695259079, 100 695259080, 100 695259209, 100 695259414, 100 695259017, 100 695259022, 100 695259031, 100 695259034, 100 695259035, 100 695259036, 100 695259037, 100 695259038, 100 695259024; 127)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003665484, 100 003665186, 100 003665185, 100 003665184, 100 003665191, 100 003665203, 100 003665194, 100 003665204, 100 003665205, 100 003665206, 100 003665207, 100 003665208, 100 003665209, 100 003665210, 100 003665211, 100 003665212, 100 003665213, 100 003665214, 100 003665226, 100 003665221; 128)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003666906, 100 003666907, 100 003666908, 100 003666909, 100 003666912, 100 003666911, 100 003666914, 100 003666915, 100 003666916, 100 003666917, 100 003666919, 100 003666920, 100 003666923, 100 003666924, 100 003666925, 100 003666926, 100 003666927, 100 003666929, 100 003666930, 100 003666931; 129)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003818434, 100 003818457, 100 003818484, 100 003818378, 100 003818377, 100 003818392, 100 003818449, 100 003818468, 100 003818443, 100 003818431, 100 003818385, 100 003818381, 100 003818380, 100 003818426, 100 003818425, 100 003818446, 100 003818450, 100 003818424, 100 003818423, 100 003818383; 130) в коробке имеется 20 бутылок объемом 0,5 л, с фирменным наименованием на этикетке «Водка «Облепиховая» с федеральными специальными марками под номерами: 100 695231016, 100 695231017, 100 695231018, 100 695231019, 100 695231020, 100 695231021, 100 695231022, 100 695231023, 100 695231024, 100 695231026, 100 695231027, 100 695231028, 100 695231029, 100 695231030, 100 695231031, 100 695231032, 100 695231033, 100 695231034, 100 695231035, 100 695231240; 131)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003841513, 100 003841514, 100 003841515, 100 003841516, 100 003841518, 100 003841519, 100 003841520, 100 003841522, 100 003841524, 100 003841525, 100 003841526, 100 003841528, 100 003841529, 100 003841530, 100 003841531, 100 003841532, 100 003845339, 100 003841558, 100 003841561, 100 003841564; 132)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003838558, 100 003838559, 100 003838560, 100 003838561, 100 003838562, 100 003838563, 100 003838564, 100 003838565, 100 003838566, 100 003838567, 100 003838568, 100 003838569, 100 003838570, 100 003838571, 100 003838572, 100 003838573, 100 003838574, 100 003838575, 100 003838578, 100 003838579; 133)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003722072, 100 003722068, 100 003722059, 100 003722039, 100 003722044, 100 003722066, 100 003722070, 100 003722074, 100 003722073, 100 003722066, 100 003722052, 100 003722038, 100 003722037, 100 003722049, 100 003722067, 100 00372207?, 100 003722076, 100 003722075, 100 003722086, 100 003722079; 134) в коробке имеется 20 бутылок объемом 0,5 л, с фирменным наименованием на этикетке «Водка «Белая береза» с федеральными специальными марками под номерами: 100 110930614, 100 110930615, 100 110930616, 100 110930617, 100 110930618, 100 110930619, 100 110930620, 100 110930621, 100 110930622, 100 110930623, 100 110930624, 100 110930625, 100 110930626, 100 110930627, 100 110930628, 100 110930629, 100 110930630, 100 110930631, 100 110930632, 100 110930633; 135)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003745998,100 003745999, 100 003746000, 100 003746001, 100 003746002, 100 003746003, 100 003746004, 100 003746005, 100 0037466006, 100 003746007, 100 003746008, 100 003746009, 100 003746010, 100 003746011, 100 003746012, 100 003746013, 100 003746014, 100 003746015, 100 003746016, 100 003746017; 136)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003818750, 100 003818760, 100 003818764, 100 003818776, 100 003818786, 100 003818938, 100 003818763, 100 003818751, 100 003818752, 100 003818756, 100 003818769, 100 003818778, 100 003818782, 100 003818785, 100 003818757, 100 003818753, 100 003818755, 100 003818754, 100 003818779, 100 003818770; 137,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003818834, 100 003818836, 100 003818823, 100 003818839, 100 003818841, 100 0038848, 100 003818825, 100 003818821, 100 003818840, 100 003818835, 100 003818824, 100 003818820, 100 003818844, 100 003818829, 100 003818830, 100 003818817, 100 003818843, 100 003818828, 100 003818827, 100 003818818; 138) в коробке имеется 20 бутылок объемом 0,5 л, с фирменным наименованием на этикетке «Водка «Белая береза» с федеральными специальными марками под номерами: 101 588510020, 101 588510026, 101 588510047, 101 588510058, 101 588510036, 101 588510016, 101 588510029, 101 588510025, 101 588510057, 101 588510056, 101 588510021, 101 588510023, 101 588510028, 101 588510037, 101 588510035, 101 588510017, 101 588510018, 101 588510024, 101 588510030, 101 588510038; 139)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003818273, 100 003818274, 100 003818276, 100 003818277, 100 003818278, 100 003818279, 100 003818282, 100 003818282, 100 003818283, 100 003818284, 100 003818286, 100 003818287, 100 003818288, 100 003818289, 100 003818297, 100 003818291, 100 003818292, 100 003818293, 100 003818294, 100 003818296; 140)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00378270?, 100 003782694, 100 003782676, 100 003782692, 100 00378269?, 100 00378270?, 100 003782698, 100 003782697, 100 003782696, 100 003782695, 100 0037827?9, 100 003782702, 100 003782701, 100 003782700, 100 003782699, 100 003782710, 100 003782706, 100 003782705, 100 003782704, 100 003782703; 141) в коробке имеется 20 бутылок объемом 0,5 л, с фирменным наименованием на этикетке «Водка «Белая береза» с федеральными специальными марками под номерами: 100 110930551, 100 110930002, 100 110930346, 100 110930146, 100 110930019, 100 110939826, 100 110939945, 100 1109300?3, 100 110930731, 100 110930067, 100 110930651, 100 110930599, 100 110930048, 100 110930077, 100 110930027, 100 110930730, 100 110930715, 100 110930708, 100 110930714, 100 11093071; 142) в коробке имеется 20 бутылок объемом 0,5 л, с фирменным наименованием на этикетке «Водка «Белая береза» с федеральными специальными марками под номерами: 100 110930082, 100 110930088, 100 110930275, 100 110930279, 100 110930280, 100 110930291, 100 110930288, 100 110930283, 100 110930303, 100 110930299, 100 110930290, 100 110930272, 100 110930302, 100 110930152, 100 110930318, 100 110930311, 100 110930338, 100 110930340, 100 110930343, 100 110930346; 143)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003781993, 100 003781994, 100 003781995, 100 003781996, 100 00378997, 100 003781998, 100 003781999, 100 003782000, 100 003782001, 100 003782002, 100 003782003, 100 003782004, 100 003782005, 100 003782006, 100 003782007, 100 003782010, 100 003782011, 100 003782012, 100 003782013, 100 003782016; 144)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003819880, 100 003819881, 100 003819884, 100 003819885, 100 003819886, 100 003819887, 100 003819888, 100 003819889, 100 003819901, 100 003819890, 100 003819891, 100 003819892, 100 003819893, 100 003819894, 100 003819895, 100 003819898, 100 003819912, 100 003819904, 100 003819897, 100 003819896; 145) в коробке имеется 20 бутылок объемом 0,5 л, с фирменным наименованием на этикетке «Водка «Белая береза» с федеральными специальными марками под номерами: 100 110969454, 100 110960120, 100 110960132, 100 11096013?, 100 110969483, 100 11097012?, 100 11097013?, 100 11096013?, 100 110960138, 100 110960143, 100 110960142, 100 11096014?, 100 11096014?, 100 11096014?, 100 11096014?, 100 11096014?, 100 110960148, 100 110960130, на двух бутылках марки отсутствуют; 146) в коробке имеется 20 бутылок объемом 0,5 л, с фирменным наименованием на этикетке «Водка «Облепиховая» с федеральными специальными марками под номерами: 100 695245873, 100 695245874, 100 695245876, 100 695245877, 100 695245880, 100 695245881, 100 695245882, 100 695245883, 100 695245885, 100 695245886, 100 695245887, 100 695245888, 100 695245889, 100 695245890, 100 695245891, 100 695245892, 100 695245893, 100 695245895, 100 695245896, 100 695245894; 147) в коробке имеется 20 бутылок объемом 0,5 л, с фирменным наименованием на этикетке «Водка «Белая береза» с федеральными специальными марками под номерами: 100 110930813, 100 110930814, 100 110930811, 100 110930809, 100 110930828, 100 110930827, 100 110930008, 100 110930764, 100 110930006, 100 110939965, 100 110930830, 100 110930831, 100 110939905, 100 ?????????, 100 110930808, 100 110930535, 100 110930005, 100 110930829, 100 110930832, на одной бутылки номер на марке не читается; 148)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003820432, 100 003820433, 100 003820434, 100 003820435, 100 003820436, 100 003820437, 100 003820438, 100 003820439, 100 003820440, 100 003820441, 100 003820451, 100 003820454, 100 003820455, 100 003820456, 100 003820457, 100 003820458, 100 003820459, 100 003820462, 100 003820469, 100 003820488; 149)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003787717, 100 003787718, 100 003787719, 100 003787720, 100 003787721, 100 003787722, 100 003787723, 100 003787725, 100 003787726, 100 003787727, 100 003787728, 100 003787729, 100 003787730, 100 003787731, 100 003787732, 100 003787733,100 003787734, 100 003787735, 100 003787736, 100 00378772; 150) в коробке имеется 20 бутылок объемом 0,5 л, с фирменным наименованием на этикетке «Водка «Белая береза» с федеральными специальными марками под номерами: 100 110972366, 100 110972369, 100 110972370, 100 110972372, 100 11097238?, 100 110972379, 100 110972376, 100 11097237?, 100 11097238?, 100 110972386, 100 110972388, 100 110972390, 100 110972240, 100 110972403, 100 110972399, 100 110972395, 100 110972397, 100 110972240, 100 110972405, 100 110972409; 151) в коробке имеется 20 бутылок объемом 0,5 л, с фирменным наименованием на этикетке «Водка «Белая береза» с федеральными специальными марками под номерами: 100 003839273, 100 003839274, 100 003839275, 100 003839276, 100 003839277, 100 003839278, 100 003839279, 100 003839280, 100 003839281, 100 003839282, 100 003839283, 100 003839284, 100 003839285, 100 003839286, 100 003839287, 100 003839288, 100 003839289, 100 003839290, 100 003839291, 100 003839292; 152) в коробке имеется 20 бутылок объемом 0,5 л, с фирменным наименованием на этикетке «Водка «Белая береза» с федеральными специальными марками под номерами: 100 11098175?, 100 110981752, 100 110981753, 100 110981754, 100 110981755, 100 110981756, 100 110981758, 100 110981759, 100 110981760, 100 11098176?, 100 110981762, 100 110981764, 100 110981765, 100 110981766, 100 110981767, 100 110981768, 100 110981768, 100 110981769, 100 110981770, 100 11098177?; 153)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003839317, 100 003839318, 100 003839319, 100 003839320, 100 003839321, 100 003839522, 100 003839324, 100 003839325, 100 003839327, 100 003839528, 100 003839329, 100 003839330, 100 003839331, 100 003839332, 100 003839333, 100 003839334, 100 003839335, 100 003839336, 100 003839338, 100 003839339; 154) в коробке имеется 20 бутылок объемом 0,5 л, с фирменным наименованием на этикетке «Водка «Белая береза» с федеральными специальными марками под номерами: 100 110972478, 100 110972247, 100 110972469, 100 11097246?, 100 110972452, 100 11097245?, 100 110972459, 100 110972465, 100 110972464, 100 11097245?, 100 11097245?, 100 110972450, 100 110972442, 100 11097244?, 100 110972446, 100 110972448, 100 110972440, 100 110972438, 100 110972436, 100 11097243?; 155)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003838741, 100 003838742, 100 003838743, 100 003838744, 100 003838745, 100 003838746, 100 003838747, 100 003838748, 100 003838749, 100 003838750, 100 003838751, 100 003838752, 100 003838753, 100 003838754, 100 003838755, 100 003838756, 100 003838757, 100 003838758, 100 003838759, 100 003838760; 156)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003782008, 100 003782012, 100 003782014, 100 003782015, 100 003782018, 100 003782220, 100 003782020, 100 003782021, 100 003782024, 100 003782023, 100 003782031, 100 003782044, 100 003782051, 100 003782057, 100 003782082, 100 003781990, 100 003781987, 100 003782248, 100 003781991, 100 003781988; 157)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003625602, 100 003625603, 100 003625604, 100 003625605, 100 003625606, 100 003625607, 100 003625608, 100 003625609, 100 003625610, 100 003625611, 100 003625612, 100 003625613, 100 003625614, 100 003625615, 100 003625616, 100 003625617, 100 003625618, 100 003625619, 100 003625620, 100 0036256??; 158)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003782193, 100 003782188, 100 003782178, 100 003782176, 100 003782169, 100 003782177, 100 003782183, 100 003782192, 100 003782191, 100 003782187, 100 003782171, 100 003782175, 100 003782168, 100 003782170, 100 003782222, 100 003782243, 100 003782217, 100 003782202, 100 003782162, 100 003782163; 159) в коробке имеется 20 бутылок объемом 0,5 л, с фирменным наименованием на этикетке «Водка «Облепиховая» с федеральными специальными марками под номерами: 100 695251069, 100 695251070, 100 695251071, 100 695251072, 100 695251073, 100 695251074, 100 695251075, 100 695251076, 100 695251077, 100 695251078, 100 695251079, 100 695251080, 100 695251081, 100 695251082, 100 695251083, 100 695251084, 100 695251085, 100 695251086, 100 695251087, 100 695251088; 160)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003820415, 100 003820418, 100 003820419, 100 003820420, 100 003820421, 100 003820423, 100 003820425, 100 003820426, 100 003820427, 100 003820428, 100 003820430, 100 003820442, 100 003820444, 100 003820446, 100 003820447, 100 003820448, 100 0038204??, 100 0038204??, 100 0038204??, 100 0038204??; 161) в коробке имеется 20 бутылок объемом 0,5 л, с фирменным наименованием на этикетке «Водка «Белая береза» с федеральными специальными марками под номерами: 100 110930175, 100 110930168, 100 110930241, 100 110930185, 100 110930423, 100 110930419, 100 110930414, 100 110930406, 100 110930407, 100 110930415, 100 110930420, 100 110930424, 100 110930425, 100 110930421, 100 110930416, 100 110930417, 100 110930412, 100 110930422, 100 110930426, 100 110930413; 162)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003782891, 100 003782892, 100 003782893, 100 003782894, 100 003782895, 100 003782896, 100 003782897, 100 003782898, 100 003782899, 100 003782900, 100 003782901, 100 003782902, 100 003782903, 100 003782904, 100 003782905, 100 003782906, 100 003782907, 100 003782908, 100 003782909, 100 003782910; 163) в коробке имеется 20 бутылок объемом 0,5 л, с фирменным наименованием на этикетке «Водка «Царская охота» с федеральными специальными марками под номерами: 100 003841133, 100 003841139, 100 003841141, 100 003841143, 100 003841145, 100 003841147, 100 003841149, 100 003841151, 100 003841154, 100 003841157, 100 003841158, 100 003841161, 100 003841165, 100 003841156, 100 003841160, 100 003841162, 100 003841164, 100 003841166, 100 003841168, 100 003841170; 164) в коробке имеется12 бутылок объемом 0,75 л, с фирменным наименованием на этикетке «Винный напиток «BOSCA» с федеральными марками под номерами: 047 58977202, 047 58977203, 047 58977204, 047 58977205, 047 58977207, 047 58977208, 047 58977209, 047 58977185, 047 58977186, 047 58977193, 58977194, 047 58977195; 165) в коробке имеется 12 бутылок объемом 0,75 л, с фирменным наименованием на этикетке «Винный напиток «BOSCA» с федеральными марками под номерами: 047 58977099, 047 58977108, 047 58977325, 047 58977332, 047 58977335, 047 58977341, 047 58977342, 047 58977343, 047 58977344, 047 58977345, 047 58977347, 047 58977349; 166) в коробке имеется 12 бутылок объемом 0,75 л, с фирменным наименованием на этикетке «Винный напиток «BOSCA» с федеральными марками под номерами: 047 58977038, 47 58977039, 047 58977040, 047 58977041, 047 58977042, 0047 58977043, 047 58977044, 047 58977045, 047 58977046, 047 58977047, 047 58977048, 047 58977049; 167) в коробке имеется 12 бутылок объемом 0,75 л, с фирменным наименованием на этикетке «Винный напиток «BOSCA» с федеральными марками под номерами: 047 58977013, 047 58977015, 047 58977016, 047 58977017, 047 58977018, 047 58977019, 047 58977021, 047 58977022, 047 58977023, 047 58977024, 047 58977025, 047 58977026; 168) в коробке имеется 12 бутылок объемом 0,75 л, с фирменным наименованием на этикетке «Винный напиток «BOSCA» с федеральными марками под номерами: 047 58977712, 047 58977715, 047 58977716, 047 58977718, 047 58977688, 047 58977701, 047 58977703, 047 58977690, 047 58977693, 047 58977694, 047 58977697, 047 58977699; 169) в коробке имеется 12 бутылок объемом 0,75 л, с фирменным наименованием на этикетке «Винный напиток «BOSCA» с федеральными марками под номерами: 049 54796784, 049 54796785, 049 54796786, 049 54796787, 049 54796788, 049 54796789, 049 54796790, 049 54796791, 049 54796793, 049 54796794, 049 54796795, 049 54796796; 170) в коробке имеется 12 бутылок объемом 0,75 л, с фирменным наименованием на этикетке «Винный напиток «BOSCA» с федеральными марками под номерами: 047 58977812, 047 58977813, 047 58977821, 047 58977822, 047 58977827, 047 58977828, 047 58977829, 047 58977830, 047 58977831, 047 58977832, 047 58977799, 047 58977789; 171) в коробке имеется 12 бутылок объемом 0,75 л, с фирменным наименованием на этикетке «Винный напиток «BOSCA» с федеральными марками под номерами: 047 58977741, 047 58977751, 047 58977754, 047 58977762, 047 58977765, 047 58977769, 047 58977770, 047 58977771, 047 58977772, 047 58977773, 047 58977774, 047 58977776; 172) в коробке имеется 12 бутылок объемом 0,75 л, с фирменным наименованием на этикетке «Винный напиток «BOSCA» с федеральными марками под номерами: 047 58976896, 047 58976920, 047 58977138, 047 58977098, 047 58977132, 047 58977139, 047 58977102, 047 58977118, 047 58977137, 047 58977125, 047 58977134, 047 58977136; 173) в коробке имеется 12 бутылок объемом 0,75 л, с фирменным наименованием на этикетке «Винный напиток «BOSCA» с федеральными марками под номерами: 047 58977165, 047 58977166, 047 58977167, 047 58977168, 047 58977169, 047 58977170, 047 58977171, 047 58977172, 047 58977173, 047 58977174, 047 58977175, 047 58977176; 174) в коробке имеется 12 бутылок объемом 0,75 л, с фирменным наименованием на этикетке «Винный напиток «BOSCA» с федеральными марками под номерами: 047 58977870, 047 58977871, 047 58977876, 047 58977879, 047 58977855, 047 58977877, 047 58976894, 047 58977875, 047 58977107, 047 77679106, 047 58977109, 047 77679108; 175) в коробке имеется 12 бутылок объемом 0,75 л, с фирменным наименованием на этикетке «Винный напиток «BOSCA» с федеральными марками под номерами: 047 58977707, 047 58977711, 047 58977714, 047 58977717, 047 58977719, 047 58977710, 047 58977721, 047 58977722, 047 58977724, 047 58977728, 047 58977731, 047 58977738; 176) в коробке имеется 12 бутылок объемом 0,75 л, с фирменным наименованием на этикетке «Винный напиток «BOSCA» с федеральными марками под номерами: 047 58977380, 047 58977382, 047 58977383, 047 58977384, 047 58977385, 047 58977387, 047 58977388, 047 58977389, 047 58977390, 047 58977392, 047 58977393, 047 58977354; 177) в коробке имеется 12 бутылок объемом 0,75 л, с фирменным наименованием на этикетке «Винный напиток «BOSCA» с федеральными марками под номерами: 047 58976944, 047 58976945, 047 58976946, 047 58976947, 047 58976948, 047 58976949, 047 58976950, 047 58976951, 047 58976952, 047 58976955, 047 58976956, 047 58976919; 178) в коробке имеется 12 бутылок объемом 0,75 л, с фирменным наименованием на этикетке «Винный напиток «BOSCA» с федеральными марками под номерами: 047 58977767, 047 58977768, 047 58977781, 047 58977783, 047 58977784, 047 58977785, 047 58977786, 047 58977787, 047 58977788, 047 58977775, 047 58977777, 047 58977779; 179) в коробке имеется 12 бутылок объемом 0,75 л, с фирменным наименованием на этикетке «Винный напиток «BOSCA» с федеральными марками под номерами: 047 58977833, 047 58977834, 047 58977847, 047 58977848, 047 58977849, 047 58977850, 047 58977851, 047 58977852, 047 58977853, 047 58977854, 047 58977856, 047 58977857; 180) в коробке имеется 12 бутылок объемом 0,75 л, с фирменным наименованием на этикетке «Винный напиток «BOSCA» с федеральными марками под номерами: 047 58977282, 047 58977289,047 58977292, 047 58977301, 047 58977302, 047 58977305, 047 58977306, 047 58977307, 047 58977308, 047 58977309, 047 58977310, 047 5897731; 181) в коробке имеется 12 бутылок объемом 0,75 л, с фирменным наименованием на этикетке «Винный напиток «BOSCA» с федеральными марками под номерами: 047 58977057, 047 58977061, 047 58977062, 047 58977063, 047 58977065, 047 58977066, 047 58977067, 047 58977068, 047 58977069, 047 58977070, 047 58977071, 047 58977072; 182) в коробке имеется 12 бутылок объемом 0,75 л, с фирменным наименованием на этикетке «Винный напиток «BOSCA» с федеральными марками под номерами: 047 58977079, 047 58977081, 047 58977086, 047 58977087, 047 58977088, 047 58977089, 047 58977090, 047 58977091, 047 58977092, 047 58977093, 047 58977094, 047 58977095; 183) в коробке имеется 12 бутылок объемом 0,75 л, с фирменным наименованием на этикетке «Винный напиток «BOSCA» с федеральными марками под номерами: 047 58977212, 47 58977213, 047 58977214, 047 58977215, 0047 58977216, 047 58977217, 047 58977218, 047 58977219, 047 58977220, 047 58977221, 047 58977222, 047 58977206; 184) в коробке имеется 12 бутылок объемом 0,75 л, с фирменным наименованием на этикетке «Винный напиток «BOSCA» с федеральными марками под номерами: 047 58977073, 047 58977064, 047 58977080, 047 58977082, 047 58977058, 047 58977059, 047 58977029, 047 58977074, 047 58977078, 047 58976959, 047 58977060, 047 58977056; 185) в коробке имеется 12 бутылок объемом 0,75 л, с фирменным наименованием на этикетке «Винный напиток «BOSCA» с федеральными марками под номерами: 049 54796729, 049 54796730, 049 54796732, 049 54796733, 049 54796735, 049 54796736, 049 54796738, 049 54796739, 049 54796741, 049 54796742, 049 54796744, 049 54796745; 186) в коробке имеется 12 бутылок объемом 0,75 л, с фирменным наименованием на этикетке «Винный напиток «BOSCA» с федеральными марками под номерами: 049 54797270, 049 54797271, 049 54797272, 049 54797273, 049 54797274, 049 54797275, 049 54797276, 049 54797277, 049 54797278, 049 54797279, 049 54797280, 049 54797281; 187) в коробке имеется 12 бутылок объемом 0,75 л, с фирменным наименованием на этикетке «Винный напиток «BOSCA» с федеральными марками под номерами: 049 54797215, 049 54797325, 049 54797328, 049 54797330, 049 54797331, 049 54797332, 049 54797333, 049 54797334, 049 54797335, 049 54797336, 049 54797337, 049 54797340; 188) в коробке имеется 12 бутылок объемом 0,75 л, с фирменным наименованием на этикетке «Винный напиток «BOSCA» с федеральными марками под номерами: 049 54796645, 049 54796646, 049 54796647, 049 54796651, 049 54796653, 049 54796654, 049 54796655, 049 54796656, 049 54796658, 049 54796660, 049 54796662, 049 54796665; 189) в коробке имеется 2 бутылки объемом 0,75 л, с фирменным наименованием на этикетке «Винный напиток «BOSCA» с федеральными марками под номерами: 049 54792043, 049 54792048; 190) в коробке имеется 15 бутылок объемом 0,7 л, с фирменным наименованием на этикетке «Виски «JAMESON» с федеральными марками под номерами: 100 247837803, 100 247837805, 100 247837806, 100 247837807, 100 247837808, 100 247837810, 100 247837811, 100 247837812, 100 247837813, 100 247837814, 100 247837815, 100 247837816, 100 247837817, 100 247837818, 100 247837819; 191) в коробке имеется 15 бутылок объемом 0,7 л, с фирменным наименованием на этикетке «Виски «JAMESON» с федеральными марками под номерами: 100 247837750, 100 24783782?, 100 247837742, 100 247837740, 100 247837827, 100 247837743, 100 247837741, 100 247837715, 100 247837745, 100 247837744, 100 247837747, 100 247837738, 100 247837746, 100 247837731, 100 070628220; 192) в коробке имеется 15 бутылок объемом 0,7 л, с фирменным наименованием на этикетке «Виски «JAMESON» с федеральными марками под номерами: 100 07062818?, 100 0706281?2, 100 070628188, 100 070628191, 100 070628184, 100 070628193, 100 070628190, 100 070628182, 100 070628185, 100 070628186, 100 070628187, 100 070628183, 100 070628181, 100 070628180, 100 070628280; 193) в коробке имеется 15 бутылок объемом 0,7 л, с фирменным наименованием на этикетке «Виски «JAMESON» с федеральными марками под номерами: 100 070628751, 100 070628760, 100 070628766, 100 070628768, 100 070628769, 100 070628770, 100 070628771, 100 070628772, 100 070628773, 100 070628774, 100 070628775, 100 070628776, 100 070628777, 100 070628816, 100 070628223; 194) в коробке имеется 15 бутылок объемом 0,5 л, с фирменным наименованием на этикетке «Водка «Ивушка люкс» с федеральными марками под номерами: 100 458620831, 100 458620832, 100 458620833, 100 458620834, 100 458620835, 100 458620836, 100 458620837, 100 458620838, 100 458620839, 100 458620840, 100 458620841, 100 458620842, 100 458620844, 100 458620845, 100 458620860; 195) в коробке имеется 15 бутылок объемом 0,5 л, с фирменным наименованием на этикетке «Водка «Ивушка люкс» с федеральными марками под номерами: 100 458624663, 100 458624664, 100 458624665, 100 458624666, 100 458624667, 100 458624668, 100 458624669, 100 458624670, 100 458624671, 100 458624672, 100 458624673, 100 458624674, 100 458624675, 100 458624676, 100 458624677; 196) в коробке имеется 15 бутылок объемом 0,5 л, с фирменным наименованием на этикетке «Водка «Ивушка люкс» с федеральными марками под номерами: 101 458663256, 101 458663257, 101 458663258, 101 458663259, 101 458663260, 101 458663261, 101 458663262, 101 458663263, 101 458663264, 101 458663265, 101 458663266, 101 458663267, 101 458663268, 101 458663269, 101 458663270; 197) в коробке имеется 15 бутылок объемом 0,5 л, с фирменным наименованием на этикетке «Водка «Ивушка люкс» с федеральными марками под номерами: 101 458664085, 101 458664086, 101 458664087, 101 458664088, 101 458664089, 101 458664090, 101 458664091, 101 458664092, 101 458664093, 101 458664094, 101 458664095, 101 458664096, 101 458664097, 101 458664098, 101 458664099; 198) в коробке имеется 15 бутылок объемом 0,5 л, с фирменным наименованием на этикетке «Водка «Ивушка люкс» с федеральными марками под номерами: 100 458620983, 100 458620984, 100 458620985, 100 458620986, 100 458620987, 100 458620988, 100 458620989, 100 458620990, 100 458620991, 100 458620992, 100 458620993, 100 458620994, 100 458620995, 100 458620996, 100 458620997; 199) в коробке имеется 15 бутылок объемом 0,5 л, с фирменным наименованием на этикетке «Водка «Ивушка люкс» с федеральными марками под номерами: 101 458664397, 101 458664398, 101 458664399, 101 458664400, 101 458664401, 101 458664402, 101 458664403, 101 458664404, 101 458664405, 101 458664406, 101 458664407, 101 458664408, 101 458664409, 101 458664410, 101 458664426; 200) в коробке имеется 15 бутылок объемом 0,5 л, с фирменным наименованием на этикетке «Водка «Ивушка люкс» с федеральными марками под номерами: 101 458664249, 101 458664250, 101 458664252, 101 458664253, 101 458664254, 101 458664255, 101 458664256, 101 458664257, 101 458664258, 101 458664259, 101 458664260, 101 458664261, 101 458664262, 101 458664309, 101 458664308; 201) в коробке имеется 15 бутылок объемом 0,5 л, с фирменным наименованием на этикетке «Водка «Ивушка люкс» с федеральными марками под номерами: 100 458624753, 100 458624754, 100 458624755, 100 458624756, 100 458624757, 100 458624758, 100 458624759, 100 458624760, 100 458624761, 100 458624762, 100 458624763, 100 458624764, 100 458624765, 100 458624766, 100 458624767; 202) в коробке имеется 15 бутылок объемом 0,5 л, с фирменным наименованием на этикетке «Водка «Ивушка люкс» с федеральными марками под номерами: 100 458624468, 100 458624469, 100 458624470, 100 458624471, 100 458624472, 100 458624473, 100 458624474, 100 458624475, 100 458624476, 100 458624477, 100 458624478, 100 458624479, 100 458624480, 100 458624481, 100 458624512; 203) в коробке имеется 15 бутылок объемом 0,5 л, с фирменным наименованием на этикетке «Водка «Ивушка люкс» с федеральными марками под номерами: 100 458623579, 100 458623580, 100 458623581, 100 458623582, 100 458623583, 100 458623584, 100 458623585, 100 458623586, 100 458623587, 100 458623588, 100 458623589, 100 458623590, 100 458623591, 100 458623592, 100 458623593; 204) в коробке имеется 15 бутылок объемом 0,5 л, с фирменным наименованием на этикетке «Водка «Ивушка люкс» с федеральными марками под номерами: 101 458664054, 101 458664055, 101 458664056, 101 458664057, 101 458664058, 101 458664059, 101 458664060, 101 458664061, 101 458664062, 101 458664063, 101 458664064, 101 458664065, 101 458664066, 101 458664067, 101 458664068; 205) в коробке имеется 15 бутылок объемом 0,5 л, с фирменным наименованием на этикетке «Водка «Ивушка люкс» с федеральными марками под номерами: 100 458623488, 100 458623489, 100 458623490, 100 458623491, 100 458623492, 100 458623493, 100 458623494, 100 458623495, 100 458623496, 100 458623497, 100 458623498, 100 458623499, 100 458623500, 100 458623501, 100 458623502; 206) в коробке имеется 15 бутылок объемом 0,5 л, с фирменным наименованием на этикетке «Водка «Ивушка люкс» с федеральными марками под номерами: 101 458664070, 101 458664071, 101 458664072, 101 458664073, 101 458664074, 101 458664076, 101 458664077, 101 458664078, 101 458664079, 101 458664080, 101 458664081, 101 458664082, 101 458664083, 101 458664084, 101 458664047; 207) в коробке имеется 15 бутылок объемом 0,5 л, с фирменным наименованием на этикетке «Водка «Ивушка люкс» с федеральными марками под номерами: 100 458623504, 100 458623505, 100 458623506, 100 458623507, 100 458623508, 100 458623509, 100 458623510, 100 458623511, 100 458623512, 100 458623513, 100 458623514, 100 458623515, 100 458623516, 100 458623517, 100 458623518; 208) в коробке имеется 15 бутылок объемом 0,5 л, с фирменным наименованием на этикетке «Водка «Ивушка люкс» с федеральными марками под номерами: 101 458668250, 101 458668251, 101 458668252, 101 458668253, 101 458668254, 101 458668255, 101 458668256, 101 458668257, 101 458668258, 101 458668259, 101 458668260, 101 458668261, 101 458668262, 101 458668263, 101 458668264; 209) в коробке имеется 15 бутылок объемом 0,5 л, с фирменным наименованием на этикетке «Водка «Ивушка люкс» с федеральными марками под номерами: 101 458653230, 101 458653231, 101 458653233, 101 458653234, 101 458653235, 101 458653236, 101 458653237, 101 458653238, 101 458653239, 101 458653240, 101 458653241, 101 458653242, 101 458653243, 101 458653244, 101 458653245; 210) в коробке имеется 15 бутылок объемом 0,5 л, с фирменным наименованием на этикетке «Водка «Ивушка люкс» с федеральными марками под номерами: 100 458624491, 100 458624492, 100 458624493, 100 458624495, 100 458624496, 100 458624497, 100 458624498, 100 458624500, 100 458624501, 100 458624504, 100 458624505, 100 458624506, 100 45862507, 100 458624508, 100 458624509; 211) в коробке имеется 15 бутылок объемом 0,5 л, с фирменным наименованием на этикетке «Водка «Ивушка люкс» с федеральными марками под номерами: 100 485623803, 100 485623804, 100 485623805, 100 485623806, 100 485623807, 100 485623808, 100 485623809, 100 485623810, 100 485623811, 100 485623813, 100 485623814, 100 485623815, 100 485623816, 100 485623817, 100 485623652; 212) в коробке имеется 15 бутылок объемом 0,5 л, с фирменным наименованием на этикетке «Водка «Ивушка люкс» с федеральными марками под номерами: 100 458620877, 100 458620878, 100 458620879, 100 458620880, 100 458620881, 100 458620882, 100 458620883, 100 458620884, 100 458620885, 100 458620886, 100 458620887, 100 458620888, 100 458620889, 100 458620905, 100 458620906; 213) в коробке имеется 15 бутылок объемом 0,5 л, с фирменным наименованием на этикетке «Водка «Ивушка люкс» с федеральными марками под номерами: 100 458624633, 100 458624634, 100 458624635, 100 458624636, 100 458624637, 100 458624638, 100 458624639, 100 458624640, 100 458624641, 100 458624642, 100 458624643, 100 458624644, 100 458624645, 100 458624246, 100 458624647; 214) в коробке имеется 15 бутылок объемом 0,5 л, с фирменным наименованием на этикетке «Водка «Ивушка люкс» с федеральными марками под номерами: 100 458620843, 100 458620844, 100 458620845, 100 458620846, 100 458620847, 100 458620848, 100 458620849, 100 458620850, 100 458620851, 100 458620852, 100 458620853, 100 458620854, 100 458620855, 100 458620856, 100 458620857; 215) в коробке имеется 15 бутылок объемом 0,5 л, с фирменным наименованием на этикетке «Водка «Ивушка люкс» с федеральными марками под номерами: 100 458620517, 100 458620518, 100 458620519, 100 458620520, 100 458620521, 100 458620522, 100 458620523, 100 458620524, 100 458620525, 100 458620526, 100 458620527, 100 458620528, 100 458620544, 100 458620545, 100 458620546; 216) в коробке имеется 15 бутылок объемом 0,5 л, с фирменным наименованием на этикетке «Водка «Ивушка люкс» с федеральными марками под номерами: 100 458623774, 100 458623775, 100 458623776, 100 458623777, 100 458623778, 100 458623779, 100 458623780, 100 458623781, 100 458623782, 100 458623783, 100 458623784, 100 458623785, 100 458623786, 100 458623787, 100 458623812; 217) в коробке имеется 15 бутылок объемом 0,5 л, с фирменным наименованием на этикетке «Водка «Ивушка люкс» с федеральными марками под номерами: 100 458620424, 100 458620425, 100 458620426, 100 458620427, 100 458620428, 100 458620429, 100 458620430, 100 458620431, 100 458620432, 100 458620433, 100 458620434, 100 458620435, 100 458620436, 100 458620437, 100 458620438; 218) в коробке имеется 15 бутылок объемом 0,5 л, с фирменным наименованием на этикетке «Водка «Ивушка люкс» с федеральными марками под номерами: 100 458623609, 100 458623610, 100 458623611, 100 458623612, 100 458623613, 100 458623614, 100 458623615, 100 458623616, 100 458623617, 100 458623618, 100 458623619, 100 458623620, 100 458623621, 100 458623622, 100 458623623; 219) в коробке имеется 15 бутылок объемом 0,5 л, с фирменным наименованием на этикетке «Водка «Ивушка люкс» с федеральными марками под номерами: 100 458622889, 100 458622890, 100 458622891, 100 458622892, 100 458622893, 100 458622894, 100 458622895, 100 458622896, 100 458622897, 100 458622898, 100 458622899, 100 458622900, 100 458622901, 100 458622902, 100 458622903; 220) в коробке имеется 15 бутылок объемом 0,5 л, с фирменным наименованием на этикетке «Водка «Ивушка люкс» с федеральными марками под номерами: 100 458620631, 100 458620632, 100 458620633, 100 458620634, 100 458620635, 100 458620636, 100 458620637, 100 458620638, 100 458620639, 100 458620640, 100 458620641, 100 458620642, 100 458620643, 100 458620644, 100 458620645; 221) в коробке имеется 15 бутылок объемом 0,5 л, с фирменным наименованием на этикетке «Водка «Ивушка люкс» с федеральными марками под номерами: 100 458624783, 100 458624784, 100 458624785, 100 458624786, 100 458624787, 100 458624788, 100 458624789, 100 458624790, 100 458624791, 100 458624792, 100 458624793, 100 458624794, 100 458624795, 100 458624796, 100 458624797; 222) в коробке имеется 15 бутылок объемом 0,5 л, с фирменным наименованием на этикетке «Водка «Ивушка люкс» с федеральными марками под номерами: 101 458664130, 101 458664131, 101 458664132, 101 458664133, 101 458664134, 101 458664135, 101 458664136, 101 458664137, 101 458664138, 101 458664139, 101 458664140, 101 458664141, 101 458664142, 101 458664143, 101 458664152; 223) в 65 коробках имеется по 4 пластиковые бутылки объемом 5 л с фирменным наименованием на этикетке «Водка «Талка», на бутылке федеральные марки отсутствуют; 224) в коробке имеется 12 бутылок объемом 0,5 л, с фирменным наименованием на этикетке «Коньяк «Цандрыпш» с федеральными марками под номерами: 001 568334662, 001 568334663, 001 568334664, 001 568334665, 001 568334666, 001 568334667, 001 568334668, 001 568334669, 001 568334670, 001 568334671, 001 568334672, 001 568334673; 225) в коробке имеется 12 бутылок объемом 0,5 л, с фирменным наименованием на этикетке «Коньяк «Цандрыпш» с федеральными марками под номерами: 001 568333920, 001 568333921, 001 568333922, 001 568333923, 001 568333928, 001 568333929, 001 568333930, 001 568333931, 001 568333936, 001 568333937, 001 568333938, 001 568333939; 226) в коробке имеется 20 бутылок объемом 0,5 л, с фирменным наименованием на этикетке «Коньяк «Лезгинка» с федеральными марками под номерами: 100 879252434, 100 879252436, 100 879252439, 100 879252440, 100 879252441, 100 879252443, 100 879252445, 100 879252446, 100 879252448, 100 879252449, 100 879252453, 100 879252451, 100 879252456, 100 879252458, 100 879252460, 100 879252462, 100 879252467, 100 879252469, 100 879252476, 100 879252482; 227) в коробке имеется 20 бутылок объемом 0,5 л, с фирменным наименованием на этикетке «Коньяк «Лезгинка» с федеральными марками под номерами: 100 87924966?, 100 879249668, 100 879249669, 100 879249671, 100 879249677, 100 879249679, 100 879249683, 100 879249686, 100 879249688, 100 879249690, 100 879249694, 100 879249696, 100 879249697, 100 879249698, 100 879249700, 100 879249702, 100 879249708, 100 879249713, 100 879249716, 100 879249717; 228) в коробке имеется 20 бутылок объемом 0,5 л, с фирменным наименованием на этикетке «Коньяк «Лезгинка» с федеральными марками под номерами: 100 8792493??, 100 879249364, 100 879249345, 100 879249352, 100 879249344, 100 879249340, 100 879249332, 100 879249325, 100 879249327, 100 879249333, 100 879249330, 100 879249331, 100 879249358, 100 879249341, 100 879249338, 100 879249334, 100 879249361, 100 879249372, 100 879249354, 100 879249; 229) в коробке имеется 20 бутылок объемом 0,5 л, с фирменным наименованием на этикетке «Коньяк «Лезгинка» с федеральными марками под номерами: 100 879249667, 100 879249673, 100 879249674, 100 879249675, 100 879249676, 100 879249678, 100 879249680, 100 879249681, 100 879249684, 100 879249685, 100 879249687, 100 879249689, 100 879249691, 100 879249692, 100 879249693, 100 879249695, 100 879249699, 100 879249701, 100 879249703, 100 879249707; 230) в коробке имеется 20 бутылок объемом 0,5 л, с фирменным наименованием на этикетке «Коньяк «Лезгинка» с федеральными марками под номерами: 100 258340434, 100 258340435, 100 258340436, 100 258340437, 100 258340438, 100 258340439, 100 258340442, 100 258340444, 100 258340445, 100 258340446, 100 258340447, 100 258340448, 100 258340449, 100 258340450, 100 25834045?, 100 258340452, 100 258340453, 100 258340457, 100 258340459, 100 258340462; 231) в коробке имеется 20 бутылок объемом 0,5 л, с фирменным наименованием на этикетке «Коньяк «Лезгинка» с федеральными марками под номерами: 100 258340936, 100 258340937, 100 258340939, 100 258340940, 100 258340941, 100 258340942, 100 258340944, 100 258340946, 100 258340947, 100 258340948, 100 258340949, 100 258340950, 100 258340953, 100 258340954, 100 258340955, 100 258340956, 100 258340957, 100 258340959, 100 258340960, 100 258340965; 232) в коробке имеется 20 бутылок объемом 0,5 л, с фирменным наименованием на этикетке «Коньяк «Лезгинка» с федеральными марками под номерами: 100 258340963, 100 258340964, 100 258340969, 100 258340972, 100 258340976, 100 258340977, 100 258340978, 100 258340979, 100 258340982, 100 258340983, 100 258340984, 100 258340985, 100 258340988, 100 258340989, 100 258340994, 100 258340995, 100 258340996, 100 258340998, 100 258341000, 100 258341003; 233) в коробке имеется 20 бутылок объемом 0,5 л, с фирменным наименованием на этикетке «Коньяк «Лезгинка» с федеральными марками под номерами: 100 879249259, 100 879249262, 100 879249264, 100 879249265, 100 879249268, 100 879249269, 100 879249270, 100 879249271, 100 879249272, 100 879249273, 100 879249274, 100 879249276, 100 879249278, 100 879249280, 100 879249282, 100 879249289, 100 879249297, на трех бутылках марки отсутствуют; 234) в коробке имеется 20 бутылок объемом 0,5 л, с фирменным наименованием на этикетке «Коньяк «Лезгинка» с федеральными марками под номерами: 100 258340463, 100 258340464, 100 258340465, 100 258340466, 100 258340468, 100 258340469, 100 258340472, 100 258340473, 100 25834047?, 100 258340476, 100 258340477, 100 258340478, 100 258340481, 100 258340483, 100 258340484, 100 258340487, 00 25834048?, 100 25834049?, 100 25834049?, 100 258340502; 235) в коробке имеется 20 бутылок объемом 0,5 л, с фирменным наименованием на этикетке «Коньяк «Лезгинка» с федеральными марками под номерами: 100 879249536, 101 382739557, 101 382739019, 101 3827390?, 100 879249543, 100 879249535, 101 382739359, 101 382739253, 101 38273925?, 100 879249538, 100 879249550, 100 879249507, 100 879249528, 100 879249511, 100 879249???, 100 879249539, 100 879249506, 100 879249516, 100 879249513, 100 879249551; 236) в коробке имеется 20 бутылок объемом 0,5 л, с фирменным наименованием на этикетке «Коньяк «Лезгинка» с федеральными марками под номерами: 100 258340561, 100 258340259, 100 258340534, 100 258340515, 100 258340556, 100 258340575, 100 258340518, 100 258340527, 100 25834053?, 100 258340564, 100 258340563, 100 258340534, 100 258340521, 100 258340526, 100 258340533, 100 258340536, 100 258340530, 100 258340522, 100 258340537, 100 258340559; 237) в коробке имеется 20 бутылок объемом 0,5 л, с фирменным наименованием на этикетке «Коньяк «Лезгинка» с федеральными марками под номерами: 100 258340353, 100 258340323, 100 258340326, 100 258340339, 100 258340365, 100 258340354, 100 258340324, 100 258340341, 100 258340358, 100 258340???, 100 258340359, 100 258340356, 100 258340329, 100 25834033?, 100 258340346, 100 258340347, 100 258340336, 100 258340330, 100 258340361, 100 258340355; 238) в коробке имеется 20 бутылок объемом 0,5 л, с фирменным наименованием на этикетке «Коньяк «Лезгинка» с федеральными марками под номерами: 100 879249630, 100 879249632, 100 879249633, 100 879249634, 100 879249635, 100 879249636, 100 879249638, 100 879249640, 100 879249642, 100 879249643, 100 879249644, 100 879249645, 100 879249647, 100 879249650, 100 879249652, 100 879249656, 100 879249658, 100 879249660, 100 879249663, 100 879249664; 239) в коробке имеется 20 бутылок объемом 0,5 л, с фирменным наименованием на этикетке «Коньяк «Лезгинка» с федеральными марками под номерами: 100 879252317, 100 879252318, 100 879252319, 100 879252320, 100 879252321, 100 879252322, 100 879252323, 100 879252324, 100 879252325, 100 879252326, 100 879252327, 100 879252328, 100 879252329, 100 879252330, 100 879252331, 100 879252332, 100 879252333, 100 879252334, 100 879252335, 100 879252336; 240) в коробке имеется 20 бутылок объемом 0,5 л, с фирменным наименованием на этикетке «Коньяк «Лезгинка» с федеральными марками под номерами: 100 879252504, 100 879252505, 100 879252506, 100 879252507, 100 879252508, 100 879252509, 100 879252510, 100 879252511, 100 879252514, 100 879252515, 100 879252516, 100 879252517, 100 879252518, 100 879252519, 100 879252520, 100 879252521, 100 879252526, 100 879252527, 100 879252534, 100 879252537; 241) в коробке имеется 20 бутылок объемом 0,5 л, с фирменным наименованием на этикетке «Коньяк «Лезгинка» с федеральными марками под номерами: 100 258341247, 100 258341248, 100 258341249, 100 258341250, 100 258341251, 100 258341252, 100 258341253, 100 258341254, 100 258341255, 100 258341256, 100 258341257, 100 258341258, 100 258341259, 100 258341260, 100 258341261, 100 258341262, 100 258341263, 100 258341264, 100 258341272, 100 258341270; 242) в коробке имеется 20 бутылок объемом 0,5 л, с фирменным наименованием на этикетке «Коньяк «Лезгинка» с федеральными марками под номерами: 100 258340967, 100 258340970, 100 258340973, 100 258340974, 100 258340975,100 258340980, 100 258340984, 100 258340987, 100 258340986, 100 258340990,100 258340991, 100 258340992, 100 258340993, 100 258340997, 100 258340999, 100 258341001, 100 258341002, 100 25834004?, 100 258341005, 100 258340966; 243) в коробке имеется 20 бутылок объемом 0,5 л, с фирменным наименованием на этикетке «Коньяк «Лезгинка» с федеральными марками под номерами: 100 879252447, 100 879252454, 100 879252457, 100 879252459, 100 879252461, 100 879252464, 100 879252466, 100 879252468, 100 879252470, 100 879252471, 100 879252472, 100 879252473, 100 879252474, 100 879252475, 100 879252479, 100 879252488, 100 879252496, 100 879252500, 100 879252501, 100 879252503; 244) в коробке имеется 20 бутылок объемом 0,5 л, с фирменным наименованием на этикетке «Коньяк «Лезгинка» с федеральными марками под номерами: 100 258340406, 100 258340407, 100 258340408, 100 258340409, 100 258340410, 100 258340411, 100 258340412, 100 258340413, 100 258340414, 100 258340415, 100 258340419, 100 258340421, 100 258340422, 100 258340423, 00 258340424, 100 258340425, 100 258340426, 100 258340427, 100 258340428, 100 258??????; 245) в коробке имеется 20 бутылок объемом 0,5 л, с фирменным наименованием на этикетке «Коньяк «Лезгинка» с федеральными марками под номерами: 100 258341206, 100 258341207, 100 258341216, 100 258341217, 100 258341218, 100 258341219, 100 258341221, 100 258341222, 100 258341225, 100 258341228, 100 258341233, 100 258341234, 100 258341237, 100 258341238, 100 258341239, 100 258341240, 100 258341243, 100 258341245, 100 258341246, 100 258341247; 246) в коробке имеется 20 бутылок объемом 0,5 л, с фирменным наименованием на этикетке «Коньяк «Лезгинка» с федеральными марками под номерами: 101 382739392, 100 017397443, 101 382739756, 101 382739758, 101 382739359, 100 258340666, 100 258340667, 100 258340668, 100 258340669, 100 258340674, 100 258340675, 100 258340676, 100 258340677, 100 258340678, 100 258340679, 100 258340680, 100 258340681, 100 258340696, 100 258340697, 101 382739005; 247) в коробке имеется 20 бутылок объемом 0,5 л, с фирменным наименованием на этикетке «Коньяк «Лезгинка» с федеральными марками под номерами: 100 879249748, 100 879249751, 100 879249753, 100 879249754, 100 879249757, 100 879249758, 100 879249759, 100 879249761, 100 879249762, 100 879249763, 100 879249766, 100 879249770, 100 879249771, 100 879249772, 100 879249773, 100 879249774, 100 879249779, 100 879249780, 100 879249786, 100 879249789; 248) в коробке имеется 6 бутылок объемом 0,5 л, с фирменным наименованием на этикетке «Вермут «MARTINI» с федеральными марками под номерами: 042 35699570, 042 35699644, 042 35698412, 042 35698604, 042 35698391, 042 35698375; 249) в коробке имеется 9 бутылок объемом 1 л, с фирменным наименованием на этикетке «Ром «BACARDI» с федеральными марками под номерами: 100 24?14?32?, 100 248144310, 100 248144311, 100 248144312, 100 248144313, ???? ?????4316, 100249??????, 100 248144317, 017 020170563, 1 бутылка объемом 1 л, с фирменным наименованием на этикетке «Текила «OLMECA» с федеральной маркой под номером: 043 57895945?; 250) в коробке имеется 5 бутылок объемом 0,5 л, с фирменным наименованием на этикетке «Водка «FINLANDIA» с федеральными марками под номерами: 101 574943380, 101 574943376, 101 574943375, 102 357475076, 102 574943?70; 251) в коробке имеется 10 бутылок объемом 0,5 л, с фирменным наименованием на этикетке «Водка «Царская охота» с федеральными марками под номерами: 100 248081769, 100 248081754, 100 248081765, 100 248081756, 100 248081757, 100 248081762, 100 24808????, 100 248082057, 100 248081761, 100 248081770; 252) в коробке имеется 8 бутылок объемом 0,5 л, с фирменным наименованием на этикетке «Коньяк «Лезгинка» с федеральными марками под номерами: 100 157515430, 100 157515443, 100 157515434, 100 1575154??, 100 1575154??, 100 1575154??, 100 1575154??, 100 1575154??; 253) в коробке имеется 12 бутылок объемом 1 л, с фирменным наименованием на этикетке «Ром «BACARDI» с федеральными марками под номерами: 100 248109???, 100 248110347, 100 248109768, 100 248109769, 100 248109770, 100 248110271, 100 248110274, 100 248110276, 100 248110277, 100 248110278, 100 248110222, 100 248110657; 254) в коробке имеется 12 бутылок объемом 1 л, с фирменным наименованием на этикетке «Ром «BACARDI» с федеральными марками под номерами: 100 248144370, 100 248144371, 100 248144372, 100 248144374, 100 248144375, 100 248144405, 100 248144369, 100 248144383, 100 248144384, 100 248144393, 100 248144397, 100 248144399; 255) в коробке имеется 12 бутылок объемом 1 л, с фирменным наименованием на этикетке «Ром «BACARDI» с федеральными марками под номерами: 102 247886765, 102 247886766, 102 247886767, 102 247886768, 102 247886769, 102 247886770, 102 247886771, 102 247886772, 102 247886773, 102 247886774, 102 247886775, 102 247886776; 256) в коробке имеется 12 бутылок объемом 1 л, с фирменным наименованием на этикетке «Ром «BACARDI» с федеральными марками под номерами: 100 070935015, 100 070935016, 100 070935017, 100 070935018, 100 070935019, 100 070935020, 100 070935021, 100 070935022, 100 070935023, 100 070935025, 100 070935026, 100 070935033; 257) в коробке имеется 12 бутылок объемом 1 л, с фирменным наименованием на этикетке «Ром «BACARDI» с федеральными марками под номерами: 102 247884553, 102 247883605, 100 248110266, 100 248110359, 100 248110263, 102 247883708, 102 247885479, 102 247885487, 100 ??????258, 102 247885489; 258) в коробке имеется 12 бутылок объемом 1 л, с фирменным наименованием на этикетке «Ром «BACARDI» с федеральными марками под номерами: 102 247879117, 102 247879120, 102 247879121, 102 247879122, 102 247879123, 102 247879126, 102 247879128, 102 247879130, 102 247879135, 102 247879136, 102 247879138; 102 247879139; 259) в коробке имеется 12 бутылок объемом 1 л, с фирменным наименованием на этикетке «Ром «BACARDI» с федеральными марками под номерами: 100 070609321, 100 070609322, 100 070609323, 100 070609325, 100 070609326, 100 070609328, 100 070609329, 100 070609330, 100 070609332, 100 070609334, 100 070609347, 102 247883692; 260) в коробке имеется 12 бутылок объемом 1 л, с фирменным наименованием на этикетке «Ром «BACARDI» с федеральными марками под номерами: 100 247855163, 100 247855164, 100 247855165, 100 247855166, 100247855167, 100 247855168, 100 247855169, 100 247855170, 100 247855171, 100 247855172, 100 247855173, 100 247855174; 261) в коробке имеется 6 бутылок объемом 1 л, с фирменным наименованием на этикетке «Ром «BACARDI» с федеральными марками под номерами: 100 248144322, 102 247883706, 102 247883709, 102 247884552, 100 248144295, 017 020170574; 262) в коробке имеется 12 бутылок объемом 1 л, с фирменным наименованием на этикетке «Ром «BACARDI» с федеральными марками под номерами: 102 247891696, 102 247891697, 102 247891698, 102 247891699, 102 247891701, 102 247891702, 102 247891703, 102 247891704, 102 247891705, 102 247891706, 102 247891707, 102 247891708; 263) в коробке имеется 12 бутылок объемом 1 л, с фирменным наименованием на этикетке «Ром «BACARDI» с федеральными марками под номерами: 017 020170564, 102 247883675, 102 247883676, 102 247883677, 102 247883678, 102 247883679, 102 247883?80, 102 247883693, 102 247883694, 102 247883700, 102 247883688, 102 247883681; 264) в коробке имеется 12 бутылок объемом 1 л, с фирменным наименованием на этикетке «Ром «BACARDI» с федеральными марками под номерами: 100 248144333, 100 248144334, 100 248144335, 100 248144336, 100 248144345; 100 248144346, 100 248144350, 100 248144373, 100 248144379; 100 248144385, 100 248144386, 100 248144391; 265) в коробке имеется 12 бутылок объемом 1 л, с фирменным наименованием на этикетке «Ром «BACARDI» с федеральными марками под номерами: 100 070608575, 100 070608576, 100 070608577, 100 070608578, 100 070608579, 100 070608580, 100 070608581, 100 070608582, 100 070608583, 100 070608584, 100 070608585, 100 070608586; 266) в коробке имеется 12 бутылок объемом 1 л, с фирменным наименованием на этикетке «Ром «BACARDI» с федеральными марками под номерами: 102 247883586, 102 247883587, 102 247883588, 102 247883589, 102 247883590, 102 247883591, 102 247883592, 102 247883593, 102 247883595, 102 247883596, 102 247883597, 102 247883601; 267) в коробке имеется 12 бутылок объемом 1 л, с фирменным наименованием на этикетке «Ром «BACARDI» с федеральными марками под номерами:. 102 247885525, 102 247885526, 102 247885527, 102 247885534, 102 247885535, 102 247885536, 102 247885544, 102 247885545, 102 247885547, 102 247885550, 102 247885551, 102 247885552; 268) в коробке имеется 10 бутылок объемом 1 л, с фирменным наименованием на этикетке «Ром «BACARDI» с федеральными марками под номерами: 102 247886742, 102 247886744, 102 247886745, 102 247886746, 102 247886747, 102 247886748, 102 247886749, 102 247886750, 102 247886751, 102 247886752, 102 247885488, 102 247705184; 269) в коробке имеется 16 бутылок объемом 0,7 л, с фирменным наименованием на этикетке «Кальвадос «Pere Magloire» с федеральными марками под номерами: 039 80842029, 039 80842030, 039 80842031, 039 80842032, 039 80842033, 039 80842034, 039 80842035, 039 80842036, 039 80842037, 039 80842038, 039 80842039, 039 80846880, 039 80846881, 039 80846882, 039 80846886, 039 80846887; 270) в коробке имеется 16 бутылок объемом 0,7 л, с фирменным наименованием на этикетке «Кальвадос «Pere Magloire» с федеральными марками под номерами: 057 57437659, 057 57437660, 057 57437662, 057 57437665, 057 57437666, 057 57437668, 057 57437669, 057 57437673, 057 57437675, 057 57437677, 057 57437678, 057 57437680, 057 57437683, 057 57437684, 057 57437687, 057 57437688; 271) в коробке имеется 16 бутылок объемом 0,7 л, с фирменным наименованием на этикетке «Кальвадос «Pere Magloire» с федеральными марками под номерами: 039 80842943, 039 80842944, 039 80842945, 039 80842946, 039 80842947, 039 80842948, 039 80842949, 039 80842950, 039 80842951, 039 80842952, 039 80842953, 039 80842954, 039 80842955, 039 80842956, 039 80842957, 039 80842958; 272) в коробке имеется 16 бутылок объемом 0,7 л, с фирменным наименованием на этикетке «Кальвадос «Pere Magloire» с федеральными марками под номерами: 100 247993830, 100 247993831, 100 247993832, 100 247993833, 100 247993834, 100 247993835, 100 247993837, 100 247993839, 100 247993840, 100 247993841, 100 247993843, 100 247993844, 100 247993845, 100 247993846, 100 247993848, 100 247993828; 273) в коробке имеется 16 бутылок объемом 0,7 л, с фирменным наименованием на этикетке «Кальвадос «Pere Magloire» с федеральными марками под номерами: 039 80846867, 039 80846868, 039 80846869, 039 80846870, 039 80846871, 039 80846872, 039 80846873, 039 80846874,039 80846876, 039 80846877, 039 80846879, 039 80846884, 039 80846888, 039 80846889, 039 80846892, 039 80842026; 274) в коробке имеется 16 бутылок объемом 0,7 л, с фирменным наименованием на этикетке «Кальвадос «Pere Magloire» с федеральными марками под номерами: 039 80846826, 039 80846827, 039 80846828, 039 80846829,039 80846830, 039 80846831, 039 80846832, 039 80846833,039 80846834, 039 80846980, 039 80846983, 039 80846986,039 80846987, 039 80846991, 039 80846999, 039 80847000; 275) в коробке имеется 16 бутылок объемом 0,7 л, с фирменным наименованием на этикетке «Кальвадос «Pere Magloire» с федеральными марками под номерами: 100 247993910, 100 247993958, 100 247993966, 100 247993968, 100 247993972, 100 247993973, 100 247993974, 100 247993975, 100 247993979, 100 247993987, 100 247993989, 100 247993998, 100 247994007, 100247994180, 100 247994198, 100 247994118; 276) в коробке имеется 12 бутылок объемом 0,5 л, с фирменным наименованием на этикетке «Коньяк «Цандрыпш» с федеральными марками под номерами: 001 568333964, 001 568333965, 001 568333966, 001 568333967, 001 568333972, 001 568333973, 001 568333974, 001 568333975, 001 568333980, 001 568333981, 001 568333982, 001 568333983; 277) в коробке имеется 12 бутылок объемом 0,5 л, с фирменным наименованием на этикетке «Коньяк «Цандрыпш» с федеральными марками под номерами: 001 568334738, 001 568334739, 001 568334740, 001 568334742, 001 568334749, 001 568334751, 001 568334752, 001 568334753, 001 568334754, 001 568334755, 001 568334756, 001 568334757; 278) в коробке имеется 12 бутылок объемом 0,5 л, с фирменным наименованием на этикетке «Коньяк «Цандрыпш» с федеральными марками под номерами: 001 568334028, 001 568334029, 001 568334030, 001 568334032, 001 568334020, 001 568334021, 001 568334022, 001 568334023, 001 568334012, 001 568334013, 001 568334015, 001 568334017; 279) в коробке имеется 12 бутылок объемом 0,5 л, с фирменным наименованием на этикетке «Коньяк «Цандрыпш» с федеральными марками под номерами: 001 568325039, 001 568325041, 001 568325043, 001 568325044, 001 568325045, 001 568325046, 001 568325047, 001 568325049, 001 568325053, 001 568325054, 001 568325055, 001 568325056; 280) в коробке имеется 12 бутылок объемом 0,5 л, с фирменным наименованием на этикетке «Коньяк «Цандрыпш» с федеральными марками под номерами: 001 568334738, 001 568334739, 001 568334740, 001 568334742, 001 568334749, 001 568334751, 001 568334752, 001 568334753, 001 568334754, 001 568334755, 001 568334756, 001 568334757; 281) в коробке имеется 12 бутылок объемом 0,5 л, с фирменным наименованием на этикетке «Коньяк «Цандрыпш» с федеральными марками под номерами: 001 568334012, 001 568334013, 001 568334015, 001 568334017, 001 568334020, 001 568334021, 001 568334022, 001 568334023, 001 568334028, 001 568334029, 001 568334030, 001 568334032; 282) в коробке имеется 12 бутылок объемом 0,5 л, с фирменным наименованием на этикетке «Коньяк «Цандрыпш» с федеральными марками под номерами: 001 568333964, 001 568333965, 001 568333966, 001 568333967, 001 568333972, 001 568333973, 001 568333974, 001 568333975, 001 568333980, 001 568333981, 001 568333982, 001 568333983; 283) в коробке имеется 12 бутылок объемом 0,5 л, с фирменным наименованием на этикетке «Коньяк «Цандрыпш» с федеральными марками под номерами: 001 568333920, 001 568333921, 001 568333922, 001 568333923, 001 568333928, 001 568333929, 001 568333930, 001 568333931, 001 568333936, 001 568333937, 001 568333938, 001 568333939; 284) в коробке имеется 12 бутылок объемом 0,5 л, с фирменным наименованием на этикетке «Коньяк «Цандрыпш» с федеральными марками под номерами: 001 568333944, 001 568333945, 001 568333946, 001 568333947, 001 568333952, 001 568333954, 001 568333955, 001 568333960, 001 568333961, 001 568333962, 001 568333963, 001 5683349464; 285) в коробке имеется 12 бутылок объемом 0,5 л, с фирменным наименованием на этикетке «Коньяк «Цандрыпш» с федеральными марками под номерами: 001 568334815, 001 568334816, 001 568334818, 001 568334822, 001 568334823, 001 568334824, 001 568334825, 001 568334830,001 568334831, 001 568334832, 001 568334833, 001 568334814; 286) в коробке имеется 20 бутылок объемом 0,5 л, с фирменным наименованием на этикетке «Коньяк «Hennessy V.S.O.P.» с федеральными марками под номерами: 058 8743089?, 058 8743089?, 058 87430???, 058 8743089?, 058 87430898, 058 8743089?, 058 87430893, 058 8743090?, 058 87430111, 058 87430909, 058 8743088?, 058 8743089?, 058 87430900, 058 87430888, 058 8743091?, 058 87430891, 058 87430897, 058 87430864, 058 87430901, 058 87430902; 287) в коробке имеется 20 бутылок объемом 0,5 л, с фирменным наименованием на этикетке «Коньяк «Hennessy V.S.O.P.» с федеральными марками под номерами: 059 46571946, 059 46571947, 059 46571948, 059 46571949, 059 46571950, 059 46571951, 059 46571953, 059 46571954, 059 46571955, 059 46571956, 059 46571957, 059 46571958, 059 46571959, 059 46571960, 059 46571961, 059 46571963, 059 46571964, 059 46571965, 059 46571966, 059 46?7196?; 288) в коробке имеется 20 бутылок объемом 0,5 л, с фирменным наименованием на этикетке «Коньяк «Hennessy V.S.O.P.» с федеральными марками под номерами: 058 87430903, 058 87430904, 058 8743090?, 058 8743090?, 058 87430908, 058 8743011?, 058 87430115, 058 87430114, 058 87430113, 058 87430112, 058 8743011?, 058 87430123, 058 87430124, 058 8743012?, 058 87430126, 058 87430116, 058 87430119, 058 87430120, 058 87430121, 058 87430122; 289) в коробке имеется 20 бутылок объемом 0,5 л, с фирменным наименованием на этикетке «Коньяк «Hennessy V.S.O.P.» с федеральными марками под номерами: 058 87431943, 058 87431944, 058 87431945, 058 87431946, 058 87431947, 058 87431948, 058 87431949, 058 87431950, 058 87431951, 058 87431952, 058 87431953, 058 87431954, 058 87431955, 058 87431956, 058 87431957, 058 87431958, 058 87431959, 058 87431960, 058 87431961, 058 87431962; 290) в коробке имеется 20 бутылок объемом 0,5 л, с фирменным наименованием на этикетке «Коньяк «Hennessy V.S.O.P.» с федеральными марками под номерами: 058 87431883, 058 87431884, 058 87431885, 058 87431887, 058 87431886, 058 87431888, 058 87431889, 058 87431890, 058 87431891, 058 87431892, 058 87431893, 058 87431894, 058 87431895, 058 87431896, 058 87431897, 058 87431899, 058 87431900, 058 87431901, 058 87431902, 058 87431898; 291) в коробке имеется 20 бутылок объемом 0,5 л, с фирменным наименованием на этикетке «Коньяк «Hennessy V.S.O.P.» с федеральными марками под номерами: 058 87431598, 058 87431599, 058 87431600, 058 87431601, 58 87431602, 058 87431603, 058 87431604, 058 87431605, 058 87431606, 058 87431607, 058 87431608, 058 87431609, 058 87431610, 058 87431611, 058 87431612, 058 87431613, 058 87431614, 058 87431615, 058 87431616, 058 87431617; 292) в коробке имеется 20 бутылок объемом 0,5 л, с фирменным наименованием на этикетке «Коньяк «Hennessy V.S.O.P.» с федеральными марками под номерами: 058 87431658, 058 87431659, 058 87431660, 058 87431661, 058 87431662, 058 87431663, 058 87431664, 058 87431665, 058 87431666, 058 87431667, 058 87431668, 058 87431669, 058 87431670, 058 87431671, 058 87431672, 058 87431673, 058 87431674, 058 87431675, 058 87431676, 58 8743167; 293) в коробке имеется 20 бутылками объемом 0,5 л, с фирменным наименованием «Коньяк «Hennessy V.S.O.P» с федеральными марками под номерами: 058 87431301, 058 87431300, 058 87431299, 058 87431292, 058 87431291, 058 87431304, 058 87431302, 058 87431298, 058 87431293, 058 87431290, 058 87431305, 058 87431303, 058 87431297, 058 87431294, 058 87431700, 058 87430831, 058 8743009?, 058 87431296, 058 87431295, 058 87431698; 294) в коробке имеется 18 бутылок объемом 0,5 л, с фирменным наименованием на этикетке «Коньяк «Hennessy V.S.O.P.» с федеральными марками под номерами: 058 87430792, 058 87430793, 058 87430794, 058 87430796, 058 87430797, 058 87430798, 058 87430799, 058 87430799, 058 87430800, 058 87430801, 058 87430802, 058 87430791, 058 8743079?, 058 87430789, 058 87430788, 058 87430804, 058 87430803, 058 874307807; 295) в коробке имеется 12 бутылок объемом 1 л, с фирменным наименованием на этикетке «Ром «BACARDI» с федеральными марками под номерами: 100 070609330, 100 070609333, 100 070609335, 100 070609336, 100 070609337, 100 070609338, 100 070609339, 100 070609340, 100 070609341, 100 070609342, 100 070609346, 100 070609349; 296) в коробке имеется 12 бутылок объемом 1 л, с фирменным наименованием на этикетке «Ром «BACARDI» с федеральными марками под номерами: 102 247886753, 102 247886754, 102 247886755, 102 247886756, 102 247886757, 102 247886758, 102 247886759, 102 247886760, 102 247886761, 102 247886762, 102 247886763, 102 247886764; 297) в коробке имеется 12 бутылок объемом 1 л, с фирменным наименованием на этикетке «Ром «BACARDI» с федеральными марками под номерами: 100 248144310, 100 248144311 100 248144312, 100 248144313, ??? ?????4316, 102 247886???, 102 247886???, 102 247886???, 102 247886???, 102 247886???, 102 247886???, 102 247886???; 298) в коробке имеется 10 бутылок объемом 1 л, с фирменным наименованием на этикетке «Ром «BACARDI» с федеральными марками под номерами: 017 020170563, 017 020170565, 017 020170566, 017 020170567, 017 020170569, 017 020170570, 017 020170571, 017 020170???, 017 020170???, 017 020170???; 299) в коробке имеется 20 бутылок объемом 0,5 л, с фирменным наименованием на этикетке «Водка «Хортиця» с федеральными марками под номерами: 101 008001761, 101 008001762, 101 008001764, 101 008001765, 101 008001766, 101 008001767, 101 008001768, 101 008001769, 101 008001770, 101 008001771, 101 008001772, 101 008001773, 101 008001774, 101 008001775, 101 008001777, 101 008001778, 101 008001779, 101 008001780, 101 008001781, 101 008001782; 300) в коробке имеется 20 бутылок объемом 0,5 л, с фирменным наименованием на этикетке «Водка «Хортиця» с федеральными марками под номерами: 101 007985077, 101 007985078, 101 007985079, 101 007985080, 101 007985081, 101 007985095, 101 007985099, 101 007985104, 101 007985105, 101 007985106, 101 007985107, 101 007985108, 101 007985109, 101 007985110, 101 007985111, 101 007985112, 101 007985113, 101 007985126, 101 007985127, 101 007985134; 301) в коробке имеется 20 бутылок объемом 0,5 л, с фирменным наименованием на этикетке «Водка «Хортиця» с федеральными марками под номерами: 101 007986334, 101 007986335, 101 007986336, 101 007986337, 101 007986338, 101 007986339, 101 007986340, 101 007986341, 101 007986343, 101 007986344, 101 007986345, 101 007986346, 101 007986347, 101 007986348, 101 007986349, 101 007986350, 101 007986352, 101 007986353, 101 007986354, 101 007986355; 302) в коробке имеется 20 бутылок объемом 0,5 л, с фирменным наименованием на этикетке «Водка «Хортиця» с федеральными марками под номерами: 101 007987634, 101 007987713, 101 007987760, 101 007987735, 101 007987720, 101 007987712, 101 008025375, 101 007987761, 101 007987727, 101 007987756, 101 007987177, 101 007987759, 101 007987731, 101 007987658, 101 007987592, 101 007987726, 101 007987758, 101 007987187, 101 007987633, 101 007987187; 303) в коробке имеется 20 бутылок объемом 0,5 л, с фирменным наименованием на этикетке «Водка «Хортиця» с федеральными марками под номерами: 101 008026589, 101 008026590, 101 008026592, 101 008026593, 101 008026594, 101 008026595, 101 008026596, 101 008026597, 101 008026598, 101 008026600, 101 008026607, 101 008026611, 101 008026614, 101 008026623, 101 008026624, 101 008026625, 101 008026626, 101 008026627, 101 008026628, 101 008026629; 304) в коробке имеется 20 бутылок объемом 0,5 л, с фирменным наименованием на этикетке «Водка «Хортиця» с федеральными марками под номерами: 101 008028228, 101 008028231, 101 008028233, 101 008028234, 101 008028237, 101 008028238, 101 008028240, 101 008028241, 101 008028243, 101 008028244, 101 008028245, 101 008028246, 101 008028248, 101 008028253, 101 008028754, 101 008028255, 101 008028257, 101 008028271, 101 008028284, 101 008028290; 305) в коробке имеется 20 бутылок объемом 0,5 л, с фирменным наименованием на этикетке «Водка «Хортиця» с федеральными марками под номерами: 101 007986860, 101 007986671, 101 007986820, 101 007986637, 101 007986652, 101 007986623, 101 007986827, 101 007986832, 101 007986579, 101 007986861, 101 007986858, 101 007986835, 101 007986837, 101 007986836, 101 007986733, 101 007986646, 101 007986833, 101 007986834, 101 007986648, 101 007986511; 306) в коробке имеется 20 бутылок объемом 0,5 л, с фирменным наименованием на этикетке «Водка «Хортиця» с федеральными марками под номерами: 101 007986761, 101 007986762, 101 007986763, 101 007986764, 101 007986766, 101 007986767, 101 007986768, 101 007986769, 101 007986771, 101 007986772, 101 007986773, 101 007986774, 101 007986776, 101 007986777, 101 007986778, 101 007986779, 101 007986781, 101 007986782, 101 007986783, 101 007986784; 307) в коробке имеется 15 бутылок объемом 0,5 л, с фирменным наименованием на этикетке «Коньяк «Hennessy Х.O.» с федеральными марками, номера у которых не читаются; 308) в коробке имеется 15 бутылок объемом 0,5 л, с фирменным наименованием на этикетке «Коньяк «Hennessy Х.O.» с федеральными марками под номерами: 100 248067324, 100 24806721?, 100 2480672??, 100 2480672??, 100 248067???, 100 248067???, 100 248067330, 100 248067???, 100 248067???, 100 248067331, 100 248067???, 100 248067320, 100 248067334, 100 248067325, 100 248067376; 309) в коробке имеется 15 бутылок объемом 0,5 л, с фирменным наименованием на этикетке «Коньяк «Hennessy Х.O.» с федеральными марками под номерами: 100 247843617, 100 247843621, 100 247843624, 100 247843658, 100 247843660, 100 247843662, 100 247843664, 100 247843665, 100 247843669, 100 247843670, 100 247843671, 100 247843672, 100 247843673, 100 247843677, 100 247843679; 310) в коробке имеется 15 бутылок объемом 0,5 л, с фирменным наименованием на этикетке «Коньяк «Hennessy Х.O.» с федеральными марками под номерами: 100 247843480, 100 247843482, 100 247843485, 100 247843488, 100 247843490, 100 247843491, 100 247843492, 100 247843493, 100 247843494, 100 247843495, 100 247843496, 100 247843498, 100 247843505, 100 247843506, 100 247843507; 311) в коробке имеется 15 бутылок объемом 0,5 л, с фирменным наименованием на этикетке «Коньяк «Hennessy Х.O.» с федеральными марками под номерами: 100 247843414, 100 247843434, 100 247843435, 100 247843436, 100 247843438, 100 247843439, 100 247843440, 100 247843441, 100 247843442, 100 247843444, 100 247843445, 100 247843448, 100 247843451, 100 247843363, 100 247843351; 312) в коробке имеется 15 бутылок объемом 0,5 л, с фирменным наименованием на этикетке «Коньяк «Hennessy Х.O.» с федеральными марками под номерами: 100 247843350, 100 247843352, 100 247843353, 100 247843355, 100 247843356, 100 247843357, 100 247843358, 100 247843359, 100 247843347, 100 247843361, 100 247843366, 100 247843364, 100 247843349, 100 247843348, 100 247843365; 313) в коробке имеется 15 бутылок объемом 0,5 л, с фирменным наименованием на этикетке «Коньяк «Hennessy Х.O.» с федеральными марками под номерами: 100 247843415, 100 247843407, 100 247843484, 100 247843428, 100 247843464, 100 247843459, 100 247843410, 100 247843427, 100 247843466, 100 247843465, 100 247843464, 100 247843452, 100 247843460, 100 247843373, 100 247843762; 314) в коробке имеется 15 бутылок объемом 0,5 л, с фирменным наименованием на этикетке «Коньяк «Hennessy Х.O.» с федеральными марками под номерами: 100 247843403, 100 247843406, 100 247843416, 100 247843409, 100 247843385, 100 247843354, 100 247843377, 100 247843412, 100 247843392, 100 2478434395, 100 247843360, 100 247843375, 100 247843397, 100 247843402, 100 247843396; 315) в коробке имеется 15 бутылок объемом 0,5 л, с фирменным наименованием на этикетке «Коньяк «Hennessy Х.O.» с федеральными марками под номерами: 100 247843835, 100 247843838, 100 247843843, 100 247843839, 100 247843848, 100 247843842, 100 247843503, 100 247843831, 100 247843847, 100 247843499, 100 247843845, 100 247843844, 100 247843501, 100 247843509, 100 247843500; 316) в коробке имеется 15 бутылок объемом 0,5 л, с фирменным наименованием на этикетке «Коньяк «Hennessy Х.O.» с федеральными марками под номерами: 100 248136034, 100 248136036, 100 248136038, 100 248136039, 100 248136042, 100 248136043, 100 248136044, 100 248136045, 100 248136046, 100 248136048, 100 248136053, 100 248136055, 00 248136060, 100 248136061, 100 248135612; 317) в коробке имеется 7 бутылок объемом 0,5 л, с фирменным наименованием на этикетке «Коньяк «Hennessy Х.O.» с федеральными марками под номерами: 100 248136046 100 2481360??, 100 2481360??, 100 2481360??, 100 2481360??, 100 2481360??, 100 2481360??; 318) в коробке имеется 12 бутылок объемом 0,75 л, с фирменным наименованием на этикетке «Виски «William Lawson’s» с федеральными марками под номерами: 101 091467284, 101 091466317, 101 091466306, 101 091466315, 101 091466300, 101 091467278, 101 091466380, 101 091467368, 101 091467281, 101 091467350, 101 091466382, 101 091467378; 319) в коробке имеется 12 бутылок объемом 0,75 л, с фирменным наименованием на этикетке «Виски «William Lawson’s» с федеральными марками под номерами: 101 091467265, 101 091467272, 101 091466295, 101 091467373, 101 091467357, 101 091467262, 101 091467258, 101 091467256, 101 091467273, 101 091466384, 101 091467360, 101 091467354; 320) в коробке имеется 12 бутылок объемом 0,75 л, с фирменным наименованием на этикетке «Виски «William Lawson’s» с федеральными марками под номерами: 100 091570437, 100 091570478, 100 091570465, 100 091570459, 100 091570460, 100 091570476, 100 091570456, 100 091570457, 100 091570469, 100 091570470, 100 091570430, 100 091570463; 321) в коробке имеется 7 бутылок объемом 0,75 л, с фирменным наименованием на этикетке «Виски «William Lawson’s» с федеральными марками под номерами: 101 091467616, 101 091466580, 101 091467647, 101 091467645, 101 091466602, 101 091467626, 101 091466591; 322) в коробке 12 бутылок объемом 0,75 л, с фирменным наименованием на этикетке «Вино «Хванчкара» с федеральными марками под номерами: 100 459345526, 100 459345527, 100 459345528, 100 459345529, 100 459345530, 100 459345531, 100 459345532, 100 459345533, 100 459345534, 100 459345535, 100 459345536, 100 459345537; 323) в коробке имеется 12 бутылок объемом 0,75 л, с фирменным наименованием на этикетке «Вино «Хванчкара» с федеральными марками под номерами: 100 459441060, 100 459441061, 100 459441062, 100 459441063, 100 459441064, 100 459441065, 100 459441066, 100 459441067, 100 459441068, 100 459441069, 100 459441070, 100 459441071; 324) в коробке имеется 12 бутылок объемом 0,75 л, с фирменным наименованием на этикетке «Вино «Хванчкара» с федеральными марками под номерами: 100 459441396, 100 459441397, 100 459441398, 100 459441399, 100 459441400, 100 459441401, 100 459441402, 100 459441403, 100 459441404, 100 459441405, 100 459441406, 100 459441407; 325) в коробке имеется 12 бутылок объемом 0,75 л, с фирменным наименованием на этикетке «Вино «Хванчкара» с федеральными марками под номерами: 100 459440748, 100 459440749, 100 459440750, 100 459440751, 100 459440752, 100 459440753, 100 459440754, 100 459440755, 100 459440756, 100 459440757, 100 459440758, 100 459440759; 326) в коробке имеется 12 бутылок объемом 0,75 л, с фирменным наименованием на этикетке «Вино «Хванчкара» с федеральными марками под номерами100 459441072, 100 459441073, 100 459441074, 100 459441075, 100 459441076, 100 459441077, 100 459441078, 100 459441079, 100 459441080, 100 459441081, 100 459441082, 100 459441083; 327) в коробке имеется 12 бутылок объемом 0,75 л, с фирменным наименованием на этикетке «Вино «Хванчкара» с федеральными марками под номерами: 100 459435502, 100 459435503, 100 459435504, 100 459435505, 100 459435506, 100 459435507, 100 459435508, 100 459435509, 100 459435510, 100 459435511, 100 459435512, 100 459435513; 328) в коробке имеется 12 бутылок объемом 0,75 л, с фирменным наименованием на этикетке «Вино «Хванчкара» с федеральными марками под номерами: 100 459436081, 100 459436082, 100 459436083, 100 459436084, 100 459436085, 100 459436086, 100 459436087, 100 459436088, 100 459436089, 100 459436090, 100 459436091, 100 459436092; 329) в коробке имеется 12 бутылок объемом 0,75 л, с фирменным наименованием на этикетке «Вино «Хванчкара» с федеральными марками под номерами: 100 459441360, 100 459441361, 100 459441362, 100 459441363, 100 459441364, 100 459441365, 100 459441366, 100 459441367, 100 459441368, 100 459441369, 100 459441370, 100 459441371; 330) в коробке имеется 5 бутылок объемом 0,7 л, с фирменным наименованием на этикетке «Вино «Хванчкара» с федеральными марками под номерами: 102 483361050, 102 483361045, 102 483361048, 102 483361055, 102 483361040; 331) в коробке имеется 12 бутылок объемом 0,7 л, с фирменным наименованием на этикетке «Вино «Киндзмараули» с федеральными марками под номерами: 102 483348328, 102 483348329, 102 483348330, 102 483348331, 102 483348332, 102 483348333, 102 483348334, 102 483348335, 102 483348336, 102 483348337, 102 483348328, 102 483348339; 332) в коробке имеется 12 бутылок объемом 0,7 л, с фирменным наименованием на этикетке «Вино «Киндзмараули» с федеральными марками под номерами: 102 483348484, 102 483348485, 102 483348486, 102 483348487, 102 483348488, 102 483348489, 102 483348490, 102 483348491, 102 483348492, 102 483348493, 102 483348494, 102 483348495; 333) в коробке имеется 12 бутылок объемом 0,7 л, с фирменным наименованием на этикетке «Вино «Киндзмараули» с федеральными марками под номерами: 102 483348304, 102 483348305, 102 483348306, 102 483348307, 102 483348308, 102 483348309, 102 483348310, 102 483348311, 102 483348312, 102 483348313, 102 483348314, 102 483348315; 334) в коробке имеется 12 бутылок объемом 0,7 л, с фирменным наименованием на этикетке «Вино «Киндзмараули» с федеральными марками под номерами: 102 483348388, 102 483348389, 102 483348390, 102 483348391, 102 483348392, 102 483348393, 102 483348394, 102 483348395, 102 483348396, 102 483348397, 102 483348398, 102 483348399; 335) в коробке имеется 12 бутылок объемом 0,7 л, с фирменным наименованием на этикетке «Вино «Киндзмараули» с федеральными марками под номерами: 102 483349659, 102 483349660, 102 483349661, 102 483349662, 102 483349663, 102 483349664, 102 483349665, 102 483349666, 102 483349667, 102 483349668, 102 483349669, 102 483349670; 336) в коробке имеется 12 бутылок объемом 0,7 л, с фирменным наименованием на этикетке «Вино «Киндзмараули» с федеральными марками под номерами: 102 483253962, 102 483253963, 102 483253964, 102 483253965, 102 483253966, 102 483253967, 102 483253968, 102 483253969, 102 483253970, 102 483253971, 102 483253972, 102 483253973; 337) в коробке имеется 12 бутылок объемом 0,7 л, с фирменным наименованием на этикетке «Вино «Киндзмараули» с федеральными марками под номерами: 102 483348412, 102 483348413, 102 483348414, 102 483348415, 102 483348416, 102 483348417, 102 483348418, 102 483348419, 102 483348420, 102 483348421, 102 483348422, 102 483348423; 338) в коробке имеется 12 бутылок объемом 0,7 л, с фирменным наименованием на этикетке «Вино «Киндзмараули» с федеральными марками под номерами: 102 483349575, 102 483349576, 102 483349577, 102 483349578, 102 483349579, 102 483349580, 102 483349582, 102 483349583, 102 483349584, 102 483349585, 102 483349586, 102 483349587; 339) в коробке имеется 12 бутылок объемом 0,7 л, с фирменным наименованием на этикетке «Вино «Киндзмараули» с федеральными марками под номерами: 102 483349935, 102 483349936, 102 483349937, 102 483349938, 102 483349939, 102 483349940, 102 483349941, 102 483349942, 102 483349943, 102 483349944, 102 483349945, 102 483349946; 340) в коробке имеется 12 бутылок объемом 0,7 л, с фирменным наименованием на этикетке «Вино «Киндзмараули» с федеральными марками под номерами: 102 483348518, 102 483349322, 102 48334932?, 102 483349312, 102 483349314, 102 483349315, 102 483349316, 102 483349317, 102 483349318, 102 483349320, 102 48334931?, 102 48334932?; 341) в коробке имеется 12 бутылок объемом 0,7 л, с фирменным наименованием на этикетке «Вино «Киндзмараули» с федеральными марками под номерами: 001 568333880, 001 568333881, 001 568333882, 001 568333883, 001 568333884, 001 568333885, 001 568333886, 001 568333887, 001 568333892, 001 568333893, 001 568333894, 001 568333895; 342) в коробке имеется 7 бутылок объемом 0,7 л, с фирменным наименованием на этикетке «Вино «Киндзмараули» с федеральными марками под номерами: 102 483349679, 102 483348357, 102 483348356, 102 483348352, 102 483348353, 102 4833483??, 102 4833483??; 343) в коробке имеется 12 бутылок объемом 0,75 л, с фирменным наименованием на этикетке «Винный напиток «BOSCA» с федеральными марками под номерами: 049 54797043, 049 54797048, 049 54797002, 049 54796950, 049 54797038, 049 54796999, 049 54797049, 049 54797050, 049 54797063, 049 54797064, 049 54797065, 049 54797066; 344) в коробке имеется 12 бутылок объемом 0,75 л, с фирменным наименованием на этикетке «Винный напиток «BOSCA» с федеральными марками под номерами: 049 54796645, 049 54796646, 049 54796647, 049 54796651, 049 54796653, 049 54796654, 049 54796655, 049 54796656, 049 54796658, 049 54796660, 049 54796662, 049 54796665; 345) в коробке имеется 12 бутылок объемом 0,75 л, с фирменным наименованием на этикетке «Винный напиток «BOSCA» с федеральными марками под номерами: 047 58977720, 047 58977723, 047 58977726, 047 58977729, 047 58977730, 047 58977732, 047 58977733, 047 58977734, 047 58977736, 047 58977670, 047 58977713, 047 58977709; 346) в коробке имеется 12 бутылок объемом 0,75 л, с фирменным наименованием на этикетке «Винный напиток «BOSCA» с федеральными марками под номерами: 049 54797302, 049 54797303, 049 54797304, 049 54797305, 049 54797306, 049 54797308, 049 54797307, 049 54797309, 049 54797310, 049 54797311, 049 54797313, 049 54797312; 347) в коробке имеется 12 бутылок объемом 0,75 л, с фирменным наименованием на этикетке «Винный напиток «BOSCA» с федеральными марками под номерами: 049 54797416, 049 54797417, 049 54797414, 049 54797415, 049 54797413, 049 54797411, 049 54797409, 049 54797407, 049 54797412, 049 54797410, 049 54797408, 049 54797406; 348) в коробке имеется 12 бутылок объемом 0,75 л, с фирменным наименованием на этикетке «Винный напиток «BOSCA» с федеральными марками под номерами: 049 54797380, 049 54797382, 049 54797384, 049 54797385, 049 54797387, 049 54797388, 049 54797389, 049 54797390, 049 54797391, 049 54797392, 049 54797404, 049 54797405; 349) в коробке имеется 12 бутылок объемом 0,75 л, с фирменным наименованием на этикетке «Винный напиток «BOSCA» с федеральными марками под номерами: 049 54797139, 049 54797140, 049 54797141, 049 54797142, 049 54797143, 049 54797144, 049 54797145, 049 54797146, 049 54797147, 049 54797152, 049 54797153, 049 54797154; 350) в коробке имеется 12 бутылок объемом 0,75 л, с фирменным наименованием на этикетке «Винный напиток «BOSCA» с федеральными марками под номерами: 049 54796904, 049 54796884, 049 54796869, 049 54796919, 049 54796889, 049 54796933, 049 54796934, 049 54796935, 049 54796936, 049 54796937, 049 54796938; 351) в коробке имеется 12 бутылок объемом 0,75 л, с фирменным наименованием на этикетке «Винный напиток «BOSCA» с федеральными марками под номерами: 049 54797257, 049 54797264, 049 54797266, 049 54797269, 049 54797270, 049 54797271, 049 54797272, 049 54797273, 049 54797274, 049 54797275, 049 54797276, 049 54797277; 352) в коробке имеется 12 бутылок объемом 0,75 л, с фирменным наименованием на этикетке «Винный напиток «BOSCA» с федеральными марками под номерами: 049 54796810, 049 54796811, 049 54796812, 049 54796813, 049 54796815, 049 54796816, 049 54796817, 049 54796819, 049 54796820, 049 54796821, 049 54796822, 049 54796765; 353) в коробке имеется 12 бутылок объемом 0,75 л, с фирменным наименованием на этикетке «Винный напиток «BOSCA» с федеральными марками под номерами: 049 54797364, 049 54797365, 049 54797366, 049 54797367, 049 54797368, 049 54797369, 049 54797370, 049 54797371, 049 54797372, 049 54797336, 049 54797341, 049 54797344; 354) в коробке имеется 12 бутылок объемом 0,75 л, с фирменным наименованием на этикетке «Винный напиток «BOSCA» с федеральными марками под номерами: 049 54797079, 049 54797080, 049 54797081,049 54797082, 049 54797084, 049 54797085, 049 54797097, 049 54797098, 049 54797099, 049 54797100, 049 54797101, 049 54797102; 355) в коробке имеется 12 бутылок объемом 0,75 л, с фирменным наименованием на этикетке «Винный напиток «BOSCA» с федеральными марками под номерами: 049 54796764, 049 54796771, 049 54796772, 049 54796773, 049 54796774, 049 54796775, 049 54796777, 049 54796778, 049 54796779, 049 54796780, 049 54796782, 049 54796783; 356) в коробке имеется – 12 бутылок объемом 0,75 л, с фирменным наименованием на этикетке «Винный напиток «BOSCA» с федеральными марками под номерами: 049 54796857, 049 54796858, 049 54796859, 049 54796860, 049 54796861, 049 54796862, 049 54796863, 049 54796864, 049 54796870, 049 54796871, 049 54796872, 049 54796873; 357) в коробке имеется 12 бутылок объемом 0,75 л, с фирменным наименованием на этикетке «Винный напиток «BOSCA» с федеральными марками под номерами: 049 54797313, 049 54797314, 049 54797315, 049 54797316, 049 54797317, 049 54797318, 049 54797319, 049 54797320, 049 54797321, 049 54797322, 049 54797323, 049 54797324; 358) в коробке имеется 12 бутылок объемом 0,75 л, с фирменным наименованием на этикетке «Винный напиток «BOSCA» с федеральными марками под номерами: 049 54796598, 049 54796599, 049 54796600, 049 54796601, 049 54796602, 049 54796603, 049 54796604, 049 54796611, 049 54796618, 049 547965619, 049 54796620, 049 54796621; 359) в коробке имеется 12 бутылок объемом 0,75 л, с фирменным наименованием на этикетке «Винный напиток «BOSCA» с федеральными марками под номерами: 049 54797418, 049 54797419, 049 54797420, 049 54797421, 049 54797422, 049 54797423, 049 54797424, 049 54797425, 049 54797426, 049 54797427, 049 54797428, 049 54797429; 360) в коробке имеется 12 бутылок объемом 0,75 л, с фирменным наименованием на этикетке «Винный напиток «BOSCA» с федеральными марками под номерами: 049 54796511, 049 54796512, 049 54796513, 049 54796514, 049 54796515, 049 54796516, 049 54796518, 049 54796519, 049 54796520, 049 54796521, 049 54796523, 049 54796524; 361) в коробке имеется 12 бутылок объемом 0,75 л, с фирменным наименованием на этикетке «Винный напиток «BOSCA» с федеральными марками под номерами: 049 54796486, 049 54796487, 049 54796488, 049 54796489, 049 54796490, 049 54796491, 049 54796492, 049 54796493, 049 54796494, 049 54796495, 049 54796496, 049 54796497; 362) в коробке имеется 12 бутылок объемом 0,75 л, с фирменным наименованием на этикетке «Винный напиток «BOSCA» с федеральными марками под номерами: 049 54797111, 049 54797116, 049 54797117, 049 54797118, 049 54797119, 049 54797120, 049 54797121, 049 54797122, 049 54797123, 049 54797124, 049 54797125, 049 54797126; 363) в коробке имеется 8 бутылок объемом 0,75 л, с фирменным наименованием на этикетке «Винный напиток «BOSCA» с федеральными марками под номерами: 049 54797043, 049 54797048, 049 54797002, 049 54796950, 049 54797038, 049 54796999, 049 54797049, 049 54797050; 364) 13 пластиковых бутылок объемом 5 л в 4 коробках без этикеток и федеральных марок, похожих на бутылки с наименованием на этикетке «Водка «Талка»; 365) в коробке имеется 12 бутылок объемом 1 л, с фирменным наименованием на этикетке «Виски «Johnnie Walker» с федеральными марками под номерами: 102 247926563, 102 247926553, 102 247926555, 102 247926557, 102 247926558, 102 247926559, 102 247926568, 102 247926585,102 247926569, 102 247926603, 102 247932832, 102 247926572; 366) в коробке имеется 12 бутылок объемом 1 л, с фирменным наименованием на этикетке «Виски «Johnnie Walker» с федеральными марками под номерами: 102 247932839, 102 247932840, 102 247932841, 102 247932847, 102 247932849, 102 247932822, 102 247932784, 102 247932792, 102 247932830, 102 247932851, 102 247932793, 102 247932852; 367) в коробке имеется 12 бутылок объемом 1 л, с фирменным наименованием на этикетке «Виски «Johnnie Walker» с федеральными марками под номерами: 102 247926600, 102 247926601, 102 247926602, 102 247926604, 102 247926605, 102 247926607, 102 247926608, 102 247926609, 102 247926595, 102 247926598, 102 247926599, 102 247926640; 368) в коробке имеется 12 бутылок объемом 1 л, с фирменным наименованием на этикетке «Виски «Johnnie Walker» с федеральными марками под номерами: 102 247931135, 102 247931136, 102 247931137, 102 247931139, 102 247931140, 102 247931141, 102 247931142, 102 247931143, 102 247930770, 102 247930772, 102 247930775, 102 247930766; 369) в коробке имеется 12 бутылок объемом 1 л, с фирменным наименованием на этикетке «Виски «Johnnie Walker» с федеральными марками под номерами: 101 091452329, 101 091452340, 101 091452341, 101 091452342, 101 091452343, 101 091452344, 101 091452345, 101 091452346, 101 091452347, 101 091452348, 101 091452349, 101 091452350; 370) в коробке имеется 12 бутылок объемом 1 л, с фирменным наименованием на этикетке «Виски «Johnnie Walker» с федеральными марками под номерами: 102 247932920, 102 247932966, 102 247932967, 102 247932968, 102 247932903, 102 247932904, 102 247932905, 102 247932927, 102 247932913, 102 24793291?, 102 247932910, 102 247932921; 371) в коробке имеется 12 бутылок объемом 1 л, с фирменным наименованием на этикетке «Виски «Johnnie Walker» с федеральными марками под номерами: 102 247938924, 102 247938926, 102 247938927, 102 247938882, 102 247938983, 102 247938887, 102 247938888, 102 247938893, 102 247938899, 102 247938925, 102 247938929, на одной бутылке марка отсутствует; 372) в коробке имеется 12 бутылок объемом 1 л, с фирменным наименованием на этикетке «Виски «Johnnie Walker» с федеральными марками под номерами: 102 247938953, 102 247938954, 102 247938995, 102 247938996, 102 247938997, 102 24793899?, 102 247939002, 102 24793?003, 102 247939004, 102 247939005, 102 247939009, 102 247939010; 373) в коробке имеется 5 бутылок объемом 1 л, с фирменным наименованием на этикетке «Виски «Johnnie Walker» с федеральными марками под номерами: 102 247932781, 102 247932782, 102 247932783, 102 247932889, 102 247932895; 374) в коробке имеется 12 бутылок объемом 1 л, с фирменным наименованием на этикетке «Виски «Johnnie Walker» с федеральными марками под номерами: 102 247937026, 102 247937034, 102 247937037, 102 247937038, 102 247937040, 102 247937041, 102 247937044, 102 247937045, 102 247937049, 102 247937052, 102 247937059, 102 247937060; 375) в коробке имеется 12 бутылок объемом 1 л, с фирменным наименованием на этикетке «Виски «Johnnie Walker» с федеральными марками под номерами: 101 091349526, 101 091349527, 101 091349528, 101 091349529, 101 091349530, 101 091349531, 101 091349532, 101 091349533, 101 091349534, 101 091349539, 101 091349540, 101 091349548; 376) в коробке имеется 12 бутылок объемом 1 л, с фирменным наименованием на этикетке «Виски «Johnnie Walker» с федеральными марками под номерами: 101 091349546, 101 091349547, 101 091349514, 101 091349515, 101 091349516, 101 091349543, 101 091349544, 101 091349545, 101 091349549, 101 091349550, 101 091349551, 101 091349552; 377) в коробке имеется 12 бутылок объемом 1 л, с фирменным наименованием на этикетке «Виски «Johnnie Walker» с федеральными марками под номерами: 102 747932805, 102 747932796, 102 747940199, 102 747932813, 102 747932812, 102 747932810, 102 747932801, 102 747932797,101 091349477, 101 091349479, 101 091349475, 102 247940192; 378) в коробке имеется 12 бутылок объемом 1 л, с фирменным наименованием на этикетке «Виски «Johnnie Walker» с федеральными марками под номерами: 101 091349577, 101 091349578, 101 091349579, 101 091349580, 101 091349581, 101 091349582, 101 091349583, 101 091349584, 101 091349585, 101 091349586, 101 091349587, 101 091349588; 379) в коробке имеется 12 бутылок объемом 1 л, с фирменным наименованием на этикетке «Виски «Johnnie Walker» с федеральными марками под номерами: 101 091489625, 101 091489630, 101 091489631, 101 091489632, 101 091489637, 101 091489638, 101 091489639, 101 091489644, 101 091489645, 101 091489646, 101 091489672, 101 091489675; 380) в коробке имеется 7 бутылок объемом 1 л, с фирменным наименованием на этикетке «Виски «Johnnie Walker» с федеральными марками под номерами: 102 247932896, 102 247932831, 102 247932936, 102 247932872, 102 247932836, 102 24793287?, 102 24793283?; 381) в коробке имеется 12 бутылок объемом 1 л, с фирменным наименованием на этикетке «Джин «Beefeater» с федеральными марками под номерами: 100 248154494, 100 248154495, 100 248154496, 100 248154497, 100 248154498, 100 248154499, 100 248154500, 100 248154501, ??? ?????4502, 100 248154503, 100 248154504, 100 248154505; 382) в коробке имеется 12 бутылок объемом 1 л, с фирменным наименованием на этикетке «Джин «Beefeater» с федеральными марками под номерами: 100 248155194, 100 248155195, 100 248155196, 100 248155197, 100 248155198, 100 248155199, 100 248155200, 100 248155201, 100 248155202, 100 248155203, 100 248155204, 100 248155205; 383) в коробке имеется 12 бутылок объемом 1 л, с фирменным наименованием на этикетке «Джин «Beefeater» с федеральными марками под номерами: 100 247824125, 100 247824126, 100 247824127, 100 247824128, 100 247824134, 100 247824135, 100 247824136, 100 247824137, 100 247822269, 100 247822283, 100 247822286, 100 247822287; 384) в коробке имеется 12 бутылок объемом 1 л, с фирменным наименованием на этикетке «Джин «Beefeater» с федеральными марками под номерами: ??? ??????722, 100 248158723, 100 248158724, 100 248158725, 100 248158726, 100 248158727, 100 248158728, 100 248158729, 100 248158730, 100 248158731, 100 248158732, 100 248158733; 385) в коробке имеется 12 бутылок объемом 1 л, с фирменным наименованием на этикетке «Джин «Beefeater» с федеральными марками под номерами: 100 248149170, 100 248149171, 100 248149172, 100 248149173, 100 248149174, 100 248149175, 100 248149176, 100 248149177, 100 248149178, 100 248149179, 100 248149180, 100 248149181; 386) в коробке имеется 12 бутылок объемом 1 л, с фирменным наименованием на этикетке «Джин «Beefeater» с федеральными марками под номерами: ??? ??????554, 100 248154555, 100 248154556, 100 248154557, 100 248154558, 100 248154560; 100 248154561, 100 248154562, ??? ??????563, 100 248154564, 100 248154565, 100 248154559; 387) в коробке имеется 12 бутылок объемом 1 л, с фирменным наименованием на этикетке «Джин «Beefeater» с федеральными марками под номерами: 100 248149162, 100 248149163, 100 248149164, ??? ????99165, 100 248149166, 100 248149167, 100 248149168, 100 248149169, 100 248149214, 100 248149215, 100 248149216, 100 248149194; 388) в коробке имеется 12 бутылок объемом 1 л, с фирменным наименованием на этикетке «Джин «Beefeater» с федеральными марками под номерами: 102 247892646, 102 247892650, 102 247892651, 102 247892652, 102 247880558, 102 247880722, 102 247880904, 102 247880905, 102 247880906, 102 247880907, 102 247880921, 102 247880922; 389) в коробке имеется 5 бутылок объемом 1 л, с фирменным наименованием на этикетке «Джин «Beefeater» с федеральными марками под номерами: 100 247822110, 100 247822088; 100 247822101, 100 247822056, 100 24815????; 390) в коробке имеется 12 бутылок объемом 1 л, с фирменным наименованием на этикетке «Виски «Dewar’s» с федеральными марками под номерами: 100 247837164, 100 247837165, 100 247837166, 100 247837167, 100 247837168, 100 247837169, 100 247837170, 100 247837171, 100 247837172, 100 247837173, 100 247837174, 100 247837175; 391) в коробке имеется 12 бутылок объемом 1 л, с фирменным наименованием на этикетке «Виски «Dewar’s» с федеральными марками под номерами: 101 091489651, 101 091489597, 101 091489598, 101 09148960, 101 091489605, 101 091489610, 101 091489611, 101 091489612, 101 091489617, 101 091489618, 101 091489619, 101 091489604; 392) в коробке имеется 12 бутылок объемом 1 л, с фирменным наименованием на этикетке «Виски «Dewar’s» с федеральными марками под номерами: 100 247798023, 100 247798024, 100 247798025, 100 247798027, 100 247798028, 100 247797962, 100 247797963, 100 247797964, 100 247797965, 100 247797966, 100 247797967, 100 247837187; 393) в коробке имеется 12 бутылок объемом 1 л, с фирменным наименованием на этикетке «Виски «Dewar’s» с федеральными марками под номерами: 101 091492145, 101 091492146, 101 091492147, 101 09149214, 101 091492149, 101 09149215001 091492151, 101 091492152, 101 091492153, 101 091492154, 101 091492155, 101 091492156; 394) в коробке имеется12 бутылок объемом 1 л, с фирменным наименованием на этикетке «Виски «Dewar’s» с федеральными марками под номерами: 101 091489645, 101 091489644, 101 091489646, 101 091489639, 101 091489625, 101 091489672, 101 091489631, 101 091489630, 101 091489637, 101 091489638, 101 091489675, 101 091489632; 395) в коробке имеется 12 бутылок объемом 1 л, с фирменным наименованием на этикетке «Виски «Dewar’s» с федеральными марками под номерами: 101 091491837, 101 091491838, 101 091491839, 101 091491840, 101 091491841, 101 091491842, 101 091491843, 101 091491844, 101 091491845, 101 091491846, 101 091491848, 101 091491849; 396) в коробке имеется 4 бутылок объемом 1 л, с фирменным наименованием на этикетке «Виски «Dewar’s» с федеральными марками под номерами: 100 247837222, 100 247797968, 100 247837220, 100 247797948; 397) в коробке имеется 12 бутылок объемом 1 л, с фирменным наименованием на этикетке «Виски «Jack Daniels» с федеральными марками под номерами: 102 247910305, 102 247910307, 102 247910308, 102 247910309, 102 247910239, 102 247910647, 102 247910243, 02 247910313, 102 247910363, 102 247910649, 102 247910652, 102 24791051?; 398) в коробке имеется 12 бутылок объемом 1 л, с фирменным наименованием на этикетке «Виски «Jack Daniels» с федеральными марками под номерами: 102 247880470. 102 247879986, 102 247879987, 102 247880488, 102 247880487, 102 247879983, 102 247879982, 102 247880423, 102 247880420, 102 247880491, 102 247880489, 102 247880392; 399) в коробке имеется 12 бутылок объемом 1 л, с фирменным наименованием на этикетке «Виски «Jack Daniels» с федеральными марками под номерами: 102 247880562, 100 247903087, 102 247888302, 102 247888243, 102 247888235, 102 247888224, 102 247880547, 102 247888233, 102 247880587, 102 247888244, 102 247880546, 102 247888225; 400) в коробке имеется 12 бутылок объемом 1 л, с фирменным наименованием на этикетке «Виски «Jack Daniels» с федеральными марками под номерами: 100 248008100, 100 248008101, 100 248008102, 100 248008103, 100 248008104, 100 248008106, 100 248008110, 100 248008111, 100 248008114, 100 248008115, 100 248008116, 100 248008117; 401) в коробке имеется 12 бутылок объемом 1 л, с фирменным наименованием «Виски «Jack Daniel”s» с федеральными марками под номерами: 102 247892646, 102 247892650, 102 247892651, 102 247892652, 102 247880558, 102 247880722, 102 247880904, 102 247880905, 102 247880906, 102 247880907, 102 247880921, 102 247880922; 402) в коробке имеется 12 бутылок объемом 1 л, с фирменным наименованием «Виски «Jack Daniel”s» с федеральными специальными марками под номерами: 100 248162661, 100 248162662, 100 248162659, 100 248162657, 100 248147232, 100 2481626??, 100 ??????437, 100 248163433, 100 248162241, 100 248162663, 100 248162656, 100 248162658; 403) в коробке имеется 5 бутылок объемом 1 л, с фирменным наименованием на этикетке «Текила «OLMECA» с федеральными марками под номерами: 019 251750697, 019 215750685, 019 215750674, 100 2489056650, на одной бутылке марка отсутствует; 404) в коробке имеется 12 бутылок объемом 1 л, с фирменным наименованием на этикетке «Текила «OLMECA» с федеральными марками под номерами: 102 246845028, 102 246844990, 102 246845035, 102 246845045, 102 246845039, 102 246845040, 102 246845106, 102 246845002, 102 246845017, 102 246845012, 102 246845013, 100 248056650; 405) в коробке имеется 12 бутылок объемом 1 л, с фирменным наименованием на этикетке «Текила «OLMECA» с федеральными марками под номерами: 043 ?7896956?, 043 578969457, 043 578969459, 043 578969460, 043 578969461, 043 578969462, 043 578969463, 019 215750693, 019 215750685, 019 215750674, 100 2478630, на одной бутылке марка отсутствует; 406) в коробке имеется 12 бутылок объемом 1 л, с фирменным наименованием на этикетке «Текила «OLMECA» с федеральными марками под номерами: 043 578981573, 043 578981574, 043 578981575, 043 578981576, 043 578981577, 043 578981578, 043 578981579, 043 578981580, 043 578981581, 043 578981582, 043 578981583, 043 578981584; 407) в коробке имеется 13 бутылок объемом 0,7 л, с фирменным наименованием на этикетке «Виски «JAMESON» с федеральными марками под номерами: 100 070628209, 100 070628210, 100 070628211, 100 070628213, 100 070628214, 100 070628217, 100 070628218, 100 070628221, 100 070628222, 100 07062821?, 100 247872013, 100 07062821?, 100 07062?6?; 408) в коробке имеется 8 бутылок объемом 0,7 л, с фирменным наименованием на этикетке «Вино «Хванчкара» с федеральными марками под номерами: 001 568326537, 001 568326538, 001 568326539, 001 568326540, 001 568326541, 001 568326542, 001 568326543, 001 568326545. (т.1 л.д.160-215) Заключением эксперта № 805 от 23.01.2016 года по судебной технико-криминалистической экспертизе документов, согласно которому представленные на экспертизу федеральные специальные марки, наклеенные на бутылки водки с фирменным наименованием «Водка «Ивушка люкс» объемом 0,5 литра, федеральные специальные марки, наклеенные на бутылки водки с фирменным наименованием «Водка «Хортиця» объемом 0,5 литра, акцизные марки, наклеенные на бутылки с фирменным наименованием «Винный напиток «BOSCA» объемом 0,75 литра, изъятые в ходе следственных действий у ФИО1, не соответствуют способу изготовления и качеству воспроизведения полиграфических реквизитов образцам аналогичной продукции, выпускаемой предприятием Гознак. Представленные на экспертизу федеральные специальные марки, наклеенные на бутылки водки с фирменным наименованием «Водка «Ивушка люкс» объемом 0,5 литра, федеральные специальные марки, наклеенные на бутылки водки с фирменным наименованием «Водка «Хортиця» объемом 0,5 литра, изъятые в ходе следственных действий у ФИО1, выполнены способом плоской печати. Представленные на экспертизу акцизные марки, наклеенные на бутылки с фирменным наименованием «Винный напиток «BOSCA» объемом 0,75 литра, изъятые в ходе следственных действий у ФИО1, выполнены способом плоской и струйной печати (т.2 л.д.2-10). Заключением эксперта № 813 от 27.01.2016 года по судебной технико-криминалистической экспертизе документов, согласно которому представленные на экспертизу федеральные специальные марки и акцизные марки на бутылках с алкогольной продукцией, а именно на бутылках с фирменными наименованиями на этикетках: вермут «MARTINI BIANCO», коньяк «Hennessy V.S.O.P.», коньяк «Hennessy Х.О.» коньяк «Лезгинка», коньяк «Цандрыпш», вино «Киндзмараули», вино «Хванчкара», виски «Jack Daneil”s», виски «Johnnie Walker», виски «DEWAR”S», текила «ОLMECA», ром «BACARDI», джин «BEEFEATER», бренди «Pere Magloire», виски «JAMESON», виски «WILLIAM LAWSON”S», водка «FINLANDIA» изготовлены не производством Гознака. Основные изображения элементов на данных марках выполнены способом плоской печати (т.2 л.д.29-47). Заключением эксперта № 806 от 22.01.2016 года по судебной технико-криминалистической экспертизе, согласно которому представленные на экспертизу федеральные специальные марки, размещенные на алкогольной продукции, представленной на экспертизу, а именно на бутылках с фирменным наименованием на этикетках: «Водка «Облепиховая», «Водка «Белая береза», «Водка «Царская охота», выполнены не производством ФГУП «Гознак». Данные федеральные специальные марки изготовлены с форм плоской печати (т.2 л.д.70-87). Заключением эксперта № 135 от 10.03.2016 года по судебной технико-криминалистической экспертизе, согласно которому представленные федеральные специальные марки и акцизные марки на бутылках с алкогольной продукцией, в количестве 58 штук, изъятой у ФИО1 в ходе осмотра места происшествия, 11.11.2015 года – автомобиля ___государственный регистрационный знак ___на улице Ленина города Балаково, напротив магазина «Горилка», в ходе осмотра места происшествия, 11.11.2015 года – гаража № ___ ГСК ___, расположенного в районе ___, и гаража № ___ГКС ___, расположенного в районе ___города Балаково, изготовлены не производством Гознак, основные изображения элементов защиты на данных марках выполнены способом плоской печати (т.3 л.д.213-216). Заключением эксперта № 5423-5431 от 12.02.2016 года по судебной химической экспертизе пищевых продуктов, согласно которому установлено следующее: Исследуемые образцы жидкости в двадцати шести стеклянных бутылках различной номинальной вместимостью, с этикетками различного наименования и в одной емкости из полимерного материала номинальной вместимостью 5,0 дм3 без этикетки, изъятые 11.11.2015 года в ходе осмотра места происшествия – автомобиля ___государственный регистрационный знак ___ на улице Ленина города Балаково, напротив магазина «Горилка» у ФИО1, представляют собой жидкость, содержащую в своем составе спирт этиловый в количестве объемных процентов: «Вино «Алазанская долина» - 11,9, «Ром «BACARDI SUPERIOR» - 36,4, «Водка «Облепиховая» - 32,7, «Виски «JAMESON» - 31,7, «Виски «DEWAR”S» - 35,3, «Бренди «Pere Magloire» - 36,8, «Бренди «Pere Magloire» - 36,6, «Водка «Белая береза» - 34,3, «Виски «WILLIAM LAWSON”S» - 34,5, «Вино «Киндзмараули» - 11,8, «Водка «Ивушка люкс» - 36,4, «Вермут «MARTINI BIANCO» - 15,0, «Виски «Johnnie Walker» - 35,0, «Коньяк «Лезгинка» - 35,9, «Коньяк «Hennessy Х.О.» - 35,0, «Водка «Хортиця» - 37,5, «Вино «Хванчкара» - 11,2, «Винный напиток «BOSCA» - 7,5, «Коньяк «Hennessy V.S.O.P.» - 36,8, «Виски «Johnnie Walker» - 34,2, «Ром «BACARDI BLACK» - 31,6, «Текила «ОLMECA» - 37,8, «Джин «BEEFEATER» - 32,5, «Коньяк «Цандрыпш» - 38,0, «Виски «Jack Daneil”s» - 33,3, «Текила «ОLMECA Gold» - 36,5 и «Водка «Талка» - 37,6. Исследуемые образцы жидкости в двенадцати стеклянных бутылках различной номинальной вместимостью, с этикетками различного наименования и в одной емкости из полимерного материала номинальной вместимостью 5,0 дм3 без этикетки, изъятые 11.11.2015 года в ходе осмотра места происшествия – гаража № ___ГСК ___, расположенного в районе ___ у ФИО1, представляют собой жидкость, содержащую в своем составе спирт этиловый в количестве объемных процентов: «Водка «FINLANDIA» - 38,5, «Коньяк «Цандрыпш» - 35,7, «Коньяк «Лезгинка» - 36,5, «Водка «Царская охота» - 38,2, «Текила «ОLMECA Gold» - 38,0, Водка «Ивушка люкс» - 38,1, «Ром «BACARDI BLACK» - 32,5, «Винный напиток «BOSCA» - 7,5, «Ром «BACARDI SUPERIOR» - 35,4, «Виски «JAMESON» - 31,8, «Водка «Белая береза» - 38,1, «Вермут «MARTINI BIANCO» - 15,0 и «Водка «Талка» - 37,5. Исследуемые образцы жидкости в восемнадцати стеклянных бутылках различной номинальной вместимостью и с этикетками различного наименования, изъятые 11.11.2015 года в ходе осмотра места происшествия – гаража № ___ ГСК ___, расположенного в районе ___ г. Балаково у ФИО1, представляют собой жидкость, содержащую в своем составе спирт этиловый в количестве объемных процентов: «Виски «DEWAR”S» - 34,2, «Текила «ОLMECA Gold» - 38,7, «Текила «ОLMECA BIANCO» - 36,3, «Ром «BACARDI SUPERIOR» - 35,7, «Виски «WILLIAM LAWSON”S» - 35,7, «Винный напиток «BOSCA» - 7,5, «Ром «BACARDI BLACK» - 33,7, «Джин «BEEFEATER» - 33,5, «Виски «Jack Daneil”s» - 34,5, «Ром «BACARDI Gold» - 34,4, «Вино «Киндзмараули» - 11,8, «Коньяк «Hennessy Х.О.» - 36,7, «Вино «Хванчкара» - 11,2, «Коньяк «Hennessy V.S.O.P.» - 37,5, «Водка «Хортиця» - 36,7, «Виски «Johnnie Walker» - 33,9, «Виски «Johnnie Walker» - 34,2, «Коньяк «Цандрыпш» - 35,8. Представленные на исследование образцы жидкости в одиннадцати стеклянных бутылках по содержанию спирта этилового в количестве объемных процентов: «Вино «Алазанская долина» - 11,9, «Вино «Киндзмараули» - 11,8, «Вермут «MARTINI BIANCO» - 15,0, «Вино «Киндзмараули» - 11,2, «Винный напиток «BOSCA» - 7,5, «Текила «ОLMECA Gold» - 38,0, «Винный напиток «BOSCA» - 7,5, «Вермут «MARTINI BIANCO» - 15,0, «Винный напиток «BOSCA» - 7,5, «Вино «Киндзмараули» - 11,8 и «Вино «Хванчкара» - 11,2 и сахара в количестве 35 г/дм3 («Вино «Алазанская долина», «Вино «Киндзмараули», «Вино «Хванчкара») и 65 г/дм3 («Винный напиток «BOSCA») соответствуют требованиям, указанным на этикетках. Исследуемые образцы жидкости в тридцати одной стеклянной бутылке не соответствуют требованиям, указанным на этикетках, а представляют собой жидкость, содержащую в своем составе спирт этиловый в количестве объемных процентов: «Ром «BACARDI SUPERIOR» - 36,4, «Виски «JAMESON» - 31,7, «Виски «DEWAR”S» - 35,3, «Бренди «Pere Magloire» - 36,8, «Бренди «Pere Magloire» - 36,6, «Виски «WILLIAM LAWSON”S» - 34,5, «Виски «Johnnie Walker» - 35,0, «Коньяк «Hennessy Х.О.» - 35,0, «Коньяк «Hennessy V.S.O.P.» - 36,8, «Виски «Johnnie Walker» - 34,2, «Ром «BACARDI BLACK» - 31,6, «ОLMECA BIANCO» - 37,8, «Джин «BEEFEATER» - 32,5, «Виски «Jack Daneil”s» - 33,3, «Текила «ОLMECA Gold» - 36,5, «Ром «BACARDI BLACK» - 32,5, «Ром «BACARDI SUPERIOR» - 35,4, «Виски «JAMESON» - 31,8, «Виски «DEWAR”S» - 34,2, «Текила «ОLMECA Gold» - 38,7, «ОLMECA BIANCO» - 36,3, «Ром «BACARDI SUPERIOR» - 35,7, «Виски «WILLIAM LAWSON”S» - 35,7, «Ром «BACARDI BLACK» - 33,7, «Джин «BEEFEATER» - 33,5, «Виски «Jack Daneil”s» - 34,5, «Ром «BACARDI Gold» - 34,4, «Коньяк «Hennessy Х.О.» - 36,7, «Коньяк «Hennessy V.S.O.P.» - 37,5, «Виски «Johnnie Walker» - 33,9 и «Виски «Johnnie Walker» - 34,2. Представленные на исследование образцы жидкости в девяти стеклянных бутылках номинальной вместимости 0,5 дм3 с этикетками «Водка «Облепиховая» ГОСТ Р 51355-99, «Водка «Белая береза» ГОСТ Р 51355-99, «Водка «Ивушка люкс» ГОСТ Р 51355-99, «Водка «Хортиця» ГОСТ 12712-2013, «Водка «FINLANDIA», «Водка «Царская охота» ГОСТ Р 51355-99 и в двух емкостях из полимерного материала номинальной вместимостью 5,0 дм3 без этикеток – не является водкой, соответствующей требованиям ГОСТа Р 51355-99 и ГОСТа 12712-2013 «Водки и водки особые. Общие технические условия», а представляют собой жидкость, содержащую в своем составе спирт этиловый в количестве объемных процентов: «Водка «Облепиховая» - 32,7, «Водка «Белая береза» - 34,3, «Водка «Ивушка люкс» - 36,4, «Водка «Хортиця» - 37,5, «Водка «FINLANDIA» - 38,5, «Водка «Царская охота» - 38,2, «Водка «Ивушка люкс» - 38,1, «Водка «Белая береза» - 38,1, «Водка «Талка» - 37,6, «Водка «Талка» - 37,5 и «Водка «Хортиця» - 36,7. Исследуемые образцы жидкости в пяти стеклянных бутылках номинальной вместимостью 0,5 дм3 с этикетками «Лезгинка» Российский коньяк выдержанный «КВ» ГОСТ Р 51618-2009» и «Цандрыпш» ГОСТ 13741» - не являются коньяком, соответствующим требованиям ГОСТа Р 51618-2009 «Российский коньяк. Общие технические условия» и ГОСТа 13741 «Коньяки. Общие технические условия», а представляют собой жидкость, содержащую в своем составе спирт этиловый в количестве 35,9 и 36,5 объемных процентов (т.2 л.д.105-118). Заключением эксперта № 7 от 11.01.2016 года по судебной почерковедческой экспертизе, согласно выводам, которой краткие буквенно-цифровые записи на страницах записной книжки, изъятой в ходе осмотра места происшествия – автомобиля ___государственный регистрационный знак ___, выполнены одним лицом - ФИО2 (т.2 л.д.164-166). Протоколом осмотра и прослушивания фонограммы – диска CD-R № 2040с/14, которой подтверждается факт телефонных переговоров ФИО1 и ФИО2, по поводу сбыта алкогольной продукции (т. 2 л.д. 182-257). Оценив исследованные в судебном заседании доказательства, суд признает их относимыми, допустимыми и достоверными, поскольку они имеют отношение к рассматриваемому уголовному делу, получены с соблюдением требований уголовно-процессуального закона, в деталях согласуются между собой. Суд считает, что все собранные и исследованные доказательства в совокупности являются достаточными для разрешения уголовного дела. Существенных противоречий, которые бы ставили под сомнение достоверность показаний свидетелей, суд не усматривает. Фактов наличия между свидетелями и подсудимыми неприязненных отношений не установлено, перед допросом свидетели были предупреждены об уголовной ответственности за дачу заведомо ложных показаний. Кроме того, указанные доказательства в целом последовательны, логичны, объективно согласуются между собой и в совокупности с иными доказательствами по делу, по причине чего суд кладет их в основу приговора как доказательства вины подсудимыхв совершении указанного выше преступления. Нарушений требований закона при проведении оперативно-розыскного мероприятия в отношении ФИО1 не допущено. Оперативно-розыскное мероприятие проверочная закупка 11 ноября.2015 года проводилось в соответствии с Федерального закона РФ от 12.08.1995 года № 144-ФЗ «Об оперативно-розыскной деятельности» на основании постановлений, утвержденных руководителем органа, осуществляющего оперативно-розыскную деятельность. С учетом изложенного действия подсудимых ФИО1 и ФИО2 суд квалифицирует по пунктам «а,б» части 6 статьи 171.1 УК РФ , как приобретение, хранение, перевозка в целях сбыта и продажа немаркированной алкогольной продукции, подлежащей обязательной маркировке акцизными марками и федеральными специальными марками, совершенные группой лиц по предварительному сговору, в особо крупном размере. Содеянное ФИО1 и ФИО2 суд квалифицировал указанным образом, так как, являясь ___и испытывая финансовые затруднения, подсудимые совместно приобрели партию немаркированной алкогольной продукции, которую перевезли с города ___по месту их совместного проживания город Балаково Саратовской области, часть немаркированной алкогольной продукции хранили в транспортном средстве ___государственный регистрационный знак ___, часть немаркированной алкогольной продукции в двух гаражах: в гаражном боксе № ___ГСК ___ и гаражном боксе № ___ ГСК ___, указанные действия подсудимые ФИО1 и ФИО2 совершили в целях сбыта немаркированной алкогольной продукции неопределенному кругу лиц, с целью извлечения материальной выгоды. Квалифицирующий признак «группой лиц по предварительному сговору» заключается в том, что ФИО1 и ФИО2 заранее договорились о совершении приобретения, хранения, перевозки в целях сбыта и продажи немаркированной алкогольной продукции, подлежащей обязательной маркировке акцизными марками и федеральными специальными марками, действовали совместно и согласованно. Доказательствами предварительного сговора ФИО1 и ФИО2 приобретения, хранения, перевозки в целях сбыта и продажи немаркированной алкогольной продукции, подлежащей обязательной маркировке акцизными марками и федеральными специальными марками, являются показания допрошенных в судебном заседании свидетелей, со слов которых известно, что по поводу продажи немаркированной алкогольной продукции, подлежащей обязательной маркировке акцизными марками и федеральными специальными марками, они звонили по телефону как ФИО1, так и ФИО2, немаркированную алкогольную продукцию, подлежащую обязательной маркировке акцизными марками и федеральными специальными марками, продавали как ФИО1, так и ФИО2 по просьбе ФИО1 Деньги от продажи немаркированной алкогольной продукции, подлежащей обязательной маркировке акцизными марками и федеральными специальными марками, ФИО1 и ФИО2 использовали для нужд их семьи. Данные обстоятельства подтверждают подсудимые ФИО1 и ФИО2 показаниями в судебном заседании об этих обстоятельствах, в том числе о том, что они совместно приняли решение приобрести партию немаркированной алкогольной продукции, подлежащей обязательной маркировке акцизными марками и федеральными специальными марками, на совместные денежные средства, организовали перевозку немаркированной алкогольной продукции, подлежащей обязательной маркировке акцизными марками и федеральными специальными марками, и её хранение в гаражах, которые принадлежат ФИО2, приобретение, хранение и перевозку немаркированной продукции, подлежащей обязательной маркировке акцизными марками и федеральными специальными марками, ФИО1 и ФИО2 осуществляли в целях сбыта немаркированной алкогольной продукции, подлежащей обязательной маркировке акцизными марками и федеральными специальными марками, которым суд доверяет, поскольку они полностью согласуются с показаниями указанных выше свидетелей, а также исследованными экспертными заключениями, материалами дела, фонограммой телефонных переговоров ФИО1 и ФИО2 со свидетелями и между собой по поводу продажи немаркированной алкогольной продукции. Квалифицирующий признак «особо крупный размер» заключается в стоимости немаркированной алкогольной продукции, подлежащей обязательной маркировке акцизными марками и федеральными специальными марками. Согласно п.п. «д, е» п.1 приказа Федеральной службы по регулированию алкогольного рынка № 409 от 25 декабря 2014 года «Об установлении цен, не ниже которых осуществляется закупка (за исключением импорта), поставки (за исключением экспорта) и розничная продажа алкогольной продукции крепостью свыше 28 процентов» установлены следующие цены, не ниже которых осуществляется розничная продажа алкогольной продукции, в размере: - цена на водку, ликероводочную и другую алкогольную продукцию крепостью свыше 28 процентов (за исключением коньяка, бренди и другой алкогольной продукции, произведенной из винного, виноградного, плодового, коньячного, кальвадосного, вискового дистиллятов) за 0,5 литра готовой продукции в размере 185 рублей; - на бренди и другую алкогольную продукцию, произведенную из винного, виноградного, плодового, коньячного, кальвадосного, вискового дистиллятов, за исключением коньяка, за 0,5 литра готовой продукции в размере 293 рубля; - на коньяк за 0,5 литра готовой продукции в размере 322 рублей. На основании приказа Федеральной службы по регулированию алкогольного рынка № 409 от 25 декабря 2014 года «Об установлении цен, не ниже которых осуществляется закупка (за исключением импорта), поставки (за исключением экспорта) и розничная продажа алкогольной продукции крепостью свыше 28 процентов» и с учетом сведений о содержании спирта согласно заключения эксперта № 5423-5431 от 12.02.2016 года, общая стоимость составляет 2027436 рублей 80 копеек рублей, что согласно примечанию к статье 171.1 УК РФ является особо крупном размером. В связи с чем, доводы подсудимых ФИО1 и ФИО2 и их защитников о том, что стоимость изъятой немаркированной алкогольной продукции, подлежащей обязательной маркировке акцизными марками и федеральными специальными марками, необходимо считать, исходя из цены, по которой подсудимые осуществляли розничную продажи и общая стоимость составляет 863710 рублей, согласно расчета, представленного подсудимыми, что является крупным размером, суд признает необоснованным, не основанном на законе. Виновность подсудимых ФИО1 и ФИО2 в использовании для маркировки алкогольной продукции заведомо поддельных акцизных марок и федеральных специальных марок, подтверждается следующими доказательствами. Показаниями свидетеля М., допрошенного в судебном заседании, показания которого изложены выше в приговоре, о том, при каких обстоятельствах он приобрел у ФИО1 немаркированную алкогольную продукцию, подлежащую обязательной маркировке акцизными марками и федеральными специальными марками, в рамках ОРМ «проверочная закупка». Показаниями свидетеля С., допрошенного в судебном заседании, показания которого изложены выше в приговоре, о том, что он принимал участие в качестве понятого при проведении осмотра гаражного бокса ГСК ___, при осмотре коробок с бутылками, все бутылки были оклеены акцизными марками. Оглашенными в судебном заседании в порядке статьи 281 УПК РФ с согласия сторон, показаниями свидетелей Б. и Ф., показания которых изложены выше в приговоре, о том, что они принимали участие в качестве понятых при осмотре автомобиля ___, были изъяты бутылки водки, коньяка и вина, Которые М. продал ФИО1, на каждой бутылке были наклеены акцизные марки. Кроме того, вина ФИО1 и ФИО2 подтверждается письменными доказательствами, исследованными в судебном заседании: Рапортом - сообщением по телефону «02» о том, что 11 ноября 2015 года в 14 часов 19 минут поступило сообщение по телефону от М. о том, что на улице Ленина города Балаково ему продали алкогольную продукцию без документов (т.1 л.д.5). Заявлением М. от 11 ноября 2015 года, согласно которому он готов добровольно оказать содействие в проведении ОРМ «проверочная закупка» (т.1 л.д.12). Постановлением о проведении проверочной закупки у гр. ФИО1 проживающего по адресу: &lt;...&gt; дом № ___, квартира № ___ из автомобиля ___государственный регистрационный знак ___в районе дома № 127/1 по улице Ленина города Балаково (т.1 л.д.11). До проведения проверочной закупки 11 ноября 2015 года М. был досмотрен, запрещенных к обороту предметов, а также денег у него не обнаружено (т. 1 л.д. 13), после чего ему выданы деньги в сумме 1000 (одна тысяча) рублей с номером кэ 7221546, достоинством 1000 (одна тысяча) рублей с номером хл 2197560, достоинством 100 (сто) рублей с номером ич 7909122, достоинством 100 (сто) рублей с номером пи 9796367, для проведения закупки алкогольной продукции (т. 1 л.д. 14-15). Актом удостоверяющий реализацию товара о том, что 11 ноября 2015 года о/у ОЭБиПК И. организовал закупку товара покупателем М. в присутствии ФИО1 из автомобиля ___ алкогольной продукции в ассортименте: Водка «Ивушка люкс» 15 бутылок на 1 500 рублей, коньяк «Хеннесси» 2 бутылки на 400 рублей, вино «Хванчкара» две бутылки на 300 рублей, акцизные марки на данной алкогольной продукции вызывают сомнение в подлинности. Рапортом оперуполномоченного ОЭБиПК МУ МВД России «Балаковское» Саратовской области о том, что 11 ноября 2015 года в результате проведения оперативно-розыскных мероприятий был задержан гр. ФИО1, ___ года рождения, по подозрению в реализации немаркированной алкогольной продукции (1 л.д.7). Протоколом осмотра места происшествия с фототаблицей – территории напротив магазина «Горилка», расположенного по адресу: &lt;...&gt;, (т.1 л.д.21-29), содержание которого изложено выше в приговоре. Рапортом оперуполномоченного ОЭБиПК МУ МВД России «Балаковское» Саратовской области о том, что 11 ноября 2015 года в ходе проведения оперативно-розыскных мероприятий, проводимых в отношении ФИО1, установлено, что он осуществляет хранение алкогольной продукции с заведомо поддельными марками в крупном размере в боксе № ___ ГСК ___, была задержана ФИО2 (т.1 л.д.30). Протоколом личного досмотра ФИО2, проведенного 11 ноября 2015 года в период времени с 17 часов 30 минут по 17 часов 45 минут, в ходе которого у ФИО2 изъяты ключи от гаража (т.1 л.д.31). Рапортом оперуполномоченного ОЭБиПК МУ МВД России «Балаковское» Саратовской области о том, что в ходе проведения оперативно-розыскных мероприятий в отношении ФИО1, установлено, что он осуществляет хранение немаркированной алкогольной продукции в боксе № ___ ГСК ___, расположенного в районе ___, с целью ее дальнейшей реализации (т.1 л.д.32). Протокол осмотра места происшествия – гаражного бокса № ___ ГСК «___», расположенного в районе ___, с участием ФИО1, (т.1 л.д.33-37), содержание которого изложено выше в приговоре. Рапортом оперуполномоченного ОЭБиПК МУ МВД России «Балаковское» Саратовской области о том, что в ходе проведения оперативно-розыскных мероприятий в отношении ФИО1, установлено, что он осуществляет хранение немаркированной алкогольной продукции в боксе № ___ ГСК ___, расположенного в районе ___ города Балаково, с целью ее дальнейшей реализации (т.1 л.д.38). Протоколом осмотра места происшествия – гаражного бокса № ___ ГСК ___, расположенного в районе ___ г. Балаково, с участием ФИО1, (т.1 л.д.39-45), содержание которого изложено выше в приговоре. Справкой председателя ГСК ___, расположенного по улице ___в районе ___ о том, что ФИО2 является членом кооператива и имеет в пользовании гараж № ___ (т.1 л.д.57). Справкой председателя ГСК ___, расположенного в районе ___города Балаково о том, что ФИО2 имеет в пользовании гараж № ___ (т.1 л.д.59). Протоколом осмотра предметов – алкогольной продукции, изъятой в ходе осмотров мест происшествия, у ФИО1, (т.1 л.д.160-215), содержание которого изложено выше. Заключением эксперта № 805 от 23.01.2016 года по судебной технико-криминалистической экспертизе документов, согласно которому представленные на экспертизу федеральные специальные марки, наклеенные на бутылки водки с фирменным наименованием «Водка «Ивушка люкс» объемом 0,5 литра, федеральные специальные марки, наклеенные на бутылки водки с фирменным наименованием «Водка «Хортиця» объемом 0,5 литра, акцизные марки, наклеенные на бутылки с фирменным наименованием «Винный напиток «BOSCA» объемом 0,75 литра, изъятые в ходе следственных действий у ФИО1, не соответствуют способу изготовления и качеству воспроизведения полиграфических реквизитов образцам аналогичной продукции, выпускаемой предприятием Гознак. Представленные на экспертизу федеральные специальные марки, наклеенные на бутылки водки с фирменным наименованием «Водка «Ивушка люкс» объемом 0,5 литра, федеральные специальные марки, наклеенные на бутылки водки с фирменным наименованием «Водка «Хортиця» объемом 0,5 литра, изъятые в ходе следственных действий у ФИО1, выполнены способом плоской печати. Представленные на экспертизу акцизные марки, наклеенные на бутылки с фирменным наименованием «Винный напиток «BOSCA» объемом 0,75 литра, изъятые в ходе следственных действий у ФИО1, выполнены способом плоской и струйной печати (т.2 л.д.2-10). Заключением эксперта № 813 от 27.01.2016 года по судебной технико-криминалистической экспертизе документов, согласно которому представленные на экспертизу федеральные специальные марки и акцизные марки на бутылках с алкогольной продукцией, а именно на бутылках с фирменными наименованиями на этикетках: вермут «MARTINI BIANCO», коньяк «Hennessy V.S.O.P.», коньяк «Hennessy Х.О.» коньяк «Лезгинка», коньяк «Цандрыпш», вино «Киндзмараули», вино «Хванчкара», виски «Jack Daneil”s», виски «Johnnie Walker», виски «DEWAR”S», текила «ОLMECA», ром «BACARDI», джин «BEEFEATER», бренди «Pere Magloire», виски «JAMESON», виски «WILLIAM LAWSON”S», водка «FINLANDIA» изготовлены не производством Гознака. Основные изображения элементов на данных марках выполнены способом плоской печати (т.2 л.д.29-47). Заключением эксперта № 806 от 22.01.2016 года по судебной технико-криминалистической экспертизе, согласно которому представленные на экспертизу федеральные специальные марки, размещенные на алкогольной продукции, представленной на экспертизу, а именно на бутылках с фирменным наименованием на этикетках: «Водка «Облепиховая», «Водка «Белая береза», «Водка «Царская охота», выполнены не производством ФГУП «Гознак». Данные федеральные специальные марки изготовлены с форм плоской печати (т.2 л.д.70-87). Заключением эксперта № 135 от 10.03.2016 года по судебной технико-криминалистической экспертизе, согласно которому представленные федеральные специальные марки и акцизные марки на бутылках с алкогольной продукцией, в количестве 58 штук, изъятой у ФИО1 в ходе осмотра места происшествия, 11.11.2015 года – автомобиля ___государственный регистрационный знак ___ на улице Ленина города Балаково, напротив магазина «Горилка», в ходе осмотра места происшествия, 11.11.2015 года – гаража № ___ГСК ___, расположенного в районе ___, и гаража № ___ ГКС ___, расположенного в районе ___города Балаково, изготовлены не производством Гознак, основные изображения элементов защиты на данных марках выполнены способом плоской печати (т.3 л.д.213-216). Заключением эксперта № 5423-5431 от 12.02.2016 года по судебной химической экспертизе пищевых продуктов, (т.2 л.д.105-118), содержание которого изложено выше в приговоре. Заключением эксперта № 7 от 11.01.2016 года по судебной почерковедческой экспертизе, согласно выводам, которой краткие буквенно-цифровые записи на страницах записной книжки, изъятой в ходе осмотра места происшествия – автомобиля ___государственный регистрационный знак ___, выполнены одним лицом - ФИО2 (т.2 л.д.164-166). Протоколом осмотра и прослушивания фонограммы – диска CD-R № 2040с/14, которой подтверждается факт телефонных переговоров ФИО1 и ФИО2, по поводу сбыта алкогольной продукции (т. 2 л.д. 182-257). Оценив исследованные в судебном заседании доказательства, суд признает их относимыми, допустимыми и достоверными, поскольку они имеют отношение к рассматриваемому уголовному делу, получены с соблюдением требований уголовно-процессуального закона, в деталях согласуются между собой. Суд считает, что все собранные и исследованные доказательства в совокупности являются достаточными для разрешения уголовного дела. Существенных противоречий, которые бы ставили под сомнение достоверность показаний свидетелей, суд не усматривает. Фактов наличия между свидетелями и подсудимыми неприязненных отношений не установлено, перед допросом свидетели были предупреждены об уголовной ответственности за дачу заведомо ложных показаний. Кроме того, указанные доказательства в целом последовательны, логичны, объективно согласуются между собой и в совокупности с иными доказательствами по делу, по причине чего суд кладет их в основу приговора как доказательства вины подсудимыхв совершении указанного выше преступления. Нарушений требований закона при проведении оперативно-розыскного мероприятия в отношении ФИО1 не допущено. Оперативно-розыскное мероприятие проверочная закупка 11 ноября.2015 года проводилось в соответствии с Федерального закона РФ от 12.08.1995 года № 144-ФЗ «Об оперативно-розыскной деятельности» на основании постановлений, утвержденных руководителем органа, осуществляющего оперативно-розыскную деятельность. С учетом изложенного действия подсудимых ФИО1 и ФИО2 суд квалифицирует как использование для маркировки алкогольной продукции заведомо поддельных акцизных марок и федеральных специальных марок. Содеянное ФИО1 и ФИО2 суд квалифицировал указанным образом, так как, ФИО1 и ФИО2 при продаже алкогольной продукции использовали, то есть эксплуатировали соответствующие предметы по назначению. Это означает применение средств маркировки по их прямому назначению, на неотделимой от товара до его употребления в течение срока нахождения товара в обороте упаковке (таре), в которой товар представляется для продажи. Подсудимые ФИО1 и ФИО2 продавали алкогольную продукцию с заведомо поддельными акцизными марками и федеральными специальными знаками. Указанные обстоятельства подтверждаются показаниями свидетелей, показаниями подсудимых в судебном заседании из которых следует, что они знали, о том, что приобретенная ими алкогольная продукция содержит поддельные федеральные специальные марки, и акцизные марки. Если предлагали покупать алкогольную продукцию без федеральных специальных марок и акцизных марок, то ФИО1 её не брал, так как считал, что внешний вид бутылок без акцизных марок и федеральных специальных марок будет вызывать сомнение у покупателей. С учётом осмысленных, мотивированных и целенаправленных действий ФИО1 и ФИО2, а, также принимая во внимание, справку о том, что ФИО2 на учете у врача психиатра не состоит (т.6 л.д.208), ФИО1 на учете у врача психиатра не состоит (т.6 л.д.64), а также принимая во внимание заключение судебно-психиатрической экспертизы № 154 от 02 марта 2016 года (т.3 л.д. 124-125) суд признаёт ФИО1 и ФИО2 вменяемыми и подлежащими уголовной ответственности. При назначении наказания суд учитывал характер и степень общественной опасности совершённых преступлений, обстоятельства дела, характеризующие данные по личности подсудимых, обстоятельства смягчающие и отягчающие наказание, состояние здоровья подсудимых, влияние назначенного наказания на исправление каждого осужденного и на условия жизни их семьи. В соответствии с положениями частей 1 и 2 статьи 61 УК РФ , обстоятельствами, смягчающими наказание подсудимого ФИО1 суд признает и учитывает: частичное признание вины по пункту «а,б» части 6 статьи 171.1 УК РФ ; полное признание вины по части 4 статьи 327.1 УК РФ ; по каждому эпизоду: заявление о раскаянии в содеянном; наличие на иждивении ___несовершеннолетних детей; состояние здоровья подсудимого, наличие у него ряда тяжелых хронических заболеваний и состояние здоровья его близких, инвалидность ___группы, изобличение другого соучастника преступления, наличие постоянного места жительства и регистрации, положительные характеристики с места жительства, благодарственные письма с места учебы детей ФИО1, положительные характеристика на ___детей ФИО1 Обстоятельств, отягчающих наказание ФИО1 по пунктам «а,б» части 6 статьи 171.1 УК РФ , судом не установлено. Обстоятельством, отягчающим наказание ФИО1 по части 4 статьи 327.1 УК РФ суд признает согласно пункту «в» статьи 63 УК РФ , совершение преступления в составе группы лиц по предварительному сговору. В соответствии с положениями частей 1 и 2 статьи 61 УК РФ , обстоятельствами, смягчающими наказание подсудимой ФИО2 суд признает и учитывает: частичное признание вины по пункту «а,б» части 6 статьи 171.1 УК РФ ; полное признание вины по части 4 статьи 327.1 УК РФ ; по каждому эпизоду: заявление о раскаянии в содеянном; наличие на иждивении ___несовершеннолетних детей; состояние здоровья подсудимой и состояние здоровья её близких, наличие у её ___ ряда тяжелых хронических заболеваний, наличие инвалидности ___ группы у ___ ФИО2, наличие постоянного места жительства и регистрации, места работы, изобличение другого соучастника преступления, положительные характеристики с места жительства, благодарственные письма с места учебы детей ФИО2, положительные характеристика на ___детей ФИО2, привлечение к уголовной ответственности впервые. Обстоятельств, отягчающих наказание ФИО2 по пунктам «а,б» части 6 статьи 171.1 УК РФ , судом не установлено. Обстоятельством, отягчающим наказание ФИО2 по части 4 статьи 327.1 УК РФ суд признает согласно пункту «в» статьи 63 УК РФ , совершение преступления в составе группы лиц по предварительному сговору. С учётом изложенного, в целях восстановления социальной справедливости, а также в целях исправления ФИО1 и ФИО2 и предупреждения совершения ими новых преступлений, суд приходит к выводу, что ФИО1 и ФИО2 возможно назначить наказание за каждое преступление и невозможным назначение им более мягкого наказания, в том числе невозможным применения положений части 6 статьи , статьи 64 УК РФ . При этом суд, с учетом личностей подсудимых, их материального положения и наличия, смягчающих наказание обстоятельств, считает возможным не назначать ФИО1 и ФИО2 дополнительное наказание в виде штрафа, предусмотренного санкцией части 6 статьи 171.1 УК РФ . Вместе с тем, учитывая также, что ФИО1 и ФИО2 на учёте у нарколога не состоят (т. 6, л.д. 64, т.6 л.д.), заявили о раскаянии в содеянном, тяжких последствий от их действий не наступило, имеют на иждивении ___ несовершеннолетних детей, положительно характеризуются по месту жительства, у ФИО1 имеется ряд тяжелых хронических заболеваний, он имеет инвалидность ___ группы, суд считает, что исправление ФИО1 и ФИО2 возможно без реального отбывания наказания, и поэтому суд на основании статьи Уголовного кодекса Российской Федерации назначает каждому наказание условно за каждое преступление. В связи с назначением наказания, не связанного с реальным лишением свободы, суд оставляет ФИО1 и ФИО2 меру пресечения до вступления приговора в законную силу в виде подписки о невыезде и надлежащем поведении. Учитывая положения пункта 7 части 2 статьи 82 УПК РФ , а также Федерального закона от 02.01.2000 № 29-ФЗ «О качестве и безопасности пищевых продуктов», согласно которым не могут находиться в обороте пищевые продукты, которые не имеют удостоверений качества и безопасности пищевых продуктов, подтверждающих их происхождение, отсутствует информация о государственной регистрации и подтверждении соответствия требованиям нормативных документов, поэтому признаются некачественными и не подлежат реализации, уничтожаются, а потому вещественные доказательства в виде алкогольной продукции подлежат уничтожению. На основании изложенного и руководствуясь статьями 302, 304, 307,308, 309 Уголовно-процессуального кодекса Российской Федерации, суд приговорил: ФИО1 признать виновным в совершении преступлений, предусмотренных пунктами «а,б» части 6 статьи 171.1 , части 4 статьи 327.1 Уголовного кодекса Российской Федерации и назначить ему наказание: по пунктам «а,б» части 6 статьи 171.1 УК РФ в виде лишения свободы сроком на 2 года 6 месяцев; по части 4 статьи 327.1 УК РФ в виде лишения свободы сроком на 1 год 6 месяцев. На основании части 3 статьи 69 УК РФ по совокупности преступлений, путем частичного сложения назначенных наказаний, окончательно назначить ФИО1 наказание в виде лишения свободы сроком на три года. В соответствии со статьёй 73 УК РФ наказание, назначенное ФИО1, считать условным с испытательным сроком в два года, обязав ФИО1 в период испытательного срока не менять места жительства и работы без уведомления специализированного государственного органа, осуществляющего исправление осужденных, один раз в месяц являться в этот орган на регистрацию, не покидать своего места жительства в период с 23 часов до 06 часов ежесуточно. Контроль за ФИО1 возложить на специализированный государственный орган, осуществляющий контроль за поведением условно осужденного. Зачесть ФИО1 в срок отбытого наказания время содержания его под домашним арестом в качестве меры пресечения по данному уголовному делу с 23 декабря 2015 года по 21 июня 2016 года включительно. Меру пресечения ФИО1 до вступления приговора в законную силу оставить прежнюю – подписку о невыезде и надлежащем поведении. ФИО2 признать виновной в совершении преступлений, предусмотренных пунктами «а,б» части 6 статьи 171.1 , части 4 статьи 327.1 Уголовного кодекса Российской Федерации и назначить ей наказание: по пунктам «а,б» части 6 статьи 171.1 УК РФ в виде лишения свободы сроком на 2 года; по части 4 статьи 327.1 УК РФ в виде лишения свободы сроком на 1 год. На основании части 3 статьи 69 УК РФ по совокупности преступлений, путем частичного сложения назначенных наказаний, окончательно назначить ФИО2 наказание в виде лишения свободы сроком на два года шесть месяцев. В соответствии со статьёй 73 УК РФ наказание, назначенное ФИО2, считать условным с испытательным сроком в два года, обязав ФИО2 в период испытательного срока не менять места жительства и работы без уведомления специализированного государственного органа, осуществляющего исправление осужденных, один раз в месяц являться в этот орган на регистрацию, не покидать своего места жительства в период с 23 часов до 06 часов ежесуточно. Контроль за ФИО2 возложить на специализированный государственный орган, осуществляющий контроль за поведением условно осужденного. Меру пресечения ФИО2 до вступления приговора в законную силу оставить прежнюю – подписку о невыезде и надлежащем поведении. Снять арест с автомобиля марки ___, ___ года выпуска, государственный регистрационный знак ___, идентификационный номер ___, зарегистрированного на ФИО2, ___года рождения. Вещественные доказательства по делу после вступления приговора в законную силу: автомобиль ___, г.р.з. ___ – хранящийся под сохранной распиской у обвиняемой ФИО2- оставить по принадлежности последней; - алкогольную продукцию в количестве 6719 бутылок различного объема, различной крепости, в том числе: - винный напиток «BOSCA» крепость 7,5% в количестве 553 бутылок объемом 0,75л, - водка «Ивушка» крепость 40% в количестве 455 бутылок объемом 0,5 л, - водка «Хортиця» крепость 40% в количестве 167 бутылок объемом 0,5 л, - вермут «MARTINI BIANCO» крепость 15% в количестве 14 бутылок емкостью 0,5 л, - коньяк «Hennessy V.S.O.P.» крепость 40% в количестве 184 бутылок емкостью 0,5 л, - коньяк «Hennessy Х.О.» крепость 40% в количестве 166 бутылок емкостью 0,5 л, - коньяк «Лезгинка» крепость 40% в количестве 457 бутылок объемом 0,5 л, - коньяк «Цандрыпш» крепость 40% в количестве 150 бутылок объемом 0,5 л, - вино «Киндзмараули» крепость 12% в количестве 145 бутылок объемом 0,7 л и 0,75 л, - вино «Хванчкара» крепость 12% в количестве 115 рублей объемом 0,75 л, - виски «Jack Daneil”s» крепость 40% в количестве 75 бутылок 1 л, - виски «Johnnie Walker» крепость 43% в количестве 183 бутылок объемом 1 л, - виски «DEWAR”S» крепость 40% в количестве 79 бутылок объемом 1 л, - текила «ОLMECA» крепость 38% в количестве 44 бутылок объемом 1 л, - вино «Алазанская долина» крепость 12% в количестве 1 бутылки объемом 0,7 л, - ром «BACARDI» крепость 40% в количестве 243 бутылок объемом 1 л, - джин «BEEFEATER» крепость 47% в количестве 103 бутылок объемом 1 л, - бренди «Pere Magloire» крепость 40% в количестве 114 бутылок объемом 0,7 л - виски «JAMESON» крепость 40% в количестве 75 бутылок объемом 0,7 л, - виски «WILLIAM LAWSON”S» крепость 40% в количестве 44 бутылок объемом 0,75 л, - водка «FINLANDIA» крепость 40% в количестве 5 бутылок объемом 0,5 л, - водка «Облепиховая», «Белая береза», «Царская охота» крепость 40% в количестве 3070 бутылок объемом 0,5 л, - водка «Талка» в количестве 277 бутылок объемом 5,0 л, - водка в количестве 13 бутылок без этикеток объемом 5,0 л, хранящиеся при уголовном деле в ОП № 4 МУ МВД России «Балаковское» Саратовской области, ул. Степная, 48 г. Балаково – уничтожить; - денежные купюры на сумму 2 200 рублей, изъятые у ФИО1, находящегося у д. 127/1 г. Балаково напротив магазина «Горилка» - хранящиеся при уголовном деле в сейфе СУ МУ МВД России «Балаковское» Саратовской области – оставить СУ МУ МВД России «Балаковское» Саратовской области по принадлежности; - записную книжку, изъятую в ходе осмотра места происшествия – а/м ___ г.р.з. ___, находящегося у д. 127/1 г. Балаково напротив магазина «Горилка», хранящуюся при уголовном деле – хранить в материалах дела в течение всего срока хранения; - членскую книжку ГСК ___ на имя ФИО2 и членскую книжку ГСК ___ на имя ФИО2, хранящиеся при уголовном деле, вернуть ФИО2 по принадлежности; - диск, полученный в ПАО «Мегафон», содержащий «ДЕТАЛИЗАЦИЯ ВЫЗОВОВ КЛИЕНТА ФИО1 с 15.04.2015 по 11.11.2015 тел. ___», диск, полученный в ПАО «Мегафон», содержащий «ДЕТАЛИЗАЦИЯ ВЫЗОВОВ КЛИЕНТА ФИО2 с 15.04.2015 по 18.02.2016 тел. ___», диск CD-R 92/16 с аудиозаписями абонентского номера ___, ___ – хранящиеся в материалах уголовного дела, - хранить в материалах уголовного дела в течение всего срока хранения уголовного дела; - документы, признанные вещественными доказательствами, находящиеся на хранении в материалах уголовного дела, - хранить в материалах уголовного дела в течение всего срока хранения уголовного дела. Приговор суда может быть обжалован в апелляционном порядке в судебную коллегию по уголовным делам Саратовского областного суда в течение 10 суток со дня провозглашения.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о чем должны указать в апелляционной жалобе или в возражениях на жалобу или представление. Судья Л.А. Ридель. Суд: Балаковский районный суд (Саратовская область) (подробнее) Судьи дела: Ридель Лариса Александровна (судья) (подробнее) Последние документы по делу: Постановление от 19 ноября 2017 г. по делу № 1-109/2017 Приговор от 12 ноября 2017 г. по делу № 1-109/2017 Приговор от 24 октября 2017 г. по делу № 1-109/2017 Приговор от 27 августа 2017 г. по делу № 1-109/2017 Приговор от 13 августа 2017 г. по делу № 1-109/2017 Приговор от 13 июня 2017 г. по делу № 1-109/2017 Приговор от 26 апреля 2017 г. по делу № 1-109/2017 Приговор от 30 марта 2017 г. по делу № 1-109/2017 Постановление от 14 марта 2017 г. по делу № 1-109/2017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