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незаконный сбыт наркотического средства в значительном размере, группой лиц по предварительному сговору, при следующих обстоятельствах: ФИО1 и неустановленное следствием лицо, осознавая, что эффективность преступной деятельности возрастет при групповом ее осуществлении, в ходе телефонных переговоров, с целью материального обогащения, из корыстных побуждений, в один из дней 2016 года, но не позднее ДД.ММ.ГГГГ, вступили в совместный преступный сговор, направленный на распространение наркотических средств на территории &lt;адрес&gt;, при этом распределив между собой преступные роли. Согласно преступной роли неустановленного следствием лица, в нее входило незаконные приобретение, хранение и расфасовка в удобную для сбыта упаковку наркотических средств, незаконная передача наркотического средства через «закладки» ФИО1 с целью последующего сбыта, получение от ФИО1 информации о местах закладок с наркотическим средством, подыскание покупателей наркотических средств, определение размера и стоимости сбываемого наркотического средства, непосредственный сбыт наркотического средства. В преступную роль ФИО1 входило незаконные получение через «закладку» от неустановленного следствием лица и хранение наркотического средства с целью последующего незаконного сбыта, осуществление «закладок» с наркотическим средством, сообщение информации о местах «закладок» неустановленному следствием лицу, с целью последующего незаконного сбыта указанного наркотического средства. За выполнение своей преступной роли, в счет оплаты, ФИО1 путем электронного перевода получал от неустановленного следствием лица денежные средства. С целью реализации совместного с ФИО1 прямого преступного умысла, направленного на незаконный сбыт наркотического средства – героин (диацетилморфин), неустановленное следствием лицо, действуя согласно отведенной ему преступной роли, при неустановленных следствием обстоятельствах, в один из дней 2016 года, в неустановленное время, но не позднее 29 августа 2016 года, точное время следствием не установлено, с целью дальнейшего сбыта, незаконно приобрело наркотическое средство – смесь, в состав которой входит героин (диацетилморфин). В соответствии с Федеральным законом от 8 января 1998 года № 3-ФЗ«О наркотических средствах и психотропных веществах" с последующими изменениями, а также Постановлением Правительства РФ от 30 июня 1998 года «Об утверждении перечня наркотических средств, психотропных веществ и их прекурсоров, подлежащих контролю в Российской Федерации», с последующими изменениями: героин (диацетилморфин) относится к наркотическим средствам и включен в список 1 перечня наркотических средств, психотропных веществ и их прекурсоров, оборот которых запрещен в Российской Федерации. Реализуя совместный прямой преступный умысел, направленный на незаконный сбыт наркотического средства – смеси, в состав которой входит героин (диацетилморфин), ФИО1, действуя совместно и согласовано с неустановленным следствием лицом, согласно отведенной ему преступной роли, около 10 часов 47 минуты ДД.ММ.ГГГГ, находясь у двери ведущей с лестничного пролета к квартирам №№, 18 &lt;адрес&gt; по Октябрьскому проспекту &lt;адрес&gt; в дверную коробку осуществил «закладку» с наркотическим средством – смесью, в состав которой входит героин (диацетилморфин), общей массой 1,7394 грамма, что относится к значительному размеру. После чего, ФИО1 согласно отведенной ему преступной роли, действуя совместно и согласовано с неустановленным лицом, группой лиц по предварительному сговору, сообщил последнему необходимую для совершения преступления информацию о месте расположения «закладки» с наркотическим средством – героин (диацетилморфин), в значительном размере и скрылся с места преступления. Таким образом, ФИО1, действуя совместно и согласовано с неустановленным в ходе следствия лицом, группой лиц по предварительному сговору, выполнив свою преступную роль в полном объеме, совершил незаконный сбыт наркотического средства - смеси, в состав которой входит героин (диацетилморфин), общей массой 1,7394 грамма, что относится к значительному размеру.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совершил незаконный сбыт наркотического средства в крупном размере, группой лиц по предварительному сговору, при следующих обстоятельствах: ФИО1 и неустановленное следствием лицо, осознавая, что эффективность преступной деятельности возрастет при групповом ее осуществлении, в ходе телефонных переговоров, с целью материального обогащения, из корыстных побуждений, в один из дней 2016 года, но не позднее ДД.ММ.ГГГГ, вступили в совместный преступный сговор, направленный на распространение наркотических средств на территории города Твери, при этом распределив между собой преступные роли. Согласно преступной роли неустановленного следствием лица, в нее входило незаконное приобретение, хранение и расфасовка в удобную для сбыта упаковку наркотических средств, незаконная передача наркотического средства через «закладки» ФИО1 с целью последующего сбыта, получение от ФИО1 информации о местах закладок с наркотическим средством, подыскание покупателей наркотических средств, определение размера и стоимости сбываемого наркотического средства, непосредственный сбыт наркотического средства. В преступную роль ФИО1 входило незаконное получение через «закладку» от неустановленного следствием лица и хранение наркотического средства с целью последующего незаконного сбыта, осуществление «закладок» с наркотическим средством, сообщение информации о местах «закладок» неустановленному следствием лицу, с целью последующего незаконного сбыта указанного наркотического средства. За выполнение своей преступной роли, в счет оплаты, ФИО1 путем электронного перевода получал от неустановленного следствием лица денежные средства. С целью реализации единого прямого преступного умысла, направленного на незаконный сбыт наркотического средства – героин (диацетилморфин), ФИО1, действуя согласно отведенной ему преступной роли, около 08 часов 52 минут ДД.ММ.ГГГГ получил через «закладку», расположенную с тыльной стороны гаража во дворе &lt;адрес&gt;, в целях дальнейшего незаконного сбыта,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18,1599 грамма, что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Уголовного кодекса Российской Федерации», относится к крупному размеру. В соответствии с Федеральным законом от 8 января 1998 года № 3-ФЗ«О наркотических средствах и психотропных веществах" с последующими изменениями, а также Постановлением Правительства РФ от 30 июня 1998 года «Об утверждении перечня наркотических средств, психотропных веществ и их прекурсоров, подлежащих контролю в Российской Федерации», с последующими изменениями: героин (диацетилморфин) относится к наркотическим средствам и включен в список 1 перечня наркотических средств, психотропных веществ и их прекурсоров, оборот которых запрещен в Российской Федерации. Реализуя совместный прямой преступный умысел, направленный на незаконный сбыт наркотического средства – смеси, в состав которой входит героин (диацетилморфин), ФИО1, действуя совместно и согласовано с неустановленным следствием лицом, согласно отведенной ему преступной роли, около 09 часов 35 минут ДД.ММ.ГГГГ, находясь у &lt;адрес&gt; по проспекту Победы &lt;адрес&gt; осуществил в дверную коробку указанной квартиры «закладку» с наркотическим средством – смесью,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1,7667 грамма, что относится к значительному размеру. После чего, ФИО1 согласно отведенной ему преступной роли, действуя совместно и согласовано с неустановленным лицом, группой лиц по предварительному сговору, сообщил последнему необходимую для совершения преступления информацию о месте расположения «закладки» с наркотическим средством – героин (диацетилморфин), в значительном размере и скрылся с места преступления. В продолжение реализации совместного прямого преступного умысла, направленного на незаконный сбыт наркотического средства – героин (диацетилморфин), ФИО1 действуя согласно отведенной ему преступной роли, около 10 часов 50 минут ДД.ММ.ГГГГ получил через «закладку», расположенную с тыльной стороны гаража во дворе &lt;адрес&gt;, в целях дальнейшего незаконного сбыта,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89,5661 грамма, что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Уголовного кодекса Российской Федерации», относится к крупному размеру. В соответствии с Федеральным законом от 8 января 1998 года № 3-ФЗ «О наркотических средствах и психотропных веществах" с последующими изменениями, а также Постановлением Правительства РФ от 30 июня 1998 года «Об утверждении перечня наркотических средств, психотропных веществ и их прекурсоров, подлежащих контролю в Российской Федерации», с последующими изменениями: героин (диацетилморфин) относится к наркотическим средствам и включен в список 1 перечня наркотических средств, психотропных веществ и их прекурсоров, оборот которых запрещен в Российской Федерации. После чего реализуя совместный прямой преступный умысел, направленный на незаконный сбыт наркотического средства – смеси, в состав которой входит героин (диацетилморфин), ФИО1, действуя совместно и согласовано с неустановленным следствием лицом, согласно отведенной ему преступной роли, около 10 часов 59 минут ДД.ММ.ГГГГ, находясь у квартир №№, 102 &lt;адрес&gt; по проспекту Комсомольскому г. Твери осуществил в дверную коробку указанных квартир «закладку» с наркотическим средством – смесью,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1,5706 грамма, что относится к значительному размеру. После чего, ФИО1 согласно отведенной ему преступной роли, действуя совместно и согласовано с неустановленным лицом, группой лиц по предварительному сговору, сообщил последнему необходимую для совершения преступления информацию о месте расположения «закладки» с наркотическим средством – героин (диацетилморфин), в значительном размере. В продолжение реализации единого прямого преступного умысла направленного на незаконный сбыт наркотического средства – смеси, в состав которой входит героин (диацетилморфин), ФИО1, действуя совместно и согласовано с неустановленным следствием лицом, согласно отведенной ему преступной роли, около 11 часов 05 минут ДД.ММ.ГГГГ, находясь у квартир №№, 122 &lt;адрес&gt; по проспекту Комсомольскому г. Твери осуществил в дверную коробку указанных квартир «закладку» с наркотическим средством – смесью,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2,0034 грамма, что относится к значительному размеру. После чего, ФИО1 согласно отведенной ему преступной роли, действуя совместно и согласовано с неустановленным лицом, группой лиц по предварительному сговору, сообщил последнему необходимую для совершения преступления информацию о месте расположения «закладки» с наркотическим средством – героин (диацетилморфин), в значительном размере и скрылся с места преступления. Таким образом, ФИО1, действуя совместно и согласовано с неустановленным в ходе следствия лицом, группой лиц по предварительному сговору, выполнив свою преступную роль в полном объеме, совершил незаконный сбыт наркотического средства - смеси,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5,3407 грамма, что относится к крупному размеру.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совершил покушение, то есть умышленные действия лица, непосредственно направленные на совершение незаконного сбыта наркотического средства в крупном размере, группой лиц по предварительному сговору, при этом преступление не было доведено до конца по независящим от этого лица обстоятельствам: ФИО1 и неустановленное следствием лицо, осознавая, что эффективность преступной деятельности возрастет при групповом ее осуществлении, в ходе телефонных переговоров, с целью материального обогащения, из корыстных побуждений, в один из дней 2016 года, но не позднее ДД.ММ.ГГГГ, вступили в совместный преступный сговор, направленный на распространение наркотических средств на территории &lt;адрес&gt;, при этом распределив между собой преступные роли. Согласно преступной роли неустановленного следствием лица, в нее входило незаконное приобретение, хранение и расфасовка в удобную для сбыта упаковку наркотических средств, незаконная передача наркотического средства через «закладки» ФИО1 с целью последующего сбыта, получение от ФИО1 информации о местах закладок с наркотическим средством, подыскание покупателей наркотических средств, определение размера и стоимости сбываемого наркотического средства, непосредственный сбыт наркотического средства. В преступную роль ФИО1 входило незаконное получение через «закладку» от неустановленного следствием лица и хранение наркотического средства с целью последующего незаконного сбыта, осуществление «закладок» с наркотическим средством, сообщение информации о местах «закладок» неустановленному следствием лицу, с целью последующего незаконного сбыта указанного наркотического средства. За выполнение своей преступной роли, в счет оплаты, ФИО1 путем электронного перевода получал от неустановленного следствием лица денежные средства. С целью реализации единого прямого преступного умысла, направленного на незаконный сбыт наркотического средства – героин (диацетилморфин), ФИО1, действуя согласно отведенной ему преступной роли, около 08 часов 52 минут ДД.ММ.ГГГГ получил через «закладку», расположенную с тыльной стороны гаража во дворе &lt;адрес&gt;, в целях дальнейшего незаконного сбыта,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18,1599 грамма, что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Уголовного кодекса Российской Федерации», относится к крупному размеру. В соответствии с Федеральным законом от ДД.ММ.ГГГГ № 3-ФЗ«О наркотических средствах и психотропных веществах" с последующими изменениями, а также Постановлением Правительства РФ от ДД.ММ.ГГГГ «Об утверждении перечня наркотических средств, психотропных веществ и их прекурсоров, подлежащих контролю в Российской Федерации», с последующими изменениями: героин (диацетилморфин) относится к наркотическим средствам и включен в список 1 перечня наркотических средств, психотропных веществ и их прекурсоров, оборот которых запрещен в Российской Федерации. В продолжение реализации совместного прямого преступного умысла, ФИО1 часть указанного наркотического средства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16,3932 грамма, что относится к крупному размеру, согласно отведенной ему преступной роли, действуя совместно и согласованно с неустановленным лицом, группой лиц по предварительному сговору, с целью последующего сбыта с момента незаконного получения незаконно хранил по месту проживания в квартире по адресу: &lt;адрес&gt;, Комсомольский проспект, &lt;адрес&gt;, ком. №. Также реализуя совместный с неустановленным следствием лицом прямой преступный умысел, направленный на незаконный сбыт наркотического средства – героин (диацетилморфин), ФИО1 действуя согласно отведенной ему преступной роли, около 10 часов 50 минут ДД.ММ.ГГГГ получил через «закладку», расположенную с тыльной стороны гаража во дворе &lt;адрес&gt;, в целях дальнейшего незаконного сбыта,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89,5661 грамма, что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Уголовного кодекса Российской Федерации», относится к крупному размеру. В соответствии с Федеральным законом от 8 января 1998 года № 3-ФЗ «О наркотических средствах и психотропных веществах" с последующими изменениями, а также Постановлением Правительства РФ от ДД.ММ.ГГГГ «Об утверждении перечня наркотических средств, психотропных веществ и их прекурсоров, подлежащих контролю в Российской Федерации», с последующими изменениями: героин (диацетилморфин) относится к наркотическим средствам и включен в список 1 перечня наркотических средств, психотропных веществ и их прекурсоров, оборот которых запрещен в Российской Федерации. В продолжение реализации совместного прямого преступного умысла, ФИО1 часть указанного наркотического средства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не менее 85,9921 грамма, что относится к крупному размеру, согласно отведенной ему преступной роли, действуя совместно и согласованно с неустановленным лицом, группой лиц по предварительному сговору, с целью последующего сбыта незаконно хранил при себе с момента незаконного получения. ДД.ММ.ГГГГ в 11 часов 15 минут ФИО1, был задержан сотрудниками УНК России по &lt;адрес&gt;. ДД.ММ.ГГГГ в период времени с 11 часов 35 минут по 12 часов 04 минут сотрудниками УНК России по &lt;адрес&gt; в ходе личного досмотра было обнаружено и изъято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85,9921 грамма, что относится к крупному размеру. ДД.ММ.ГГГГ в период времени с 22 часов 35 минут по 22 часов 35 минут сотрудниками УНК России по Тверской области в ходе обыска жилища по адресу: &lt;адрес&gt; проспект, &lt;адрес&gt;, комната №, под диваном было обнаружено и изъято наркотическое средство – смесь, в состав которой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16,3923 грамма, что относится к крупному размеру. Таким образом, совместный преступный умысел неустановленного следствием лица и ФИО1, направленный на незаконный сбыт наркотического средства – смеси, в состав которого входит ацетилкодеин, 6-моноацетилморфин, диацетилморфин (героин), вещество группы меторфан, а также фармакологически активное вещество кофеин, общей массой 102,3844 грамма, что является крупным размером, не был доведен до конца по независящим от них обстоятельствам. В судебном заседании подсудимый ФИО1 вину по предъявленному обвинению признал полностью, воспользовался правом, предусмотренным ст. 51 Конституции РФ, от дачи показаний отказался, подтвердив данные в ходе предварительного следствия показания в полном объеме, указав, что раскаивается в содеянном. Из оглашенного в судебном заседании объяснения и показаний ФИО1, данных им в ходе предварительного следствия в качестве подозреваемого видно, что он родился в ДД.ММ.ГГГГ году в &lt;адрес&gt;. Проживал там с матерью ФИО 1 вдвоем. Отца он никогда не видел. Когда они переехали в &lt;адрес&gt;, а именно в &lt;адрес&gt; ему не было и 5 лет, поэтому о жизни в &lt;адрес&gt; ничего пояснить не может. В 2007 году пошел в первый класс, в среднюю общеобразовательную школу, расположенную в &lt;адрес&gt;, номер школы не знает. В &lt;адрес&gt; он проживал вместе с бабушкой и матерью. Там проучился около полугода, после чего его перевели в Медновскую санаторную школу-интернат, расположенную в &lt;адрес&gt;, четыре раза в год его забирала оттуда мать на каникулы, остальное время он находился там. Так он проучился в МСШИ 6 лет. Далее его отчислили за то, что он там дольше всех учился. Его забрала мать и отвезла к бабушке в &lt;адрес&gt;, около полугода он просидел дома, после чего он в 2014 пошел учиться в школу-интернат № &lt;адрес&gt; в 61 класс, то есть там обучались ученики, которые справляются с общеобразовательной школьной программой. Были еще и классы для отсталых детей. Учился в школе-интернате № &lt;адрес&gt; до февраля текущего года, будучи учащимся 81 класса он сбежал, после чего его обратно вернули сотрудники полиции. В связи с тем, что он нарушал дисциплину его переведут в 83 класс – для умственно отсталых. Узнав об этом он ушел со школы и больше туда не возвращался. К моменту ареста он проживал один по адресу: Комсомольский проспект &lt;адрес&gt;, данную комнату он снимал. Оплату производил через своего дядю, брата матери - ФИО 2, то есть он каждый месяц давал денежные средства в размере 5 тыс. руб., а дядя в свою очередь передавал хозяину квартиры. Наркотические средства не употреблял. Примерно в марте месяце 2016 года, он искал работу, в связи с нехваткой денежных средств в семье. В одной из групп в соц. сети «В контакте» он написал о том, что ему необходима работа и указал свой номер мобильного телефона. Примерно через неделю на указанный им номер позвонил неизвестный мужчина, поприветствовал и представился именем Али, в ходе беседы мужчина интересовался, нуждается ли он в работе, на что он ответил, что ищет. Али ответил что позвонит и сообщит куда ему подъехать. Али звонил из &lt;адрес&gt;, так как на экране телефона указывается страна абонента, также Али разговаривает с характерным акцентом. Через пару дней Али вновь позвонил и сказал, что ему необходимо подъехать к пересечению &lt;адрес&gt;, после чего позвонить, и тот скажет точный адрес. По прибытию он позвонил Али, последний объяснил точное место и сказал, что там лежит 15 (пятнадцать), он думал, работа связана с распространением бумажной продукции. Он подобрал пакет и открыл его. В пакете находилось 15 свертков. Он позвонил Али и уточнил, что это и куда это отнести, на что Али ответил, что это «порошок» (не уточнил какой именно), и добавил, что эти пакетики необходимо разложить по разным адресам, а точные места передать ему в смс-сообщении. Также сказал, что за данную работу он получит 3000 (три тысячи) рублей, из расчета 200 (двести) рублей за один оборудованный «тайник». Он сделал работу, Али перечислил деньги на номер его мобильного телефона. Далее он забирал большие свертки и ежедневно раскладывал около пятнадцати «тайников». Через месяц его знакомства с Али, он взял у своей тети ФИО 3 банковскую карту «СБЕРБАНК» № и сообщил номер карты Али, с того времени Али стал перечислять денежные средства, за выполненную работу, на банковскую карту. Примерно через месяц, их с Али работы, последний сообщил, что он делает «закладки» с наркотическим средством – героин. Он немного испугался, но Али успокоил его, сказал, что это не опасно. В середине апреля, начале мая 2016 года, Али стал давать ему больше пакетиков с наркотиком, он ежедневно оборудовал в среднем 25-30 «тайников». В конце июня 2016 года Али сменил ранее используемы номера мобильных телефонов, и использовал №№ +№, +№, по данным номерам он связывался с Али, получал информацию о месте «большой закладки» и сообщал о тайниках с наркотиком, которые оборудовал он. ДД.ММ.ГГГГ, около 09 часов 00 минут позвонил Али и сказал, что ему необходимо выходить на работу, он собрался и вышел на работу, сделал около шести «закладок» в &lt;адрес&gt;, далее он поехал в микрорайон «Южный» &lt;адрес&gt; и сделал еще несколько «адресов», один из которых был Октябрьский &lt;адрес&gt; слева, внизу под наличником. После чего он направился к своей тете. В вечернее время, когда возвращался домой, он оборудовал еще около пяти «тайников» с наркотиком. ДД.ММ.ГГГГ, около 08 часов 00 минут ему вновь позвонил Али, и сказал забрать «большой сверток», он вышел из дома и на автомобиле такси направился к &lt;адрес&gt;, где во дворе дома за гаражом из белого кирпича забрал сверток, в котором находилось 40 (сорок) маленьких свертков. Далее он направился домой. По прибытию домой он двадцать свертков оставил дома, а двадцать взял с собой. Вызвал машину и направился в район площади Терешковой &lt;адрес&gt;. Когда он приехал к площади Терешковой, он пошел в первый подъезд &lt;адрес&gt; по пр-ту Победы, где на третьем этаже над дверью &lt;адрес&gt; оборудовал «тайник» с наркотическим средством. Далее он направился в сторону Крупского моста и по пути следования оборудовал еще несколько «тайников» с наркотическим средством – героин. ДД.ММ.ГГГГ, он вышел из дома и на маршрутном такси направился в микрорайон «Южный», для того чтобы сделать «закладки» с наркотиком. Когда он возвращался домой он позвонил Али, для того чтобы сказать, что не хочет больше работать, на что тот ответил, что ему необходимо сделать еще пять «закладок» из новой партии, которую ему необходимо забрать по адресу: &lt;адрес&gt;, во дворе дома за металлическими гаражами. Он направился по указанному Али адресу, где забрал сверток, в котором находилось около 50 (пятидесяти) маленьких свертков с наркотиком. Он открыл упаковку и пошел к дому 11 по Комсомольскому пр-ту &lt;адрес&gt;, где в четвертом подъезде на четвертом этаже у тамбурной двери кв.кв. &lt;адрес&gt; оборудовал «тайник» с наркотиком, далее он направился к дому &lt;адрес&gt;, где в четвертом подъезде у тамбурной двери кв.&lt;адрес&gt; оборудовал еще один «тайник» с наркотиком. После чего, он пошел к дому 19 по Комсомольскому пр-ту, где ДД.ММ.ГГГГ около 11 часов 15 минут был задержан сотрудниками УНК УМВД России по &lt;адрес&gt;. После он был доставлен сотрудниками полиции по адресу: &lt;адрес&gt;, Комсомольский пр-т, &lt;адрес&gt;, где в каб. 101 был проведен его личный досмотр. В ходе досмотра у него были изъяты мобильные телефоны с сим-картами и свёртки, которые он не успел разложить из последней партии. Сам он никогда не употреблял наркотики, их расфасованные в свертки он приобретал и хранил у себя дома, а так же делал тайники для последующего их сбыта. Таким образом, он зарабатывал на жизнь. ( т.1 л.д. 30-32, т. 2 л.д. 102-106) Из оглашенных в судебном заседании показаний ФИО1, данных им в ходе предварительного следствия в качестве обвиняемого видно, что до задержания на съемной квартире, а точнее комнате, которую он начал снимать относительно недавно. Комната, которую он снимал, расположена в общежитии коридорного типа и расположена она по адресу: &lt;адрес&gt; проспект &lt;адрес&gt;, комната №. Школу он перестал посещать по той причине, что в феврале 2016 года его перевели в класс - для умственно отсталых, каковым он не являлся, его перевод был связан с тем, что относился к учебе безразлично и сбегал. Бросив школу, он понимал, что ему необходимо самостоятельно зарабатывать для того, чтобы как-то содержать себя ввиду нехватки денежных средств в семье. Он искал работу, но все его поиски успехом не увенчались. Травм головы или заболеваний он не имеет, чувствует себя хорошо.Так занимаясь поиском работы, он в социальной сети «Вконтакте» разместил объявление о том, что ищет работу и указал номер своего телефона. Его объявление часто пересылалось, то есть делался так называемый репост, то есть любой из пользователей сети мог пересылать его объявление. Так примерно как ему кажется, в марте 2016 года ему на мобильный телефон поступил звонок от неизвестно мужчины, звонок происходил из Таджикистана, это он узнал, так как у него на телефоне имеется функция и отображается страна, откуда поступает звонок. В ходе разговора мужчина представился именем «Али», поинтересовался о том, нуждается ли он еще в работе, после чего сообщил, что перезвонит и сообщит, куда необходимо подъехать. По голосу «Али» он также понимал, что тот является иностранцем, так как имелся ярко выраженный акцент.Через некоторое время «Али» снова перезвонил и сообщил о месте, куда ему необходимо подъехать, по приезду на адрес, который сейчас он точно назвать не сможет так как не помнит он приискал в укромном месте сверток открыв который он обнаружил в упаковке около 15 маленький свертков из полиэтилена, как пояснил «Али» в свертках имелся порошок. Что за порошок он на тот момент еще не понимал. Так согласно инструкции «Али» он разложил имеющиеся свертки, то есть все 15 в укромные места, о которых он сообщил «Али» путем набора сообщений по средствам программы «Viber», все сообщения с адресами которые он отправил, он удалял, так как его об этом просил «Али». Так однажды в разговоре он интересовался у «Али» о встрече, но последний пояснил, что это невозможно, так как он находится в другой стране. Первый раз за выполненную работу «Али» отправил ему деньги на мобильный счет, после он попросил у своей тети банковскую карту, на которую «Али» в последующем перечислял ему денежные средства за выполненную работу. Как ему кажется в июне 2016 года «Али» сменил номер мобильного телефона и пользовался другими: № +№, +№. В августе месяце он стал догадываться и окончательно понял, что в свертках наркотик «героин». Когда он это понял, то испугался и хотел отказаться от работы, но «Али» его успокоил и сказал что это не опасно, а также его останавливало то, что за одну закладку он зарабатывал 200 рублей, то есть за один оборудованный тайник он получал 200 рублей. Так в день он мог заработать до 3 000 рублей. Так ДД.ММ.ГГГГ был обычный день и с самого утра он планировал выйти на работу, что и сделал в районе 09 часов 00 минут после того как ему позвонил «Али». В тот день он планировал сделать несколько закладок, сколько точно не скажет, но не исключает, что их могло быть шесть. Тайники он собирался оборудовать из оставшихся у него свертков, которые он забрал за день до этого, то есть ДД.ММ.ГГГГ, где именно он забирал ДД.ММ.ГГГГ большую закладку, то есть адрес он не помнит, сколько там было всего свертков также сказать не может. Так он хорошо помнит, что ДД.ММ.ГГГГ оборудовал тайник у квартир &lt;адрес&gt; по Октябрьскому проспекту &lt;адрес&gt;, запомнил он данный тайник, так как в тот момент ему было немного страшновато, так как ему уже тогда казалось, что за ним следят, это был последний тайник в тот день. Когда он сделал тайник, то об этом в «Вибере» он написал «Али», то есть он написал точный адрес и место расположения наркотика у квартир 17-18. После того как «Али» принял сообщение то сообщения он удалил. Он понимал, что координаты о месте нахождения наркотика «Али» передает тем лицам, которые покупали у него наркотики, то есть люди ему (Али) деньги, а тот им место. Каким образом «Али» переводили деньги, много ли у него было покупателей, и много ли было по городу, таких как он распространителей, он не знает. Так ДД.ММ.ГГГГ «Али» сообщил ему по телефону, то есть позвонил рано утром и сообщил, что ему необходимо забрать «большой сверток», он вышел из дома и направился на &lt;адрес&gt;. Возле гаража, который расположен у &lt;адрес&gt; забрал сверток, где находилось маленьких свертков в количестве 15-20 штук, как ему кажется. Ранее он говорил, что их было больше, но сейчас как ему кажется, их было не более 20. Говорил о том, что их больше он по той причине, что сам «Али» каждый раз когда он забирал большую закладку думал что там больше чем есть на самом деле, то есть «Али» часто говорил чтобы он что-то оставил у себя, хотя по факту у него уже ничего не было. Думает, что у Али либо была не точная информация о количестве, либо тот тем самым заставлял нервничать и что бы он быстрее забирал следующую большую закладку. Он ничего не воровал и сам он наркотики не употребляет, он понимал, что наркотики опасны для здоровья и рано или поздно от героина можно умереть. Когда он забрал закладку у гаража у &lt;адрес&gt;, то отправился домой, так как собирался там оставить около 10 свертков, что и сделал когда пришел домой, так как собирался их разложить чуть позже, то есть когда было бы время. После ввиду того, что часть необходимо было все-таки разложить, он вызвал такси, вышел из дома и на автомобиле отправился на площадь Терешковой, где расплатившись, покинул салон автомобиля. Таксиста он не знал и ни о чем с ним не разговаривал. Когда он вышел из машины, то прошел к дому № по проспекту Победы, &lt;адрес&gt;, где под дверью &lt;адрес&gt; сделал закладку, то есть пакетик с наркотиком разместил в укромном месте. После он вышел и отправил сообщение по средствам службы сообщений «Viber», то есть он сообщил «Али» о месте, куда положил закладку с наркотиком. После в тот день как ему кажется, он также делал закладки, но, сколько и где не помнит. Закладку на Победе он запомнил, так как та была первой в тот день. Под конец дня «Али» переводил ему денежные средства за проделанную работу. ДД.ММ.ГГГГ «Али» начал также звонить с утра и спрашивать о том, собирается ли он на работу, он сообщал, что собирается, хотя сам не очень понимал, что раскладывать. У него дома имелось около 10 свертков, которые оставались с закладки, которую он забрал еще ДД.ММ.ГГГГ но «Али» говорил о том, что у него 25 должно остаться и он должен их разложить. Он пытался ответить, что собирается на учебу и будет работать позже, «Али» начал говорить по телефону также о том, чтобы он на &lt;адрес&gt; забрал новую большую закладку, что он и сделал в районе 11 часов. Сперва, он не очень хотел и уже направлялся в «Южный» по своим делам но «Али» звонил и он приехал на маршрутке обратно в «Заволжский» район, где пришел на&lt;адрес&gt;. У гаража расположенного у &lt;адрес&gt; он подобрал сверток, в котором как ему показалось, было больше чем обычно, то есть около 50 маленьких свертков. После того как он забрал большую закладку и открыл ее, он отправился к дому № по Комсомольскому проспекту, где у двери к квартирам № &lt;адрес&gt; оборудовал тайник с маленькой закладкой наркотика. Выйдя, он также написал о месте в «Viber» на номер «Али», после чего сообщение удалил. Далее он направился к дому &lt;адрес&gt;, где в подъезде у двери в &lt;адрес&gt; оборудовал снова место, и также написал о тайнике «Али», написал он все также по средствам «Viber», сообщения он снова удалил. Далее он собирался сделать еще закладку, но подойдя к дому № по Комсомольскому проспекту, был задержан сотрудниками полиции, которые при досмотре у него изъяли остатки от большой закладки, которую он только забрал и также собирался разложить в тайники. Как ему известно, у него в снимаемой комнате были обнаружены свертки из партии, которую он забрал на Мусорского ДД.ММ.ГГГГ. Он знает, что человек из-за употребления наркотиков может умереть, поэтому сам никогда ничего такого не употреблял. Ему хотелось только лишь заработать денег. О полученном количестве закладок и о совершенных им закладках он ничего не записывал, он после каждой писал в «Viber», после чего сразу удалял сообщение.Деньги было, что авансом наперед на карту или на электронный кошелек, иногда через несколько дней. Бывало вечером после проводимых закладок. Деньги присылались каждый день с разных мест, он так понимает «Али» специально делал так, чтобы не было никакой закономерности. О том кто делал так называемые «большие закладки» ему ничего не известно, он никогда не спрашивал. (т. 2 л.д. 192-196, 221-226, т. 3 л.д. 149-152). Данные показания подтверждены ФИО1 при проверке его показаний на месте, где он указал, что ДД.ММ.ГГГГ им был оборудован тайник у квартир №№, 18 &lt;адрес&gt; по &lt;адрес&gt;, а именно под наличник двери, которая в свою очередь расположена в первом подъезде указанного дома. После того как он осуществлял «закладку» - тайник он сообщал об этом Али путем направления мгновенного сообщения. Далее он сообщил о необходимости проследовать во двор &lt;адрес&gt;, где как он пояснил ДД.ММ.ГГГГ с тыльной стороны гаража, который расположен во дворе указанного дома, он забрал большую закладку. Часть из данной закладки, в тот же день он отнес дамой на съемную комнату, которая расположена по адресу: &lt;адрес&gt;, Комсомольский проспект, &lt;адрес&gt;. После в тот же день он на автомобиле такси проследовал на площадь Терешковой, где прошел до &lt;адрес&gt; по проспекту Победы &lt;адрес&gt;, где у &lt;адрес&gt; указанного дома он также осуществил закладку наркотика, то есть оборудовал тайник, о чем сообщил путем направления мгновенного сообщения Али. Закладку он делал из партии, которую забирал на &lt;адрес&gt; он сообщил, что ДД.ММ.ГГГГ он забирал большую «закладку» на &lt;адрес&gt; во дворе &lt;адрес&gt;, где с тыльной стороны гаража забрав закладку, отправился к дому № по проспекту Комсомольский &lt;адрес&gt;. Указанного числа он прошел к квартирам №№, 102 и у тамбурной двери сделал закладку, оборудовал тайник, сообщил об этом Али, после чего отправился к дому № по проспекту Комсомольский, где также из числа имеющихся при нем наркотиков, сделал закладку у квартир №№, 122, о чем снова написал Али. После ДД.ММ.ГГГГ он был задержан с оставшимся количеством наркотика. (т. 2 л.д. 197-201, 202-208, 209). Данные показания подсудимый ФИО1 подтвердил, пояснив, что они соответствуют действительности. Кроме признания подсудимым своей вины, его виновность в совершении описанных выше преступлений полностью подтверждается совокупностью следующих доказательств, собранных при производстве предварительного расследования, проверенных в ходе судебного следствия. 1.По факту незаконного сбыт наркотического средства в значительном размере, группой лиц по предварительному сговору Согласно оглашенных в судебном заседании показаний свидетеля ФИО 4 данных в ходе предварительного следствия видно, что ДД.ММ.ГГГГ, примерно в вечернее время к ней в &lt;адрес&gt;, которая находится по адресу: &lt;адрес&gt;, Октябрьский проспект, &lt;адрес&gt;, постучали молодые люди, которые представились сотрудниками полиции. Полицейские попросили ее принять участие в качестве представителя общественности, при обследовании участка местности, на что она дала свое согласие, после чего вышла в тамбур, где находились &lt;адрес&gt; №. В ходе проведения обследования в нижнем левом углу двери входа в вышеуказанный тамбур был обнаружен тайник, в котором находился сверток из темного полимерного материала. Сотрудниками полиции данный сверток был изъят и упакован в конверт белого цвета. Клапан конверта был заклеен и оклеен отрезком бумаги с оттиском печати. В ходе проведения обследования сотрудниками был составлен соответствующий протокол, в котором и она и второй представитель общественности поставили свои подписи. Также свои подписи она и второй представитель общественности поставили на конверте. (т. 2 л.д. 65-68). Согласно оглашенных в судебном заседании показаний свидетеля ФИО11 данных в ходе предварительного следствия видно, что ДД.ММ.ГГГГ, примерно в вечернее время к ней в &lt;адрес&gt;, где она проживает со своей свекровью – ФИО 4 по адресу: &lt;адрес&gt;, &lt;адрес&gt;, постучали молодые люди, которые представились сотрудниками полиции. Полицейские попросили ее принять участие в качестве представителя общественности, при обследовании участка местности, на что она дала свое согласие, после чего вышла в тамбур, где находились &lt;адрес&gt; №. В ходе проведения обследования в нижнем левом углу двери входа в вышеуказанный тамбур был обнаружен тайник, в котором находился сверток из темного полимерного материала. Сотрудниками полиции данный сверток был изъят и упакован в конверт белого цвета. Клапан конверта был заклеен и оклеен отрезком бумаги с оттиском печати. В ходе проведения обследования сотрудниками был составлен соответствующий протокол, в котором и она и второй представитель общественности поставили свои подписи. Также свои подписи она и второй представитель общественности поставили на конверте. (т. 2 л.д. 69-72). Согласно оглашенных в судебном заседании показаний свидетеля ФИО 5 данных в ходе предварительного следствия он проходит службу в должности оперуполномоченного УНК России по &lt;адрес&gt;. В его должностные обязанности входит профилактика, выявление, а также пресечение преступлений и правонарушений, связанных с незаконным оборотом наркотиков на территории &lt;адрес&gt; и &lt;адрес&gt;. Так в ходе проведения оперативно-розыскной деятельности их отделом была получена оперативная информация о том, что ФИО1 совместно с неустановленным лицом, находящимся на территории Республики Таджикистан занимается незаконным сбытом наркотического средства - героин, в связи с чем, было принято решение об оперативном наблюдении за ФИО1, последний на основании постановления районного суда прослушивался ввиду чего, полученная информация была подтверждена.Также в соответствии с действующими инструкциями и законодательством РФ за ФИО1 было установлено наблюдение. ДД.ММ.ГГГГ получена оперативная информация о том, что неустановленный мужчина, находящийся на территории &lt;адрес&gt; путем создания тайников – «закладок» сбывает наркотическое средство – героин. ДД.ММ.ГГГГ в 10 часов 20 минут у первого подъезда &lt;адрес&gt; по проспекту Октябрьский &lt;адрес&gt;, был выставлен пост наблюдения, где в указанное время появился мужчина, который в районе 10 часов 45 минут прошел в подъезд указанного дома. После мужчина поднялся на пятый этаж, где возле тамбурной двери квартир № и № положил предмет темного цвета, после чего данный мужчина совершил некоторые манипуляции с телефоном и убыл. После наблюдение было приостановлено и за мужчиной также. Далее с целью отработки версии о том, что данный мужчина в действительности сбывал наркотические препараты, было принято решение об обследовании участка, куда мужчина положил неустановленный предмет. Так в рамках действующего законодательства были приглашены понятые, при участии которых было проведено исследование, в ходе которого был обнаружен сверток из полимерного материала внутри которого как стало известно позже по результатам химического исследования в действительности содержался героин массой 1,7394. Также согласно имеющейся санкции было установлено, что ФИО1 в указанный день осуществлял разговор по средствам мобильного телефона, в ходе разговора было установлено, что к совершению обнаруженной закладки причастен ФИО13 В связи с проделанной работой было принято решение об активном наблюдении за ФИО1, а также дана команда в максимально короткие сроки принять соответствующие меры. Так в ходе проведения дальнейших оперативно-розыскных мероприятий ДД.ММ.ГГГГ сотрудниками УНК был выставлен пост наблюдения у дома, где проживал ФИО1, который указанного числа в районе 08 часов проследовал из дома улицами &lt;адрес&gt;. Во дворе &lt;адрес&gt; ФИО1 подошел к гаражу, где с тыльной стороны подобрал предмет, после чего в районе 09 часов вернулся домой, то есть прошел в подъезд &lt;адрес&gt; по Комсомольскому проспекту &lt;адрес&gt;. Далее было установлено, что в районе 09 часов 15 минут ФИО1 вышел из подъезда своего дома и на такси проследовал на площадь Терешковой откуда пешком ФИО1 прошел к дому № по проспекту Победы, где пройдя в подъезд, вышел через некоторое время, при этом ФИО1 совершал некоторые манипуляции с телефоном. В 09 часов 41 минуту наблюдение было прекращено, с целью проверки имеющейся информации было принято решение о наблюдении за подъездом куда проходил ранее ФИО1 Около 09 часов 55 минут к указанному подъезду прошли двое мужчин, которые вели себя подозрительно. Примерно в 10 часов 00 минут указанные мужчины прошли в подъезд и при выходе были задержаны и доставлены в ФИО3, где при личном досмотре у одного из мужчин был обнаружен сверток, в котором как было установлено позже, после проведения химического исследования содержались наркотические средства – героин массой 1,7567 грамм. Мужчина, у которого был обнаружен героин, был установлен как ФИО14, который пояснил, что данный сверток извлек из-под наличника двери &lt;адрес&gt;.Согласно результатам ОРМ – прослушивания телефонных переговоров ФИО1 было установлено, что у гаража последний, по всей видимости, что-то все-таки забирал и в течение дня должен был разложить в определенном количестве. Также часть забранного ФИО1 должен был оставить дома, для последующего как стало известно позже сбыта. ДД.ММ.ГГГГ в продолжение реализации оперативно-розыскных мероприятий в районе 10 часов 40 минут был выставлен пост наблюдения во дворе &lt;адрес&gt;, где согласно поступившей информации ФИО1 планировал забрать крупную «закладку» для дальнейшей реализации. Около 10 часов 50 минут ФИО1 подошел к металлическому гаражу зеленого цвета, где зашел с тыльной стороны поднял предмет, который убрав в карман, убыл по направлению к Комсомольскому проспекту. По ходу движения ФИО1 прошел в подъезд &lt;адрес&gt; по проспекту Комсомольский, откуда вышел и направился к дому № по проспекту Комсомольский &lt;адрес&gt;, где также прошел в подъезд указанного дома и вышел спустя не продолжительное время. Согласно имеющейся информации было приято решение о немедленном задержании ФИО1, что и было сделано, последний был доставлен в УНК УМВД России по Тверской области. В ходе проведения досмотра при ФИО1 было обнаружено 47 свертков из полимерного материала с сыпучим содержимом. В ходе получения объяснения ФИО1 сообщил, что занимается сбытом наркотических веществ путем совершения «закладок». Было приято решение о скорейшей фиксации и изъятии наркотика из тайников, оборудованных в &lt;адрес&gt; по проспекту Комсомольский и &lt;адрес&gt;. В ходе проведения обследования с участием представителей общественности были изъяты свертки, которые были аналогичны с теми, что были обнаружены при ФИО1 В последующем по результатам проведенного исследования было установлено, что порошкообразным веществом в свертках является наркотик с содержанием героина. Было возбуждено уголовное дело, после чего было получено поручение и постановление о незамедлительном и неотложном проведении обыска в жилище ФИО1, где было обнаружено также 10 аналогичных свертков. (т. 2 л.д. 73-76) Допрошенный в судебном заседании ФИО 1 пояснила, и подтвердила ранее данные ею на стадии предварительного следствия показания о том, что у нее есть сын ФИО1, ДД.ММ.ГГГГ г.&lt;адрес&gt; ФИО5 в &lt;адрес&gt;. Примерно 9 лет назад они переехали в &lt;адрес&gt;. Они проживали в &lt;адрес&gt; у ее матери. Примерно три года назад она сняла квартиру в аренду, адрес которой она указала в биографии, там они и стали проживать. ФИО5 с 01 класса по 02 класс обучался в школе &lt;адрес&gt;, после был переведен в Медновскую школу-интернат, где обучался шесть лет. В седьмой класс он перевелся в школу-интернат № &lt;адрес&gt;, где до настоящего времени и числиться. ФИО5 она воспитывала одна. Отец проживает в &lt;адрес&gt;, но отношения периодически поддерживает, созванивается. Материально ни ей, ни ФИО5 не помогал. Они с отцом ФИО5 расписаны не были, поэтому она не подавала на алименты. Она не знает, состоял ли ФИО5 на психиатрическом учете. Она ни разу с ним психолога не посещала. Дома ФИО5 вел себя хорошо, без конфликтов. Ее слушался очень хорошо. В начале, к школе ФИО5 относился положительно, обучался, выполнял под ее присмотром домашние задания. В январе 2016 года ФИО5 попал в больницу по поводу язвы двенадцатиперстной кишки и язвы желудка. После лечения ФИО5 перестал ходить в школу. ФИО5 ей сам сказал об этом. Она приходила в школу, учителя жаловались на ФИО5, то что сын не слушает их, не выполняет их указания. ФИО5 угнетало это все, и сын сам принял решение не ходить в школу. Она пыталась на него подействовать, но не получалось. Преподавателям она пыталась объяснить, что ФИО5 перестал ходить в школу, в связи с конфликтной ситуацией между ним и преподавателями, но последние это все отрицали. В комиссию по делам несовершеннолетних ее два раза вызывали. Поводом было непосещение ФИО5 занятия. На комиссию она не явилась, по причине того, что она искала работу и уезжала в Москву. Тогда комиссия сама приехала домой, состоялся разговор. Сотрудники пытались у нее выяснить причины непосещения школы, она им все объясняла. Было принято решение, что сотрудники помогут перевести ФИО5 в другую школу (вечернюю). Насколько она знает, ФИО5 общался только с одним другом по имени Сергей - одноклассник. Домой ФИО5 никогда друзей не приводил. Со слов ФИО5 она знает, что сын встречался с какой-то девушкой, но разошлись. Примерно в июне-июле 2016 года ФИО5 перестал жить с ней, сына не устраивало, что квартира однокомнатная. ФИО5 говорил, что устроился на работу в пиццерию. ФИО5 ей говорил, что курьер, разносил пиццу по вызовам. Также ей известно, что он арендовал квартиру. По какому адресу, она не знает. Кто помог в этом также не знает. ФИО5 часто приезжал к ней, говорил, что работа нравиться. Когда ФИО5 уехал от нее, то она заметила, что появилась новая одежда, сам покупал продукты питания. Она думала, что это сын все приобрел с зарплаты. Со слов она узнала, что заработная плата ФИО5 зависит от суммы заказов, но не менее 15 000 рублей, плюс, то, что тот ходил пешком, ему доплачивали денег. Сама она денег сыну не давала. Об устройстве на работу сын ей сказал в апреле 2016 года, тогда у ФИО5 и появились деньги. Наличных денег она никогда не видела. ФИО5 также объяснял, что деньги заработной платы ему должны переводить на банковскую карту, но поскольку он не достиг 18 лет и сам не мог получить карту, то попросил воспользоваться картой ее сестры ФИО 3. ФИО 3 дала свою карту. ФИО5 стал пользовался картой. С какого времени, она не знает.Она считает, что условия воспитания у ФИО5 были хорошие, к нему насилия не применялось, постоянно были книги, тетради, а также все необходимое для учебы и воспитания. Был приобретен компьютер.Среди знакомых старших по возрасту не было, влиянию от взрослых ФИО5 не подвергался. Взрослых уважал, всегда со старшими здоровается, уступает в общественном транспорте место. (т. 2 л.д. 77-79). Согласно оглашенных в судебном заседании показаний свидетеля ФИО15 данных в ходе предварительного следствия, что у него есть племянник (сын его родной сестры) ФИО1 До июля 2016 года ФИО5 проживал у своей матери. Периодически он поддерживал отношения с ними, но не тесно. ФИО5 к нему в гости не приходил, он периодически заходил к ним. Проживают они в однокомнатной квартире (общежитие) вместе с их мамой. Отношения между ФИО5 и матерью нормальные. Особо он не вникал в их жизнь, он знал, что ФИО5 обучался в школе-интернат №, плохо обучался, посещал школу с неохотой. По характеру ФИО5 спокойный, взрослых слушался. Он не замечал за ним, что тот употреблял наркотики, алкоголь. Ранее он снимал комнату № &lt;адрес&gt; по Комсомольскому пр-ту &lt;адрес&gt;. Собственник квартиры ФИО 15 (пенсионер, его номер телефона №). В этом году ФИО 15 предложил выкупить у него комнату. Его это устраивало, и он хотел выкупить. Но ему нужно было выехать в более просторную квартиру, потому как у него семья состоит из 4 человек. Он предложил ФИО5 снять эту комнату, чтобы посторонние лица не заняли ее. До этого он узнал от ФИО5, что тот устроился на работу в пиццерию и стал получать заработную плату. Работал ФИО5 разносчиком пиццы. Поскольку у ФИО5 появились деньги он ему и предложил этот вариант. Какова была заработная плата, он не знает. Сумма аренды комнаты составляла 5 000 рублей. ФИО5 согласился на предложение. Он передал ключи от комнаты. ФИО 15 он об этом ничего не говорил. ФИО5 перед тем, как заехать, дал ему указанную сумму, которую тот передал ФИО 15. В итоге ФИО5 ему дважды давал денег за аренду комнаты. Больше он о его работе с ним не разговаривал. ФИО5 пользовался мобильным телефоном с номером №. Эта сим-карта принадлежит ему, он дал для того, чтобы тот пользовался, поскольку сам ФИО5 не мог получить из-за своего несовершеннолетия. О том, что ФИО5 распространял наркотики, он ничего не знал. После того, как он выехал из комнаты, там осталась мебель. ФИО5 сам ничего из мебели не приобретал. Первый раз 5 000 рублей ФИО5 ему передал в конце июля 2016 года, второй раз передал в конце августа 2016 года. Точные даты он не помнит, но точно в период с 20 по 30 числа. (т. 2 л.д. 82-84). Согласно акту оперативно-розыскного мероприятия «Наблюдение» от ДД.ММ.ГГГГ, в период с 10 часов 20 минут до 17 часов 04 минут оперативными сотрудниками УНК УМВД России по &lt;адрес&gt; проводилось наблюдение у первого подъезда &lt;адрес&gt; проспект &lt;адрес&gt;. В ходе наблюдения в 10 часов 44 минуты к данному подъезду указанного дому подошел неустановленный мужчина, который осмотрелся и прошел в подъезд, где прошел на пятый этаж, где в 10 часов 47 минут возле квартир №№, 18 присел и слева под наличник положил предмет темного цвета размером 2 см. После неустановленный мужчина достал мобильный телефон и совершив манипуляции убыл в сторону выхода из подъезда. До 17 часов 04 минут к указанной двери никто не подходил. В 17 часов 04 минуты наблюдение было прекращено (т. 2 л.д. 31). Согласно акту обследования помещения, зданий, сооружений участков местности и транспортных средств от ДД.ММ.ГГГГ, с 17 часов 05 минут ДД.ММ.ГГГГ было проведено обследование участка местности прилегающего к дверному проему в тамбур, где расположены &lt;адрес&gt; 18 &lt;адрес&gt; по &lt;адрес&gt;. В ходе обследования под обналичником, слева при входе в тамбурную дверь где расположены квартиры №№, 18 &lt;адрес&gt; по Октябрьскому проспекту &lt;адрес&gt; обнаружен сверток из черного полимера с веществом внутри. (т. 2 л.д. 22-24). Согласно заключению эксперта № от ДД.ММ.ГГГГ представленное на исследование порошкообразное вещество массой: 1.7294 г, содержит в своем составе наркотические средства: ацетилкодеин, 6-моноацетилморфин, диацетилморфин (героин), вещество группы меторфан, а также фармакологически активное вещество кофеин. (т. 2 л.д. 57-61). Согласно протоколу осмотра и прослушивания фонограммы от ДД.ММ.ГГГГ, осмотрен диск с номером 9 нс, в ходе чего было установлено, как неустановленное следствием лицо договаривается о количестве наркотического средства сделанного несовершеннолетним ФИО1, также обсуждается вопрос о посещении ФИО1 проспекта Октябрьского, входе чего также было установлено время и дата совершения преступления.(т. 2 л.д. 48-51). Согласно протоколу осмотра предметов от ДД.ММ.ГГГГ осмотрен: - конверт коричневого цвета с надписью на лицевой стороне, выполненной рукописным способом красителем синего цвета, следующего содержания: «В данном конверте находятся 47 (сорок семь) свертков из полимера черного цвета с веществами внутри. Изъятые у гр. ФИО1 ДД.ММ.ГГГГ г.р. ДД.ММ.ГГГГ в ходе личного досмотра по адресу: &lt;адрес&gt; каб. № о/у УНК УМВД России по ТО ст. л-т полиции (подпись) (инициалы) Ивановский».Клапан осматриваемого конверта заклеен и опечатан отрезком бумаги белого цвета с оттиском печати синего цвета «Для пакетов №», заверенный двумя подписями. Левая сторона осматриваемого конверта заклеена отрезком бумаги белого цвета с пояснительной записью, выполненной рукописным способом, красителем синего цвета, следующего содержания: «Заключение № от ДД.ММ.ГГГГ у/&lt;адрес&gt;», опечатанную одним оттиском печати сиреневого цвета «Отдел по исследованию наркотических средств №, заверенный двумя подписями. На момент осмотра упаковка нарушений целостности не имеет. При вскрытии конверта в нем обнаружены: 3 свертка из фрагментов белой бумаги с рукописными надписями выполненными красящим веществом серого цвета; 44 свертка из фрагментов полимерной пленки черного цвета, края которых запаяны и перевязаны фрагментами нитей черного цвета (десять свертков) и фрагментами нитей черного цвета (тридцать четыре свертка); фрагменты полимерной пленки черного цвета и фрагменты нитей синего цвета; фрагмент бумаги коричневого цвета. - конверт коричневого цвета с надписью на лицевой стороне, выполненной рукописным способом красителем синего цвета, следующего содержания: «В настоящем конверте находится пакет черного цвета с находящимся внутри 10 (десятью) свертками внутри которых находятся вещества изъятые в ходе производства обыска жилища занимаемого ФИО1 ДД.ММ.ГГГГ В период времени с 22 часа 35 мин до 22 часа 53 минут о/у УНК УМВД России по ТО ст л-т полиции (подпись) (инициалы) Ивановский». Клапан осматриваемого конверта заклеен и оклеен фрагментом бумаги белого цвета с оттиском печати синего цвета «Для пакетов №», нанесенным красящим веществом синего цвета, заверенным тремя подписями, выполненными красящим веществом синего цвета. Правая сторона осматриваемого конверта заклеена отрезком бумаги белого цвета с пояснительной записью, выполненной рукописным способом, красителем синего цвета, следующего содержания: «Заключение № от ДД.ММ.ГГГГ у/&lt;адрес&gt;», заверенный подписью. На момент осмотра упаковка нарушений целостности не имеет. При вскрытии конверта в нем обнаружены: сверток из фрагмента полимерной пленки черного цвета, внутри которого находились десять свертков из фрагментов полимерной пленки черного цвета, края которых запаяны. - конверт белого цвета с надписью на лицевой стороне, выполненной рукописным способом красителем синего цвета, следующего содержания: «Сверток из черного полимера изъятый в ходе обследования участка местности по адресу: &lt;адрес&gt;, Комсомольский пр-т &lt;адрес&gt; под наличником тамбурной двери квартир 101-102, внутри слева. ДД.ММ.ГГГГ ст. о/у по ОВД к-н полиции (подпись) Д.П. (фамилия неразборчиво)», заверенный одной подписью. Клапан конверта заклеен и оклеен отрезком бумаги белого цвета, на поверхности которого имелся оттиск круглой печати «…ДЛЯ ПАКЕТОВ №...», выполненным красителем синего цвета, заверенным подписью. Кроме того, часть одной из боковых сторон конверта обклеена отрезком бумаги белого цвета, на поверхности которого имеется оттиск круглой печати «Отдел специальных исследований №…», выполненный красителем синего цвета, заверенным подписью. Боковая сторона конверта обклеена отрезком бумаги белого цвета, на поверхности которого имеется оттиск круглой печати «Отдел по исследованию наркотических средств №…», выполненный красителем синего цвета, заверенным подписью и пояснительной надписью «к заключению № от 07.10.2016». На момент осмотра упаковка нарушений целостности не имеет. При вскрытии конверта в нем обнаружены: фрагмент полимерного материала черного цвета, перевязанный отрезком нити черного цвета; сверток из бумаги белого цвета. - конверт белого цвета с надписью на лицевой стороне, выполненной рукописным способом красителем синего цвета, следующего содержания: «Сверток из черного полимера изъятый в ходе обследования участка местности по адресу: &lt;адрес&gt;, Комсомольский пр-т &lt;адрес&gt; под наличником тамбурной двери квартир 121-122, (справа внизу) ДД.ММ.ГГГГ ст. о/у по ОВД к-н полиции (подпись) ФИО16» заверенный одной подписью. Клапан конверта заклеен и оклеен отрезком бумаги белого цвета, на поверхности которого имелся оттиск круглой печати «…ДЛЯ ПАКЕТОВ №...», выполненным красителем синего цвета, заверенным двумя подписями. Кроме того, часть одной из боковых сторон конверта обклеена отрезком бумаги белого цвета, на поверхности которого имеется оттиск круглой печати «Отдел специальных исследований №…», выполненный красителем синего цвета, заверенным подписью. Боковая сторона конверта обклеена отрезком бумаги белого цвета, на поверхности которого имеется оттиск круглой печати «Отдел по исследованию наркотических средств №…», выполненный красителем синего цвета, заверенным подписью и пояснительной надписью «к заключению № от 07.10.2016». На момент осмотра упаковка нарушений целостности не имеет. При вскрытии конверта в нем обнаружены: фрагмент полимерного материала черного цвета, перевязанный отрезком нити черного цвета; сверток из бумаги белого цвета. - конверт белого цвета с надписью на лицевой стороне, выполненной рукописным способом красителем синего цвета, следующего содержания: «&lt;адрес&gt;, Октябрьский проспект, &lt;адрес&gt; 1-ый подъезд». В данном конверте находится сверток из черного полимерного пакета, изъятый по адресу: &lt;адрес&gt;, Октябрьский проспект, &lt;адрес&gt; 1-ый подъезд, в ходе обследования дверного проема в тамбур где находятся &lt;адрес&gt; № слева под Наличником ДД.ММ.ГГГГ о/у по ОВД УНК УМВД России по ТО ст. л-т (фамилия неразборчиво) Е.И. (подпись)» заверенной одной подписью. Клапан конверта заклеен и оклеен отрезком бумаги белого цвета с оттиском круглой печати «…ДЛЯ ПАКЕТОВ №...», выполненным красителем синего цвета, заверенным двумя подписями. Кроме того, верхняя часть конверта обклеена отрезком бумаги белого цвета с оттиском круглой печати «Отдел специальных исследований №…», выполненный красителем синего цвета, заверенным подписью. А также, на поверхности данного отрезка имеется пояснительная надпись «к заключению № от 24.11.2016». На момент осмотра упаковка нарушений целостности не имеет. При вскрытии конверта в нем обнаружены: фрагмент полимерного материала черного цвета со следами оплавления; сверток из бумаги белого цвета. - полимерный прозрачный пакет, который обклеен липкой лентой типа «скотч», под липкой лентой находится отрезок бумаги белого цвета с оттиском круглой печати «ДЛЯ ПАКЕТОВ №», выполненным красителем синего цвета, заверенным двумя подписями, заверенный тремя подписями с пояснительной записью, выполненной печатным способом, красителем черного цвета, следующего содержания: «Банковская карта Сбербанка 4276 8630 2274 5335 на имя ФИО 3 действующая до 04/18 изъятая в ходе личного обыска ФИО1 ДД.ММ.ГГГГ по уголовному делу №». На момент осмотра упаковка нарушений целостности не имеет. При вскрытии пакета в нем обнаружена: банковская карта «Сбербанк» с №, действующая до 04/18. - конверт белого цвета, клапан которого заклеен отрезком бумаги белого цвета с оттиском печати синего цвета «Для пакетов №», заверенный тремя подписями. На лицевой стороне конверта имеется пояснительная запись, выполненная рукописным способом, красителем синего цвета, следующего содержания: «Листы формата А4 с печатным текстом, изъятые в ходе выемки у ФИО 3 ДД.ММ.ГГГГ по адресу: &lt;адрес&gt; каб. № ». На момент осмотра упаковка нарушений целостности не имеет. При вскрытии пакета в нем обнаружены: 2 листа бумаги формата А4 белого цвета, представляющие собой – справку о состоянии вклада ФИО 3 за период с ДД.ММ.ГГГГ по ДД.ММ.ГГГГ В данном документе указан счет №.8ДД.ММ.ГГГГ.0703944 по вкладу: Visa Electron (в рублях). Документ подразделен на 5 пунктов: 1. Информация о статусе вклада. 2. Сведения о закрытии вклада. 3. Сведения о текущем состоянии вклада. 4. Информация о наличии доверенности. 5. Дополнительная информация. Данная выписка составлена по заявлению ФИО 3 ДД.ММ.ГГГГ (т. 3 л.д. 6-10). Согласно протоколу осмотра предметов от ДД.ММ.ГГГГ осмотрены: - мобильный телефон марки «NOKIA Lumia 630 Dual SIM», изъятый ДД.ММ.ГГГГ в ходе личного досмотра ФИО1 Мобильный телефон марки «NOKIA Lumia 630 Dual SIM» моноблок, бывший в употреблении, размерами 12,5 см. в длину, 0,8 см. в толщину, 6,3 см. в ширину в пластмассовом корпусе черного и белого цвета. На передней панели располагается сенсорный экран. На верхней панели телефона имеется разъем для наушников типоразмер 3.5 minijack. На задней панели имеется объектив для фото-видео съемки. На нижней панели телефона имеется micro USB разъем. На правой стороне панели телефона имеются клавиша для регулировки громкости, а также клавиша включения/выключения телефона. При открытии задней крышки телефона получен доступ к отсеку для подключения 2-ух SIM-карт и аккумулятору. В отсеке для SIM-карты № обнаружена SIM-карта белого цвета оператора связи «YOTA» с номером 020374; 2677. В отсеке для SIM-карты № обнаружена SIM-карта черного цвета оператора связи «ТЕLE 2» с номером №; № 3G/4G. Данный телефон имеет следующий IMEI код: №; идентификатор SIM-карты: 897№.При включении телефона появляется изображение меню. При осмотре содержимого телефона, какой либо значимой информации для уголовного дела не обнаружено. Мобильные приложения «WhatsApp» и «Viber» на данном телефоне отсутствуют. Каких либо файлов имеющих значение для уголовного дела в ходе осмотра установить не представилось возможным. - мобильный телефон марки «ASUS ZE500CL», изъятый ДД.ММ.ГГГГ в ходе личного досмотра ФИО1 Мобильный телефон марки «ASUS ZE500CL» моноблок, бывший в употреблении, размерами 14,2 см. в длину, 0,4 см. в толщину, 7,1 см. в ширину в пластмассовом корпусе черного цвета. На передней панели располагаются сенсорный экран c тремя сенсорными клавишами. На верхней части экрана имеется надпись «ASUS», а также объектив для фото-видео съемки. На экране наклеено защитное стекло. На верхней панели телефона имеется разъем для наушников типоразмер 3.5 minijack, а также клавиша для включения/выключения телефона. На задней панели имеется объектив для фото-видео съемки, а также клавиша для регулировки громкости. На нижней панели телефона имеется micro USB разъем. При открытии задней крышки телефона получен доступ к отсеку для подключения SIM-карты, аккумулятору и отсеку для карты памяти Micro SD. На задней крышке телефона, во внутренней ее части имеется наклейка белого цвета с пояснительным текстом «UPK154R; №; 13A5-№ 0000». В отсеке для SIM-карты обнаружена SIM-карта белого цвета оператора связи «TELE 2» с номером №; № 3G/4G. На аккумуляторе имеется наклейка с текстом « ASUS Phone Model: ZE500CL; Made in China; IMEI: №; SSN: №; MFG: 2015/08». При включении телефона появляется изображение меню. При осмотре содержимого телефона, какой либо значимой информации для уголовного дела не обнаружено. Мобильные приложения «WhatsApp» и «Viber» на данном телефоне отсутствуют. Каких либо файлов имеющих значение для уголовного дела в ходе осмотра установить не представилось возможным. (т. 3 л.д. 11-14).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незаконный сбыт наркотического средства в крупном размере, группой лиц по предварительному сговору Согласно оглашенных в судебном заседании показаний свидетеля ФИО18 данных в ходе предварительного следствия, что спиртными напитками он не злоупотребляет, однако иногда употребляет наркотические средства, а именно «героин» внутривенно. Принимает наркотики только последние три месяца, до этого он долгое время ничего не употреблял. Однако наркозависимым себя не считает, на учете в наркологическом диспансере не состоит, однако он состоит в психоневрологическом диспансере с диагнозом шизофрения.Наркотические вещества он употребляет, покупая их на свои собственные денежные средства, а именно на пенсию по инвалидности, которую ему зачисляют ежемесячно. Наркотические средства приобретал через своего знакомого ФИО17, с которым знаком примерно полтора месяца, познакомился через общих знакомых. Также ему известно, что сам ФИО17 употребляет героин. ДД.ММ.ГГГГ около 09 часов ему на сотовый телефон позвонил ФИО4, который предложил, встреться, на что тот согласился. Далее они, встретившись на площади Капошвара вызвали такси на котором проследовали до проспекта Победы, где по прибытию они прошли в &lt;адрес&gt; по проспекту Победы. Для чего они прибыли по указанному адресу он не знал, ФИО4 ему не сообщал. Когда они находились в подъезде, ФИО4 сообщил, что будет искать закладку – сверток с наркотическим веществом. После Александр поднялся на третий этаж, он же оставался на втором, через несколько секунд ФИО4 сообщил, что нашел «закладку» и когда они начали спускаться вниз, то их задержали сотрудники полиции. По доставлению в отдел полиции были проведены личные досмотры, входе которых у ФИО4 был найден сверток с наркотическим веществом – героином. Наркотическое вещество он и ФИО4 хотели употребить. (т. 1 л.д. 189-191). Согласно оглашенных в судебном заседании показаний свидетеля ФИО17 данных в ходе предварительного следствия, что ДД.ММ.ГГГГ, в подъезде &lt;адрес&gt; по проспекту Победы &lt;адрес&gt; он поднявшись на третий этаж у &lt;адрес&gt; под наличником сверху обнаружил «закладку», а именно небольшой контейнер из полимерного материала черного цвета. Времени при этом было около 09 часов 58 минут. Далее обнаруженную закладку он убрал под резинку своих трусов сзади, после чего он и Сергей – его знакомый начали спускаться, где и были задержаны по ходу движения. После при доставлении в отдел полиции он при проведении досмотра в присутствии понятых сообщил, что у него при себе имеется сверток и сообщил о его расположении. После данный сверток с веществом – героин был у него изъят. Наркотическое вещество он и ФИО18 хотели употребить. (т. 1 л.д. 193-195). Оглашенными показаниями свидетеля ФИО 5 ( т.2 л.д. 73-76), изложенными в доказательствах по первому эпизоду. Допрошенный в судебном заседании свидетель ФИО 6 пояснил и подтвердил ранее данные ею на стадии предварительного следствия показания о том, что он проживает постоянно со своим сыном. Ранее с 2002 до 2015 год он был трудоустроен в системе УФСИН РФ по Тверской области, где состоял на различных должностях, службу он окончил по собственной инициативе по причине семейных обстоятельств. С 2015 года он трудоустроился в такси, где подрабатывает до настоящего времени. Работу он осуществляет в различных фирмах такси, то есть у него было несколько программ и «Таксишка» и «Спутник» и «Максим». Занимаясь частным извозом, он использует свое личное транспортное средство, то есть автомобиль марки «Шкода» г.р.з. Х 958 РМ 69 регион. Выходить на работу он старается каждый день, в сентябре 2016 он также находился в г. Твери и также выходил регулярно на работу. На работу он выходит как в дневное, так и ночное время, то есть отталкивается от личного желания, и свободного времени от каких-либо бытовых дел. За рабочий день или ночь, у него получается осуществить от 10-20 поездок. Сказать о том, что он запомнил бы кого-либо из пассажиров, он не может, так как это сделать невозможно, если только конечно тот или иной клиент не был для него интересен или что-то не произошло из ряда вон. По предъявленным ему фотографиям, он может сказать, что в действительности автомобиль его и за рулем находится он, но молодого человека он не помнит и сказать о том, что он его запомнил, тоже не может. Обстоятельств поездки он не помнит, но для себя делает вывод, что это была рядовая поездка, то есть по одной из служб электронной рассылки заказов он принял заказ и отвез данного молодого человека на адрес. Не может также исключить и того, что адресов могло быть несколько, но он обстоятельств поездки не помнит и пояснить, более ничего не может. Какой службой рассылки заказов он пользовался на тот момент, он также сказать не может, так как он использует несколько и неоднократно менял их из экономических соображений. Наркотиками не торгует, и если бы он знал, что его пассажир торгует наркотиками то он бы, обязательно бы попытался задержать и вызвать сотрудников полиции, так как у него подрастает сын, а наркоманы наводняют город дрянью. (т. 1 л.д. 224-226). Оглашенными показаниями ФИО 1 (т.2 л.д. 77-79), ФИО 13 ( т.2 л.д. 82-84), изложенными в доказательствах по первому эпизоду. Согласно оглашенных в судебном заседании показаний свидетеля ФИО 7 данных в ходе предварительного следствия, что он проживает по адресу: &lt;адрес&gt;, Комсомольский проспект, &lt;адрес&gt;, совместно со своей супругой. ДД.ММ.ГГГГ он находился дома, в районе 12 часов в дверь раздался звонок, он открыл, где увидел молодых людей, которые предъявили служебные удостоверения и сообщили, что являются сотрудниками полиции. Полицейские попросили его поучаствовать в качестве представителя общественности при проведении оперативного мероприятия, то есть они попросили его спуститься этажом ниже, что он и сделал, когда вышел из квартиры. Когда он спустился то из &lt;адрес&gt; также в качестве понятой была приглашена девушка, которая ему была знакомы визуально, то есть она является соседкой, но лично никогда знаком не был. Так им сотрудники полиции разъяснили суть проводимого мероприятия, а именно то, что они – представители общественности должны будут удостоверить факт обнаружения и изъятия, так называемой «закладки» если будет обнаружена. Также сотрудники полиции сообщили, что по оперативной информации молодой человек в подъезде на 4 этаже закладывает наркотик. После сотрудники полиции начали проверять тамбурную дверь ведущую с лестничной площадки к квартирам 101-102, так входе отыскания с левой стороны двери в месте расположения нижней дверной петли за ниточку из шва в стене был извлечен черный полимерный шарик – сверток, который был перевязан ниткой. Сверток был похож на мешочек. Данный сверток был изъят и упакован в белый бумажный конверт, который был скреплен подписями участвующих лиц, также на конверте имелась пояснительная надпись. После упаковки изъятого, ему и второй представительницы общественности – понятой из &lt;адрес&gt; было предложено расписаться на упаковке и в протоколе, который отображал проводимые действия. После ознакомления с протоколом он поставил подписи и убыл домой. Девушка также все прочитала и поставила подписи на конверте с изъятом и в протоколе. (т. 1 л.д. 137-139). Согласно оглашенных в судебном заседании показаний свидетеля ФИО 8 данных в ходе предварительного следствия, что она проживает по адресу: &lt;адрес&gt;, Комсомольский проспект, &lt;адрес&gt;, совместно со своим мужем и своими родителями. ДД.ММ.ГГГГ она находилась дома, в районе 13 часов в дверь раздался звонок, она открыла, где увидела молодых людей, которые предъявили служебные удостоверения и сообщили, что являются сотрудниками полиции. Полицейские попросили ее поучаствовать в качестве представителя общественности при проведении оперативного мероприятия, то есть они попросили ее выйти из квартиры, а также попросили поучаствовать ее сестру, которая также находилась у нее в гостях. Когда она вышла то из квартиры вместе с сестрой, которая также была приглашена в качестве понятой, сотрудники полиции разъяснили суть проводимого мероприятия, а именно то, что они – представители общественности должны будут удостоверить факт обнаружения и изъятия, так называемой «закладки» если та будет обнаружена. Также сотрудники полиции сообщили, что по оперативной информации молодой человек в нашем подъезде на 1 этаже закладывает наркотик. После сотрудники полиции начали проверять тамбурную дверь, ведущую с лестничной площадки к моей квартире и &lt;адрес&gt;. В ходе отыскания в нижней части дверного косяка был извлечен черный полимерный шарик – сверток. Сверток был похож на мешочек. Данный сверток был изъят и упакован в белый бумажный конверт, который был скреплен подписями участвующих лиц, также на конверте имелась пояснительная надпись. После упаковки изъятого, ей и второй представительнице общественности – понятой (ее систре) было предложено расписаться на упаковке и в протоколе, который отображал проводимые действия. После ознакомления с протоколом она поставила подписи и ушла домой вместе со своей сестрой. Она была в шоке, что у нее под дверью лежит наркотики и в подъезде наркоманы, так как вообще их подъезд тихий и спокойный. Ее сестра в настоящее время находится за пределами Тверской области, они поругались и как ей кажется, сестра находится в &lt;адрес&gt;, но где точно она не скажет. (т. 1 л.д. 143-145). Согласно оглашенных в судебном заседании показаний свидетеля ФИО 14 данных в ходе предварительного следствия, что она проживает по адресу: &lt;адрес&gt;, Комсомольский проспект, &lt;адрес&gt;, совместно со своим супругом и мамой. ДД.ММ.ГГГГ она находилась дома, в районе 12 часов в дверь раздался звонок, она открыла, где увидела молодых людей, которые предъявили служебные удостоверения и сообщили, что являются сотрудниками полиции.Полицейские попросили ее поучаствовать в качестве представителя общественности при проведении оперативного мероприятия, то есть они попросили ее выйти на лестничную площадку, что она и сделала. Когда она вышла, то из &lt;адрес&gt; также в качестве понятого был приглашен мужчина, который ей знаком визуально, то есть он является ее соседом, но лично никогда знакома не была. Так им сотрудники полиции разъяснили суть проводимого мероприятия, а именно то, что они – представители общественности должны будут удостоверить факт обнаружения и изъятия, так называемой «закладки» если будет обнаружена. Также сотрудники полиции сообщили, что по оперативной информации молодой человек в подъезде на 4 этаже закладывает наркотик. После сотрудники полиции начали проверять тамбурную дверь, ведущую с лестничной площадки к квартирам 101-102, так входе отыскания с левой стороны двери в месте расположения нижней дверной петли за ниточку из шва в стене был извлечен черный полимерный шарик – сверток, который был перевязан ниткой. Сверток был похож на мешочек. Данный сверток был изъят и упакован в белый бумажный конверт, который был скреплен подписями участвующих лиц, также на конверте имелась пояснительная надпись. После упаковки изъятого, ей и второму представителю общественности – понятому из &lt;адрес&gt; было предложено расписаться на упаковке и в протоколе, который отображал проводимые действия. После ознакомления с протоколом она поставила подписи и ушла домой. Мужчина также все прочитал и поставил подписи на конверте с изъятом и в протоколе. (т. 1 л.д. 131-133). Согласно акту оперативно-розыскного мероприятия «Наблюдение» от ДД.ММ.ГГГГ, в период с 10 часов 40 минут до 11 часов 35 минут оперативными сотрудниками УНК УМВД России по &lt;адрес&gt; проводилось наблюдение у &lt;адрес&gt;. В ходе наблюдения в 10 часов 48 минут в поле зрения попал Близнецов Р.РПримерно в 10 часов 50 минут ФИО1 зашел с тыльной стороны гаража, зеленого цвета, расположенного во дворе указанного дома, где откинув ногой камень поднял предмет и убрав его в карман напрвился в сторону проспекта Комсомольский &lt;адрес&gt;. Примерно в 10 часов 59 минут ФИО1 прошел в четвертый подъезд &lt;адрес&gt; по Комсомольскому проспекту &lt;адрес&gt;. В 11 часов 00 минут ФИО29 вышел из подъезда и прошел к дому № по Комсомольскому проспекту &lt;адрес&gt;, где также зашел в подъезд и вышел в 11 часов 07 минут, после чего ФИО1 прошел к дому № &lt;адрес&gt; по Комсомольскому проспекту, где в арке был задержан сотрудниками УНК УМВД России по &lt;адрес&gt;. (т. 1 л.д. 22) Согласно акту оперативно-розыскного мероприятия «Наблюдение» от ДД.ММ.ГГГГ, в период с 07 часов 30 минут до 11 часов 07 минут оперативными сотрудниками УНК УМВД России по &lt;адрес&gt; проводилось наблюдение у &lt;адрес&gt; по Комсомольскому проспекту &lt;адрес&gt;. В ходе наблюдения в 08 часов 00 минуты из второго подъезда &lt;адрес&gt; по Комсомольскому проспекту &lt;адрес&gt; вышел мужчина познанный как ФИО1, после чего последний проследовал во двор &lt;адрес&gt;, где в 08 часов 10 минут ФИО1 подошел к строению из белого кирпича. В 08 часов 52 минуты ФИО1 на расстоянии около одного метра, от правого угла указанного кирпичного строения подобрал предмет светлого цвета и убрал его в левый карман куртки. Далее ФИО1 проследовал к дому № «а» по Комсомольскому проспекту &lt;адрес&gt;, где прошел во второй подъезд. В 09 часов 15 минут ФИО1 вышел из дома, сел в автомобиль марки Шкода г.р.з № на переднее пассажирское сидение. Далее ФИО1 &lt;адрес&gt;, где выйдя, отправился к дому № по проспекту Победы &lt;адрес&gt;, подойдя ФИО1 прошел в первый подъезд указанного дома, и в 09 часов 40 минут вышел удерживая в руках телефон и производя манипуляции, после чего убыл в сторону &lt;адрес&gt;. В 09 часов 41 минуту сотрудниками УНК был выставлен пост наблюдения за первым подъездом &lt;адрес&gt; по проспекту Победыг. Твери, к которому в 09 часов 57 минут подошли два человека, личность которых была установлена в последующем как ФИО4 и ФИО6. В 10 часов 00 при выходе ФИО4 и ФИО6 были задержаны, после чего доставлены в ФИО3 УМВД России по &lt;адрес&gt;. (т. 1 л.д. 169-170, 171-173) Согласно акту обследования помещения, зданий, сооружений участков местности и транспортных средств от ДД.ММ.ГГГГ, с 12 часов 35 минут ДД.ММ.ГГГГ проведено обследование участка местности прилегающего к дверному проему в тамбур, где расположены &lt;адрес&gt; 102 &lt;адрес&gt; по Комсомольскому проспекту &lt;адрес&gt;. В ходе обследования слева внизу был обнаружен сверток из черного полимера с веществом внутри. (т. 1 л.д. 57-59). Согласно акту обследования помещения, зданий, сооружений участков местности и транспортных средств от ДД.ММ.ГГГГ, с 12 часов 59 минут ДД.ММ.ГГГГ, проведено обследование участка местности прилегающего к дверному проему в тамбур, где расположены &lt;адрес&gt; 122 &lt;адрес&gt; по Комсомольскому проспекту &lt;адрес&gt;. В ходе обследования внизу наличника был обнаружен сверток из черного полимера с веществом внутри. (т. 1 л.д. 65-67). Согласно заключению эксперта № от ДД.ММ.ГГГГ представленное на исследование порошкообразное вещество исходной массой: 1.7567 г, содержит в своем составе наркотические средства: ацетилкодеин, 6-моноацетилморфин, диацетилморфин (героин), вещество группы меторфан, а также фармакологически активное вещество кофеин. (т. 1 л.д. 204-207). Согласно заключению эксперта № от ДД.ММ.ГГГГ представленное порошкообразное вещество, массой: 1.5606 г, которое находилось в свертке, обнаруженного и изъятого ДД.ММ.ГГГГ в ходе обследования лестничной клетки под наличником тамбурной двери квартир №№ &lt;адрес&gt; по Комсомольскому проспектуг. Твери, содержит в своем составе наркотические средства: ацетилкодеин, 6-моноацетилморфин и диацетилморфин (героин), вещество группы - меторфан, а также фармакологически активное вещество - кофеин. Представленное порошкообразное вещество, массой: 1.9934 г, которое находилось в свертке, обнаруженного и изъятого ДД.ММ.ГГГГ в ходе обследования лестничной клетки под наличником тамбурной двери квартир №№ &lt;адрес&gt; по Комсомольскому проспекту &lt;адрес&gt;, содержит в своем составе наркотические средства: ацетилкодеин, 6-моноацетилморфин и диацетилморфин (героин), вещество группы - меторфан, а также фармакологически активное вещество - кофеин. (т. 1 л.д. 105-111). Согласно протоколу осмотра и прослушивания фонограммы от ДД.ММ.ГГГГ, осмотрен диск с номером 10 нс, в ходе чего установлено, как неустановленное следствием лицо договаривается о передаче наркотического средства несовершеннолетнему ФИО1, сообщая последнему конкретное место закладки, входе чего также было установлено время и дата совершения преступления. Также в ходе разговора неустановленное следствием лицо просит ФИО1 часть наркотического средства оставить дома у себя. (т. 1 л.д. 219-222). Согласно протоколу осмотра и прослушивания фонограммы от ДД.ММ.ГГГГ, осмотрен диск с номером 5 нс, установлено, как неустановленное следствием лицо договаривается о передаче наркотического средства несовершеннолетнему ФИО1, сообщая последнему конкретное место закладки, входе чего также было установлено время и дата совершения преступления. (т. 1 л.д. 83-85). Оглашенным протоколом осмотра предметов от ДД.ММ.ГГГГ, изложенными в доказательствах по первому эпизоду. (т. 3 л.д. 6-10). Оглашенным протоколом осмотра предметов от ДД.ММ.ГГГГ, изложенными в доказательствах по первому эпизоду.( т.3 л.д. 11-14)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покушения, то есть умышленных действий лица, непосредственно направленных на совершение незаконного сбыта наркотического средства в крупном размере, группой лиц по предварительному сговору, при этом преступление не было доведено до конца по независящим от этого лица обстоятельствам Оглашенными показаниями свидетелей ФИО 5 ( т.2 л.д. 73-76), ФИО15 ( т.2 л.д. 82-84), ФИО 1 (т.2 л.д. 77-79), изложенными в доказательствах по первому эпизоду. Согласно оглашенных в судебном заседании показаний свидетеля ФИО 9 данных в ходе предварительного следствия, ДД.ММ.ГГГГ около 11 часов 30 минут часов он находился в районе Комсомольского проспекта &lt;адрес&gt;, когда к нему обратился сотрудник полиции и предложил принять участие в мероприятии, а точнее попросил пройти в кабинет в здание бывшего управления по делам о наркотиках. Он располагал временем и согласился. Они вместе с сотрудником полиции поднялись в кабинет, расположенный на первом этаже в здании по адресу: &lt;адрес&gt;, Комсомольский проспект, &lt;адрес&gt;. Там же с ним был приглашен второй представитель общественности – понятой мужчина. Анкетные данные понятого или кого-либо еще, то есть досматриваемого молодого человек или сотрудника полиции он не запомнил. Он ни с кем знаком также никогда не был. В кабинете ему была разъяснена суть проводимого мероприятия, а именно, то, что будет проводиться досмотр молодого человека, который по предположению сотрудников полиции мог иметь при себе наркотические препараты или вещества. После того как была разъяснена суть мероприятия сотрудник полиции начал досматривать молодого человека, так из карманов его вещей сотрудник полиции извлек в общей сложности 47 свертков из черного полимерного материала, которые были чем-то перевязаны как ему кажется нитками. Также при досмотре были изъяты два мобильных телефона: «Nokia» и «Asus». Все изъятые свертки были упакованы в бумажный конверт, который имел пояснительную надпись о содержимом, где по просьбе сотрудника он поставил свою подпись, то есть тем самым заверил данную упаковку. Мобильные телефона в упаковку не помещались. Второй понятой также как и он заверил своей подписью упаковку изъятых свертков. После в районе 12 часов он и второй понятой ознакомились с протоколом, в котором была отображена суть проводимого мероприятия, а также с них по очереди получили объяснение. И в протоколе и в бланке объяснения, после ознакомления он также поставил подпись. В ходе проведения досмотра молодой человек, то есть досматриваемый вел себя спокойно, когда извлекли все содержимое, то молодой человек пояснил, что данные свертки содержат в себе наркотик. Свертки он приобрел незадолго до того, как был задержан полицейскими. Приобрел свертки как пояснил досматриваемый у мужчины по имени Али, который в свою очередь по телефону сообщал о месте, где будут лежать данные свертки. Также молодой человек называл адрес, где подобрал так называемую «закладку» но адрес он уже не помнит. После того как мероприятие было окончено и он ознакомился со всеми составляемыми документами он и второй понятой были отпущены, он вышел из здания полиции и убыл по своим делам. (т. 1 л.д. 114-116) Согласно оглашенных в судебном заседании показаний свидетеля ФИО 10 данных в ходе предварительного следствия, он проживает по адресу: &lt;адрес&gt;, Комсомольский проспект, &lt;адрес&gt;, совместно со своей супругой ФИО 11, с которой ДД.ММ.ГГГГ они находились дома, в вечернее время в районе 22 часов он находился в комнате, его жена в кухонной комнате. Они проживают в общежитии, коридорного типа у них имеются восемь отдельных комнаты, но имеется общая ванная и кухонная комната. В указанный день в указанное время, когда жена находилась на кухне в их коридор прошли сотрудники полиции с девушкой. Сотрудники полиции попросили супругу и его поучаствовать при проведении обыска в жилище, поучаствовать их попросили в качестве понятых. Сотрудниками полиции была разъяснена суть проводимого мероприятия, а именно то, что в одной из комнат их коридора, а точнее в комнате № проживающий молодой человек, анкетные данные которого ему известны не были, был задержан за распространение наркотиков. Им пояснили, что в квартире будет проводиться обыск ввиду возможного нахождения там также наркотических веществ. С сотрудниками полиции как им пояснили находившаяся девушка являлась тетей того молодого человека, который и снимал комнату №. Молодого человека он не знал, так как тот до проведения обыска появился в коридоре, то есть стал снимать данную комнату за 2 недели. В ходе обыска, «тетя» имеющимися при ней ключами открыла дверь в комнату, куда прошли все участвующие лица. Также им, то есть ему и жене было разъяснено, что им как понятым необходимо следить за всем происходящим, а именно удостоверить факт, если в квартире что-то будет обнаружено из предметов, изъятых из свободного гражданского оборота или любые другие предметы имеющие значение для уголовного дела. В ходе обыска в комнате под диваном был обнаружен черный полимерный пакет, который в себе содержал 10 маленьких свертков из черного полимерного материала с каким-то веществом. Данные свертки были перевязаны ниточками, после их изъятия они были упакованы в бумажный конверт коричневого цвета, который был оснащен бирками с пояснительными надписями. После того как данный конверт был опечатан, ему и супруге было предложено удостоверить целостность упаковки, а именно заверить в нескольких местах упаковку подписями, что и было сделано. Более в квартире ничего обнаружено не было. По окончанию проведения обыска им, то есть ему и второму понятому – жене был предъявлен протокол, прочитав который он подписал, после чего дверь была закрыта и сотрудники полиции и девушка – «тетя» убыли. Проживающего молодого человека охарактеризовать не может, так как его не видел. Молодой человек ничего не готовил, посуду не мыл, ни с кем не общался и вообще снимал комнату небольшое количество времени. (т. 1 л.д. 120-122). Согласно оглашенных в судебном заседании показаний свидетеля ФИО 11 данных в ходе предварительного следствия, она проживает по адресу: &lt;адрес&gt;, Комсомольский проспект, &lt;адрес&gt;, совместно со своим супругом ФИО 10, с которым ДД.ММ.ГГГГ они находились дома, в вечернее время в районе 22 часов она находилась в кухонной комнате. Они проживают в общежитии, коридорного типа у них имеются восемь отдельных комнаты, но имеется общая ванная и кухонная комната.В указанный день в указанное время, когда она находилась на кухне в их коридор прошли сотрудники полиции с девушкой. Сотрудники полиции попросили ее поучаствовать при проведении обыска в жилище, поучаствовать ее попросили в качестве понятой, а также пригласили ее супруга. Сотрудниками полиции была разъяснена суть проводимого мероприятия, а именно то, что в одной из комнат их коридора, а точнее в комнате № проживающий молодой человек, анкетные данные которого ей известны не были, был задержан за распространение наркотиков. Им пояснили, что в квартире будет проводиться обыск ввиду возможного нахождения там также наркотических веществ. С сотрудниками полиции как им пояснили находившаяся девушка являлась тетей того молодого человека, который и снимал комнату №. Данного молодого человека она не знала, так как тот до проведения обыска появился в их коридоре, то есть стал снимать данную комнату за 2 недели. В ходе обыска, «тетя» имеющимися при ней ключами открыла дверь в комнату, куда прошли все участвующие лица. Им, то есть ей и мужу было разъяснено, что им как понятым необходимо следить за всем происходящим, а именно удостоверить факт, если в квартире что-то будет обнаружено из предметов, изъятых из свободного гражданского оборота или любые другие предметы имеющие значение для уголовного дела. В ходе обыска в комнате под диваном был обнаружен черный полимерный пакет, который в себе содержал 10 маленьких свертков из черного полимерного материала с каким-то веществом. Данные свертки были перевязаны ниточками, после их изъятия они были упакованы в бумажный конверт коричневого цвета, который был оснащен бирками с пояснительными надписями. После того как данный конверт был опечатан, ей и ее мужу было предложено удостоверить целостность упаковки, а именно заверить в нескольких местах упаковку подписями, что и было сделано. Более в квартире ничего обнаружено не было. По окончанию проведения обыска им, то есть ей и второму понятому – ее мужу был предъявлен протокол, прочитав который она подписала, после чего дверь была закрыта и сотрудники полиции и девушка – «тетя» убыли. Проживающего молодого человека охарактеризовать не может, так как его не видела. Молодой человек ничего не готовил, посуду не мыл, ни с кем не общался и вообще снимал комнату небольшое количество времени. (т. 1 л.д. 126-128). Согласно протоколу обыска от ДД.ММ.ГГГГ, в &lt;адрес&gt;&lt;адрес&gt; по проспекту Комсомольскому &lt;адрес&gt;, в жилище, занимаемом ФИО1, обнаружено и изъято: под диваном расположенном прямо от входа обнаружен и изъят пакет из черного полимера с находящимися внутри веществами. Обнаруженный пакет с 10 свертками с веществами внутри был упакован в бумажный конверт, который клапан которого заклеен и опечатан биркой с оттиском печати № Для пакетов, нанесена пояснительная надпись и подписи участвующих лиц. (т. 1 л.д. 44-48). Согласно протоколу личного обыска ФИО1 от ДД.ММ.ГГГГ обнаружено и изъято: 47 (сорок семь) свертков из полимера черного цвета с веществами внутри, «Банковская карта Сбербанка 4276 8630 2274 5335 на имя ФИО 3 действующая до 04/18, мобильный телефон марки «NOKIA Lumia 630 Dual SIM», мобильный телефон марки «ASUS ZE500CL» (т.1 л.д. 26 – 29) Согласно заключению эксперта № от ДД.ММ.ГГГГ представленные на экспертизу вещества исходной массой: 1,9514 г, 2,0607 г, 1,9454, 1,6454, 1,8201 г, 1,9620 г, 1,9825 г, 1,7561 г, 1,9705 г, 1,8300 г, 1,9511 г, 1,8860 г, 1,7636 г, 2,0166 г, 1,7412 г, 2,0132 г, 1,7650 г, 1,7908 г, 1,9062 г, 1,8155 г, 1,8542 г, 1,7870 г, 1,8734 г, 1,6398 г, 1,8599 г, 1,9379 г, 1,6453 г, 1,7807 г, 1,5886 г, 1,6446 г, 1,6920 г, 1,8244 г, 1,8213 г, 1,8690 г, 1,8446 г, 1,9322 г, 1,9021 г, 1,7126 г, 1,8126 г, 1,9071 г, 1,7272 г, 1,8771 г, 1,6051 г, 1,7995 г, 1,8194 г, 1,7579 г, 1,8799 г, изъятые ДД.ММ.ГГГГ в ходе личного досмотра ФИО1, содержат в своем составе наркотические средства: ацетилкодеин, 6-моноацетилморфин, диацетилморфин (героин), вещество группы меторфан и фармакологически активное вещество кофеин. Представленные на экспертизу вещества исходной массой: 1,5843 г, 1,8270 г, 1,7535 г, 1,6137 г, 1,6821 г, 1,4618 г, 1,4446 г, 1,7644 г, 1,7220 г, 1,5398 г, изъятые ДД.ММ.ГГГГ в ходе обыска по месту жительства ФИО1, содержат в своем составе наркотические средства ацетилкодеин, 6-моноацетилморфин, диацетилморфин (героин), вещество группы меторфан и фармакологически активное вещество кофеин. (т. 1 л.д. 91-98). Согласно протоколу осмотра и прослушивания фонограммы от ДД.ММ.ГГГГ, осмотрен диск с номером 10 нс, в ходе чего было установлено, как неустановленное следствием лицо договаривается о передаче наркотического средства несовершеннолетнему ФИО1, сообщая последнему конкретное место закладки, входе чего также было установлено время и дата совершения преступления. Также в ходе разговора неустановленное следствием лицо просит ФИО1 часть наркотического средства оставить дома у себя. (т. 1 л.д. 219-222). Согласно протоколу осмотра и прослушивания фонограммы от ДД.ММ.ГГГГ, осмотрен диск с номером 5 нс, в ходе чего было установлено, как неустановленное следствием лицо договаривается о передаче наркотического средства несовершеннолетнему ФИО1, сообщая последнему конкретное место закладки, входе чего также было установлено время и дата совершения преступления. (т. 1 л.д. 83-85). Оглашенным протоколом осмотра предметов от ДД.ММ.ГГГГ, изложенными в доказательствах по первому эпизоду. (т. 3 л.д. 6-10). Оглашенным протоколом осмотра предметов от ДД.ММ.ГГГГ, изложенными в доказательствах по первому эпизоду.( т.3 л.д. 11-14) Оглашенными актами оперативно-розыскного мероприятия «Наблюдение» от ДД.ММ.ГГГГ и от ДД.ММ.ГГГГ, изложенными в доказательствах по второму эпизоду. Анализируя собранные по делу доказательства, как в отдельности, так и в совокупности, суд приходит к выводу, что вина подсудимого ФИО1 в совершении вышеописанных преступлений доказана полностью. Обстоятельства совершения подсудимым преступлений им не отрицаются и подтверждаются показаниями свидетелей ФИО 4, ФИО11, ФИО 5, ФИО15, ФИО18, ФИО17,ФИО 12, ФИО 6, ФИО 11, ФИО 9, ФИО 7, ФИО 8, ФИО 14, которые суд находит достоверными и доверяет им, поскольку они являются логичными, последовательными, подробными, не имеющими противоречий. Показания свидетелей подтверждаются письменными доказательствами и согласуются с показаниями подсудимого. Экспертные заключения даны специалистами, имеющими соответствующее образование и стаж работы по специальности, их выводы сомнений не вызывают. Таким образом, оснований подвергать сомнению достоверность вышеперечисленных доказательств, подтверждающих вину подсудимого в совершении вышеуказанных преступлений, у суда не имеется. Действия подсудимого ФИО1 подлежат квалификации по - п.п. «а,б» ч. 3 ст. 228.1 УК РФ , как незаконный сбыт наркотического средства в значительном размере, группой лиц по предварительному сговору, - п п. «г» ч. 4 ст. 228.1 УК РФ , как незаконный сбыт наркотического средства в крупном размере, группой лиц по предварительному сговору, - ч. 3 ст. , п. «г» ч. 4 ст. 228.1 УК РФ , как покушение, то есть умышленные действия лица, непосредственно направленные на совершение незаконного сбыта наркотического средства в крупном размере, группой лиц по предварительному сговору, при этом преступление не было доведено до конца по независящим от этого лица обстоятельствам. При решении вопроса о назначении наказания подсудимому, суд исходит из принципа справедливости, а также учитывает характер и степень тяжести совершенного им преступления, характер и степень фактического участия подсудимого в его совершении, значение этого участия для достижения цели преступлений, влияние на характер и размер причиненного вреда, данные о личности подсудимого, обстоятельства, смягчающие и отягчающие наказание, влияние назначенного наказания на исправление осужденного и условия жизни его семьи. Согласно заключению амбулаторной судебно-психиатрической экспертизы № от ДД.ММ.ГГГГ, подсудимая, хоть и страдает заболеванием, однако в момент совершения инкриминируемых ему деяний мог в полной мере осознавать фактический характер и общественную опасность своих действий и руководить ими. В принудительных мерах медицинского характера не нуждается. (т.2л.д.235-236). Экспертиза проводилась высококвалифицированным специалистом, которым обследовался подсудимый, изучались документы, в том числе материалы уголовного дела, протоколы следственных действий. Выводы мотивированны, обоснованы, и у суда нет никаких оснований не доверять результатам исследования. На основании исследованных материалов дела, данных, характеризующих личность, поведения в процессе судебного разбирательства, предварительного расследования, суд считает ФИО1 юридически вменяемым в отношении инкриминируемых ему деяний и подлежащим уголовной ответственности за совершенные преступления. Суд учитывает, что подсудимый ФИО1 впервые совершил три особо тяжких преступления. Обстоятельствами, смягчающими наказание ФИО1, в соответствии п. «и» ч. 1 ст. 61 УК РФ , суд признает первоначальные признательные показания, изложенные в объяснении, которые суд расценивает как явку с повинной (т. 1 л.д. 30 – 32), а также активное способствование раскрытию и расследованию преступлений, в соответствии с п. «б» ч. 1 ст. 61 УК РФ – несовершеннолетие виновного. Также, суд учитывает подсудимому полное признание вины, заявление о раскаянии, состояние здоровья, молодой возраст. Обстоятельств, отягчающих наказание подсудимому, в соответствии со ст. 63 УК РФ , судом не установлено. Из материалов дела, характеризующих личность подсудимого, следует, что ФИО1 ранее не судим, к административной ответственности не привлекался, по месту жительства характеризуется положительно, по месту прежней учебы характеризуется отрицательно, на учете у врача нарколога и психиатра не состоит, по месту содержания под стражей в ФКУ СИЗО-1 УФСИН России по &lt;адрес&gt; допустил нарушение режима содержания за что привлечен к дисциплинарной ответственности, на проводимые мероприятия воспитательного характера и беседы по социально – правовым вопросам реагирует удовлетворительно. Кроме того, при изучении личности подсудимого суд учитывает показания ФИО 1 и свидетеля ФИО15 в отношении сведений характеризующих ФИО1 В связи с изложенным, с учетом личности ФИО1, тяжести и общественной опасности, совершенных им деяний, в целях исправления осужденного и для достижения целей наказания, установленных ч. 2 ст. 43 УК РФ , суд приходит к выводу, что исправление подсудимого невозможно без его изоляции от общества и считает необходимым назначить наказание в виде реального лишения свободы, поскольку, по мнению суда, это будет способствовать исправлению осуждённого. Исключительных обстоятельств, связанных с мотивами и целями преступлений, а также других обстоятельств дела, которые позволили бы при назначении наказания применить ст. 73 УК РФ по делу не установлено. При назначении ФИО1 наказания суд учитывает положения ч.6 и ч.6.1 ст. , ч. 3 ст. 66 УК РФ , а также ч. 1 ст. 62 УК РФ . При этом, с учетом совокупности обстоятельств смягчающих наказание подсудимого ФИО1, суд находит возможным не назначать ему дополнительных наказаний в виде лишения права занимать определенные должности или заниматься определенной деятельностью и штрафа, считая назначение основного наказания достаточным для исправления осужденного, а согласно требований ст. 88 УК РФ не назначать ему дополнительного наказания в виде ограничения свободы. Решая вопрос о виде исправительного учреждения суд, с учетом требований ч. 3 ст. 58 УК РФ , приходит к выводу о назначении подсудимому отбывание наказания в воспитательной колонии. С учетом фактических обстоятельств преступлений и степени общественной опасности, суд не находит оснований для изменения категории преступлений в соответствии с ч. 6 ст. 15 УК РФ . Судьба вещественных доказательств подлежит разрешению в соответствии со ст. 81 УПК РФ . На основании изложенного, руководствуясь ст.ст. - , - , - УПК Российской Федерации, суд ПРИГОВОРИЛ: ФИО1 признать виновным в совершении преступлений, предусмотренных п.п. «а,б» ч. 3 ст. 228.1 , п. «г» ч. 4 ст. 228.1 , ч. 3 ст. , п. «г» ч. 4 ст. 228.1 УК РФ , и назначить ему наказание: - по п.п. «а,б» ч. 3 ст. 228.1 Уголовного Кодекса Российской Федерации в виде лишения свободы сроком на 4 (четыре) года; - по п. «г» ч. 4 ст. 228.1 Уголовного Кодекса Российской Федерации в виде лишения свободы сроком на 5 (пять) лет; - по ч. 3 ст. , п. «г» ч. 4 ст. 228.1 Уголовного Кодекса Российской Федерации в виде лишения свободы сроком на 4 (четыре) года 6 (шесть) месяцев. В соответствии с ч. 3 ст. 69 УК РФ по совокупности преступлений, путем частичного сложения наказаний окончательно назначить наказание ФИО1 в виде лишения свободы сроком на 5 (пять) лет 3 (три) месяца с отбыванием наказания в воспитательной колонии. Меру пресечения ФИО1 до вступления приговора в законную силу оставить без изменения в виде заключения под стражу. Срок наказания исчислять с ДД.ММ.ГГГГ. Зачесть в срок отбытия наказания время содержания под стражей по настоящему делу с ДД.ММ.ГГГГ по 05.04. 2017 года включительно. Вещественные доказательства по уголовному делу№ (следственный №): - мобильные телефоны «Asus» и «Nokia» с сим картами операторов сотовой связи ТЕЛЕ2, ТЕЛЕ2 и YOTA, хранящиеся в комнате вещественных доказательст в Заволжского МСО &lt;адрес&gt; СУ СК РФ по &lt;адрес&gt; – передать ФИО1 по принадлежности - банковскую карту с № имя ФИО 3 действующую до 04/18, хранящуюся в комнате вещественных доказательств Заволжского МСО &lt;адрес&gt; СУ СК РФ по &lt;адрес&gt; – передать ей по принадлежности; - распечатку движения по счету карты №, представленные УНК УМВД России по &lt;адрес&gt; диски № №, 9, 10 DVD-R диски с результатами ОРМ «Прослушивание телефонных переговоров», хранящиеся в материалах уголовного дела, хранить в нем. - смесь, в состав которой входит героин (диацетилморфин), общей массой 85,4921 грамма; смесь, в состав которой входит героин (диацетилморфин), общей массой 16,2932 грамма; смесь, в состав которой входит героин (диацетилморфин), общей массой 1,5406 грамма; смесь, в состав которой входит героин (диацетилморфин), общей массой 1,9734 грамма; смесь, в состав которой входит героин (диацетилморфин), общей массой 1,7194 грамма, хранящиеся в комнате хранения наркотических вещественных доказательств Заволжского ОП УМВД России по &lt;адрес&gt; – уничтожить. Приговор может быть обжалован в апелляционном порядке в судебную коллегию по уголовным делам Тверского областного суда через Заволжский районный суд &lt;адрес&gt; в течение 10 суток со дня постановления, а осуждённым, содержащимся под стражей, в тот же срок со дня вручения ему копии приговора. В случае подачи апелляционной жалобы осуждённый вправе ходатайствовать о своем участии в рассмотрении уголовного дела судом апелляционной инстанции, о чем необходимо указать в апелляционной жалобе. Председательствующий Е. К. Ализаева Суд: Заволжский районный суд г. Твери (Тверская область) (подробнее) Судьи дела: Ализаева Е.К. (судья) (подробнее) Последние документы по делу: Приговор от 8 ноября 2017 г. по делу № 1-25/2017 Постановление от 24 августа 2017 г. по делу № 1-25/2017 Приговор от 23 августа 2017 г. по делу № 1-25/2017 Приговор от 22 августа 2017 г. по делу № 1-25/2017 Постановление от 13 августа 2017 г. по делу № 1-25/2017 Приговор от 6 августа 2017 г. по делу № 1-25/2017 Приговор от 31 июля 2017 г. по делу № 1-25/2017 Постановление от 30 июля 2017 г. по делу № 1-25/2017 Приговор от 24 июля 2017 г. по делу № 1-25/2017 Приговор от 16 мая 2017 г. по делу № 1-25/2017 Приговор от 16 мая 2017 г. по делу № 1-25/2017 Приговор от 5 апреля 2017 г. по делу № 1-25/2017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