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1996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Истцом был заявлен иск к Ответчику о разделе общего имущества супругов.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пришли к соглашению разделить общее имущество супругов в следующем порядке: 2.1. В собственность Истца ФИО3 в счет причитающейся ей доли передается следующее имущество: 2.1.1. нежилое помещение № – аптека, назначение: нежилое помещение №, расположенное по адресу: &lt;адрес&gt;, мкр. Юрьевец, &lt;адрес&gt;, площадью 56,9 кв.м., этаж: 1, кадастровый или условный № (далее по тексту настоящего пункта «нежилое помещение»). На момент подписания настоящего Мирового соглашения нежилое помещение находится в собственности ФИО3, согласно записи в ЕГРП № и является предметом залога у Акционерный коммерческий Сберегательный банк Российской Федерации (ОАО), согласно Договора ипотеки от ДД.ММ.ГГГГ, заключенного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ФИО3 ДД.ММ.ГГГГ года рождения, паспорт серии 17 02 №, выдан ОВД &lt;адрес&gt; ДД.ММ.ГГГГ, зарегистрирована по адресу: &lt;адрес&gt;, ул.8 марта, &lt;адрес&gt;. Залогодателем по указанному Договору ипотеки является ФИО3. На основании настоящего Мирового соглашения, право собственности на нежилое помещение остается за ФИО3. Залогодателем по указанному нежилому помещению остается ФИО3. 2.1.2. автомобиль Volvo XC-70 VIN №, модель и номер двигателя D5244T15 1427358, ПТС &lt;адрес&gt; от 31.01.2014г; 2.1.3. двухэтажный жилой дом общей площадью 322 кв.м., расположенный по адресу: &lt;адрес&gt;, ул.8 марта, &lt;адрес&gt;, кадастровый (условный) №. На момент подписания настоящего Мирового соглашения 1/2 доля в праве общей долевой собственности на жилой дом зарегистрирована на имя ФИО4, что подтверждается свидетельством о государственной регистрации права собственности, выданным ДД.ММ.ГГГГ Управлением Росреестра по &lt;адрес&gt; на бланке серии &lt;адрес&gt; и записью в ЕГРП № от ДД.ММ.ГГГГ. 1/2 доля в праве общей долевой собственности на жилой дом зарегистрирована на имя ФИО3, что подтверждается свидетельством о государственной регистрации права собственности, выданным ДД.ММ.ГГГГ Управлением Росреестра по &lt;адрес&gt; на бланке серии &lt;адрес&gt; и записью в ЕГРП № от ДД.ММ.ГГГГ. В результате подписания настоящего Мирового соглашения ФИО3 становится собственником всего дома общей площадью 322 кв.м., расположенного по адресу: &lt;адрес&gt;, ул.8 марта, &lt;адрес&gt;, кадастровый (условный) №. 2.1.4. земельный участок, площадью 609 кв.м., расположенный по адресу: &lt;адрес&gt;, ул.8 марта, &lt;адрес&gt;, кадастровый (условный) №. На момент подписания настоящего Мирового соглашения 1/2 доля в праве общей долевой собственности на земельный участок зарегистрирована на имя ФИО4, что подтверждается свидетельством о государственной регистрации права собственности, выданным ДД.ММ.ГГГГ Учреждением юстиции по государственной регистрации прав на недвижимое имущество и сделок с ним на территории &lt;адрес&gt; на бланке серии &lt;адрес&gt; и записью в ЕГРП № от ДД.ММ.ГГГГ. 1/2 доля в праве общей долевой собственности на земельный участок зарегистрирована на имя ФИО3, что подтверждается свидетельством о государственной регистрации права собственности, выданным ДД.ММ.ГГГГ Учреждением юстиции по государственной регистрации прав на недвижимое имущество и сделок с ним на территории &lt;адрес&gt; на бланке серии &lt;адрес&gt; и записью в ЕГРП № от ДД.ММ.ГГГГ. В результате подписания настоящего Мирового соглашения ФИО3 становится собственником всего земельного участка, площадью 609 кв.м., расположенного по адресу: &lt;адрес&gt;, ул.8 марта, &lt;адрес&gt;, кадастровый (условный) №. 2.2. В собственность Ответчика ФИО4 в счет причитающейся ему доли передается следующее имущество: 2.2.1. 34/100 долей в праве общей долевой собственности на нежилое помещение, этаж: 1, расположенное по адресу: &lt;адрес&gt;, площадью 86,2 кв.м, кадастровый №; 2.2.2. квартира, назначение: жилое, площадь 49,9 кв.м., этаж 1, адрес местонахождения: &lt;адрес&gt;-а, &lt;адрес&gt;, кадастровый (условный номер) 33:22:011083:69 (далее по тексту настоящего пункта «квартира»); На момент подписания настоящего Мирового соглашения квартира находится в общей совместной собственности ФИО3 и ФИО4 и является предметом залога, согласно Договора займа № от ДД.ММ.ГГГГ. Залогодателем по Договору займа № от ДД.ММ.ГГГГ являются ФИО3 и ФИО4. На основании настоящего Мирового соглашения, ФИО4 становится собственником всей квартир площадью 49,9 кв.м, расположенной по адресу: &lt;адрес&gt;-а, &lt;адрес&gt;, кадастровый (условный номер) 33:22:011083:69. Залогодателем по указанной квартире становится ФИО4. 2.2.3. помещение, назначение: нежилое, общая площадь 23,7кв.м., этаж цокольный, расположенное по адресу: &lt;адрес&gt;, кадастровый( или условный номер) 33:22:032168:2883; помещение, назначение: нежилое, общая площадь 37,2 кв.м., этаж цокольный, расположенное по адресу: &lt;адрес&gt;, кадастровый( или условный номер) 33:22:032168:2884. Право собственности на нежилые помещения на момент подписания настоящего Мирового соглашения зарегистрировано за ФИО4. Нежилые помещения являются предметом залога согласно Кредитного договора № от ДД.ММ.ГГГГ. Залогодателем по указанному Договору является ФИО4. Он же остается Залогодателем после вступления в силу настоящего Мирового соглашения. 2.2.4. нежилое помещение II – аптека, назначение нежилое, расположенное по адресу: &lt;адрес&gt;, общая площадь 42,8 кв.м., кадастровый (условный) №; Право собственности на нежилое помещение на момент подписания настоящего Мирового соглашения зарегистрировано за ФИО4. Нежилое помещение является предметом залога по Договору залога недвижимости от ДД.ММ.ГГГГ с Акционерный коммерческий Сберегательный банк Российской Федерации (ОАО). Залогодателем по указанному Договору залога является ФИО4. Он же остается Залогодателем после вступления в силу настоящего Мирового соглашения. 2.2.5. квартира, назначение жилое, площадь 39,1 кв.м., этаж: 1 расположенная по адресу: Российская Федерация, &lt;адрес&gt;, Перекопский в/городок, &lt;адрес&gt;, кадастровый (или условный) № (далее по тексту настоящего пункта «жилое помещение»); На момент подписания настоящего Мирового соглашения право собственности на указанное жилое помещение зарегистрировано за ФИО3, согласно записи в ЕГРП №. Указанное жилое помещение находится в залоге у Акционерный банк развитие предпринимательства «Владбизнесбанк» (ЗАО), согласно Договора ипотеки от ДД.ММ.ГГГГ, заключенного между Акционерный банк развитие предпринимательства «Владбизнесбанк» (ЗАО), зарегистрированный Центральным банком Российской Федерации ДД.ММ.ГГГГ №, ОГРН &lt;***&gt;, дата внесения записи ДД.ММ.ГГГГ, местонахождение: Россия, 600015, &lt;адрес&gt;, именуемый «ЗАЛОГОДЕРЖАТЕЛЬ» и ФИО3 ДД.ММ.ГГГГ года рождения, место рождения: &lt;адрес&gt;, паспорт серии 17 02 №, выдан ОВД &lt;адрес&gt; ДД.ММ.ГГГГ, зарегистрирована по адресу: &lt;адрес&gt;, ул.8 марта, &lt;адрес&gt;, именуемая «Залогодателем». Указанное жилое помещение находится в залоге у Залогодержателя в силу закона. Регистрационная запись об ипотеке в ЕГРП № от ДД.ММ.ГГГГ. На основании настоящего Мирового соглашения, ФИО4 становится собственником всей квартиры площадью 39,1 кв.м., этаж: 1 расположенной по адресу: Российская Федерация, &lt;адрес&gt;, Перекопский в/городок, &lt;адрес&gt;, кадастровый (или условный) №. Залогодателем по указанному жилому помещению становится ФИО4. 2.2.6. 100 % доли в уставном капитале Общества с ограниченной ответственностью «Центр-Фарм» - ОГРН &lt;***&gt;, ИНН &lt;***&gt;. 2.2.7. земельный участок, категория земли: земли населенных пунктов, разрешенное использование: для ведения личного подсобного хозяйства, площадью 2100 кв.м. с кадастровым номером 33:11:100101:216, расположенный по адресу: &lt;адрес&gt;, МО Лавровское (сельское поселение), д.Лаврово, &lt;адрес&gt;. На момент подписания настоящего Мирового соглашения 1/2 доля в праве общей долевой собственности на земельный участок зарегистрирована на имя ФИО3, что подтверждается записью в ЕГРП №. 1/2 доля в праве общей долевой собственности зарегистрирована на имя ФИО4, что подтверждается записью в ЕГРП №. В результате подписания настоящего Мирового соглашения ФИО4 становится собственником всего земельного участка площадью 2100 кв.м. с кадастровым номером 33:11:100101:216, расположенным по адресу: &lt;адрес&gt;, МО Лавровское (сельское поселение), д.Лаврово, &lt;адрес&gt; 2.2.8. двухэтажэжный жилой дом площадью 170,8 кв.м., с кадастровым номером 33:11:100101:470, расположенный по адресу: &lt;адрес&gt;, МО Лавровское (сельское поселение), д.Лаврово, &lt;адрес&gt;. На момент подписания настоящего мирового соглашения 1/2 доля в праве общей долевой собственности на жилой дом зарегистрирована на имя ФИО3, что подтверждается записью в ЕГРП №. 1/2 доля в праве общей долевой собственности на жилой дом зарегистрирована на имя ФИО4, что подтверждается записью в ЕГРП №. В результате подписания настоящего Мирового соглашения ФИО4 становится собственником всего двухэтажного жилого дома, площадью 170,8 кв.м., с кадастровым номером 33:11:100101:470 расположенного по адресу: &lt;адрес&gt;, МО Лавровское (сельское поселение), д.Лаврово,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Стороны пришли к соглашению разделить обязательства по кредитам в следующем порядке: 3.1. Истец ФИО3 с момента подписания настоящего Мирового соглашения берет на себя обязательство по выплате задолженности по следующим договорам в суммах задолженностей, существовавших на момент подписания настоящего Мирового соглашения: 3.1.1. Кредитный договор № от ДД.ММ.ГГГГ, заключенный между Публичное акционерное общество «Московский Индустриальный банк» и Индивидуальным предпринимателем ФИО3 (ОГРН №) на общую сумму в 1 000 000 (Один миллион) рублей. Задолженность на момент подписания настоящего Мирового соглашения составляет: 250 000 (двести пятьдесят тысяч) рублей. 3.1.2. Кредитный договор № от ДД.ММ.ГГГГ, заключенный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ФИО4 ДД.ММ.ГГГГ года рождения, место рождения: &lt;адрес&gt;, паспорт серии 17 15 №, выдан МРО УФМС России по &lt;адрес&gt; в &lt;адрес&gt; ДД.ММ.ГГГГ, зарегистрирован по адресу: &lt;адрес&gt;, ул.8 марта, &lt;адрес&gt;, (ранее выданный паспорт гражданина РФ по договору: 17 02 946779, выданный ОВД &lt;адрес&gt; 18.12.2002г.) на общую сумму 2 500 000 (Два миллиона пятьсот тысяч) рублей. Задолженность на момент подписания настоящего Мирового соглашения составляет: 1 284 107 (Один миллион двести восемьдесят четыре тысячи сто семь) рублей. 3.1.3. С момента подписания настоящего Мирового соглашения задолженности указанные в п.3.1.1 и п.3.1.2. настоящего Мирового соглашения являются личным долгом Истца и выплачивается исключительно Истцом. 3.2. Ответчик ФИО4 с момента подписания настоящего Мирового соглашения берет на себя обязательство по выплате задолженности по следующим договорам в суммах задолженностей, существовавших на момент подписания настоящего Мирового соглашения: 3.2.1. Кредитный договор № ф16-822 от ДД.ММ.ГГГГ, заключенный между Акционерный банк развитие предпринимательства «Владбизнесбанк» (ЗАО) и ФИО3 ДД.ММ.ГГГГ года рождения, место рождения: &lt;адрес&gt;, паспорт серии 17 02 №, выдан ОВД &lt;адрес&gt; ДД.ММ.ГГГГ, на общую сумму 1 445 000 (Один миллион четыреста сорок пять тысяч) рублей. Задолженность на момент подписания настоящего Мирового соглашения составляет: 1 200 084 (Один миллион двести тысяч восемьдесят четыре рубля) 84 копейки. 3.2.2. Договора займа № от ДД.ММ.ГГГГ, заключенный между «Владимирский городской ипотечный фонд» и ФИО4 паспорт серии 17 15 №, выдан МРО УФМС России по &lt;адрес&gt; в &lt;адрес&gt; ДД.ММ.ГГГГ, ФИО3 паспорт серии 17 02 №, выдан ОВД &lt;адрес&gt; ДД.ММ.ГГГГ на общую сумму 1 700 000 (Один миллион семьсот тысяч) рублей. Задолженность на момент подписания настоящего Мирового соглашения составляет: 1 647 878 (Один миллион шестьсот сорок семь тысяч восемьсот семьдесят восемь) рублей 19 копеек. 3.2.3. Кредитный договор № от ДД.ММ.ГГГГ, заключенный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ФИО4 ДД.ММ.ГГГГ года рождения, место рождения: &lt;адрес&gt;, паспорт серии 17 15 №, выдан МРО УФМС России по &lt;адрес&gt; в &lt;адрес&gt; ДД.ММ.ГГГГ, зарегистрирован по адресу: &lt;адрес&gt;, ул.8 марта, &lt;адрес&gt;, (ранее выданный паспорт гражданина РФ по договору: 17 02 946779, выданный ОВД &lt;адрес&gt; 18.12.2002г.) на общую сумму 2 524 000 (Два миллиона пятьсот двадцать четыре тысяч) рублей. Задолженность на момент подписания настоящего Мирового соглашения составляет: 1 461 513 (Один миллион четыреста шестьдесят одна тысяча пятьсот тринадцать) рублей 77 копеек. 3.2.4. Кредитный договор № от ДД.ММ.ГГГГ, заключенный между Открытое акционерное общество «Сбербанк России» и Индивидуальным предпринимателем ФИО5 на общую сумму 3 920 000 (Три миллиона девятьсот двадцать тысяч) рублей. Задолженность на момент подписания настоящего Мирового соглашения составляет: 3 049 040 (Три миллиона сорок девять тысяч сорок) рублей. 3.2.5. Кредитный договор № от ДД.ММ.ГГГГ, заключенный между Банк ВТБ 24 (ПАО) и ФИО4 на общую сумму 945 000 (Девятьсот сорок пять тысяч) рублей. Задолженность на момент подписания настоящего Мирового соглашения составляет: 914 460 (Девятьсот четырнадцать тысяч четыреста шестьдесят) рублей 09 копеек. 3.2.6. Потребительский кредит от ДД.ММ.ГГГГ, заключенный между ПАО «Сбербанк» и ФИО4 на общую сумму 425 441 (Четыреста двадцать пять тысяч четыреста сорок один) рубль. Задолженность на момент подписания настоящего Мирового соглашения составляет: 246 885 (Двести сорок шесть тысяч восемьсот восемьдесят пять) рублей 61 копейка. 3.2.7. С момента подписания настоящего Мирового соглашения задолженности указанные в п.п. 3.2.1 - 3.2.6 настоящего Мирового соглашения являются личным долгом Ответчика и выплачивается исключительно Ответчиком.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выплаченные до подписания настоящего Мирового соглашения какой-либо Стороной по совместным кредитным обязательствам, выплатившей их Стороне не возмещаются.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Стороны пришли к соглашению о том, что после выплаты ими кредитов (задолженностей по кредитным обязательствам) на объекты недвижимости, перешедшие к ним в собственность на основании настоящего Мирового соглашения, Стороны не имеют права регрессного требования, предусмотренного пп.1 п.2 ст. 325 ГК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предъявления к Сторонам кредитором требований по кредитным договорам на объекты недвижимости, которые не перешли к ним собственность на основании настоящего Мирового соглашения и в случае выплаты Стороной денежных средств по таким кредитным договорам, другая Сторона в собственность которой объект недвижимости перешел обязана компенсировать затраты Стороне выплатившей денежные средства, направленные на удовлетворение таких требований кредиторов.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отношении иного имущества, не указанного в настоящем Мировом соглашении, Стороны признают его личной собственностью той Стороны, на имя которой оно (право собственности) зарегистрировано. Заемные и кредитные обязательства Сторон, не указанные в настоящем Мировом соглашении, являются личными обязательствами Стороны, на которую они оформлены.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момента вступления в законную силу определения суда об утверждении настоящего Мирового соглашения Ответчик утрачивает право пользования домом, расположенным по адресу: &lt;адрес&gt;. В течении 30 дней с момента вступления в законную силу определения суда об утверждении настоящего Мирового соглашения Ответчик обязуется снятся с регистрации по месту жительства в доме, расположенном по адресу: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течение 30 дней с момента вступления в законную силу определения суда об утверждении настоящего Мирового соглашения Ответчик обязуется вывезти все свои личные вещи из жилого дома, расположенного по адресу: &lt;адрес&gt;, а Истец обязуется не препятствовать в этом Ответчику и предоставить ему доступ в дом по первому его устному требованию.</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настоящему Мировому соглашению судебные издержки на представление интересов Сторон, по окончании судебного процесса, Сторонами не взыскиваются.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Истец отказывается в полном объеме от исковых требований ко всем заявленным Ответчикам по гражданскому делу №, находящемуся в производстве судьи Ленинского районного суда &lt;адрес&gt; ФИО10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Настоящее Мировое соглашение составлено в трех подлинных экземплярах, по одному для каждой из Сторон, и один экземпляр для приобщения к материалам гражданского дела №, находящегося в производстве судьи Ленинского районного суда &lt;адрес&gt; ФИО10 Представитель ответчика ФИО4 - ФИО7 в судебном заседании ходатайство об утверждении заключенного мирового соглашения поддержала. Истец ФИО3, ответчики ФИО4, ФИО2, ФИО1, представители третьих лиц ПАО Сбербанк, Владимирского городского ипотечного фонда, ЗАО «Владбизнесбанк», ПАО «Московский индустриальный банк», Банка ВТБ 24 (ПАО), Управления Федеральной службы государственной регистрации, кадастра и картографии по &lt;адрес&gt; в судебное заседание не явились, о времени и месте судебного разбирательства извещались судом надлежащим образом, о причинах неявки суду не сообщили. Представитель третьего лица АО «Агентство по ипотечному жилищному кредитованию» в судебное заседание не явился, ранее просил рассмотреть дело в свое отсутствие. С учетом мнения лиц, участвующих в деле, судом вынесено определение о разрешении ходатайства об утверждении мирового соглашения в отсутствие неявившихся сторон. Исследовав материалы гражданского дела, суд приходит к следующему. В соответствии со ст. 39 ГПК РФ стороны могут окончить дело мировым соглашением. Согласно ч.1 ст. 173 ГПК РФ условия мирового соглашения сторон заносятся в протокол судебного заседания и подписываются истцом, ответчиком или обеими сторонами. В случае, если мировое соглашение сторон выражено в адресованных суду заявлениях в письменной форме, эти заявления приобщаются к делу, на что указывается в протоколе судебного заседания. В соответствии с ч.3 ст. 173 ГПК РФ при утверждении мирового соглашения сторон суд выносит определение, которым одновременно прекращается производство по делу. В определении суда должны быть указаны условия, утверждаемого судом мирового соглашения сторон. В соответствии со ст.ст. , 221 ГПК РФ суд прекращает производство по делу в случае, если стороны заключили мировое соглашение и оно утверждено судом. Производство по делу прекращается определением суда, в котором указывается, что повторное обращение в суд по спору между теми же сторонами, о том же предмете и по тем же основаниям не допускается. Предъявленное суду мировое соглашение подписано представителем истца ФИО6 и представителем ответчика ФИО4 – ФИО7. Последствия утверждения мирового соглашения и прекращения производства по делу, предусмотренные ст. 221 ГПК РФ , судом сторонам разъяснены и понятны. Учитывая, что мировое соглашение, заключенное между сторонами, не противоречит закону, совершено в интересах обеих сторон, выполнение ими условий мирового соглашения не нарушает прав и законных интересов третьих лиц, руководствуясь ст.ст. , , , , , 225 ГПК РФ , суд о п р е д е л и л: утвердить мировое соглашение, заключенное между ФИО3 в лице представителя ФИО6 и ФИО4 в лице представителя ФИО7, по условиям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Истцом был заявлен иск к Ответчику о разделе общего имущества супругов.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пришли к соглашению разделить общее имущество супругов в следующем порядке: 2.1. В собственность Истца ФИО3 в счет причитающейся ей доли передается следующее имущество: 2.1.1. нежилое помещение № – аптека, назначение: нежилое помещение №, расположенное по адресу: &lt;адрес&gt;, мкр. Юрьевец, &lt;адрес&gt;, площадью 56,9 кв.м., этаж: 1, кадастровый или условный № (далее по тексту настоящего пункта «нежилое помещение»). На момент подписания настоящего Мирового соглашения нежилое помещение находится в собственности ФИО3, согласно записи в ЕГРП № и является предметом залога у Акционерный коммерческий Сберегательный банк Российской Федерации (ОАО), согласно Договора ипотеки от ДД.ММ.ГГГГ, заключенного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ФИО3 ДД.ММ.ГГГГ года рождения, паспорт серии 17 02 №, выдан ОВД &lt;адрес&gt; ДД.ММ.ГГГГ, зарегистрирована по адресу: &lt;адрес&gt;, ул.8 марта, &lt;адрес&gt;. Залогодателем по указанному Договору ипотеки является ФИО3. На основании настоящего Мирового соглашения, право собственности на нежилое помещение остается за ФИО3. Залогодателем по указанному нежилому помещению остается ФИО3. 2.1.2. автомобиль Volvo XC-70 VIN №, модель и номер двигателя D5244T15 1427358, ПТС &lt;адрес&gt; от 31.01.2014г; 2.1.3. двухэтажный жилой дом общей площадью 322 кв.м., расположенный по адресу: &lt;адрес&gt;, ул.8 марта, &lt;адрес&gt;, кадастровый (условный) №. На момент подписания настоящего Мирового соглашения 1/2 доля в праве общей долевой собственности на жилой дом зарегистрирована на имя ФИО4, что подтверждается свидетельством о государственной регистрации права собственности, выданным ДД.ММ.ГГГГ Управлением Росреестра по &lt;адрес&gt; на бланке серии &lt;адрес&gt; и записью в ЕГРП № от ДД.ММ.ГГГГ. 1/2 доля в праве общей долевой собственности на жилой дом зарегистрирована на имя ФИО3, что подтверждается свидетельством о государственной регистрации права собственности, выданным ДД.ММ.ГГГГ Управлением Росреестра по &lt;адрес&gt; на бланке серии &lt;адрес&gt; и записью в ЕГРП № от ДД.ММ.ГГГГ. В результате подписания настоящего Мирового соглашения ФИО3 становится собственником всего дома общей площадью 322 кв.м., расположенного по адресу: &lt;адрес&gt;, ул.8 марта, &lt;адрес&gt;, кадастровый (условный) №. 2.1.4. земельный участок, площадью 609 кв.м., расположенный по адресу: &lt;адрес&gt;, ул.8 марта, &lt;адрес&gt;, кадастровый (условный) №. На момент подписания настоящего Мирового соглашения 1/2 доля в праве общей долевой собственности на земельный участок зарегистрирована на имя ФИО4, что подтверждается свидетельством о государственной регистрации права собственности, выданным ДД.ММ.ГГГГ Учреждением юстиции по государственной регистрации прав на недвижимое имущество и сделок с ним на территории &lt;адрес&gt; на бланке серии &lt;адрес&gt; и записью в ЕГРП № от ДД.ММ.ГГГГ. 1/2 доля в праве общей долевой собственности на земельный участок зарегистрирована на имя ФИО3, что подтверждается свидетельством о государственной регистрации права собственности, выданным ДД.ММ.ГГГГ Учреждением юстиции по государственной регистрации прав на недвижимое имущество и сделок с ним на территории &lt;адрес&gt; на бланке серии &lt;адрес&gt; и записью в ЕГРП № от ДД.ММ.ГГГГ. В результате подписания настоящего Мирового соглашения ФИО3 становится собственником всего земельного участка, площадью 609 кв.м., расположенного по адресу: &lt;адрес&gt;, ул.8 марта, &lt;адрес&gt;, кадастровый (условный) №. 2.2. В собственность Ответчика ФИО4 в счет причитающейся ему доли передается следующее имущество: 2.2.1. 34/100 долей в праве общей долевой собственности на нежилое помещение, этаж: 1, расположенное по адресу: &lt;адрес&gt;, площадью 86,2 кв.м, кадастровый №; 2.2.2. квартира, назначение: жилое, площадь 49,9 кв.м., этаж 1, адрес местонахождения: &lt;адрес&gt;-а, &lt;адрес&gt;, кадастровый (условный номер) 33:22:011083:69 (далее по тексту настоящего пункта «квартира»); На момент подписания настоящего Мирового соглашения квартира находится в общей совместной собственности ФИО3 и ФИО4 и является предметом залога, согласно Договора займа № от ДД.ММ.ГГГГ. Залогодателем по Договору займа № от ДД.ММ.ГГГГ являются ФИО3 и ФИО4. На основании настоящего Мирового соглашения, ФИО4 становится собственником всей квартир площадью 49,9 кв.м, расположенной по адресу: &lt;адрес&gt;-а, &lt;адрес&gt;, кадастровый (условный номер) 33:22:011083:69. Залогодателем по указанной квартире становится ФИО4. 2.2.3. помещение, назначение: нежилое, общая площадь 23,7кв.м., этаж цокольный, расположенное по адресу: &lt;адрес&gt;, кадастровый( или условный номер) 33:22:032168:2883; помещение, назначение: нежилое, общая площадь 37,2 кв.м., этаж цокольный, расположенное по адресу: &lt;адрес&gt;, кадастровый( или условный номер) 33:22:032168:2884. Право собственности на нежилые помещения на момент подписания настоящего Мирового соглашения зарегистрировано за ФИО4. Нежилые помещения являются предметом залога согласно Кредитного договора № от ДД.ММ.ГГГГ. Залогодателем по указанному Договору является ФИО4. Он же остается Залогодателем после вступления в силу настоящего Мирового соглашения. 2.2.4. нежилое помещение II – аптека, назначение нежилое, расположенное по адресу: &lt;адрес&gt;, общая площадь 42,8 кв.м., кадастровый (условный) №; Право собственности на нежилое помещение на момент подписания настоящего Мирового соглашения зарегистрировано за ФИО4. Нежилое помещение является предметом залога по Договору залога недвижимости от ДД.ММ.ГГГГ с Акционерный коммерческий Сберегательный банк Российской Федерации (ОАО). Залогодателем по указанному Договору залога является ФИО4. Он же остается Залогодателем после вступления в силу настоящего Мирового соглашения. 2.2.5. квартира, назначение жилое, площадь 39,1 кв.м., этаж: 1 расположенная по адресу: Российская Федерация, &lt;адрес&gt;, Перекопский в/городок, &lt;адрес&gt;, кадастровый (или условный) № (далее по тексту настоящего пункта «жилое помещение»); На момент подписания настоящего Мирового соглашения право собственности на указанное жилое помещение зарегистрировано за ФИО3, согласно записи в ЕГРП №. Указанное жилое помещение находится в залоге у Акционерный банк развитие предпринимательства «Владбизнесбанк» (ЗАО), согласно Договора ипотеки от ДД.ММ.ГГГГ, заключенного между Акционерный банк развитие предпринимательства «Владбизнесбанк» (ЗАО), зарегистрированный Центральным банком Российской Федерации ДД.ММ.ГГГГ №, ОГРН &lt;***&gt;, дата внесения записи ДД.ММ.ГГГГ, местонахождение: Россия, 600015, &lt;адрес&gt;, именуемый «ЗАЛОГОДЕРЖАТЕЛЬ» и ФИО3 ДД.ММ.ГГГГ года рождения, место рождения: &lt;адрес&gt;, паспорт серии 17 02 №, выдан ОВД &lt;адрес&gt; ДД.ММ.ГГГГ, зарегистрирована по адресу: &lt;адрес&gt;, ул.8 марта, &lt;адрес&gt;, именуемая «Залогодателем». Указанное жилое помещение находится в залоге у Залогодержателя в силу закона. Регистрационная запись об ипотеке в ЕГРП № от ДД.ММ.ГГГГ. На основании настоящего Мирового соглашения, ФИО4 становится собственником всей квартиры площадью 39,1 кв.м., этаж: 1 расположенной по адресу: Российская Федерация, &lt;адрес&gt;, Перекопский в/городок, &lt;адрес&gt;, кадастровый (или условный) №. Залогодателем по указанному жилому помещению становится ФИО4. 2.2.6. 100 % доли в уставном капитале Общества с ограниченной ответственностью «Центр-Фарм» - ОГРН &lt;***&gt;, ИНН &lt;***&gt;. 2.2.7. земельный участок, категория земли: земли населенных пунктов, разрешенное использование: для ведения личного подсобного хозяйства, площадью 2100 кв.м. с кадастровым номером 33:11:100101:216, расположенный по адресу: &lt;адрес&gt;, МО Лавровское (сельское поселение), д.Лаврово, &lt;адрес&gt;. На момент подписания настоящего Мирового соглашения 1/2 доля в праве общей долевой собственности на земельный участок зарегистрирована на имя ФИО3, что подтверждается записью в ЕГРП №. 1/2 доля в праве общей долевой собственности зарегистрирована на имя ФИО4, что подтверждается записью в ЕГРП №. В результате подписания настоящего Мирового соглашения ФИО4 становится собственником всего земельного участка площадью 2100 кв.м. с кадастровым номером 33:11:100101:216, расположенным по адресу: &lt;адрес&gt;, МО Лавровское (сельское поселение), д.Лаврово, &lt;адрес&gt; 2.2.8. двухэтажэжный жилой дом площадью 170,8 кв.м., с кадастровым номером 33:11:100101:470, расположенный по адресу: &lt;адрес&gt;, МО Лавровское (сельское поселение), д.Лаврово, &lt;адрес&gt;. На момент подписания настоящего мирового соглашения 1/2 доля в праве общей долевой собственности на жилой дом зарегистрирована на имя ФИО3, что подтверждается записью в ЕГРП №. 1/2 доля в праве общей долевой собственности на жилой дом зарегистрирована на имя ФИО4, что подтверждается записью в ЕГРП №. В результате подписания настоящего Мирового соглашения ФИО4 становится собственником всего двухэтажного жилого дома, площадью 170,8 кв.м., с кадастровым номером 33:11:100101:470 расположенного по адресу: &lt;адрес&gt;, МО Лавровское (сельское поселение), д.Лаврово,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Стороны пришли к соглашению разделить обязательства по кредитам в следующем порядке: 3.1. Истец ФИО3 с момента подписания настоящего Мирового соглашения берет на себя обязательство по выплате задолженности по следующим договорам в суммах задолженностей, существовавших на момент подписания настоящего Мирового соглашения: 3.1.1. Кредитный договор № от ДД.ММ.ГГГГ, заключенный между Публичное акционерное общество «Московский Индустриальный банк» и Индивидуальным предпринимателем ФИО3 (ОГРН №) на общую сумму в 1 000 000 (Один миллион) рублей. Задолженность на момент подписания настоящего Мирового соглашения составляет: 250 000 (двести пятьдесят тысяч) рублей. 3.1.2. Кредитный договор № от ДД.ММ.ГГГГ, заключенный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ФИО4 ДД.ММ.ГГГГ года рождения, место рождения: &lt;адрес&gt;, паспорт серии 17 15 №, выдан МРО УФМС России по &lt;адрес&gt; в &lt;адрес&gt; ДД.ММ.ГГГГ, зарегистрирован по адресу: &lt;адрес&gt;, ул.8 марта, &lt;адрес&gt;, (ранее выданный паспорт гражданина РФ по договору: 17 02 946779, выданный ОВД &lt;адрес&gt; 18.12.2002г.) на общую сумму 2 500 000 (Два миллиона пятьсот тысяч) рублей. Задолженность на момент подписания настоящего Мирового соглашения составляет: 1 284 107 (Один миллион двести восемьдесят четыре тысячи сто семь) рублей. 3.1.3. С момента подписания настоящего Мирового соглашения задолженности указанные в п.3.1.1 и п.3.1.2. настоящего Мирового соглашения являются личным долгом Истца и выплачивается исключительно Истцом. 3.2. Ответчик ФИО4 с момента подписания настоящего Мирового соглашения берет на себя обязательство по выплате задолженности по следующим договорам в суммах задолженностей, существовавших на момент подписания настоящего Мирового соглашения: 3.2.1. Кредитный договор № ф16-822 от ДД.ММ.ГГГГ, заключенный между Акционерный банк развитие предпринимательства «Владбизнесбанк» (ЗАО) и ФИО3 ДД.ММ.ГГГГ года рождения, место рождения: &lt;адрес&gt;, паспорт серии 17 02 №, выдан ОВД &lt;адрес&gt; ДД.ММ.ГГГГ, на общую сумму 1 445 000 (Один миллион четыреста сорок пять тысяч) рублей. Задолженность на момент подписания настоящего Мирового соглашения составляет: 1 200 084 (Один миллион двести тысяч восемьдесят четыре рубля) 84 копейки. 3.2.2. Договора займа № от ДД.ММ.ГГГГ, заключенный между «Владимирский городской ипотечный фонд» и ФИО4 паспорт серии 17 15 №, выдан МРО УФМС России по &lt;адрес&gt; в &lt;адрес&gt; ДД.ММ.ГГГГ, ФИО3 паспорт серии 17 02 №, выдан ОВД &lt;адрес&gt; ДД.ММ.ГГГГ на общую сумму 1 700 000 (Один миллион семьсот тысяч) рублей. Задолженность на момент подписания настоящего Мирового соглашения составляет: 1 647 878 (Один миллион шестьсот сорок семь тысяч восемьсот семьдесят восемь) рублей 19 копеек. 3.2.3. Кредитный договор № от ДД.ММ.ГГГГ, заключенный между Акционерный коммерческий Сберегательный банк Российской Федерации (ОАО), зарегистрированный Центральным банком Российской Федерации ДД.ММ.ГГГГ №, ОГРН &lt;***&gt;, дата внесения записи ДД.ММ.ГГГГ, местонахождение: Россия, 117997, &lt;адрес&gt; ФИО4 ДД.ММ.ГГГГ года рождения, место рождения: &lt;адрес&gt;, паспорт серии 17 15 №, выдан МРО УФМС России по &lt;адрес&gt; в &lt;адрес&gt; ДД.ММ.ГГГГ, зарегистрирован по адресу: &lt;адрес&gt;, ул.8 марта, &lt;адрес&gt;, (ранее выданный паспорт гражданина РФ по договору: 17 02 946779, выданный ОВД &lt;адрес&gt; 18.12.2002г.) на общую сумму 2 524 000 (Два миллиона пятьсот двадцать четыре тысяч) рублей. Задолженность на момент подписания настоящего Мирового соглашения составляет: 1 461 513 (Один миллион четыреста шестьдесят одна тысяча пятьсот тринадцать) рублей 77 копеек. 3.2.4. Кредитный договор № от ДД.ММ.ГГГГ, заключенный между Открытое акционерное общество «Сбербанк России» и Индивидуальным предпринимателем ФИО5 на общую сумму 3 920 000 (Три миллиона девятьсот двадцать тысяч) рублей. Задолженность на момент подписания настоящего Мирового соглашения составляет: 3 049 040 (Три миллиона сорок девять тысяч сорок) рублей. 3.2.5. Кредитный договор № от ДД.ММ.ГГГГ, заключенный между Банк ВТБ 24 (ПАО) и ФИО4 на общую сумму 945 000 (Девятьсот сорок пять тысяч) рублей. Задолженность на момент подписания настоящего Мирового соглашения составляет: 914 460 (Девятьсот четырнадцать тысяч четыреста шестьдесят) рублей 09 копеек. 3.2.6. Потребительский кредит от ДД.ММ.ГГГГ, заключенный между ПАО «Сбербанк» и ФИО4 на общую сумму 425 441 (Четыреста двадцать пять тысяч четыреста сорок один) рубль. Задолженность на момент подписания настоящего Мирового соглашения составляет: 246 885 (Двести сорок шесть тысяч восемьсот восемьдесят пять) рублей 61 копейка. 3.2.7. С момента подписания настоящего Мирового соглашения задолженности указанные в п.п. 3.2.1 - 3.2.6 настоящего Мирового соглашения являются личным долгом Ответчика и выплачивается исключительно Ответчиком.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выплаченные до подписания настоящего Мирового соглашения какой-либо Стороной по совместным кредитным обязательствам, выплатившей их Стороне не возмещаются.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Стороны пришли к соглашению о том, что после выплаты ими кредитов (задолженностей по кредитным обязательствам) на объекты недвижимости, перешедшие к ним в собственность на основании настоящего Мирового соглашения, Стороны не имеют права регрессного требования, предусмотренного пп.1 п.2 ст. 325 ГК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предъявления к Сторонам кредитором требований по кредитным договорам на объекты недвижимости, которые не перешли к ним собственность на основании настоящего Мирового соглашения и в случае выплаты Стороной денежных средств по таким кредитным договорам, другая Сторона в собственность которой объект недвижимости перешел обязана компенсировать затраты Стороне выплатившей денежные средства, направленные на удовлетворение таких требований кредиторов.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отношении иного имущества, не указанного в настоящем Мировом соглашении, Стороны признают его личной собственностью той Стороны, на имя которой оно (право собственности) зарегистрировано. Заемные и кредитные обязательства Сторон, не указанные в настоящем Мировом соглашении, являются личными обязательствами Стороны, на которую они оформлены.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момента вступления в законную силу определения суда об утверждении настоящего Мирового соглашения Ответчик утрачивает право пользования домом, расположенным по адресу: &lt;адрес&gt;. В течении 30 дней с момента вступления в законную силу определения суда об утверждении настоящего Мирового соглашения Ответчик обязуется снятся с регистрации по месту жительства в доме, расположенном по адресу: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течение 30 дней с момента вступления в законную силу определения суда об утверждении настоящего Мирового соглашения Ответчик обязуется вывезти все свои личные вещи из жилого дома, расположенного по адресу: &lt;адрес&gt;, а Истец обязуется не препятствовать в этом Ответчику и предоставить ему доступ в дом по первому его устному требованию.</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настоящему Мировому соглашению судебные издержки на представление интересов Сторон, по окончании судебного процесса, Сторонами не взыскиваются.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Истец отказывается в полном объеме от исковых требований ко всем заявленным Ответчикам по гражданскому делу №, находящемуся в производстве судьи Ленинского районного суда &lt;адрес&gt; ФИО10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Настоящее Мировое соглашение составлено в трех подлинных экземплярах, по одному для каждой из Сторон, и один экземпляр для приобщения к материалам гражданского дела №, находящегося в производстве судьи Ленинского районного суда &lt;адрес&gt; ФИО10 Дальнейшее производство по гражданскому делу по иску ФИО3 к ФИО4, ФИО1 о разделе совместно нажитого имущества, признании ничтожным договора купли продажи, применении последствий недействительности сделки, по иску ФИО3 к ФИО4, ФИО2 о признании ничтожным договора дарения нежилого помещения, применении последствий ничтожности сделки - прекратить. Разъяснить сторонам, что повторное обращение в суд по спору между теми же сторонами, о том же предмете и по тем же основаниям не допускается. Определение может быть обжаловано во Владимирский областной суд через Ленинский районный суд &lt;адрес&gt; в течение 15 дней. Председательствующий судья Е.М. Стулова Суд: Ленинский районный суд г. Владимира (Владимирская область) (подробнее) Судьи дела: Стулова Елена Михайловна (судья) (подробнее) Последние документы по делу: Решение от 25 декабря 2017 г. по делу № 2-725/2017 Решение от 6 декабря 2017 г. по делу № 2-725/2017 Решение от 25 июля 2017 г. по делу № 2-725/2017 Решение от 20 июля 2017 г. по делу № 2-725/2017 Решение от 24 апреля 2017 г. по делу № 2-725/2017 Определение от 10 апреля 2017 г. по делу № 2-725/2017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