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2011 года Железнодорожным городским судом Московской области от по ч. 3 ст. , п. «б» ч. 2 ст. 228.1 УК РФ к 5 годам лишения свободы, освободившегося из мест лишения свободы 29 августа 2014 года условно-досрочно по постановлению Губахинского городского суда Пермского края от 18 августа 2014 года на не отбытый срок 1 год 5 месяцев 12 дней;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2016 года Железнодорожным городским судом Московской области по п. «в» ч. 2 ст. , п. «в» ч. 2 ст. 158 УК РФ к 2 годам лишения свободы, условно с испытательным сроком на 1 год и 6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2016 года Железнодорожным городским судом Московской области по п. «в» ч.2 ст. 158 УК РФ к 2 годам лишения свободы, условно с испытательным сроком на 1 год и 6 месяцев, - обвиняемого в совершении преступления, предусмотренного ч. 1 ст. 228 УК РФ , - УСТАНОВИЛ: ФИО1 совершил незаконное приобретение и хранение наркотических средств без цели сбыта в значительном размере. Преступление совершено при следующих обстоятельствах: в период времени с 15 часов 00 минут до 16 часов 35 минут 28 декабря 2016 года, у ФИО1, возник преступный умысел, направленный на незаконное приобретение и хранение без цели сбыта для личного употребления, наркотического средства героин - диацетилморфин. С целью реализации указанного преступного умысла, достоверно зная, что наркотическое средство героин можно приобрести у ФИО7, 28 декабря 2016 года примерно в 15 часов 00 минут, ФИО1 осуществил телефонный звонок с абонентского номера сотового оператора «&lt;данные изъяты&gt;» № на абонентский номер сотового оператора «&lt;данные изъяты&gt;» № принадлежащий ФИО7 и заказал наркотическое средство героин. При этом, 28 декабря 2016 года, не позднее 16 часов 35 минут, более точное время дознанием не установлено, ФИО1 в продолжение своего преступного умысла с целью незаконного приобретения и хранения наркотического средства героин-диацетилморфин, массой 1,20 гр., что является значительным размером, находясь по адресу: &lt;адрес&gt;, посредством платежного терминала «&lt;данные изъяты&gt;» перевел на номер «&lt;данные изъяты&gt; кошелька №» ФИО13, денежные средства с сумме 1000 рублей 00 копеек. После чего, ДД.ММ.ГГГГ, ФИО1 повторно осуществил телефонный звонок с абонентского номера сотового оператора «&lt;данные изъяты&gt;» № на абонентский номер сотового оператора «&lt;данные изъяты&gt;» № принадлежащий ФИО7 и сообщил о перечислении денежных средств, получив подтверждение перевода денежных средств в сумме 1000 рублей 00 копеек, ФИО7 сообщила ФИО1 сведения о местонахождении наркотического средства героин указав на отопительную батарею и тумбочку, расположенные на лестничной площадке &lt;адрес&gt;. 28 декабря 2016 года, не позднее 16 часов 35 минут, ФИО1, находясь на лестничной площадке &lt;адрес&gt; обнаружил под отопительной батареей сверток из полимерного материала с наркотическим средством героин (диацетилморфин) массой, 0,62 гр., и под тумбочкой сверток из полимерного материала с наркотическим средством героин (диацетилморфин), массой 0,58 гр., при этом достал их и положил вышеуказанные героин (диацетилморфин), общей массой 1,20 гр., что является значительным размером, в левый внутренний карман одетой на него куртки и стал незаконно хранить, достоверно зная, что в вышеуказанных двух свертках из полимерного материала, находится незаконно приобретенное им для личного употребления наркотическое средство - героин (диацетилморфин), общей массой 1,20 гр., что является значительным размером, при себе. 28 декабря 2016 года в 16 часов 35 минут, ФИО1 был остановлен сотрудниками полиции МУ МВД России «Балашихинское» на лестничной площадке &lt;адрес&gt;. В этом же месте, где был остановлен ФИО1 в вышеуказанную дату в период времени с 16 часов 50 минут до 17 часов 00 минут, сотрудником полиции МУ МВД России «Балашихинское» в присутствии понятых был произведен личный досмотр ФИО1, в ходе которого, в левом внутреннем кармане одетой на него куртки, были обнаружены и изъяты два свертка из полимерного материала с порошкообразным веществом внутри. Согласно заключения судебно-химической экспертизы, в составе предоставленного на экспертизу вещества в двух свёртках, массой 0,60 гр., 0,56 гр., изъятого у ФИО1., содержится наркотическое средство-героин (диацетилморфин). В процессе исследования, проведённого в ЭКО УМВД России по г.о. Королёв, было израсходовано 0,04 гр. данного вещества (по 0,02 гр. вещества из каждого свертка). Общая масса изъятого у ФИО1 наркотического средства – героин, составляла 1,20 гр., что является значительным размером, которое ФИО1 незаконно приобрел и хранил при себе для личного употребления, без цели сбыта. Подсудимый ФИО1 свою вину в предъявленном обвинении признал полностью, в содеянном чистосердечно раскаялся, просит не наказывать его строго. Действия подсудимого ФИО1 правильно квалифицированы по ч. 1 ст. 228 УК РФ по признаку незаконного приобретения и хранения наркотического средства без цели сбыта в значительном размере. Суд находит указанное обвинение обоснованным, оно подтверждается собранными по делу доказательствами, подсудимый понимает сущность предъявленного ему обвинения и соглашается с ним в полном объёме, он своевременно, добровольно и в присутствии защитника заявил ходатайство об особом порядке, осознаёт характер и последствия заявленного им ходатайства, у государственного обвинителя не имеется возражений против рассмотрения дела в особом порядке. При определении вида и меры наказания в отношении подсудимого, суд учитывает характер и степень общественной опасности совершённого преступления, данные о личности подсудимого. Чистосердечное раскаяние подсудимого в содеянном, наличие у него заболевания &lt;данные изъяты&gt;, а также сестры ФИО14., &lt;данные изъяты&gt;, суд относит к обстоятельствам, смягчающим его наказание. Наличие в действиях подсудимого рецидива преступлений, суд относит к обстоятельству, отягчающему его наказание. Подсудимым совершено преступление небольшой тяжести, по месту своего постоянного жительства (л.д. 65, 68), он характеризуется посредственно, на учете у психиатра (л.д. 61), он не состоит, состоит на учете у нарколога (л.д. 63) с диагнозом «&lt;данные изъяты&gt;, в настоящее время он работает (л.д. 70). Вместе с тем, данное преступление небольшой тяжести, связанное с незаконным оборотом наркотических средств, было совершено подсудимым 28 декабря 2016 года в период испытательного срока его условного осуждения по приговору Железнодорожного городского суда Московской области от 10 октября 2016 года, и в период испытательного срока его условного осуждения по приговору Железнодорожного городского суда Московской области от 01 декабря 2016 года. В соответствии с постановлениями Железнодорожного городского суда от 15 марта 2017 года и от 10 апреля 2017 года в связи с нарушением ФИО1 условий и порядка отбытия наказания в виде условного осуждения по приговору Железнодорожного городского суда от 10 октября 2016 года, ему дважды продлевался испытательный срок, а также на него возлагались дополнительные обязанности, связанные с исполнением вышеуказанного приговора. Принимая во внимание изложенное, обстоятельство отягчающее наказание подсудимого, что он ранее был судим также за совершение преступления, связанного с незаконным оборотом наркотических средств, что он неоднократно (л.д. 41) привлекался к административной ответственности за совершение правонарушений, посягающих на общественный порядок и общественную безопасность, суд считает необходимым назначить ФИО1 наказание за данное преступление в виде реального лишения свободы, в пределах санкции закона, предусматривающего ответственность за содеянное, а также считает необходимым в соответствии с требованиями ч. 4 ст. УК РФ отменить его условное осуждение по предыдущим приговорам и назначить наказание по правилам, предусмотренным ст. 70 УК РФ . С учётом изложенного, совокупность обстоятельств, смягчающих наказание подсудимого, а также принятия им мер по возмещению ущерба по предыдущему приговору, не дают суду оснований для применения в отношении подсудимого требований ст.ст. и 73 УК РФ . Поскольку данное преступление ФИО1 совершил до вынесения приговора Железнодорожного городского суда Московской области от 8 февраля 2017 года, в соответствии с которым он был осуждён по п. «в» ч. 2 ст. 158 УК РФ к 1 году и 8 месяцам лишения свободы условно с испытательным сроком на 2 года, суд считает, что данный приговор подлежит самостоятельному исполнению. Руководствуясь ст. ст. - , 316 УПК РФ , суд, - ПРИГОВОРИЛ: Признать ФИО1 виновным в совершении преступления, предусмотренного ч. 1 ст. 228 УК РФ и назначить ему наказание в виде лишения свободы сроком на 1 год и 3 месяца. В соответствии с ч. 4 ст. УК РФ отменить условное осуждение ФИО1 по приговору Железнодорожного городского суда Московской области от 10 октября 2016 года и по приговору Железнодорожного городского суда Московской области от 01 декабря 2016 года. На основании ст. 70 УК РФ окончательное наказание ФИО1, путём частичного присоединения к назначенному наказанию, не отбытого наказание по приговору Железнодорожного городского суда Московской области от 10 октября 2016 года и по приговору Железнодорожного городского суда Московской области от 01 декабря 2016 года, в виде 9 месяцев лишения свободы по каждому из указанных приговоров, определить в виде 2 лет и 9 месяцев лишения свободы с отбыванием наказания в исправительной колонии строгого режима. Меру пресечения ФИО1 в виде подписке о невыезде изменить на содержание под стражей, взять его под стражу из зала суда, немедленно, срок отбытия наказания исчислять с 12 апреля 2017 года. Приговор Железнодорожного городского суда Московской области от 08 февраля 2017 года, в соответствии с которым ФИО1 был осуждён по п. «в» ч. 2 ст. 158 УК РФ к 1 году и 8 месяцам лишения свободы условно с испытательным сроком на 2 года, подлежит самостоятельному исполнению. Вещественное доказательство по делу: бумажный конверт с наркотическим средством героин, хранящийся в камере хранения МУ МВД России «Балашихинское» Московской области, как не представляющий ценность, уничтожить. Приговор может быть обжалован в апелляционном порядке в Московский областной суд в течение 10 суток со дня провозглашения, а осужденным, содержащимся под стражей, в тот же срок со дня вручения копии приговора. В случае подачи апелляционной жалобы или апелляционного представления осужденный вправе ходатайствовать о своем участии в рассмотрении уголовного дела судом апелляционной инстанции, о чем должно быть указано в первично поданной по делу апелляционной жалобе. &lt;данные изъяты&gt; Суд: Железнодорожный городской суд (Московская область) (подробнее) Судьи дела: Шекун В.Ю. (судья) (подробнее) Последние документы по делу: Приговор от 14 декабря 2017 г. по делу № 1-105/2017 Постановление от 13 ноября 2017 г. по делу № 1-105/2017 Приговор от 13 ноября 2017 г. по делу № 1-105/2017 Приговор от 23 октября 2017 г. по делу № 1-105/2017 Приговор от 16 октября 2017 г. по делу № 1-105/2017 Приговор от 12 октября 2017 г. по делу № 1-105/2017 Приговор от 11 сентября 2017 г. по делу № 1-105/2017 Приговор от 21 августа 2017 г. по делу № 1-105/2017 Приговор от 8 августа 2017 г. по делу № 1-105/2017 Приговор от 27 июня 2017 г. по делу № 1-105/2017 Постановление от 5 июня 2017 г. по делу № 1-105/2017 Приговор от 15 мая 2017 г. по делу № 1-105/2017 Приговор от 15 мая 2017 г. по делу № 1-105/2017 Приговор от 3 мая 2017 г. по делу № 1-105/2017 Приговор от 20 апреля 2017 г. по делу № 1-105/2017 Приговор от 11 апреля 2017 г. по делу № 1-105/2017 Приговор от 10 апреля 2017 г. по делу № 1-105/2017 Постановление от 29 марта 2017 г. по делу № 1-105/2017 Приговор от 20 марта 2017 г. по делу № 1-105/2017 Приговор от 19 марта 2017 г. по делу № 1-105/2017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