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совершенный в период с ДД.ММ.ГГГГ по ДД.ММ.ГГГГ. Так, ДД.ММ.ГГГГ, в неустановленное время, ФИО5, находясь в неустановленном месте, реализуя совместный корыстный мотив и преступный умысел, направленный на незаконный сбыт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 территории &lt;адрес&gt;, используя мобильный телефон «Samsung Galaxy Grand Prime»,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от неустановленного органами предварительного следствия лица, уголовное дело в отношении которого выделено в отдельное производство,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получил сообщение, с описанием и фотографией точного места нахождения «тайника-закладки» с расфасованной в пакетики оптовой партией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находящегося возле бетонной подпорки труб теплотрассы, расположенной на расстоянии примерно 20 метров от левого торца здания № по &lt;адрес&gt;, которое необходимо было изъять из тайника и, в последующем, незаконно сбыть, путем осуществления «тайников-закладок», на территории &lt;адрес&gt;. После чего, ДД.ММ.ГГГГ, в период времени примерно с 18:00 до 19:00, ФИО5 пришел на указанный ему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адрес: &lt;адрес&gt;, где, в тайнике, расположенном возле бетонной подпорки труб теплотрассы, расположенной на расстоянии примерно 20 метров от левого торца здания по указанному адресу, обнаружил сверток, в котором находились свертки из изолирующей ленты, внутри которых были полимерные пакетики с наркотическим веществом, которое ФИО5, действуя согласно ранее достигнутой договоренности с неустановленным органом предварительного следствия лицом, путем изъятия «закладки» из тайника, забрал данный сверток, тем самым незаконно приобрел, с целью последующего незаконного сбыта, сверток с наркотическим средством – веществом, содержащим в своем составе вещество альфа-пирролидиновалерофенон, которое является производным наркотического средства N-метилэфедрон, массой не менее 0,67 грамма, которое ФИО5, с целью последующего незаконного сбыта на территории &lt;адрес&gt;, бесконтактным способом, путем осуществления «тайников-закладок», принес в квартиру по месту своего фактического проживания по адресу: &lt;адрес&gt; и хранил вплоть до ДД.ММ.ГГГГ. Затем, ДД.ММ.ГГГГ, в период времени примерно с 06:00 до 09:00, ФИО5, действуя согласно ранее достигнутой договоренности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продолжая реализовывать совместный корыстный мотив и преступный умысел, направленный на незаконный сбыт наркотического средства – вещества, содержащего в своем составе вещество альфа-пирролидиновалерофенон, являющегося производным наркотического средства N-метилэфедрон, прибыл по адресу: &lt;адрес&gt;, где осуществил «закладку» в тайник, расположенный между стеной и асфальтным покрытием тротуара в 10 см влево от металлической двери правого торца указанного дома, куда положил сверток с веществом,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г. №681, массой 0,35 грамма (на исследование израсходовано 0,01 г порошкообразного вещества),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и которое хранилось в тайнике вплоть до 12:20 ДД.ММ.ГГГГ, до изъятия его сотрудниками правоохранительных органов. Кроме того, ДД.ММ.ГГГГ, в период времени примерно с 06:00 до 09:00, ФИО5, действуя согласно ранее достигнутой договоренности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продолжая реализовывать совместный корыстный мотив и преступный умысел, направленный на незаконный сбыт наркотического средства – вещества, содержащего в своем составе вещество альфа-пирролидиновалерофенон, являющегося производным наркотического средства N-метилэфедрон, на территории &lt;адрес&gt;, прибыл по адресу: &lt;адрес&gt; «А», где осуществил «закладку» в тайник, расположенный в металлическом профиле каркаса лавочки, находящейся справа от входа в первый подъезд дома по указанному адресу, куда положил сверток с веществом,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включенного в Список I Перечня наркотических средств, психотропных вещств и их прекурсоров, подлежащих контролю в Российской Федерации, утвержденный Постановлением Правительства Российской Федерациии от 30.06.1998 г. №681, массой 0,32 грамма (на исследование израсходовано 0,01 г. порошкообразного вещества),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и которое хранилось в тайнике вплоть до 13:05 ДД.ММ.ГГГГ, то есть, до момента изъятия его сотрудниками правоохранительных органов. Далее, ДД.ММ.ГГГГ, в неустановленное время, ФИО5 прибыл по месту своего жительства, по адресу: &lt;адрес&gt;, ком.123, где, во исполнение своего преступного умысла и отведенной ему преступной роли,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через кроссплатформенную программу обмена сообщениями «Telegram», бесконтактным способом, путем обмена сообщениями, сообщил неустановленному органами предварительного следствия лицу, уголовное дело в отношении которого выделено в отдельное производство, использующему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использующему в приложении «Jabber» учетную запись &lt;данные изъяты&gt;», об изготовленных им ДД.ММ.ГГГГ «тайниках-закладках» с наркотическим средством для лиц, допускающих употребление наркотических средств без назначения врача. ДД.ММ.ГГГГ, в период времени с 12:20 до 12:40, при производстве осмотра места происшествия - участка местности, расположенного с правого торца &lt;адрес&gt;, между стеной и асфальтным покрытием тротуара в 10 см влево от металлической двери правого торца указанного дома, сотрудниками правоохранительных органов обнаружен и изъят сверток из изолирующей ленты зеленого цвета, в котором находится прозрачный полиэтиленовый пакет с веществом,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включенного в Список I Перечня наркотических средств, психотропных вещств и их прекурсоров, подлежащих контролю в Российской Федерации, уствержденный Постановлением Правительства Российской Федерациии от 30.06.1998 г. №681, массой 0,35 грамма (на исследование израсходовано 0,01 г. порошкообразного вещества),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которое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пытались незаконно сбыть, бесконтактным способом, путем осуществления «тайника-закладки», неустановленным лицам допускающим употребление наркотических средств без назначения врача. Кроме того, ДД.ММ.ГГГГ, в период времени с 13:05 до 13:25, при производстве осмотра места происшествия - участка местности, расположенного около подъезда &lt;адрес&gt;, в металлическом профиле каркаса лавочки, находящейся справа от входа в подъезд № указанного дома, сотрудниками правоохранительных органов обнаружен и изъят сверток из изолирующей ленты зеленого цвета, в котором находится прозрачный полиэтиленовый пакет с веществом,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г. №681, массой 0,32 грамма (на исследование израсходовано 0,01 грамма вещества),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которое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пытались незаконно сбыть, бесконтактным способом, путем осуществления «тайника-закладки», неустановленным лицам, допускающим употребление наркотических средств без назначения врача. Тем самым, в период времени примерно с 06:00 ДД.ММ.ГГГГ до 13:05 ДД.ММ.ГГГГ,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пытались незаконно сбыть на территории &lt;адрес&gt;, бесконтактным способом, путем осуществления «тайников-закладок» между стеной и асфальтным покрытием тротуара в 10 см влево от металлической двери правого торца &lt;адрес&gt;, и в металлическом профиле каркаса лавочки, находящейся справа от входа в подъезд &lt;адрес&gt;,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0,67 грамма,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однако не смогли довести свой преступный умысел до конца, по независящим от них обстоятельствам, так как указанное наркотическое средство было изъято из дальнейшего незаконного оборота сотрудниками правоохранительных органов.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совершенный в период с ДД.ММ.ГГГГ по ДД.ММ.ГГГГ. Так, ДД.ММ.ГГГГ, в дневное время, ФИО5, находясь в неустановленном месте, реализуя совместный корыстный мотив и преступный умысел, направленный на незаконный сбыт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 территории &lt;адрес&gt;, используя мобильный телефон «Samsung Galaxy Grand Prime»,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от неустановленного органами предварительного следствия лица, уголовное дело в отношении которого выделено в отдельное производство,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получил сообщение, с описанием и фотографией точного места нахождения «тайника-закладки» с расфасованной в пакетики оптовой партией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находящегося в траве возле металлической трубы с округлой крышкой, на расстоянии примерно 50 метров от &lt;адрес&gt;, которое, в последующем, необходимо было изъять из тайника и, в последующем, незаконно сбыть, путем осуществления «тайников-закладок», на территории &lt;адрес&gt;. Затем, ДД.ММ.ГГГГ, в период времени примерно с 18:00 до 19:00, ФИО5 приехал на указанный ему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адрес: &lt;адрес&gt;, где, в тайнике, расположенном в траве возле металлической трубы с округлой крышкой на расстоянии примерно 50 метров от дома по указанному адресу, обнаружил сверток, в котором находились свертки из изолирующей ленты, внутри которых имелись полимерные пакетики с наркотическим средством - веществом, содержащим в своем составе вещество альфа-пирролидиновалерофенон, которое является производным наркотического средства N-метилэфедрон, которое ФИО5, действуя согласно ранее достигнутой договоренности с неустановленным органом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путем изъятия «закладки» из тайника, забрал, тем самым незаконно приобрел, с целью последующего незаконного сбыта наркотическое средство - вещество, содержащее в своем составе вещество альфа-пирролидиновалерофенон, которое является производным наркотического средства N-метилэфедрон, массой не менее 0,91 грамма, и которое ФИО5, с целью последующего незаконного сбыта на территории &lt;адрес&gt;, бесконтактным способом, путем осуществления «тайников-закладок», принес в квартиру по месту фактического проживания по адресу: &lt;адрес&gt;, и хранил вплоть до ДД.ММ.ГГГГ. После чего, ДД.ММ.ГГГГ, в период времени примерно с 06:00 до 09:00, ФИО5, действуя согласно ранее достигнутой договоренности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использующему в приложении «Jabber» учетную запись «&lt;данные изъяты&gt; продолжая реализовывать совместный корыстный мотив и преступный умысел, направленный на незаконный сбыт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 территории &lt;адрес&gt;, находясь по адресу: &lt;адрес&gt; осуществил «закладку» в тайник, расположенный возле столба линии электропередач напротив входа в подъезд указанного дома, куда положил сверток с веществом, которое, согласно заключению эксперта №/З от ДД.ММ.ГГГГ, массой 0,41 грамма, содержит в своем составе вещество альфа-пирролидиновалерофенон, которое является производным наркотического средства N-метилэфедрон (на исследование израсходовано 0,03 г. исследуемого вещества),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и которое хранилось в тайнике вплоть до 12:50 ДД.ММ.ГГГГ, то есть до момента изъятия его сотрудниками правоохранительных органов. Кроме того, ДД.ММ.ГГГГ, в период времени примерно с 06:00 до 09:00, ФИО5, находясь по адресу: &lt;адрес&gt;, имея при себе сверток с наркотическим средством, действуя согласно ранее достигнутой договоренности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продолжая реализовывать совместный корыстный мотив и преступный умысел, направленный на незаконный сбыт наркотического средства – альфа-пирролидиновалерофенон, являющегося производным наркотического средства N-метилэфедрон, осуществил «закладку» в тайник, расположенный под лавочкой, находящейся справа от входа в первый подъезд дома по указанному адресу, куда положил сверток с веществом, которое согласно заключению эксперта №/З от ДД.ММ.ГГГГ, массой 0,5 грамма, содержит в своем составе вещество альфа-пирролидиновалерофенон, которое является производным наркотического средства N-метилэфедрон (на исследование израсходовано 0,03 г исследуемого вещества),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и которое хранилось в тайнике вплоть до 13:30 ДД.ММ.ГГГГ, то есть до момента изъятия его сотрудниками правоохранительных органов. Далее, ДД.ММ.ГГГГ, в неустановленное время, ФИО5 прибыл по месту своего жительства, по адресу: &lt;адрес&gt;, ком.123, где, во исполнение своего корыстного мотива и преступного умысла, согласно отведенной ему преступной роли,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через кроссплатформенную программу обмена сообщениями «Telegram», бесконтактным способом, путем обмена сообщениями, сообщил неустановленному органами предварительного следствия лицу, уголовное дело в отношении которого выделено в отдельное производство, использующему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использующему в приложении «Jabber» учетную запись &lt;данные изъяты&gt;», об изготовленных им ДД.ММ.ГГГГ «тайниках-закладках» с наркотическим средством для лиц, допускающих употребление наркотических средств без назначения врача. ДД.ММ.ГГГГ, в период времени с 12:50 до 13:20, при производстве осмотра места происшествия - участка местности, расположенного около &lt;адрес&gt;, возле столба линии электропередач, расположенного напротив входа в подъезд указанного дома, сотрудниками правоохранительных органов обнаружен и изъят сверток из изолирующей ленты синего цвета, в котором находится прозрачный полиэтиленовый пакет с веществом, которое согласно заключению эксперта №/З от ДД.ММ.ГГГГ, массой 0,41 грамма, содержит в своем составе вещество альфа-пирролидиновалерофенон, которое является производным наркотического средства N-метилэфедрон (на исследование израсходовано 0,03 грамма исследуемого вещества),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которое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пытались незаконно сбыть, бесконтактным способом, путем осуществления «тайника-закладки», лицам допускающим употребление наркотических средств без назначения врача. Кроме того, ДД.ММ.ГГГГ, в период времени с 13:30 до 14:00, при производстве осмотра места происшествия - участка местности, расположенного около подъезда 1 &lt;адрес&gt;, под лавочкой, находящейся справа от входа в указанный подъезд, сотрудниками правоохранительных органов обнаружен и изъят сверток из изолирующей ленты синего цвета, в котором находится прозрачный полиэтиленовый пакет с веществом, которое согласно заключению эксперта №/З от ДД.ММ.ГГГГ, массой 0,5 грамма, содержит в своем составе вещество альфа-пирролидиновалерофенон, которое является производным наркотического средства N-метилэфедрон (на исследование израсходовано 0,03 грамма исследуемого вещества),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которое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пытались незаконно сбыть, бесконтактным способом, путем осуществления «тайника-закладки», лицам допускающим употребление наркотических средств без назначения врача. Тем самым, в период времени примерно с 06:00 ДД.ММ.ГГГГ до 13:30 ДД.ММ.ГГГГ,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с учетными записями &lt;данные изъяты&gt; а также использующим в приложении «Jabber» учетную запись &lt;данные изъяты&gt;», пытались незаконно сбыть на территории &lt;адрес&gt;, бесконтактным способом, путем осуществления «тайников-закладок», расположенных возле столба линии электропередач напротив входа в подъезд &lt;адрес&gt; и под лавочкой, находящейся справа от входа в первый подъезд &lt;адрес&gt;,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0,91 грамма,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однако не смогли довести свой преступный умысел до конца, по независящим от них обстоятельствам, так как указанное наркотическое средство было изъято из дальнейшего незаконного оборота сотрудниками правоохранительных органов.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совершенный в период с ДД.ММ.ГГГГ по ДД.ММ.ГГГГ. Так, ДД.ММ.ГГГГ, в 17:19, ФИО5, реализуя совместный корыстный мотив и преступный умысел, направленный на незаконный сбыт наркотического средства – альфа-пирролидиновалерофенон, являющегося производным наркотического средства N-метилэфедрон, на территории &lt;адрес&gt;, используя мобильный телефон «Samsung Galaxy Grand Prime»,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от неустановленного органами предварительного следствия лица, уголовное дело в отношении которого выделено в отдельное производство,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получил сообщение, с описанием и фотографией точного места нахождения «тайника-закладки» с расфасованной в пакетики оптовой партией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находящегося в грунте и листве возле лавочки, расположенной вблизи &lt;адрес&gt;, которое необходимо было изъять из тайника и, в последующем, законно сбыть, бесконтактным способом, путем осуществления «тайников-закладок», на территории &lt;адрес&gt;. Затем, ДД.ММ.ГГГГ, в период времени примерно с 17:19 до 21:37, ФИО5 приехал на указанный ему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адрес: &lt;адрес&gt;, где, обнаружил в тайнике, расположенном в грунте и листве возле лавочки вблизи вышеуказанного дома, сверток, в котором находились свертки с наркотическим средством – веществом, содержащим в своем составе вещество альфа-пирролидиновалерофенон, которое является производным наркотического средства N-метилэфедрон, которое ФИО5, действуя согласно ранее достигнутой договоренности с неустановленным органом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путем изъятия «закладки» из тайника, забрал данный сверток, тем самым незаконно приобрел, с целью последующего незаконного сбыта, сверток с наркотическим средством – веществом, содержащим в своем составе наркотическое средство альфа-пирролидиновалерофенон, которое является производным наркотического средства N-метилэфедрон, массой не менее 0,43 грамма, которое ФИО5, с целью последующего незаконного сбыта на территории &lt;адрес&gt;, бесконтактным способом, путем осуществления «тайников-закладок», принес в квартиру по месту своего фактического проживания по адресу: &lt;адрес&gt; и хранил вплоть до ДД.ММ.ГГГГ. После чего, ДД.ММ.ГГГГ, в период времени примерно с 08:00 до 09:00, ФИО5, действуя согласно ранее достигнутой договоренности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продолжая реализовывать совместный корыстный мотив и преступный умысел, направленный на незаконный сбыт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 территории &lt;адрес&gt;, находясь по адресу: &lt;адрес&gt;, осуществил «закладку» в тайник, расположенный в клумбе, около забора указанного дома, куда положил сверток с веществом,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массой 0,43 грамма, (на экспертизу израсходовано 0,05 грамма из пакетика исследуемого вещества), и которое хранилось в тайнике вплоть до 14:55 ДД.ММ.ГГГГ, то есть до момента изъятия его сотрудниками правоохранительных органов. Далее, ДД.ММ.ГГГГ, в неустановленное время, ФИО5 прибыл по месту своего фактического жительства, по адресу: &lt;адрес&gt; где, во исполнение своего преступного умысла и отведенной ему преступной роли,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через кроссплатформенную программу обмена сообщениями «Telegram», бесконтактным способом, путем обмена сообщениями, сообщил неустановленному органами предварительного следствия лицу, уголовное дело в отношении которого выделено в отдельное производство, использующему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использующему в приложении «Jabber» учетную запись «&lt;данные изъяты&gt;», об изготовленном им ДД.ММ.ГГГГ «тайнике-закладке» с наркотическим средством для лиц, допускающих употребление наркотических средств без назначения врача. ДД.ММ.ГГГГ, в период времени с 14:55 до 15:30, при производстве осмотра места происшествия - участка местности, расположенного около &lt;адрес&gt;, в клумбе, около забора указанного дома, сотрудниками правоохранительных органов обнаружен и изъят сверток из изолирующей ленты синего цвета, в котором находится прозрачный полиэтиленовый пакет с веществом,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массой 0,43 грамма (на экспертизу израсходовано 0,05 грамма из пакетика исследуемого вещества),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которое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пытались незаконно сбыть, бесконтактным способом, путем осуществления «тайника-закладки», лицам допускающим употребление наркотических средств без назначения врача. Тем самым, в период времени примерно с 08:00 ДД.ММ.ГГГГ до 14:55 ДД.ММ.ГГГГ,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с учетными записями &lt;данные изъяты&gt;, а также использующим в приложении «Jabber» учетную запись «&lt;данные изъяты&gt; пытались незаконно сбыть на территории &lt;адрес&gt;, бесконтактным способом, путем осуществления «закладки» в тайник, расположенный в клумбе около забора &lt;адрес&gt;, вещества, содержащего в своем составе вещество альфа-пирролидиновалерофенон, которое является производным наркотического средства N-метилэфедрон, общей массой 0,43 грамма,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однако не смогли довести свой преступный умысел до конца, по независящим от них обстоятельствам, так как указанное наркотическое средство было изъято из дальнейшего незаконного оборота сотрудниками правоохранительных органов.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совершенный в период с ДД.ММ.ГГГГ по ДД.ММ.ГГГГ. Так, не позднее марта 2016 года, в неустановленное время, в неустановленном месте, у лица, в отношении которого дело выделено в отдельное производство, не имеющего постоянного источника дохода, знающего принципы и методику работы «закладчиком» наркотических средств, возник корыстный мотив и преступный умысел, направленный на незаконный сбыт наркотических средств, с целью извлечения для себя материальной выгоды в виде денежного вознаграждения. Лицо, в отношении которого дело выделено в отдельное производство, решив заниматься незаконным сбытом наркотических средств, путем осуществления «тайников-закладок», находясь в неустановленном месте, со своего мобильного телефона марки «Iphone 5C», будучи зарегистрирован с учетной записью неустановленной в ходе следствия, вошел в кроссплатформенную программу обмена сообщениями «Telegram» информационно-телекоммуникационной сети «Интернет», где, в ходе бесконтактного общения, путем обмена сообщениями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договорился с последним совместно совершать преступления - незаконный сбыт наркотических средств, на территории &lt;адрес&gt;, путем осуществления «тайников-закладок», за денежное вознаграждение в размере 140 рублей за один осуществленный «тайник-закладку» с наркотическим средством, тем самым лицо, в отношении которого дело выделено в отдельное производство, добровольно вступил в преступный сговор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С целью реализации совместного корыстного мотива и преступного умысла, направленного на незаконный сбыт наркотических средств, путем осуществления «тайников-закладок» на территории &lt;адрес&gt;, лицо, в отношении которого дело выделено в отдельное производство, в неустановленное время и в неустановленном месте, по указанию, полученному в ходе бесконтактного общения, путем переписки с неустановленным органами предварительного следствия лицом,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установил на своем мобильном телефоне марки «Iphone 5C» приложение «Jabber» информационно-телекоммуникационной сети «Интернет» для последующего общения с указанным неустановленным лицом посредством приложения «Jabber», где зарегистрировался с учетной записью «&lt;данные изъяты&gt; При этом лицу, в отношении которого дело выделено в отдельное производство, достоверно было известно о том, что свободный оборот наркотических средств, психотропных веществ и их аналогов на территории РФ запрещен. В последующем, не позднее апреля 2016 года, в дневное время, лицу, в отношении которого дело выделено в отдельное производство, находящемуся в неустановленном месте, в приложении «Jabber» информационно-телекоммуникационной сети «Интернет», пришло сообщение от неустановленного органами предварительного следствия лица, уголовное дело в отношении которого выделено в отдельное производство,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«&lt;данные изъяты&gt; а также использующего в приложении «Jabber» учетную запись &lt;данные изъяты&gt; с предложением осуществлять роль «мелкооптового закладчика» на территории &lt;адрес&gt;, пообещав лицу, в отношении которого дело выделено в отдельное производство, денежное вознаграждение в размере 70 000 рублей в месяц. При этом, неустановленное органами предварительного следствия лицо, используя в приложении «Jabber» учетную запись &lt;данные изъяты&gt;, в ходе обмена сообщениями в приложении «Jabber» информационно-телекоммуникационной сети «Интернет» сообщило, что лицо, в отношении которого дело выделено в отдельное производство, должен осуществлять свою деятельность по следующей схеме: лицо, в отношении которого дело выделено в отдельное производство, должен получать сообщения от неустановленного в ходе предварительного следствия лица, дело в отношении которого выделено в отдельное производство, в приложении «Jabber» с указанием адресов расположения «тайников-закладок» с оптовыми партиями наркотических средств; затем, при помощи электронных весов лицо, в отношении которого дело выделено в отдельное производство, должен взвешивать и фасовать наркотическое средство в полимерные бесцветные пакеты с вакуумными застежками на горловине, с указанием количества полимерных пакетов и датой их помещения в «тайники-закладки» на территории &lt;адрес&gt;; после чего, сделанные им «тайники-закладки» лицо, в отношении которого дело выделено в отдельное производство, должен фотографировать и фотоизображение сохранять в программе «Privnote» информационно-телекоммуникационной сети «Интернет»; в последующем, лицо, в отношении которого дело выделено в отдельное производство, будучи зарегистрирован в приложении «Jabber» информационно-телекоммуникационной сети «Интернет» с учетной записью &lt;данные изъяты&gt; через приложение «Jabber» должен направлять неустановленному лицу сообщение со ссылкой на фотоизображение, сохраненное им в программе «Privnote» информационно-телекоммуникационной сети «Интернет», и соответствующим описанием точного места расположения «тайников – закладок» с наркотическими средствами. Кроме того, неустановленное органами предварительного следствия лицо, уголовное дело в отношении которого выделено в отдельное производство, использующее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использующее в приложении «Jabber» учетную запись &lt;данные изъяты&gt; сообщило лицу, в отношении которого дело выделено в отдельное производство, что в целях конспирации последнему необходимо арендовать квартиру для хранения и фасовки наркотических средств синтетического происхождения. Лицо, в отношении которого дело выделено в отдельное производство,, на данное предложение ответил согласием, тем самым добровольно вступил в преступный сговор с неустановленным органами предварительного следствия лицом, являющимся сбытчиком наркотических средств, уголовное дело в отношении которого выделено в отдельное производство, использующим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использующим в приложении «Jabber» учетную запись &lt;данные изъяты&gt; направленный на незаконный сбыт наркотических средств на территории &lt;адрес&gt;, с использованием электронных, информационно-телекоммуникационных сетей (включая сеть «Интернет»), группой лиц по предварительному сговору. При этом лицу, в отношении которого дело выделено в отдельное производство, достоверно было известно о том, что свободный оборот наркотических средств, психотропных веществ и их аналогов на территории РФ запрещен. С целью реализации совместного корыстного мотива и преступного умысла, направленного на незаконный сбыт наркотических средств, с использованием электронных, информационно-телекоммуникационных сетей (включая сеть «Интернет»), группой лиц по предварительному сговору, не позднее апреля 2016 года, лицо, в отношении которого дело выделено в отдельное производство, действуя согласно указанию неустановленного органами предварительного следствия лица, арендовал жилое помещение, расположенное по адресу: &lt;адрес&gt;. После чего, не позднее ДД.ММ.ГГГГ, находясь в неустановленном месте, в неустановленное время, реализуя совместный корыстный мотив и преступный умысел, неустановленное органами предварительного расследования лицо, уголовное дело в отношении которого выделено в отдельное производство, использующее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использующее в приложении «Jabber» учетную запись &lt;данные изъяты&gt; бесконтактным способом, путем обмена сообщениями в приложении «Jabber» информационно-телекоммуникационной сети «Интернет», сообщило лицу, в отношении которого дело выделено в отдельное производство,, являющемуся «мелкооптовым закладчиком», адрес с местом нахождения «тайника-закладки» с оптовой партией наркотического средства – вещества, содержащего в своем составе вещество альфа-пирролидиновалерофенон, являющегося производным наркотического средства N-метилэфедрон, находящегося в неустановленном органами предварительного следствия месте, которое лицо, в отношении которого дело выделено в отдельное производство, должно было, во исполнение своей преступной роли «мелкооптового закладчика» изъять, расфасовать по необходимым дозировкам в идентичные свертки из полимерных пакетиков и фрагментов изолирующей ленты, подготовив тем самым мелкооптовые партии с наркотическим средством, которое впоследствии, по указанию неустановленного органами предварительного расследования лица,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разложить в «тайники-закладки» на территории &lt;адрес&gt; для «закладчиков», осуществляющих сбыт наркотических средств бесконтактным способом, путем осуществления «тайников-закладок», непосредственно для лиц, допускающих употребление наркотических средств без назначения врача. Во исполнение своей преступной роли, не позднее ДД.ММ.ГГГГ, лицо, в отношении которого дело выделено в отдельное производство, в неустановленное время, находясь в неустановленном месте, действуя согласно полученного сообщения и указанию неустановленного органами предварительного расследования лица,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изъял из тайника «закладку» с наркотическим средством, тем самым незаконно приобрел, с целью последующего сбыта, оптовую партию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массой не менее 9,25 грамма, которое, не позднее ДД.ММ.ГГГГ, в неустановленное время, принес по месту своего проживания по адресу: &lt;адрес&gt;, и, продолжая осуществлять преступные намерения, направленные на незаконный сбыт наркотических средств, путем осуществления «тайников-закладок» на территории &lt;адрес&gt;, предварительно взвесив на электронных весах, расфасовал не менее чем в двадцать полимерных пакетиков с застежками полученное им наркотическое средство –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не менее 9,25 грамма, каждый из пакетиков с наркотическим средством он положил в полимерный пакетик с вакуумной застежкой и обмотал полимерной изолирующей лентой синего цвета. После чего все двадцать изготовленных вышеуказанным способом свертков лицо, в отношении которого дело выделено в отдельное производство, находясь по месту жительства по адресу: &lt;адрес&gt;, не позднее ДД.ММ.ГГГГ, в неустановленное время, обмотал полимерной коричневой лентой типа «скотч», изготовив единый сверток, с целью последующего осуществления «тайника-закладки», предназначенного для «закладчика»» наркотических средств ФИО5 После чего, не позднее 06:15 ДД.ММ.ГГГГ, лицо, в отношении которого дело выделено в отдельное производство, продолжая реализовывать совместный преступный умысел и корыстный мотив, направленный на незаконный сбыт наркотического средства, находясь по месту своего жительства по адресу: &lt;адрес&gt;, действуя согласно отведенной ему роли, по указанию неустановленного органами предварительного следствия лица,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взял изготовленный им сверток с наркотическим средством – веществом, содержащим в своем составе вещество альфа-пирролидиновалерофенон, которое является производным наркотического средства N-метилэфедрон, общей массой не менее 9,25 грамма, и, с целью дальнейшего незаконного сбыта, в 06:30 ДД.ММ.ГГГГ, поместил указанное наркотическое средство в тайник, расположенный за остановкой общественного транспорта в районе &lt;адрес&gt;, тем самым осуществил «тайник-закладку» с расфасованной мелкооптовой партией наркотических средств, предназначенной к выдаче «закладчику» ФИО5 После чего, лицо, в отношении которого дело выделено в отдельное производство, во исполнение своего преступного умысла и отведенной ему преступной роли, после 06:30 ДД.ММ.ГГГГ, находясь в неустановленном месте, будучи зарегистрирован в приложении «Jabber» информационно-телекоммуникационной сети «Интернет» с учетной записью &lt;данные изъяты&gt; сообщил неустановленному органами предварительного следствия лицу, использующему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использующему в приложении «Jabber» учетную запись &lt;данные изъяты&gt; об изготовленном им «тайнике-закладке» с наркотическим средством для «закладчика» ФИО5 ДД.ММ.ГГГГ, в 12:46, ФИО5, использующий мобильный телефон «Samsung Galaxy Grand Prime», находясь в неустановленном месте, будучи зарегистрирован в кроссплатформенной программе обмена сообщениями «Telegram» информационно-телекоммуникационной сети «Интернет» с учетной записью «&lt;данные изъяты&gt;» под псевдонимом &lt;данные изъяты&gt;», от неустановленного органами предварительного следствия лица, уголовное дело в отношении которого выделено в отдельное производство,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бесконтактным способом, в ходе переписки, осуществляемой в кроссплатформенной программе обмена сообщениями «Telegram» информационно-телекоммуникационной сети «Интернет», получил сообщение, с описанием и фотографией точного места нахождения «тайника-закладки» с расфасованной в пакетики оптовой партией наркотического средства – вещества, содержащего в своем составе вещество альфа-пирролидиновалерофенон, которое является производным наркотического средства N-метилэфедрон, находящегося в тайнике, расположенном за остановкой общественного транспорта в районе &lt;адрес&gt;, которое, необходимо было изъять и разместить в «тайники-закладки» на территории &lt;адрес&gt;, для последующего незаконного сбыта лицам, допускающим потребление наркотических средств без назначения врача, через сеть «Интернет». ДД.ММ.ГГГГ, примерно в 19:00, ФИО5, являющийся «закладчиком», действуя согласно указанию неустановленного органами предварительного следствия лица, уголовное дело в отношении которого выделено в отдельное производство, использующего в кроссплатформенной программе обмена сообщениями «Telegram» информационно-телекоммуникационной сети «Интернет» учетные записи &lt;данные изъяты&gt;», а также использующего в приложении «Jabber» учетную запись «&lt;данные изъяты&gt;», приехал к указанному адресу «тайника-закладки» с наркотическим средством, однако забрать его не смог, испугавшись разоблачения своей преступной деятельности в виду многолюдности в указанном месте, и уехал по адресу своего места жительства: &lt;адрес&gt; Затем, с целью сохранения своих действий в тайне от посторонних лиц, ФИО5 на автомобиле такси марки ВАЗ-2115 государственный регистрационный знак №, под управлением ФИО2, неосведомленного о преступных намерениях ФИО5, приехал ДД.ММ.ГГГГ примерно в 01:00 к вышеуказанному месту нахождения «тайника-закладки», а именно к остановке общественного транспорта «&lt;адрес&gt;», расположенной в районе &lt;адрес&gt;, где обнаружил в грунте за остановкой общественного транспорта «&lt;адрес&gt;», сверток, в котором находились полимерные свертки с наркотическим средством – веществом, содержащим в своем составе вещество альфа-пирролидиновалерофенон, которое является производным наркотического средства N-метилэфедрон, которое ФИО5, действуя согласно ранее достигнутой договоренности с неустановленным органом предварительного следствия лицом, путем изъятия «закладки» из тайника, забрал вещество, находящееся в двадцати свертках из полимерной изоляционной ленты синего цвета и прозрачных полимерных пакетиков с полимерными застежками, упакованные в один сверток, изготовленный из коричневой липкой изоляционной пленки типа «скотч», которое содержит в своем составе вещество альфа-пирролидиновалерофенон, которое является производным наркотического средства N-метилэфедрон, общей массой не менее 9,25 грамма, с целью последующего незаконного сбыта на территории &lt;адрес&gt;, бесконтактным способом, путем осуществления «тайников-закладок» на территории &lt;адрес&gt;, после чего, ФИО5 положил указанное вещество, находящее в свертке, во внутренний правый карман надетой на нем куртки и направился в сторону автомобиля такси марки ВАЗ-2115 государственный регистрационный знак № Однако, ДД.ММ.ГГГГ, примерно в 01 час 15 минут ФИО5, по подозрению в незаконном обороте наркотических средств, был задержан сотрудниками ОБОП и НОН УУР УМВД России по &lt;адрес&gt;, после чего, ДД.ММ.ГГГГ, в период времени с 02 часов 30 минут до 03 часов 32 минут, в ходе производства личного досмотра ФИО5, произведенного в служебном автомобиле ГАЗ-32215 государственный регистрационный знак №, припаркованном напротив &lt;адрес&gt;, во внутреннем кармане одетой на нем куртки было обнаружено и изъято: вещество, находящееся в 20 пакетиках, которое согласно заключению эксперта №/з от ДД.ММ.ГГГГ, содержит в своем составе вещество альфа-пирролидиновалерофенон, которое является производным наркотического средства N-метилэфедрон. Масса вещества составила в пакетике № – 0,43 г.; в пакетике № – 0,42 г.; в пакетике № – 0,33 г.; в пакетике № – 0,47 г.; в пакетике № – 0,42 г.; в пакетике № – 0,46 г.; в пакетике № – 0,42 г.; в пакетике № – 0,51 г.; в пакетике № – 0,45 г.; в пакетике №,43 г.; в пакетике №,50 г.; в пакетике № – 0,47 г.; в пакетике № – 0,49 г.; в пакетике № – 0,46 г.; в пакетике № – 0,43 г.; в пакетике № – 0,44 г.; в пакетике № – 0,52 г.; в пакетике № – 0,47 г.; в пакетике № – 0,44 г.; в пакетике № – 0,49 г., а всего общей массой 9,05 грамма (на экспертизу израсходовано по 0,01 г. из каждого пакетика исследуемого вещества); и которое согласно справки об исследовании №/и от ДД.ММ.ГГГГ, содержит в своем составе вещество альфа-пирролидиновалерофенон, которое является производным наркотического средства N-метилэфедрон. Масса вещества, содержащего наркотическое средство составляет: в пакетике № – 0, 44 г; в пакетике № – 0,43 г.; в пакетике № – 0,34 г.; в пакетике № – 0,48 г.; в пакетике № – 0,43 г.; в пакетике № – 0,47 г.; в пакетике № – 0,43 г.; в пакетике № – 0,52 г.; в пакетике № – 0,46г.; в пакетике № – 0,44 г.; в пакетике № – 0,51 г.; в пакетике № – 0,48 г.; в пакетике № – 0,50 г.; в пакетике № – 0,47 г.; в пакетике № – 0,44г.; в пакетике № – 0,45г.; в пакетике № – 0,53 г.; в пакетике № – 0,48 г.; в пакетике № – 0,45 г.; в пакетике № – 0,50 г. (на исследование израсходовано по 0,01 г. вещества), а всего общей массой 9,25 грамма,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крупный размер, которое, в период времени примерно с ДД.ММ.ГГГГ по 03:32 ДД.ММ.ГГГГ, ФИО5 и лицо, уголовное дело в отношении которого выделено в отдельное производство, действуя в составе группы лиц по предварительному сговору с неустановленным органами предварительного следствия лицом, являющимся сбытчиком наркотических средств, использующим в кроссплатформенной программе обмена сообщениями «Telegram» информационно-телекоммуникационной сети «Интернет» с учетными записями &lt;данные изъяты&gt; а также использующим в приложении «Jabber» учетную запись «&lt;данные изъяты&gt; пытались незаконно сбыть бесконтактным способом, путем осуществления «тайников-закладок», однако не довели свои преступные действия до конца, по независящим от них обстоятельствам, поскольку ФИО5 был задержан сотрудниками ОБОП и НОН УУР УМВД России по &lt;адрес&gt;, и указанное наркотическое средство было изъято из дальнейшего незаконного оборота. Подсудимый ФИО5 в судебном заседании вину в совершении преступлений предусмотренных ч. 3 ст. , п. п. «а, б» ч. 3 ст. 228.1 , ч. 3 ст. , п. п. «а, б» ч. 3 ст. 228.1 , ч. 3 ст. , п. п. «а, б» ч. 3 ст. 228.1 , ч. 3 ст. , п. «г» ч. 4 ст. 228.1 УК РФ признал полностью и сообщил что, примерно в начале февраля 2016 года, от своего знакомого ФИО7 он узнал о том, что можно устроиться на работу «закладчиком» наркотических средств синтетического происхождения, для этого необходимо установить на своем телефоне программу «Telegram» и списаться со сбытчиком наркотиков, использующим учетную запись «&lt;данные изъяты&gt;». Он так и сделал, то есть на своем мобильном телефоне он установил программу «Telegram», в которой зарегистрировался под учетной записью «&lt;данные изъяты&gt;» под псевдонимом &lt;данные изъяты&gt;». На следующий день, точную дату не помнит, он со своего мобильного телефона «Samsung Galaxy Grand Prime» списался со сбытчиком наркотиков, использующим в программе «Telegram» учетную запись «&lt;данные изъяты&gt;», который пояснил, что для дальнейшего разъяснения существа работы, а также трудоустройства он должен списаться с пользователем учетной записи «&lt;данные изъяты&gt;» в программе «Telegram», настоящее имя или нет, он не знает. Пользователь учетной записи «&lt;данные изъяты&gt;» написал ему, что заработная плата за указанную работу составляет примерно 140 рублей за одну сделанную «тайник-закладку». Он сказал, что согласен с его условиями, чтобы стать закладчиком он по указанию пользователя с учетной записью «&lt;данные изъяты&gt;» сделал свою фотографию на фоне своего паспорта, и данную фотографию переслал ему в программе «Telegram». Данный пользователь написал, что полученные в последующем им наркотики он должен будет раскладывать в «тайники-закладки», фотографировать места «тайников-закладок», делать их описание и все это отправлять через программу «Telegram» пользователю с учетной записью «&lt;данные изъяты&gt;». После чего, в ходе его переписки с учетной записи «&lt;данные изъяты&gt;» под псевдонимом &lt;данные изъяты&gt;» в программе «Telegram» ему неоднократно приходили сообщения от пользователя учетной записи «&lt;данные изъяты&gt;» с адресами нахождения оптовых партий наркотических средств – «соль». Полученные им в изолирующей ленте свертки из полимерных пакетиков с наркотическим средством, каждый из которых был обмотан изолирующей лентой, он раскладывал в «тайники-закладки» в различных местах &lt;адрес&gt;, где он должен был разложить «тайники-закладки», ему сообщал пользователь с учетной записью «&lt;данные изъяты&gt;» в переписке программы «Telegram». После изготовления им «тайника-закладки» с наркотическим средством - «соль», он фотографировал это место на свой мобильный телефон «Samsung Galaxy Grand Prime», и на диктофон этого же мобильного телефона записывал описание адреса «тайника-закладки», затем приезжая домой, он переносил с диктофона запись адреса расположения «тайника-закладки» в электронный вид, а именно: набирал текст в отдельном документе программы «Блокнот» на своем ноутбуке. После чего, фото и описание «тайника-закладки» отправлял с компьютера, используя программу «Telegram» пользователю с учетной записью «&lt;данные изъяты&gt;». За каждую сделанную «закладку» с наркотиком ему начислялась заработная плата в сумме 140 рублей. За период его работы в качестве «закладчика» наркотических средств он заработал примерно 100000 рублей. Денежные средства, за сделанные им «тайники–закладки» с наркотиком, сбытчик наркотиков перечислял на его банковскую карту «Сбербанк России», номера которой он в настоящее время не помнит. Заработная плата ему поступала в начале месяца - с 5 по 7 число месяца, а также аванс был в конце каждого месяца. По существу совершенных им преступлений пояснил следующее: каждый раз, получая адрес с местом нахождения «оптовой партии» наркотических средств, он должен был в этот же день, либо на следующий день, разложить свертки с наркотическим средством в «тайники-закладки» непосредственно для приобретателей. Как правило, забирал «оптовые партии» наркотических средств в вечернее время, а именно, в период времени с 18:00 до 19:00, а «тайники-закладки» осуществлял в утреннее время, то есть примерно с 06:00 до 09:00. Только после того, как он раскладывал заложенную для него «оптовую партию» наркотических средств, ему давали адрес с местонахождением другой «оптовой партии» наркотических средств. Так, ДД.ММ.ГГГГ, в дневное время, ему от пользователя учетной записи «&lt;данные изъяты&gt;» в программе «Telegram», установленной на мобильном телефоне, пришло сообщение, в котором были фотография и адрес места нахождения «оптовой партии» наркотических средств», который находился вблизи &lt;адрес&gt;, около бетонной опоры, проходящей за зданием указанного дома теплотрассы. Примерно в период времени с 18:00 до 19:00 ДД.ММ.ГГГГ он прибыл пешком по указанному адресу, где в траве, около бетонной опоры, проходящей за зданием &lt;адрес&gt; теплотрассы, забрал «тайник-закладку» с «оптовой партией» наркотика, который был выполнен в виде свертка из изолирующей ленты типа «скотч» коричневого цвета, внутри которого находились мелкие свертки, выполненные из прозрачных полимерных пакетиков с наркотическим средством, обмотанных изолирующей лентой, зеленого цвета, в количестве 30 штук. После того как он забрал «оптовую партию» наркотических средств, вернулся домой по месту своего проживания: &lt;адрес&gt; По указанию пользователя учетной записи «&lt;данные изъяты&gt;» в программе «Telegram» данные свертки ему необходимо было разложить в районе КЗТЗ &lt;адрес&gt;. Так, на следующий день, в период времени с 06:00 до 09:00 ДД.ММ.ГГГГ, он приехал с «оптовой партией» наркотических средств в район КЗТЗ &lt;адрес&gt; и разложил по одному свертку с наркотическом средством в «тайники-закладки», в том числе в следующих местах: прикопал сверток с наркотическим средством между стеной &lt;адрес&gt; и асфальтным покрытием на расстоянии примерно 10 см слева от металлической двери правого торца этого дома, и положил сверток с наркотическим средством в металлический профиль каркаса лавочки, расположенной справа от входа в подъезд № &lt;адрес&gt;. Каждое место закладки он сфотографировал и на диктофон записал описание с адресом их местонахождения. Остальные места «закладок», осуществленных им в утреннее время ДД.ММ.ГГГГ на КЗТЗ &lt;адрес&gt;, он уже назвать не может, так как не помнит. После того, как он разложил имевшиеся при себе свертки с наркотическим средством, то приехал по месту своего проживания, по адресу: &lt;адрес&gt;. Далее, находясь дома, он перенес с диктофона запись адреса расположения «тайника-закладки» в электронный вид, а именно: набирал текст в отдельном документе программы «Блокнот» на своем ноутбуке. После чего, фото и описание «тайника-закладки» он отправил с компьютера, используя программу «Telegram» пользователю с учетной записью «&lt;данные изъяты&gt;», с целью последующей передачи им адресов расположения «тайников-закладок» приобретателям. Кроме того, ДД.ММ.ГГГГ, в дневное время, ему от пользователя учетной записи «&lt;данные изъяты&gt;», в программе «Telegram», установленной на мобильном телефоне, пришло сообщении, в котором были фотография и адрес места нахождения «оптовой партии» наркотических средств», а именно: вблизи &lt;адрес&gt;, около металлической трубы в траве. Примерно в период времени с 18:00 до 19:00 ДД.ММ.ГГГГ он на автомобиле такси, марку и модель которого не запомнил, приехал по указанному адресу, где в траве около металлической трубы с округлой крышкой, находящейся на расстоянии примерно 50 метров от угла &lt;адрес&gt; в стороне моста, забрал «тайник-закладку» с «оптовой партией» наркотика, а именно сверток из изолирующей ленты типа «скотч» коричневого цвета, внутри которого находились мелкие свертки, выполненные из прозрачных полимерных пакетиков с наркотическим средством, обмотанных изолирующей лентой синего цвета, в количестве 20 штук. После того как он забрал «оптовую партию» наркотических средств, он вернулся домой по месту своего проживания: &lt;адрес&gt;, ком. 123. По указанию пользователя учетной записи «&lt;данные изъяты&gt;» в программе «Telegram» данные свертки ему необходимо было разложить в районе КЗТЗ &lt;адрес&gt;. Так, на следующий день, в период времени с 06:00 до 09:00 ДД.ММ.ГГГГ, он приехал с «оптовой партией» наркотических средств в район КЗТЗ &lt;адрес&gt; и разложил по одному свертку с наркотическом средством в «тайники-закладки», в том числе в следующих местах: прикопал сверток с наркотическим средством в грунт возле столбы линии электропередач, расположенном прямо при выходе из единственного подъезда &lt;адрес&gt;, и прикопал сверток с наркотическим средством возле передней ножки со стороны подъезда 1 &lt;адрес&gt;. Каждое место «закладки» он сфотографировал и на диктофон записал описание с адресом их местонахождения. Остальные места «закладок» осуществленных им в утреннее время ДД.ММ.ГГГГ на КЗТЗ &lt;адрес&gt;, он уже назвать не может, так как не помнит. После того, как он разложил имевшиеся при себе свертки с наркотическим средством, то приехал по месту своего проживания, по адресу: &lt;адрес&gt;. Далее, находясь дома, он перенес с диктофона запись адреса расположения «тайника-закладки» в электронный вид, а именно: набирал текст в отдельном документе программы «Блокнот» на своем ноутбуке. После чего, фото и описание «тайника-закладки» он отправил с компьютера, используя программу «Telegram» пользователю с учетной записью «&lt;данные изъяты&gt;», с целью последующей передачи им адресов расположения «тайников-закладок» приобретателям. Кроме того, ДД.ММ.ГГГГ в 17:19 ему от пользователя учетной записи «&lt;данные изъяты&gt;» в программе «Telegram», установленной на мобильном телефоне, пришло сообщение, в котором был адрес места нахождения «оптовой партии» наркотических средств» - ««10х044ск Тускарная 29 перекопал возле забора возле Лавки в корич ленте». Он в этот же день, ДД.ММ.ГГГГ, после 17:19, он вызвал такси «Лимон», модель и марку автомобиля не помнит, и на этом автомобиле приехал к дому &lt;адрес&gt;. Около &lt;адрес&gt; справа находилась лавочка, под лавочкой слева в грунте и листве он нашел «оптовую партию» наркотических средств – «закладку», в виде свертка из ленты «скотч» коричневого цвета, внутри которого находились мелкие свертки, выполненные из прозрачных полимерных пакетиков с наркотическим средством, обмотанных изолирующей лентой синего цвета, в количестве 10 штук. После того, как он забрал «оптовую партию» наркотических средств, он вернулся домой по месту своего проживания: &lt;адрес&gt; По указанию пользователя учетной записи «&lt;данные изъяты&gt;» в программе «Telegram» данные свертки ему необходимо было разложить в &lt;адрес&gt;. Так, на следующий день, в период времени с 08:00 до 09:00 ДД.ММ.ГГГГ, он приехал с «оптовой партией» наркотических средств в &lt;адрес&gt; и разложил по одному свертку с наркотическом средством в «тайники-закладки», в том числе в следующем месте: прикопал сверток с наркотическим средством в грунт клумбы во внутренней ее части вблизи &lt;адрес&gt;. Место закладки он сфотографировал и на диктофон записал описание с адресом местонахождения. Остальные места «закладок», осуществленных им в утреннее время ДД.ММ.ГГГГ на Северо-западном районе &lt;адрес&gt;, он уже назвать не может, так как не помнит. После того, как он разложил имевшиеся при себе свертки с наркотическим средством, то приехал по месту своего проживания, по адресу: &lt;адрес&gt;. Далее, находясь дома, он перенес с диктофона запись адреса расположения «тайника-закладки» в электронный вид, а именно: набирал текст в отдельном документе программы «Блокнот» на своем ноутбуке. После чего, фото и описание «тайника-закладки» он отправил с компьютера, используя программу «Telegram», пользователю с учетной записью «&lt;данные изъяты&gt;», с целью последующей передачи им адресов расположения «тайников-закладок» приобретателям. Кроме того, ДД.ММ.ГГГГ в дневное время, в 12:46, в программе «Telegram», установленной на его мобильном телефоне, пришло сообщение от сбытчика наркотиков с указанием места тайника-закладки с оптовой партией наркотика: «20х044ск 3йсуворовский переулок 4 слева остановка за ней прикопал в земле в коричневой ленте». В вечернее время, примерно в 19:00 ДД.ММ.ГГГГ он приехал по указанному адресу, но забрать «закладку» с наркотиком не смог, так как было многолюдно, и чтобы никто не заметил, что он забирает наркотическое средство, уехал домой. ДД.ММ.ГГГГ примерно в 00:30 он со своего мобильного телефона вызвал такси и вместе со своей сестрой &lt;данные изъяты&gt;, которая находилась у него в гостях, направился к месту нахождения «тайника-закладки», со свертком, в котором было наркотическое средство. Свою сестру он не просил помогать ему в сбыте наркотических средств. Он лишь иногда материально помогал ей, так как находился с ней в хороших родственных отношениях, и она нуждалась в денежных средствах, то есть денежные средства он давал ей просто так. Выйдя из автомобиля такси, примерно в 01:00 ДД.ММ.ГГГГ, он прошел вдоль трамвайных путей по &lt;адрес&gt;, чтобы удостовериться в отсутствии посторонних лиц и что за ним никто не наблюдает. Его сестра с водителем автомобиля остались около автомобиля. После чего он проследовал к месту нахождения «тайника-закладки», который должен был находиться за остановкой общественного транспорта вблизи &lt;адрес&gt;, прикопанный в земле в коричневой изоленте типа «скотч». Откопав за остановкой сверток с наркотиком, оклеенный полимерной липкой лентой коричневого цвета типа «скотч», он положил его в правый внутренний карман своей куртки. Данное наркотическое средство он забрал с целью последующей раскладки их по «тайникам-закладкам», то есть с целью последующего их сбыта потребителям наркотиков. После чего он направился в сторону, где было припарковано такси, на котором приехал, но был остановлен сотрудниками полиции, по подозрению к незаконному обороту наркотических средств. Затем, ДД.ММ.ГГГГ недалеко от места его задержания в служебном автомобиле сотрудников полиции, в присутствии понятых, был проведен его личный досмотр. В ходе проведения личного досмотра у него было обнаружено и изъято наркотическое средство синтетического происхождения под сленговым названием «СК», которое ему передало посредством «тайника-закладки» неизвестное лицо, использующее в программе «Telegram» учетную запись «&lt;данные изъяты&gt;», для изготовления им «тайников-закладок» с наркотическим средством для дальнейшего сбыта наркозависимым лицам, а также изъят мобильный телефон «Samsung Galaxy Grand Prime» серого цвета, в котором находится переписка со сбытчиком наркотических средств, который использует в программе «Telegram» учетные записи «&lt;данные изъяты&gt;». Кто именно осуществлял для него «оптовые тайники-закладки» ему не известно, так как он никогда не знал других лиц, занимающихся сбытом наркотических средств. Однако он предполагал, что есть лица, которые раскладывают «оптовые закладки» для него и других возможных «закладчиков» наркотических средств, с целью последующего сбыта его потребителям наркотиков. В связи с чем может пояснить, что ФИО3 лично ему не знаком, однако он не исключает вероятности осуществления последним для него «оптового тайника-закладки», которую он забрал ДД.ММ.ГГГГ вблизи &lt;адрес&gt;. Вину в совершенных преступлениях он признает полностью и в содеянном чистосердечно раскаивается. Вышеприведенные показания ФИО5 полностью подтверждаются и показаниями, данными в ходе проверки показаний на месте ДД.ММ.ГГГГ (т.4 л.д.236-251), проверки показаний на месте ДД.ММ.ГГГГ (т.1 л.д.75-78) согласно которым указал места осуществленных им «тайников-закладок» с наркотическим средством, а также места, в которых он забирал «оптовые» «тайники-закладки» с наркотическим средством для последующего сбыта. Помимо признания подсудимым своей вины, его виновность в совершении преступления подтверждается совокупностью исследованных доказательств: показаниями свидетелей и письменными материалами дела. Так, из оглашенных в судебном заседании в порядке ст. ч. 1 УПК РФ показаний свидетеля ФИО12 (т.1 л.д.29-33) следует, что ФИО5 является её дальним родственником, который примерно с 2015 года работал в &lt;адрес&gt; охранником, вахтовым методом. Примерно в начале февраля 2016 она узнала, что ФИО5 перестал ездить на работу в &lt;адрес&gt;, последний ей сообщил, что у него появилась высокооплачиваемая работа курьера, нюансы которой он ей на тот момент не рассказывал, то есть он не говорил ей, чем он конкретно занимается, а также не сообщал, что и откуда перевозит. ФИО5 рассказал ей, что работу курьера ему предложил их общий знакомый &lt;данные изъяты&gt;, который ДД.ММ.ГГГГ умер, а именно повесился. Некоторое время ФИО5 проживал вместе с ФИО37 по адресу: &lt;адрес&gt; Приходя в гости к ФИО5 по указанному адресу, она замечала как последний и ФИО37 постоянно переписывались с кем-то в программе «Telegram» через мобильный телефон ФИО37. Также, Подрезов и ФИО37 часто закрывались в комнате, после чего ФИО37 находился в неадекватном состоянии, а ФИО5 был в адекватном состоянии, в тот момент времени она предполагала, что ФИО37 употребляет наркотические средства, однако достоверно об этом не знала, так как в комнате с ними не находилась. В середине февраля 2016 года, точную дату не помнит, ФИО37 с ФИО6 предложили ей на машине ФИО37 проехать с ними за компанию в район &lt;адрес&gt;, при этом ФИО5 объяснил ей, что они едут забирать нужную им вещь, не сказав, что именно. Они приехали в частный сектор, куда именно она не помнит, Подрезов и ФИО37 ушли куда-то, она ждала их в машине. После того как они пришли, они сели в машину и она увидела в руках у ФИО37 какой-то комок черного цвета. Что это было точно, она не разглядела. Они все втроем отправились к ФИО37 домой, где Подрезов и ФИО37 уединились и чем занимались ей не известно. В этот вечер ФИО37 ей объяснил, что его с ФИО6 работа заключается в том, что они забирают в «тайнике – закладке», адрес которого присылался им в сообщении на телефон, посредством сети Интернет в программе «Telegram», мелкооптовую партию наркотических средств синтетического происхождения под названием «соль», а затем осуществляют работу по размещению мелкооптовой партии наркотических средств синтетического происхождения в розничные «тайники – закладки» на территории &lt;адрес&gt;, то есть занимаются сбытом наркотических средств синтетического происхождения через «тайники – закладки». Также ФИО37 рассказал ей о том, что все помещенные наркотические средства синтетического происхождения в «тайники – закладки» нужно фотографировать, делать описание и посредством сети Интернет с помощью программы «Telegram» в телефоне ФИО6, отправлять их работодателю под учетной записью «&lt;данные изъяты&gt;». ФИО37 рассказывал ей о механизме их работы в связи с тем, что ей было интересно чем занимается Подрезов, так как ее интересовала его судьба. Примерно в конце мая 2016 года, ей позвонил Подрезов и предложил с ним поездить по городу, при этом сказав ей, что ему нужно поработать курьером, а она должна была оставаться с водителем такси и общаться с ним на отвлеченные темы. Она поняла, что должна будет отвлекать водителя такси, чтобы последний не догадался о преступной деятельности ФИО6, связанной с незаконным сбытом наркотического средства синтетического происхождения «соль» через «тайники-закладки». Она согласилась на предложение ФИО6, так как поддерживала с ним хорошие родственные отношения. Примерно в конце мая 2016 года после просьбы ФИО6, она приехала к нему домой по адресу: &lt;адрес&gt;. Затем Подрезов вызвал такси, и они по улицам города приехали в район КЗТЗ, куда точно не помнит. Подрезов вышел из машины, а она осталась с таксистом, общаясь с ним на отвлеченные темы. Подрезов вернулся примерно минут через 10, с небольшим пакетом, в котором, с его слов, находилась посылка, содержимое которой он ей не пояснил, но она предполагала, что в ней находятся наркотические средства синтетического происхождения. Затем Подрезов на такси отвез ее домой, а сам уехал по своим делам. В конце мая Подрезов ей на руки передал денежные средства в сумме 1500 рублей, согласно ранее достигнутой между ними договоренности. Так же Подрезов сказал ей, что впредь будет ей давать денежные средства, если она ему будет оказывать помощь, то есть будет с ним ездить по городу, когда он ее попросит и должна будет находится в машине с водителем такси, отвлекая его беседами на различные темы, чтобы таксист не догадался о преступной деятельности ФИО6. ДД.ММ.ГГГГ, в дневное время, она пришла к ФИО6, они сидели у него в комнате и общались на отвлеченные темы. Примерно в 23 часа 50 минут Подрезов попросил ее проехать с ним по его работе, то есть, как она поняла, забрать очередную партию наркотического средства синтетического происхождения «соль», на что она согласилась. Они вышли на улицу и решили вызвать такси, подошли к магазину «Магнит», расположенному по адресу: &lt;адрес&gt; «А». Подрезов заказал такси по телефону и через некоторое время к ним подъехал автомобиль, водителем которого оказался их общий знакомый ФИО2. После непродолжительного общения Подрезов сказал, что ему нужно доехать по делам к дому № по &lt;адрес&gt;. И она, Подрезов и ФИО2, на автомобиле последнего, отправились по улицам города к указанному адресу. В ее присутствии Подрезов говорил ФИО2, что, якобы, поедет забрать денежные средства, о своих истинных намерениях ему не говорил. ДД.ММ.ГГГГ, примерно к 01:00, они приехали к дому № по &lt;адрес&gt;. Подрезов предложил ей пройти с ним ненадолго. Она отказалась, так как испугалась, и ответила, что подождет его в машине. После чего Подрезов зашел на улицу &lt;адрес&gt; и к ним не вернулся. Примерно в 01:15 ДД.ММ.ГГГГ к автомобилю, где находилась она с ФИО2 подошли молодые люди, предъявили удостоверения сотрудников полиции и сообщили, что у них имеется информация о том, что они могут быть причастны к незаконному обороту наркотических средств, и попросили проследовать с ними. Аналогичные показания по обстоятельствам, произошедшим ДД.ММ.ГГГГ, были даны на предварительном следствии свидетелем ФИО2 (т.2 л.д.78-80), оглашенные в судебном заседании в порядке ст. ч.1 УПК РФ. Из оглашенных в судебном заседании в порядке ст. ч.1 УПК РФ показаний свидетеля ФИО13 (т.4 л.д.162-164) и свидетеля ФИО14 (т.4 л.д.166-168) следует, что ДД.ММ.ГГГГ они участвовали в качестве понятых при производстве личного досмотра ФИО5 Так, сотрудник полиции, производивший личный досмотр ФИО5, в их присутствии, спросил у ФИО5 имеются ли у того при себе предметы и вещества, запрещенные в гражданском обороте на территории Российской Федерации и если есть таковые, предложил их добровольно выдать. ФИО5 пояснил, что он желает выдать из правого внутреннего кармана сверток с наркотическим средством. После чего ФИО5 достал из правого внутреннего кармана надетой на нем куртки, шарообразный сверток, перемотанный светло-коричневой липкой лентой, внутри которого находилось двадцать маленьких свертков, каждый из которых перемотан синей изоляционный лентой. Внутри каждого из двадцати идентичных свертков из синей изоляционной ленты находился свернутый в несколько раз прозрачный полиэтиленовый пакетик с плоской вакуумной застежкой, внутри пакетика находилось порошкообразное вещество светлого цвета. Так, в ходе личного досмотра ФИО5 в правом внутреннем кармане его куртки был обнаружен было обнаружено и изъято двадцать пакетиков с плоской вакуумной застежкой с находящимся внутри порошкообразным веществом светлого цвета, и сотовый телефон «Самсунг Дуос» в корпусе серого цвета, на дисплее которого имелась трещина с двумя сим-картами: оператора связи Теле-2 и Йота, и флеш-картой на 8 Гб. По факту изъятия ФИО5 пояснил, что изъятое порошкообразное вещество, находящееся в двадцати пакетиках, является наркотическим, и он должен был сбыть его на территории &lt;адрес&gt;, путем осуществления «тайников-закладок», а в изъятом у него мобильном телефоне содержится переписка с неустановленным лицом, совместно с которым он занимается преступной деятельностью, связанной с незаконным оборотом наркотиков. Кроме того, после окончания личного досмотра ФИО5, ДД.ММ.ГГГГ они участвовали в качестве понятых в ходе осмотра места происшествия, а именно участка местности, расположенного вокруг остановки общественного транспорта – трамвая «&lt;адрес&gt;». Данная остановка представляет собой навес, выполненный из нескольких бетонных плит с двумя металлическими опорами. Данная остановка примыкает тыльной стороной к металлическому забору из оцинкованного профиля, расстояние в нижней части остановки и забора не более 50 см, поверхность данной местности за остановкой – грунт. Слева от остановки вдоль указанного забора располагается территория домовладения № по &lt;адрес&gt;. Справа от остановки имеются гаражные ворота зеленого цвета, и примыкает домовладение № по &lt;адрес&gt;. В ходе осмотра места происшествия, никаких предметов и следов обнаружено и изъято не было. Объективно показания указанных свидетелей подтверждаются протоколом личного досмотра ФИО5 от ДД.ММ.ГГГГ года (т.1 л.д.10), согласно которому в служебном автомобиле ГАЗ-32215 государственный регистрационный знак № припаркованном напротив &lt;адрес&gt;, ФИО5 выдал из правого внутреннего кармана куртки шарообразный сверток, перемотанный светлой коричневой липкой лентой, в котором находится двадцать маленьких свертков, перемотанных синей изоляционной лентой, в каждом маленьком свертке находится пакетик с застежкой, внутри которого был маленький свернутый пакетик с застежкой, внутри которых находится порошкообразное вещество светлого цвета. Всего было двадцать пакетиков с данным веществом. Также в правом внутреннем кармане куртки был обнаружен и изъят сотовый телефон «Samsung Galaxy Grand Prime» серого цвета, с трещиной на экране, в рабочем состоянии, с сим-картой «Теле-2» и «Йота» - интернет в телефоне, также имелась флеш-карта 8 ГБ. В последующем изъятые в ходе производства личного досмотра ФИО5 предметы были осмотрены (т.1 л.д.136-154, т.2 л.д.68-72, т.3 л.д.90-99, т.5 л.д.11-14), признаны и приобщены к материалам уголовного дела в качестве вещественных доказательств (т.1 л.д.155-156, т.2 л.д.73-74). Протоколом осмотра места происшествия от ДД.ММ.ГГГГ (т.1 л.д.16-18), согласно которому объектом осмотра является участок местности, расположенный за остановкой общественного транспорта «&lt;адрес&gt;» вблизи &lt;адрес&gt; по &lt;адрес&gt;. В ходе осмотра установлено: остановка общественного транспорта представляет собой навес, выложенный из бетонных плит, имеющих две металлические опоры. За остановкой установлен забор из металлических щитов. Между плитами остановки и забором имеется проем длиной примерно 50 см – представляющий собой участок, покрытый грунтом. В ходе осмотра ничего обнаружено и изъято не было. Из оглашенных в судебном заседании в порядке ст. ч.1 УПК РФ показаний свидетеля ФИО15 (т.4 л.д.143-145) и свидетеля ФИО16 (т.4 л.д.146-147) следует, что ДД.ММ.ГГГГ они участвовали в качестве понятых при проведении осмотра места происшествия, а именно участка местности вблизи &lt;адрес&gt;. Так, в ходе осмотра места происшествия указанного участка местности, они увидели, что этот участок имеет асфальтное покрытие. В стене правого торца вышеуказанного дома имеется металлическая дверь серого цвета с навесом. В расщелине между указанной стеной дома и асфальтным покрытием был проверен грунт. В ходе проверки грунта в указанном месте, на расстоянии примерно 10 см от левого нижнего угла металлической серой двери, был обнаружен сверток из изолирующей ленты зеленого цвета. Внутри свертка находился один маленький прозрачный полиэтиленовый пакетик с вакуумной застежкой, внутри которого находилось сыпучее вещество белого цвета. Из оглашенных в судебном заседании в порядке ст. ч.1 УПК РФ показаний свидетеля ФИО17 (т.3 л.д.45-47) и свидетеля ФИО18 (т.3 л.д. 48-50) следует, что ДД.ММ.ГГГГ они участвовали в качестве понятых при проведении осмотра места происшествия, а именно участка местности вблизи подъезда 1 &lt;адрес&gt;. В ходе производства осмотра места происшествия оперативным сотрудником была обследована лавочка, находящаяся справа при подходе к указанному подъезду. Со стороны дороги, то есть с правого торца этой лавочки имелось отверстие в прямоугольном профиле каркаса лавочки, расположенном сразу под деревянным сидением лавочки, где был обнаружен сверток из изолирующей ленты зеленого цвета. Внутри свертка находился один маленький прозрачный полиэтиленовый пакетик с вакуумной застежкой, внутри которого находилось сыпучее вещество белого цвета. Объективно показания свидетелей ФИО15, ФИО16, ФИО17 ФИО18 подтверждаются протоколом осмотра места происшествия от ДД.ММ.ГГГГ (т.2 л.д.30-36), согласно которому в ходе осмотра участка местности, расположенного с правого торца &lt;адрес&gt; был обнаружен и изъят сверток из изолирующей ленты зеленого цвета, внутри которого имеется полиэтиленовый пакет с вакуумной застежкой с сыпучим веществом белого цвета. Протоколом осмотра места происшествия от ДД.ММ.ГГГГ (т.2 л.д.37-43), согласно которому в ходе осмотра участка местности, расположенного возле подъезда № &lt;адрес&gt; был обнаружен и изъят сверток из изолирующей ленты зеленого цвета, внутри которого был обнаружен прозрачный полиэтиленовый пакет с вакуумной застежкой, внутри обнаружен прозрачный полиэтиленовый пакет с вакуумной застежкой с сыпучим веществом белого цвета. В последующем изъятые в ходе указанных осмотров места происшествия предметы были осмотрены (т.3 л.д.51-54), признаны и приобщены к материалам уголовного дела в качестве вещественных доказательств (т.3 л.д.55-57). Рапортом следователя отдела СУ УМВД России по &lt;адрес&gt; ФИО19 от ДД.ММ.ГГГГ (т.3 л.д.8-9), согласно которому в результате проведенных следственных действий и оперативно-розыскных мероприятий совместно с сотрудниками ОБОП и НОН УУР УМВД России по &lt;адрес&gt; и ОУР УМВД России по &lt;адрес&gt; ДД.ММ.ГГГГ в период времени с 12 часов 20 минут до 12 часов 40 минут при производстве осмотра места происшествия - участка местности, расположенного с правого торца &lt;адрес&gt;, обнаружен и изъят сверток из изолирующей ленты зеленого цвета, в котором находился прозрачный полиэтиленовый пакет с сыпучим веществом белого цвета. Кроме того, в ходе предварительного следствия в результате проведенных следственных действий и оперативно-розыскных мероприятий совместно с сотрудниками ОБОП и НОН УУР УМВД России по &lt;адрес&gt; и ОУР УМВД России по &lt;адрес&gt; ДД.ММ.ГГГГ в период времени с 13 часов 05 минут до 13 часов 25 минут при производстве осмотра места происшествия - участка местности, расположенного вблизи подъезда 1 &lt;адрес&gt; обнаружен и изъят сверток из изолирующей ленты синего цвета, в котором находился прозрачный полиэтиленовый пакет с порошкообразным веществом белого цвета. Из оглашенных в судебном заседании в порядке ст. ч.1 УПК РФ показаний свидетеля ФИО20 (т.2 л.д.229-231) и свидетеля ФИО21 (т.4 л.д.170-172) следует, что ДД.ММ.ГГГГ они участвовали в качестве понятых при проведении осмотра места происшествия, а именно участка местности вблизи &lt;адрес&gt;. Так, в ходе осмотра места происшествия указанного участка местности, они видели, что этот участок имеет частично асфальтное покрытие, частично тротуар, покрытый травой и древесными насаждениями. Так, прямо напротив входа в единственный подъезд вышеуказанного дома, на расстоянии около 10 м, располагается бетонный столб линии электропередач. К данному столбу справа примыкает постройка из нескольких сараев. При осмотре грунта (раскапывании) вокруг указанного столба линии электропередач, возле ближнего от асфальта левого ребра столба в грунте был обнаружен сверток из изолирующей ленты синего цвета, внутри которого находился прозрачный полиэтиленовый пакетик с вакуумной застежкой в области горловины. Внутри пакета, в свою очередь, имелся скрученный аналогичный пакетик, внутри которого имелось сыпучее вещество белого цвета. Кроме того, сразу после этого осмотра места происшествия, ДД.ММ.ГГГГ они участвовали в качестве понятых при проведении осмотра места происшествия, а именно участка местности, расположенного возле подъезда 1 &lt;адрес&gt;. Так, в ходе осмотра места происшествия указанного участка местности, они видели, что этот участок имеет частично асфальтное покрытие, частично грунтовое покрытие - по краям тротуара, обеспечивающего подход ко входной двери в указанный подъезд. Слева при выходе из подъезда № &lt;адрес&gt; находилась лавочка. Под лавочкой имелся грунт. При обследовании (раскапывании) грунта под данной лавочкой, в районе передней левой ножки, был обнаружен сверток из изолирующей ленты синего цвета, внутри которого находился прозрачный полиэтиленовый пакетик с вакуумной застежкой в области горловины с сыпучим веществом белого цвета. Объективно показания указанных свидетелей подтверждаются протоколом осмотра места происшествия от ДД.ММ.ГГГГ (т.1 л.д.234-241), согласно которому в ходе осмотра участка местности, расположенного вблизи входа в &lt;адрес&gt; был обнаружен и изъят сверток размерами 1,5х2,0х0,8 см из изоляционной ленты синего цвета, внутри которого был обнаружен прозрачный полиэтиленовый пакет с вакуумной застежкой, внутри пакета имеется свернутый в несколько раз сложенный аналогичный полиэтиленовый пакет с вакуумной застежкой, в котором имеется вещество порошкообразное белого цвета. Протоколом осмотра места происшествия от ДД.ММ.ГГГГ (т.1 л.д.251-257), согласно которому в ходе осмотра участка местности, расположенного вблизи подъезда № &lt;адрес&gt; был обнаружен и изъят сверток из фрагмента изолирующей ленты синего цвета размерами 2,1х2,5х0,7 см. При разворачивании свертка установлено, что он был изготовлен из двух фрагментов изолирующей ленты, внутри свертка находится полиэтиленовый пакет с вакуумной застежкой, в которой имеется порошкообразное вещество белого цвета. В последующем изъятые в ходе указанных осмотров места происшествия предметы были осмотрены (т.2 л.д.217-221), признаны и приобщены к материалам уголовного дела в качестве вещественных доказательств (т.2 л.д.222-224). Рапортом следователя отдела СУ УМВД России по &lt;адрес&gt; ФИО19 от ДД.ММ.ГГГГ (т.2 л.д.189-190), согласно которому, в результате проведенных следственных действий и оперативно-розыскных мероприятий совместно с сотрудниками ОБОП и НОН УУР УМВД России по &lt;адрес&gt; и ОУР УМВД России по &lt;адрес&gt;, ДД.ММ.ГГГГ в период времени с 12:50 до 13:20 при производстве осмотра места происшествия - участка местности, расположенного вблизи &lt;адрес&gt;, обнаружен и изъят сверток из изолирующей ленты синего цвета, в котором находился прозрачный полиэтиленовый пакет с порошкообразным веществом белого цвета. Кроме того, в ходе предварительного следствия в результате проведенных следственных действий и оперативно-розыскных мероприятий совместно с сотрудниками ОБОП и НОН УУР УМВД России по &lt;адрес&gt; и ОУР УМВД России по &lt;адрес&gt; ДД.ММ.ГГГГ в период времени с 13:30 до 14:00 при производстве осмотра места происшествия - участка местности, расположенного вблизи подъезда &lt;адрес&gt;, обнаружен и изъят сверток из изолирующей ленты синего цвета, в котором находился прозрачный полиэтиленовый пакет с порошкообразным веществом белого цвета. Из оглашенных в судебном заседании в порядке ст. ч.1 УПК РФ показаний свидетеля ФИО22 (т.2 л.д.168-170) и свидетеля ФИО23 (т.2 л.д.171-173) следует, что ДД.ММ.ГГГГ они участвовали в качестве понятых при проведении осмотра места происшествия, а именно участка местности вблизи &lt;адрес&gt;. Так, в ходе осмотра места происшествия указанного участка местности, они увидели, что этот участок представляет собой асфальтированный тротуар, расположенный между проезжей частью по указанному переулку и забором домовладения № по &lt;адрес&gt;. Слева перед входом на территорию домовладения между тротуаром и проезжей частью имелась клумба с насаждениями кустарников и деревьев. Клумба со стороны тротуара имела ограждение в виде кладки из белых кирпичей. При осмотре (раскапывании) грунта указанной клумбы, в ближнем от входа в домовладение по указанному адресу углу кирпичной кладки был обнаружен сверток из изолирующей ленты синего цвета, внутри которого находился прозрачный полиэтиленовый пакетик с вакуумной застежкой в области горловины. Внутри пакета, в свою очередь, имелся скрученный аналогичный пакетик с сыпучим веществом белого цвета. Объективно показания указанных свидетелей подтверждаются протоколом осмотра места происшествия от ДД.ММ.ГГГГ (т.1 л.д.205-212), согласно которому в ходе осмотра участка местности, расположенного вблизи &lt;адрес&gt; был обнаружен и изъят сверток из изолирующей ленты синего цвета, размерами примерно 1,5х0,2х0,8 см, при разматывании изолирующей ленты внутри обнаружено пакет прозрачный с застежкой, свернутый в несколько сложений, внутри которого имеется второй аналогичный пакет прозрачный с застежкой, в котором в свою очередь имеется порошкообразное вещество белого цвета. В последующем изъятые в ходе указанного осмотра места происшествия предметы были осмотрены (т.2 л.д.159-162), признаны и приобщены к материалам уголовного дела в качестве вещественных доказательств (т.2 л.д.163-164). Рапортом следователя отдела СУ УМВД России по &lt;адрес&gt; ФИО19 от ДД.ММ.ГГГГ (т.2 л.д.137-138), согласно которому, в результате проведенных следственных действий и оперативно-розыскных мероприятий совместно с сотрудниками ОБОП и НОН УУР УМВД России по &lt;адрес&gt; и ОУР УМВД России по &lt;адрес&gt; ДД.ММ.ГГГГ при производстве осмотра места происшествия - участка местности, расположенного вблизи &lt;адрес&gt;, обнаружен и изъят сверток из изолирующей ленты синего цвета, в котором находился прозрачный полиэтиленовый пакет с порошкообразным веществом белого цвета. Из оглашенных в судебном заседании в порядке ст. ч.1 УПК РФ показаний свидетеля ФИО20 (т.4 л.д.222-226) и свидетеля ФИО24 (т.4 л.д. 228-232) следует, что ДД.ММ.ГГГГ они участвовали в качестве понятых при производстве личного досмотра ФИО3, в ходе которого в левом боковом кармане шорт ФИО3, в их присутствии, оперативным сотрудником полиции, производившим досмотр, был обнаружен и изъят мобильный телефон «Айфон-5 С» белого цвета в пластмассовом чехле серого цвета, на задней крышке телефона имеется надпись imei: №, с сим-картой оператора «Йота» с номером № В правом боковом кармане шорт обнаружена связка ключей, в количестве 5 штук (один ключ магнитный, для входа в подъезд &lt;адрес&gt;). Больше в ходе личного досмотра ничего обнаружено не было. По факту изъятия ФИО3 пояснил о том, что данный мобильный телефон он использовал для производства фотографий мест закладок с наркотиками, описанием места «закладок» с наркотиками и передачи этой информации по сети интернет лицу, осуществляющему сбыт наркотических средств. Кроме того, после окончания личного досмотра ФИО3, ДД.ММ.ГГГГ они участвовали в качестве понятых в ходе осмотра места происшествия, а именно участка местности, расположенного на расстоянии примерно 30 метров от домовладения № по &lt;адрес&gt;, по направлению через проезжую часть. В ходе производства осмотра места происшествия они увидели, что осматриваемый участок представляет собой грунт, покрытый травой. С одной из сторон, данный участок имеет ограждение в виде серого забора, выполненного из шиферных листов. Вдоль забора на земле располагаются металлические трубы различного диаметра со следами коррозии металла. При нахождении на осматриваемом участке, вправо от края труб со стороны дороги «&lt;адрес&gt;», на расстоянии 2,5 м в грунте следователем обнаружен сверток из изолирующей ленты черного цвета. При разворачивании свертка, внутри был обнаружен полимерный прозрачный пакет, внутри которого имелось сыпучее вещество белого цвета. Кроме того, ДД.ММ.ГГГГ они участвовали в качестве понятых при осмотре места происшествия – квартиры по месту жительства ФИО3 по адресу: &lt;адрес&gt;. На момент начала осмотра квартиры с согласия лица, проживавшего в ней – ФИО3, иных лиц в помещении квартиры не было. Так, в ходе осмотра квартиры в письменном столе спальной комнаты были обнаружены сим-карты оператора «Yota №»; оператора «Yota №»; оператора Tele2 №; корпус от сим-карты Tele2 №; сим-карта Tele2 с корпусом № карта Сбербанка России с № на имя ФИО3; флеш-накопитель марки «Trahscend», объемом памяти 32 GB S/N S247450175/7D33/93; ежедневник в обложке черного цвета, в котором имелись рукописные записи; два договора «ndn»; договор найма от ДД.ММ.ГГГГ, заявление на получение международной карты. На столе находился ноутбук в корпусе серого цвета «Samsung S/N HTS I98 FC7A2 WC22» модель NP 350 V5C с мышью компьютерной, беспроводной и зарядным устройством. Далее, в верхнем ящике письменного стола обнаружено и изъято: изолента черного цвета, изолента красного цвета, рулон лейкопластыря, упаковка пакетов с застежкой ПВД, лента «скотч» серого цвета, лента «скотч» коричневого цвета. Далее, в среднем ящике обнаружено и изъято: модем в корпусе черного цвета «Мегафон Е 173» S/N XVA4CA1132414587 имей №, сим-карта оператора «Теле-2» №, сим-карта оператора «Мегафон» №; сим-карта «Связной» №; мобильный телефон «Samsung» имей №, который б/у имеет множественные потертости; договор об оказании услуг № от ДД.ММ.ГГГГ. Затем, в среднем ящике указанного письменного стола были обнаружены и изъяты денежные средства в размере 81 000 рублей, которые со слов ФИО3 принадлежат ему, а именно купюрами в 1000 рублей каждая в количестве 81 штуки. Также, в ходе осмотра квартиры, в спальной комнате в нижнем ящике стола обнаружены электронные весы в корпусе черного цвета. Весы находились в рабочем состоянии, на поверхности которых имелись следы вещества растительного происхождения. На момент осмотра в спальной комнате на стуле находился рюкзак мужской черного цвета, в рюкзаке на момент осмотра находилось сидение от велосипеда, при осмотре которого, из трубы крепления сидения высыпались два свертка из изолирующий ленты черного цвета. При раскручивании первого свертка, внутри был обнаружен пакетик на вакуумной застежки, внутри которого имеется пакет с вакуумной застежкой и веществом порошкообразным красно-коричневого цвета, а также пакетик с застежкой, внутри которого находилось сыпучее вещество белого цвета. Второй сверток из изолирующей ленты черного цвета был раскручен, внутри свертка имелся пакет на вакуумной застежке, в котором в свою очередь пакетик с вакуумной застежкой, в котором содержится вещество красно-коричневого цвета, а также имелся свернутый в несколько сложений пакетик с вакуумной застежкой, внутри которого было сыпучее вещество белого цвета. Далее, при осмотре балкона, вход на который осуществлялся из комнаты, следов и предметов, принадлежащих изъятию, не обнаружено. После чего, ФИО3 пояснил, что на кухне может указать место, где он оставил пакетики и упаковки от вещества «СК» наркотического происхождения, которое он расфасовывал. Далее, при осмотре помещения квартиры, а именно кухни было установлено, что на кухне слева – направо располагаются: холодильник, стол обеденный, кухонный гарнитур, справа от гарнитура на полу имелся мусорный пакет. В мусорном пакете были обнаружены и в последующем изъяты: три коробки картонных с обрезанными сторонами, из-под соков; пара перчаток синего цвета, хозяйственные; пакеты прозрачные, упаковочные с вакуумными застежками на 4-х из которых имелись рукописные надписи черным маркером: 0,44, ТВ, 50, РОСС, 25 шт.; различных размеров пустые пакетики б/у; 45 штук чистых пакетов на вакуумных застежках, изолента красного цвета, 2 медицинских использованных маски; пакет – канцелярский файл, находившийся в пакете, обработан дактопорошком на нем обнаружен след руки, изъятый на светлую дактопленку; на дне мусорного пакета обнаружена россыпь вещества растительного происхождения, которая собрана на лист бумаги и помещена в канцелярский файл, снабженный пояснительной запиской; сим-карта МТС №, находящаяся в модеме без названия в корпусе черного цвета HUAWEI Mobile имей № s/n w 2wsTA 1231904014, которая вместе с обнаруженным на холодильнике планшетом в корпусе серого цвета ACER one 10 S1002-1764 S/N NT653ER00453878Д527200, с зарядным устройством от него помещены в бумажный короб из под планшета, с пояснительной запиской. В ходе осмотра проводилось дактилоскопирование участвующего лица – ФИО3 Более в ходе осмотра предметов и следов, подлежащих изъятию обнаружено не было. Объективно показания указанных свидетелей подтверждаются протоколом личного досмотра ФИО3 от ДД.ММ.ГГГГ (т.3 л.д.194-215), в ходе которого в левом боковом кармане шорт обнаружен и изъят сотовый телефон Айфон-5 С белого цвета в пластмассовом чехле серого цвета, на задней крышки телефона имеется надпись imei: № с сим-картой оператора «Йота» с номером №; в правом боковом кармане шорт обнаружена связка ключей, в количестве 5 штук (один ключ магнитный, для входа в подъезд &lt;адрес&gt;). По факту изъятия досматриваемый ФИО3 пояснил о том, что данный телефон он использовал для производства фотографий мест «закладок» с наркотиками, описанием места закладок с наркотиками и передачи данных материалов по сети интернет. Протоколом осмотра места происшествия от ДД.ММ.ГГГГ (т. 3, л.д. 146-164), согласно которому в ходе осмотра &lt;адрес&gt;, было обнаружено и изъято: два свертка из изолирующий ленты черного цвета; сим-карта оператора «Yota №»; оператора «Yota №»; оператора Tele2 № корпус от сим-карты Tele2 №; сим-карта Tele2 с корпусом №; карта сбербанка России с № на имя ФИО3; флеш-накопитель марки «Trahscend», объемом памяти 32 GB S/N S247450175/7D33/93; ежедневник в обложке черного цвета, в котором имеется рукописные записи; два договора «ndn»; договор найма от 13.06.2016г., заявление на получение международной карты; ноутбук в корпусе серого цвета «Samsung S/N HTS I98 FC7A2 WC22» модель NP 350 V5C с мышью компьютерной, беспроводной и зарядным устройством; изолента черного цвета, изолента красного цвета, рулон лейкопластыря, упаковка пакетов с застежкой ПВД, лента скотч серого цвета, лента скотч коричневого цвета, модем в корпусе черного цвета; Мегафон Е 173 S/N XVA4CA1132414587 имей №, сим-карта оператора Теле-2 №, сим-карта оператора «Мегафон» №; сим-карта «Связной» №; мобильный телефон «Samsung» имей №, который б/у имеет множественные потертости; договор об оказании услуг № от ДД.ММ.ГГГГ; денежные средства в размере 81 000 рублей, купюрами в 1000 рублей каждая в количестве 81 штуки; электронные весы в корпусе черного цвета, на поверхности которых имелись вещества растительного происхождения; три коробки картонных с обрезанными сторонами из под соков, объемом 2 литра, пара перчаток синего цвета, хозяйственные; пакеты прозрачные, упаковочные с вакуумными застежками на 4-х из которых имеются рукописные надписи черным маркером: 0,44, ТВ, 50, РОСС, 25 шт. различных размеров пустые пакетики б/у, 45 шт. чистых пакетов на вакуумных застежках, изолента красного цвета, 2 медицинских использованных маски; пакет – канцелярский файл, находившейся в пакете обработано дактопорошком на нем обнаружен след руки, изъяты на светлую дактопленку в бумажный конверт; на дне мусорного пакета обнаружено россыпь вещества растительного происхождения, которые собраны на лист бумаги и помещен в канцелярский файл; сим-карта МТС №, находящемся в модеме без названия в корпусе черного цвета Huawei Moble IMEI: №, s/n: w 2wsTA 1231904014, планшет в корпусе серого цвета ACER one 10 S1002-1764 S/N NT653ER00453878Д527200, с зарядным устройством. Протоколом осмотра места происшествия от ДД.ММ.ГГГГ (т.3 л.д.218-221), согласно которому был произведен осмотр места происшествия, а именно участка местности, расположенного на расстоянии 30 метров от домовладения № по &lt;адрес&gt;, по направлению через проезжую часть, в ходе которого были обнаружены и изъяты пакет с веществом и фрагментом изоленты. В последующем изъятые в ходе указанных осмотров места происшествия предметы были осмотрены (т.4 л.д.43-77, т.4 л.д.103-106, т.4 л.д.112-118), признаны и приобщены к материалам уголовного дела в качестве вещественных доказательств (т.4 л.д.78-83, т.4 л.д.107-108, т.4 л.д.119-122). Кроме того, показания указанных свидетелей в судебном заседании подтвердил свидетель ФИО25, который показал, что до ДД.ММ.ГГГГ он работал в должности заместителя начальника отдела ОБОП и НОН УУР УМВД России по &lt;адрес&gt;. В июне 2016 года в УМВД России по &lt;адрес&gt; поступила оперативная информация о причастности ФИО3 к незаконному обороту наркотических средств на территории &lt;адрес&gt;, данный гражданин ему был знаком по фотографии. Так, в рамках поступившей информации им, ДД.ММ.ГГГГ в период времени с 05:00 до 06:30, проводилось оперативно-розыскное мероприятие – «наблюдение», в целях документирования и последующего изобличения в преступной деятельности, связанной с незаконным оборотом наркотических средств ФИО3 Наблюдение началось в 05:00 ДД.ММ.ГГГГ в месте вероятного появления ФИО3 (Объект №), а именно возле 3-го подъезда &lt;адрес&gt;. Проведенным наблюдением было установлено, что ДД.ММ.ГГГГ примерно в 06:15, из указанного подъезда вышел ФИО3, который по улицам города, примерно в 06:30 ДД.ММ.ГГГГ подошел к остановке, расположенной около &lt;адрес&gt;, обошел ее и что-то положил, предварительно прикопав землей. После чего наблюдение за объектом № было прекращено и продолжено за местом вероятного изготовления «тайника-закладки» с наркотиком, а именно за остановкой, расположенной около &lt;адрес&gt;. С целью конспирации фото-видео фиксация не проводилась. Кроме того, с целью организации дальнейшего «наблюдения» за местом вероятного изготовления ФИО3 «тайника-закладки» с наркотиком было сообщено руководству. Далее, примерно в 01:15 ДД.ММ.ГГГГ ему стало известно, что в ходе проводимых сотрудниками ОБОП и НОН УУР УМВД России по &lt;адрес&gt; оперативно-розыскных мероприятий – «наблюдения» за местом вероятного изготовления ФИО3 «тайника-закладки» с наркотиком, а именно за остановкой, расположенной около &lt;адрес&gt;, по подозрению в незаконном обороте наркотических средств, был задержан мужчина, которым как было установлено позже – являлся ФИО5 С целью дальнейшего документирования преступной деятельности ФИО3, он прибыл к месту задержания ФИО5 Пояснил о своем участи в производстве личного досмотра ФИО5, осмотра места происшествия – участка местности вблизи &lt;адрес&gt;, осмотра места происшествия – участка местности напротив &lt;адрес&gt;, осмотра места происшествия – участка местности возле &lt;адрес&gt;, осмотра места происшествия – участка местности, расположенного вблизи &lt;адрес&gt;, осмотра места происшествия – участка местности, расположенного вблизи подъезда № &lt;адрес&gt;, в производстве личного досмотра ФИО3, осмотра места происшествия – участка местности, расположенного вблизи &lt;адрес&gt;, а также осмотра места происшествия – помещения &lt;адрес&gt; в которой проживал ФИО3 Показания свидетеля подтверждаются рапортом о проведении оперативно-розыскного мероприятия «наблюдение» от ДД.ММ.ГГГГ (т.5 л.д.32), согласно которому ДД.ММ.ГГГГ примерно в 06:15, из 3-го подъезда &lt;адрес&gt; вышел ФИО3, который по улицам города, примерно в 06:30 ДД.ММ.ГГГГ подошел к остановке, расположенной около &lt;адрес&gt; обошел ее и что-то положил, предварительно прикопав землей. После чего наблюдение за ФИО3 было прекращено и продолжено за местом вероятного изготовления «тайника-закладки» с наркотиком, а именно за остановкой, расположенной около &lt;адрес&gt; Свидетель ФИО26 в судебном заседании показал, что в июне 2016 года он работал в должности старшего оперативного уполномоченного ОБОП и НОН УУР УМВД России по &lt;адрес&gt;. ДД.ММ.ГГГГ им совместно со старшим оперативным уполномоченным ОБОП и НОН УУР УМВД России по &lt;адрес&gt; ФИО27 в отношении неустановленного мужчины проводилось оперативно-розыскное мероприятие – «наблюдение» за участком местности, расположенным на пересечении &lt;адрес&gt;. Так, в 22:00 они находились напротив &lt;адрес&gt;. Примерно в 01:00 к дому &lt;адрес&gt; подъехал автомобиль ВАЗ 2115, г.н. №, с опознавательными знаками такси. Из автомобиля вышел молодой человек ростом примерно 170 см, среднего телосложения, светлые короткие волосы, одетый в черную кожаную куртку, синие джинсы, туфли темного цвета, в руках держал сотовый телефон (объект №). Затем из указанного автомобиля вышли водитель (объект №) и неустановленная девушка (объект №). После чего объект № направился в сторону &lt;адрес&gt;. Пройдя примерно 30-40 метров по &lt;адрес&gt;, совершая проверочные действия (оглядываясь, ускорялся, разглядывал припаркованные на улице автомобили) объект № развернулся и пошел в сторону остановки общественного транспорта, расположенной напротив &lt;адрес&gt;. Пройдя за остановку, с правой стороны объект № наклонился и начал разгребать грунт, поле чего извлек из земли сверток и положил его во внутренний карман куртки. Далее объект № направился в сторону автомобиля. Проходя по &lt;адрес&gt; объект № примерно в 01:15 ДД.ММ.ГГГГ был остановлен сотрудниками полиции. При этом установлено, что объект № – это ФИО5 В ходе проведения оперативно-розыскного мероприятия «наблюдение» с целью конспирации, фото- и видеосъемка не проводились. На этом ОРМ «наблюдение» было окончено. Аналогичные показания были даны на предварительном следствии свидетелем ФИО27 (т.4 л.д.252-253), оглашенные в судебном заседании в порядке ст. ч.1 УПК РФ. Показания указанных свидетелей подтверждается актом о проведении оперативно-розыскного мероприятия «наблюдение» от ДД.ММ.ГГГГ (т.1 л.д.15), согласно которому ДД.ММ.ГГГГ примерно в 01:00 к дому № по &lt;адрес&gt; подъехал автомобиль ВАЗ 21115, г.н. №, с опознавательными знаками такси, из которого вышел ФИО5 и направился в сторону 3&lt;адрес&gt;. Пройдя примерно 30-40 метров по &lt;адрес&gt;, развернулся и пошел в сторону остановки общественного транспорта, расположенной напротив &lt;адрес&gt;. Пройдя за остановку, с правой стороны ФИО5 наклонился и начал разгребать грунт, после чего извлек из земли сверток и положил его во внутренний карман куртки, после чего, проходя по &lt;адрес&gt; был задержан. Из оглашенных в судебном заседании в порядке ст. ч.1 УПК РФ показаний свидетеля ФИО28 (т.5 л.д.21-22) следует, что в марте 2016 года между нею и ФИО5 был заключен договор найма комнаты по адресу: &lt;адрес&gt;. Ранее лично она с ФИО5 знакома не была, последний узнал о том, что она сдает жилье через сеть «Интернет». В последующем, после сдачи комнаты, у нее никаких нареканий к ФИО5 по порядку проживания не имелось, соседи не него не жаловались. Примерно в июле 2016 года ей от соседей по комнате стало известно, что в сдаваемой ею комнате ФИО5 не проживает, а проживает его сестра ФИО53. Когда она приехала в указанную комнату, то увидела, что ФИО5 в комнате не проживает, так как со слов ФИО53 его задержали сотрудники полиции в связи с подозрением в незаконном обороте наркотических средств. Ранее о деятельности ФИО5 ей ничего известно не было. Чем именно ФИО5 занимался в арендованной ему комнате, ей не известно. В июле 2016 года в связи с тем, что ФИО53 перестала платить за жилье, то она не стала сдавать ей жилье. Из оглашенных в судебном заседании в порядке ст. ч.1 УПК РФ показаний свидетеля ФИО29 (т.5 л.д.3-4) следует, что ДД.ММ.ГГГГ между ней и ФИО3 был заключен договор найма &lt;адрес&gt;. Ранее лично она с ФИО3 знакома не была. ФИО3 узнал о том, что она сдает жилье через агентство недвижимости. В последующем, после сдачи квартиры, у нее никаких нареканий к ФИО3 по порядку проживания не имелось, соседи не него не жаловались. Примерно ДД.ММ.ГГГГ она пришла на квартиру по адресу: &lt;адрес&gt;, однако ФИО3 в квартире не было. Она сначала не придала этому значение. Примерно через 4 дня ей позвонил адвокат, имени которого она не запомнила, и попросил встретиться с родителями ФИО3 После встречи с родителями ФИО3 она узнала, что ФИО3 был задержан в связи с подозрением в распространении наркотических средств, однако ранее о его деятельности ей ничего известно не было. Чем именно ФИО3 занимался на квартире: &lt;адрес&gt; ей не известно. Из оглашенных в судебном заседании в порядке ст. ч.1 УПК РФ показаний свидетеля ФИО30 (т.5 л.д.48-49) следует, что в собственности ее свекрови, ФИО31 имелась квартира, расположенная по адресу: &lt;адрес&gt;. В сентябре 2016 года вышеназванная квартиры ФИО31 была продана. До момента продажи вышеназванная квартира находилась в фактическом пользовании ее супруга – ФИО4. В апреле 2016 года ее супруг решил сдать квартиру, расположенную по адресу: &lt;адрес&gt;, внаем, так как в квартире никто не проживал, и она пустовала. Для этой цели она, по просьбе супруга, разместила объявление о сдаче квартиры на сайте «Авито». Спустя около 1 недели ей на сотовый телефон позвонил молодой человек, представившись ФИО3, ранее ей и ее супругу неизвестный. ФИО3 изъявил желание снять квартиру. По телефону с ФИО3 разговаривал супруг. Они договорились встретиться в &lt;адрес&gt;. В этот же день, точную дату она не помнит, ее супруг встретился с ФИО3 в &lt;адрес&gt;, они обсудили условия сдачи квартиры, супруг показал ФИО3 квартиру, которая его устроила. Квартиру они договорились сдавать за денежные средства в размере 6000 рублей в месяц, плюс оплата коммунальных услуг. Письменный договор о сдаче квартиры между сторонами не заключался. Срок сдачи квартиры не оговаривали. Лично она с ФИО3 не встречалась и ранее знакома не была. В конце июня 2016 года ФИО3 позвонил ее супругу и сообщил, что необходимо встретиться, чтобы мужу отдать ключи от квартиры, пояснив, что больше он не будет снимать квартиру. На следующий день ее супруг пытался дозвониться до ФИО3, но так и не дозвонился, ключ ФИО3 не вернул. Причина, по которой он перестал снимать квартиру, ей не известна. В мае 2016 года, когда ФИО3 проживал в вышеуказанной квартире, ее свекровь – ФИО31, посещала данную квартиру, где встречалась с ФИО3 для сбора платы за квартиру. Она в этот период времени квартиру не посещала. ФИО31 не замечала ничего подозрительного в поведении ФИО3 и в квартире, в том числе связанное с незаконным оборотом наркотических средств. Ей не было известно, чем занимался ФИО3 во время проживания в квартире. Он пояснил, что является студентом и подозрений не вызывал. Ей не было известно о причастности ФИО3 к незаконному обороту наркотических средств. О виновности ФИО5 свидетельствуют также и письменные материалы дела: - рапорт заместителя начальника ОБОП и НОН УУР УМВЛД России по &lt;адрес&gt; ФИО25 от ДД.ММ.ГГГГ года (т.1 л.д.9), согласно которому сотрудниками ОБОП и НОН УУР УМВД РФ по &lt;адрес&gt; совместно с ОУР Северо-Западного отдела полиции УМВД РФ по &lt;адрес&gt; и ПА-5 ППС в результате проведения оперативно-розыскных мероприятий ДД.ММ.ГГГГ на улице &lt;адрес&gt; был задержан ФИО5, ДД.ММ.ГГГГ г.р., зарегистрированный по адресу &lt;адрес&gt;, проживает по адресу: &lt;адрес&gt;, у которого при личном досмотре обнаружено и изъято 20 пакетиков с порошкообразным веществом белого цвета; - рапорт ФИО25 от ДД.ММ.ГГГГ (т.3 л.д.145), согласно которому в ОБОП и НОН УУР УМВД России по &lt;адрес&gt; имеется оперативная информация о том, что ФИО3 по месту жительства, по адресу: &lt;адрес&gt;, возможно незаконно хранит наркотические средства синтетического происхождения, а также приспособления и устройства, необходимые для взвешивания, фасовки и упаковывания данного наркотического средства; - рапорт ФИО25 от ДД.ММ.ГГГГ (т.3 л.д.193), согласно которому в ОБОП и НОН УУР УМВД России по &lt;адрес&gt; имеется оперативная информация о том, что в «тайнике-закладке», расположенном на участке местности, около металлических труб, находящихся рядом с &lt;адрес&gt; возможно находиться наркотическое средство синтетического происхождения, под сленговым названием «Соль» или «СК»; - протокол обыска от ДД.ММ.ГГГГ (т.1 л.д.62-63), согласно которому проведен обыск в жилище ФИО5 по адресу: &lt;адрес&gt;. В ходе обыска изъято: ноутбук «Asus» в корпусе черного цвета, модель «X550Z» с зарядным устройством и сумкой для переноса ноутбука, банковская карта «Сбербанк» №, банковская карта «Восточный банк» №. Сим-карта «Теле2» №; записная книжка в красном переплете; флеш-карта «Кингстон» 16Gb; весы электронные в корпусе серебристого цвета; изолирующая лента красного цвета; упаковочные пакеты с вакуумной застежкой – 9 штук, пищевая фольга; приспособление для курения из металла желтого цвета; приспособление для курения с прозрачным контейнером и металлической трубкой; мундштук металлический. Ноутбук «Asus» в корпусе черного цвета, модель «X550Z» с зарядным устройством и сумкой для переноса ноутбука упакованы в полиэтиленовый пакет черного цвета, опечатанный печатью «Дежурная часть» с подписями участвующих лиц; банковская карта «Сбербанк» №, банковская карта «Восточный банк» №; сим-карта Теле2 №; записная книжка в красном переплете; флеш-карта «Кингстон» 16Gb; весы электронные в корпусе серебристого цвета; изолирующая лента красного цвета; упаковочные пакеты с вакуумной застежкой – 9 штук, пищевая фольга; приспособление для курения из металла желтого цвета; приспособление для курения с прозрачным контейнером и металлической трубкой; мундштук металлический упакованы в полиэтиленовый пакет белого цвета, опечатанный печатью «Дежурная часть УМВД России по &lt;адрес&gt;» с подписями участвующих лиц. В последующем изъятые в ходе указанного обыск в жилище ФИО5 по адресу: &lt;адрес&gt;, предметы были осмотрены (т.1 л.д.159-190, т.3 л.д.90-99), признаны и приобщены к материалам уголовного дела в качестве вещественных доказательств (т.1 л.д.191-192, т.3 л.д.100-101). - сведения ПАО «Сбербанк России» от 03.08.2016 года (т.2 л.д.113-119), согласно которым банковская карта № зарегистрирована на имя ФИО6 &lt;данные изъяты&gt;, ДД.ММ.ГГГГ г.&lt;адрес&gt; расчетов по данной карте был открыт счет: №, согласно информации о движении денежных средств за период с 01.01.2016г. по 11.06.2016г. на указанный номер счета неоднократно поступали денежные средства, путем перевода с различных счетов; - протокол осмотра предметов от ДД.ММ.ГГГГ (т.2 л.д.88-105), согласно которому осмотрен: лазерный диск в пластиковой коробке. Осмотром установлено, что на осматриваемом лазерном диске имеется один файл табличного типа «Лист Microsoft Office Excel 97-2003» c наименованием «ответ по №». Указанный файл состоит из 7 вкладок, на каждой из которых имеется текстовая информация в табличном виде. Так установлено, что «киви-кошелек» с номером №» создан ДД.ММ.ГГГГ на владельца Подрезов &lt;данные изъяты&gt;, ДД.ММ.ГГГГ, паспорт №. По указанному электронному счету в период времени с ДД.ММ.ГГГГ по ДД.ММ.ГГГГ проводились различные операции по переводу денежных средств; - протокол осмотра предметов от ДД.ММ.ГГГГ (т.4 л.д.270-278), согласно которому осмотрены: оптический лазерный диск. При помощи компьютера, оборудованного устройством для чтения дисков, содержимое диска просмотрено. Установлено следующее: на осматриваемом лазерном диске имеются различные файлы, в том числе в папке «айфон и ноут/фотки с закладками» фотофайлы, на которых имеются изображения местности, а также фрагмента кисти человека, указывающего указательным пальцем на конкретное место изображенного участка. Так, установлено, что имеются: 5 изображений, датированных 22.03.2016г. в период времени с 16:11 до 16:35; 11 изображений, датированных 25.03.2016г. в период времени с 4:17 до 4:42; 22 изображений, датированных 26.03.2016г. в период времени с 3:24 до 4:15; 30 изображений, датированных 28.03.2016г. в период времени с 3:18 до 4:06; 30 изображений, датированных 29.03.2016г. в период времени с 3:16 до 4:15; 30 изображений, датированных 30.03.2016г. в период времени с 3:16 до 4:06; 41 изображений, датированных 31.03.2016г. в период времени с 3:26 до 4:35; 30 изображений, датированных 01.04.2016г. в период времени с 3:26 до 4:43. Кроме того, имеется изображение местности, на которых изображен фрагмент дороги, частного дома и металлических труб, а также имеется обозначение контуром слева от труб, указывающего на конкретное место изображенного участка, данный фотофайл датирован ДД.ММ.ГГГГ время 4:41. Также, на диске в папке «айфон и ноут» имеются табличные файлы формата «EXCEL» с наименованиями «__1.05 – 10.05» и «____11.05-31.05», в которых содержится информация в табличном виде с графами «ФАС – СК, РОСС, ТВ», «ОПТ-СК, РОСС, ТВ, РЕГА, ЗАПАС СК, ЗАПАС ТВ, ЗАПАС РЕГА, ЗАПАС РОСС», «РОСС – СК, РОСС, РЕГА, ТВ», «количество пакетов», «количество кладов». Кроме того, в папке «айфон и ноут» обнаружен файл типа «HTML-документ» с наименованием «Журнал_просмотра_веб-страниц», содержимое которого было распечатано. В данном файле содержится информация о посещении интернет-ресурсов, в числе которых «Privnote»; - протокол наложения ареста на имущество от 21.09.2016 года (т.3 л.д.124-129), согласно которого наложен арест на имущество: ноутбук «Asus X550Z» серийный № с сетевым зарядным устройством в количестве 1 шт. стоимостью 20520 руб. 00 коп., сумку для ноутбука в количестве 1 шт. стоимостью 800 руб. 00 коп., изъятые ДД.ММ.ГГГГ по адресу: &lt;адрес&gt;; - протокол очной ставки от ДД.ММ.ГГГГ между подозреваемым ФИО5 и свидетелем ФИО12 (т.1 л.д.68-74), согласно которому указанные лица, в целом подтвердили ранее данные ими показания; - справка об исследовании №/И от ДД.ММ.ГГГГ (т.1 л.д.27), согласно которой представленное на исследование кристаллическое вещество белого цвета, находящееся в 20 (двадцати) пакетиках, содержит в своем составе вещество альфа-пирролидиновалерофенон, которое является производным наркотического средства N-метилэфедрон. Масса вещества, содержащего наркотическое средство составляет: в пакетике № – 0, 44 г; в пакетике № – 0,43 г.; в пакетике № – 0,34 г.; в пакетике № – 0,48 г.; в пакетике № – 0,43 г.; в пакетике № – 0,47 г.; в пакетике № – 0,43 г.; в пакетике № – 0,52 г.; в пакетике № – 0,46г.; в пакетике № – 0,44 г.; в пакетике № – 0,51 г.; в пакетике № – 0,48 г.; в пакетике № – 0,50 г.; в пакетике № – 0,47 г.; в пакетике № – 0,44г.; в пакетике № – 0,45 г.; в пакетике № – 0,53 г.; в пакетике № – 0,48 г.; в пакетике № – 0,45 г.; в пакетике № – 0,50 г. (На исследование израсходовано по 0,01 грамму вещества из каждого пакетика); - справка об исследовании №/и от ДД.ММ.ГГГГ (т.3 л.д.168), согласно которой в результате проведенных исследований установлено, что мазеобразное вещество коричневого цвета объекты №№,3 общей массой 6,18 г. содержит в своем составе вещество N-(1-карбамоил-2,2-диметилпроп-1-ил)-1-фторбензил)-1-Н-индазол-3-карбоксамид, которое является производным наркотического средства N-(1-карбамоил-2-метилпропил) -1 (фенилметил)-1Н-индазол-3-карбоксамид; кристаллическое вещество белого цвета объекты №№,4, общей массой 0,25 г. содержит в своем составе вещество альфа-пирролидиновалерофенон, которое является производным наркотического средства N-метилэфедрон (на исследование израсходовано по 0,02 гр. вещества); - справка об исследовании №/и от ДД.ММ.ГГГГ (т.3 л.д.223), согласно которой в результате проведенных исследований установлено, что кристаллическое вещество белого цвета, массой 0,85 грамма, содержит в своем составе вещество альфа-пирролидиновалерофенон, которое является производным наркотического средства N- метилэфедрон (на исследование израсходовано 0,02 г вещества); - заключение криминалистической судебной экспертизы материалов, веществ и изделий №/з от ДД.ММ.ГГГГ (т.1 л.д.217-218), согласно которому представленное на экспертизу порошкообразное вещество белого цвета, массой 0,43 грамма содержит в своем составе вещество альфа-пирролидиновалерофенон, которое является производным наркотического средства N-метилэфедрон. (На экспертизу израсходовано 0,05 г из пакетика исследуемого вещества); - заключение криминалистической судебной экспертизы материалов, веществ и изделий №/з от ДД.ММ.ГГГГ (т.1 л.д.263-264), согласно которому представленное на экспертизу мелкокристаллическое вещество белого цвета весом 0,5 грамма, содержит в своем составе вещество альфа-пирролидиновалерофенон, которое является производным наркотического средства N-метилэфедрон. (На экспертизу израсходовано 0,03 г. исследуемого вещества); - заключение криминалистической судебной экспертизы материалов, веществ и изделий №/з от ДД.ММ.ГГГГ (т.1 л.д.247-248), согласно которому представленное на экспертизу мелкокристаллическое вещество белого цвета весом 0,41 грамма, содержит в своем составе вещество альфа-перролидиновалероферон, которое является производным наркотического средства N-метилэфедрон. (На экспертизу израсходовано 0,03 г. исследуемого вещества); - заключение криминалистической судебной экспертизы материалов, веществ и изделий №/з от ДД.ММ.ГГГГ (т.1 л.д.107-108), согласно которому представленное на экспертизу кристаллическое вещество белого цвета, содержит в своем составе вещество альфа-пирролидиновалерофенон, которое является производным наркотического средства N-метилэфедрон. Масса вещества составила в пакетике № – 0,43 г.; в пакетике № – 0,42 г.; в пакетике № – 0,33 г.; в пакетике № – 0,47 г.; в пакетике № – 0,42 г.; в пакетике № – 0,46 г.; в пакетике № – 0,42 г.; в пакетике № – 0,51 г.; в пакетике № – 0,45 г.; в пакетике №,43 г.; в пакетике № - - 0,50 г.; в пакетике № – 0,47 г.; в пакетике № – 0,49 г.; в пакетике № – 0,46 г.; в пакетике № – 0,43 г.; в пакетике № – 0,44 г.; в пакетике № – 0,52 г.; в пакетике № – 0,47 г.; в пакетике № – 0,44 г.; в пакетике № – 0,49 г. (На исследование израсходовано по 0,01 г из пакетиков исследуемого вещества); - заключение компьютерной судебной экспертизы №/з от ДД.ММ.ГГГГ (т.1 л.д.118-126), согласно которому в памяти мобильного телефона «Samsung Galaxy Grand Prime» в каталоге «DCIM/Camera», в памяти флеш накопителя «QUMO» в каталоге «Telegram/telegram Images», в памяти НЖМД в каталоге «Пользователи/артем 46/Desktop», найдены графические файлы с изображением местности. На представленном мобильном телефоне найдены сведения о: «телефонной книге», «исходящих вызовах», «входящих вызовах», «пропущенных вызовах», «смс-сообщениях». На флеш накопителе «Kingston», найден текстовый файл поименованный как «Новый текстовый документ». В результате поиска, на НЖМД в каталоге «Пользователи/артем 46/Desktop» найден текстовый файл, поименованный как «блокнот»; - заключение криминалистической судебной экспертизы материалов, веществ и изделий №/з от ДД.ММ.ГГГГ (т.1 л.д.272-275), согласно которому на поверхности электронных весов, на поверхности изолирующей ленты, на поверхности фольги, на поверхности предмета похожего на приспособление для курения из металла желтого цвета, на внутренней поверхности металлической трубки с изолирующей лентой синего цвета, на внутренней поверхности металлической трубки из металла желтого цвета, представленные на исследование, следов наркотических средств, психотропных веществ или их прекурсоров, в пределах чувствительности, используемой методики прибора не выявлено. На внутренней поверхности 9 (девяти) прозрачных пакетиков и на поверхности прозрачного контейнера, представленные на исследование, обнаружены следы вещества альфа-пирролидиновалерофенон, которое является производным наркотического средства N-метилэфедрон; - заключение криминалистической судебной экспертизы материалов, веществ и изделий №/з от ДД.ММ.ГГГГ (т.2 л.д.49-50), согласно которому представленное на исследование порошкообразное вещество белого цвета, из двух конвертов содержит в своем составе вещество альфа-пирролидиновалерофенон, которое является производным наркотического средства N-метилэфедрон,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ДД.ММ.ГГГГ №. Масса данного вещества, в первом конверте составила 0,32 грамма, во втором конверте составила 0,35 грамма. (На экспертизу израсходовано по 0,01 г порошкообразного вещества от каждого объекта); - заключение товароведческой судебной экспертизы № от ДД.ММ.ГГГГ (т.3 л.д.111-112), согласно которому стоимость представленного на экспертизу мобильного телефона «Samsung Galaxy Grand Prime» IMEI:№ с учетом износа на ДД.ММ.ГГГГ составила 4680 руб. 00 коп.; стоимость представленного на экспертизу ноутбука «Asus X550Z», серинйный № в комплекте с сетевым зарядным устройством с учетом износа на ДД.ММ.ГГГГ составила 20520 руб. 00 коп; стоимость представленной на экспертизу сумки для ноутбука с учетом износа на ДД.ММ.ГГГГ составила 800 руб. 00 коп.; - заключение криминалистической судебной экспертизы материалов, веществ и изделий №/з от ДД.ММ.ГГГГ (т.4 л.д.8-10), согласно которому установлено, что на поверхности объектов №№ (портативных весов, двух фрагментов картонных коробок из под сока с надписью «Добрый…..», фрагменте картонной коробки из под сока с надписью «J-7 Тонус….», двух резиновых перчаток синего цвета) содержаться следы N-(1карбамоил-2,2-диметилпроп-1-ил)-1-(4-фторбензил)-1-Н-индазол-3-карбоксамид, которое является производным наркотического средства N-(1-карбамоил-2-метилпропил)-1-(фенилметил)-1Н-индазол-3-карбоксамид. На поверхности объектов №№ следов наркотических, сильнодействующих веществ, психотропных веществ в пределах чувствительности прибора –не обнаружено; - заключение криминалистической судебной экспертизы материалов, веществ и изделий №/з от ДД.ММ.ГГГГ (т.4 л.д.21-23), согласно которому установлено, что: 1) представленное на экспертизу кристаллическое вещество белого цвета объект №, изъятое в ходе осмотра места происшествия 04.07.2016г. по адресу: &lt;адрес&gt;, содержит в своем составе вещество альфа-пирролидиновалерофенон, которое является производным наркотического средства N-метилэфедрон. Масса кристаллического вещества белого цвета, которое является производным наркотического средства, составила 0,83 грамма; 2) представленное на экспертизу мазеобразное вещество коричневого цвета, объекты №№,5, изъятые в ходе осмотра места происшествия 04.07.2016г. по &lt;адрес&gt;, содержит в своем составе вещество N-(1-карбамоил-2,2-диметилпроп-1-ил)-1-(4-фторбензил)-1-Н-индазол-3-карбоксамид, которое является производным наркотического средства N-(1-карбамоил-2-метилпропил)-1-(фенилметил)-1Н-индазол-3-карбоксамид. Масса наркотического средства составляет: объект №,12 грамма; объекты №,02 грамма; 3) представленное на экспертизу кристаллическое вещество белого цвета объект №,6, изъятое в ходе осмотра места происшествия ДД.ММ.ГГГГ по адресу: &lt;адрес&gt;, содержит в своем составе вещество альфа-пирролидиновалерофенон, которое является производным наркотического средства N-метилэфедрон. Масса кристаллического вещества белого цвета, которое является производным наркотического средства, составила: объект №,10 грамма; объект №,11 грамма; 4) представленные на экспертизу растительная масса светло-коричневого, коричневого цветов, а также комкообразное вещество коричневого цвета объект №, изъятое в ходе осмотра мест происшествия ДД.ММ.ГГГГ по адресу: &lt;адрес&gt;, наркотических, сильнодействующих веществ, психотропных веществ в пределах чувствительности используемых методик и прибора не обнаружено (на экспертизу израсходовано по 0,02 грамма, представленных веществ); - заключение дактилоскопической судебной экспертизы № от ДД.ММ.ГГГГ (т.4 л.д.36-39), согласно которому установлено, что: 1) на представленный отрезок дактопленки перекопирован один след пальца руки размерами 19х32 мм, пригодный для идентификации личности; 2) след пальца руки размерами 19х32 мм оставлен большим пальцем левой руки ФИО3.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 как события преступлений, так и виновность подсудимого ФИО5 в их совершении.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Действия ФИО5 по эпизоду, совершенному в период с ДД.ММ.ГГГГ по ДД.ММ.ГГГГ года, суд квалифицирует по ч.3 ст. , п.п. «а, б» ч.3 ст. 228.1 УК РФ , как покушение на незаконный сбыт наркотического средства, с использованием электронных, информационно-телекоммуникационных сетей (включая сеть «Интернет»), группой лиц по предварительному сговору, в значительном размере, не доведенные до конца по не зависящим от него обстоятельствам. При этом, суд исходит из установленных в судебном заседании фактических обстоятельств дела, согласно которым, в период времени примерно с 06:00 ДД.ММ.ГГГГ до 13:05 ДД.ММ.ГГГГ,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пытались незаконно сбыть на территории &lt;адрес&gt;, бесконтактным способом, путем осуществления «тайников-закладок» между стеной и асфальтным покрытием тротуара в 10 см влево от металлической двери правого торца &lt;адрес&gt;, и в металлическом профиле каркаса лавочки, находящейся справа от входа в подъезд № &lt;адрес&gt;,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0,67 грамма, что,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однако не смогли довести свой преступный умысел до конца, по независящим от них обстоятельствам, так как указанное наркотическое средство было изъято из дальнейшего незаконного оборота сотрудниками правоохранительных органов при производстве осмотра места происшествия. Квалифицируя, в данном случае, действия подсудимого ФИО5, как неоконченное преступление (покушение), суд исходит из того, что, в судебном заседании было установлено, что несмотря на то, что ФИО5 осуществил закладку наркотического средства, и передал информацию о закладке неустановленному лицу, с которым действовал в составе группы лиц по предварительному сговору, информация о закладке наркотического средства, не была доведена до конечного приобретателя, передача его приобретателю не была осуществлена, а непосредственно после осуществления закладки в тайник, наркотическое средство было изъято из незаконного оборота сотрудниками полиции в ходе проведения осмотра места происшествия - участка местности, расположенного с правого торца &lt;адрес&gt;, между стеной и асфальтным покрытием тротуара в 10 см влево от металлической двери правого торца указанного дома, а так же участка местности, расположенного около подъезда &lt;адрес&gt;, в металлическом профиле каркаса лавочки, находящейся справа от входа в подъезд № указанного дома. То есть, подсудимый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не довел до конца по независящим от него обстоятельствам свой корыстный преступный умысел, направленный на незаконный сбыт всей обособленной партии наркотических средств, а потому, суд квалифицирует его действия по ст.ст.30 ч.3, 228.1 ч.3 п.п. «а,б» УК РФ - покушение на незаконный сбыт наркотических средств, совершенный с использованием электронных, информационно-телекоммуникационных сетей (включая сеть «Интернет»), группой лиц по предварительному сговору, в значительном размере, при этом преступление не было доведено до конца по независящим от них обстоятельствам. Квалифицирующий признак преступления, совершенного с использованием электронных, информационно - телекоммуникационных сетей (включая сеть «Интернет»), также нашел свое подтверждение в судебном заседании, поскольку судом установлено, что электронные, информационно-телекоммуникационные сети, в том числе, и сеть «Интернет» использовались подсудимым при совершении преступления для получения информации от неустановленного лица о месте нахождения оптовой закладки, отправки информации последнему о сделанных разовых закладках для приобретателей наркотического средства, расчетов, а также оплаты сделанных закладок. Квалифицируя действия подсудимого ФИО5 по ст.ст.30 ч.3, 228.1ч.3 п.п. «а,б» УК РФ, как покушение на незаконный сбыт наркотического средства «в значительном размере», суд исходит из того, что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0,67 грамма, которое ФИО5, совместно с неустановленным лицом, намеревались незаконно сбыть, образует значительный размер, в соответствии с Постановлением Правительства РФ от 1 октября 2012 г. № 1002.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ФИО5 по эпизоду, совершенному в период с ДД.ММ.ГГГГ по ДД.ММ.ГГГГ, суд квалифицирует по ч.3 ст. , п.п. «а, б» ч.3 ст. 228.1 УК РФ , как покушение на незаконный сбыт наркотического средства, с использованием электронных, информационно-телекоммуникационных сетей (включая сеть «Интернет»), группой лиц по предварительному сговору, в значительном размере, не доведенные до конца по не зависящим от него обстоятельствам. При этом, суд исходит из установленных в судебном заседании фактических обстоятельств дела, согласно которым в период времени примерно с 06:00 ДД.ММ.ГГГГ до 13:30 ДД.ММ.ГГГГ,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пытались незаконно сбыть на территории &lt;адрес&gt;, бесконтактным способом, путем осуществления «тайников-закладок», расположенных возле столба линии электропередач напротив входа в подъезд &lt;адрес&gt; и под лавочкой, находящейся справа от входа в первый подъезд &lt;адрес&gt;,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0,91 грамма,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однако не смогли довести свой преступный умысел до конца, по независящим от них обстоятельствам, так как указанное наркотическое средство было изъято из дальнейшего незаконного оборота сотрудниками правоохранительных органов. Квалифицируя, в данном случае, действия подсудимого ФИО5, как неоконченное преступление (покушение), суд исходит из того, что, в судебном заседании было установлено, что несмотря на то, что ФИО5 осуществил закладку наркотического средства, и передал информацию о закладке неустановленному лицу, с которым действовал в составе группы лиц по предварительному сговору, информация о закладке наркотического средства, не была доведена до конечного приобретателя, передача его приобретателю не была осуществлена, а непосредственно после осуществления закладки в тайник, наркотическое средство было изъято из незаконного оборота сотрудниками полиции в ходе проведения осмотра места происшествия - участка местности, расположенного возле столба линии электропередач напротив входа в подъезд &lt;адрес&gt; и под лавочкой, находящейся справа от входа в первый подъезд &lt;адрес&gt;. То есть, подсудимый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не довел до конца по независящим от него обстоятельствам свой корыстный преступный умысел, направленный на незаконный сбыт всей обособленной партии наркотических средств, а потому, суд квалифицирует их действия по ст.ст.30 ч.3, 228.1 ч.3 п.п. «а,б» УК РФ - покушение на незаконный сбыт наркотических средств, совершенный с использованием электронных, информационно-телекоммуникационных сетей (включая сеть «Интернет»), группой лиц по предварительному сговору, в значительном размере, при этом преступление не было доведено до конца по независящим от него обстоятельствам. Квалифицирующий признак преступления, совершенного с использованием электронных, информационно - телекоммуникационных сетей (включая сеть «Интернет»), также нашел свое подтверждение в судебном заседании, поскольку судом установлено, что электронные, информационно-телекоммуникационные сети, в том числе, и сеть «Интернет» использовались подсудимым при совершении преступления для получения информации от неустановленного лица о месте нахождения оптовой закладки, отправки информации последнему о сделанных разовых закладках для приобретателей наркотического средства, расчетов, а также оплаты сделанных закладок. Квалифицируя действия подсудимого ФИО5 по ст.ст.30 ч.3, 228.1ч.3 п.п. «а,б» УК РФ, как покушение на незаконный сбыт наркотического средства «в значительном размере», суд исходит из того, что вещество, содержащее в своем составе вещество альфа-пирролидиновалерофенон, которое является производным наркотического средства N-метилэфедрон, общей массой 0,91 грамма, которое ФИО5, совместно с неустановленным лицом, намеревались незаконно сбыть, образует значительный размер, в соответствии с Постановлением Правительства РФ от 1 октября 2012 г. № 1002.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Действия ФИО5 по эпизоду, совершенному в период с ДД.ММ.ГГГГ по ДД.ММ.ГГГГ, суд квалифицирует по ч.3 ст. , п.п. «а, б» ч.3 ст. 228.1 УК РФ , как покушение на незаконный сбыт наркотического средства, с использованием электронных, информационно-телекоммуникационных сетей (включая сеть «Интернет»), группой лиц по предварительному сговору, в значительном размере, не доведенные до конца по не зависящим от него обстоятельствам. При этом, суд исходит из установленных в судебном заседании фактических обстоятельств дела, согласно которым в период времени примерно с 08:00 ДД.ММ.ГГГГ до 14:55 ДД.ММ.ГГГГ,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пытались незаконно сбыть на территории &lt;адрес&gt;, бесконтактным способом, путем осуществления «закладки» в тайник, расположенный в клумбе около забора &lt;адрес&gt; вещества, содержащего в своем составе вещество альфа-пирролидиновалерофенон, которое является производным наркотического средства N-метилэфедрон, общей массой 0,43 грамма, что, в соответствии с Постановлением Правительства РФ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образует значительный размер, однако не смогли довести свой преступный умысел до конца, по независящим от него обстоятельствам, так как указанное наркотическое средство было изъято из дальнейшего незаконного оборота сотрудниками правоохранительных органов. Квалифицируя, в данном случае, действия подсудимого ФИО5, как неоконченное преступление (покушение), суд исходит из того, что, в судебном заседании было установлено, что несмотря на то, что ФИО5 осуществил закладку наркотического средства, и передал информацию о закладке неустановленному лицу, с которым действовал в составе группы лиц по предварительному сговору, информация о закладке наркотического средства, не была доведена до конечного приобретателя, передача его приобретателю не была осуществлена, а непосредственно после осуществления закладки в тайник, наркотическое средство было изъято из незаконного оборота сотрудниками полиции в ходе проведения осмотра места происшествия - участка местности, расположенного в клумбе около забора &lt;адрес&gt;. То есть, подсудимый ФИО5 действуя в составе группы лиц по предварительному сговору с неустановленным органами предварительного следствия лицом, уголовное дело в отношении которого выделено в отдельное производство, не довел до конца по независящим от него обстоятельствам свой корыстный преступный умысел, направленный на незаконный сбыт всей обособленной партии наркотических средств, а потому, суд квалифицирует их действия по ст.ст.30 ч.3, 228.1 ч.3 п.п. «а,б» УК РФ - покушение на незаконный сбыт наркотических средств, совершенный с использованием электронных, информационно-телекоммуникационных сетей (включая сеть «Интернет»), группой лиц по предварительному сговору, в значительном размере, при этом преступление не было доведено до конца по независящим от них обстоятельствам. Квалифицирующий признак преступления, совершенного с использованием электронных, информационно - телекоммуникационных сетей (включая сеть «Интернет»), также нашел свое подтверждение в судебном заседании, поскольку судом установлено, что электронные, информационно-телекоммуникационные сети, в том числе, и сеть «Интернет» использовались подсудимым при совершении преступления для получения информации от неустановленного лица о месте нахождения оптовой закладки, отправки информации последнему о сделанных разовых закладках для приобретателей наркотического средства, расчетов, а также оплаты сделанных закладок. Квалифицируя действия подсудимого ФИО5 по ст.ст.30 ч.3, 228.1ч.3 п.п. «а,б» УК РФ, как покушение на незаконный сбыт наркотического средства «в значительном размере», суд исходит из того, что веществ, содержащее в своем составе вещество альфа-пирролидиновалерофенон, которое является производным наркотического средства N-метилэфедрон, общей массой 0,43 грамма, которое ФИО5, совместно с неустановленным лицом, намеревались незаконно сбыть, образует значительный размер, в соответствии с Постановлением Правительства РФ от 1 октября 2012 г. № 1002.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Действия ФИО5 по эпизоду, совершенному в период с ДД.ММ.ГГГГ по ДД.ММ.ГГГГ, суд квалифицирует по ч.3 ст. , п. «г» ч.4 ст. 228.1 УК РФ , как покушение на незаконный сбыт наркотического средства, с использованием электронных, информационно-телекоммуникационных сетей (включая сеть «Интернет»), группой лиц по предварительному сговору, в крупном размере, не доведенный до конца по не зависящим от него обстоятельствам. При этом, суд исходит из установленных в судебном заседании фактических обстоятельств дела, согласно которым ФИО5 действуя из корыстных побуждений, до начала совершения преступления, вступив в преступный сговор с неустановленным лицом, уголовное дело в отношении, которого выделено в отдельное производство, и лицом в отношении которого дело выделено в отдельной производство, распределив преступные роли, реализуя свой совместный преступный умысел, направленный на незаконный сбыт наркотических средств, пытались сбыть лицам, допускающим потребление наркотических средств без назначения врача, наркотические средство, посредством использования электронных, информационно-телекоммуникационных сетей, в том числе, и сети «Интернет», однако не довели преступление до конца по независящим от них обстоятельствам, поскольку наркотическое средство было изъято из незаконного оборота сотрудниками УФСКН России Курской области, и информация о нем не была доведена до приобретателя, и передача его приобретателю не была осуществлена. То есть, квалифицируя указанные преступные действия ФИО5 как неоконченное преступление - покушение на незаконный сбыт наркотических средств, суд исходит из того, что, несмотря на то, что ФИО5, действуя согласно ранее достигнутой договоренности с неустановленным органом предварительного следствия лицом, изъял «закладку» из тайника, забрал вещество, находящееся в двадцати свертках, которое содержит в своем составе вещество альфа-пирролидиновалерофенон, которое является производным наркотического средства N-метилэфедрон, общей массой не менее 9,25 грамма, с целью последующего незаконного сбыта на территории г. Курска, бесконтактным способом, путем осуществления «тайников-закладок», однако после этого ФИО5 был задержан сотрудниками ОБОП и НОН УУР УМВД России по Курской области по подозрению в незаконном обороте наркотических средств, после чего в ходе производства личного досмотра ФИО5 во внутреннем кармане одетой на нем куртки было обнаружено и изъято: вещество, находящееся в 20 пакетиках, которое согласно заключению эксперта содержит в своем составе вещество альфа-пирролидиновалерофенон, которое является производным наркотического средства N-метилэфедрон общей массой 9,25 грамма, что образует крупный размер. Квалифицирующий признак преступления, совершенного с использованием электронных, информационно - телекоммуникационных сетей (включая сеть «Интернет»), также нашел свое подтверждение в судебном заседании, поскольку судом установлено, что электронные, информационно-телекоммуникационные сети, в том числе, и сеть «Интернет» использовались подсудимым при совершении преступления для получения информации от неустановленного лица о месте нахождения оптовой закладки, отправки информации последнему о сделанных разовых закладках для приобретателей наркотического средства, расчетов, а также оплаты сделанных закладок. В силу ст. 35 УК РФ сговор считается предварительным, если он состоялся до начала совершения преступления, т.е. до начала выполнения объективной стороны преступлений. При этом, исследованные в суде обстоятельства, в том числе показания подсудимого ФИО5, результаты оперативно-розыскной деятельности, а также показания свидетелей бесспорно свидетельствуют о том, что покушение на сбыт наркотических средств по трем эпизодам преступлений, предусмотренных ст. ч.3, 228.1 ч.3 п.п. «а, б» УК РФ, ФИО5 и неустановленным предварительным следствием лицом совершался группой лиц по предварительному сговору, о чем они договорились между собой до начала выполнения объективной стороны преступления, каждый из них исполнял отведенную ему роль, зная о преступных действиях друг друга, направленных на достижения единой цели, направленной на реализацию на территории г.Курска наркотических средств лицам, осуществляющим их употребление. О наличии предварительного сговора между ФИО8 и неустановленным предварительным следствием лицом, свидетельствуют данные оперативно-розыскной деятельности, показания самого подсудимого, подтверждающего наличие договоренности между подсудимым и неустановленным предварительным следствием лицом относительно обстоятельств сбыта наркотических средств, мотивом которого явилось получение прибыли от данного рода незаконной деятельности. Кроме того, суд находит наличествующим в действиях ФИО5, квалифицирующего признака «группой лиц по предварительному сговору» по эпизоду преступления, предусмотренного ст. ч.3, 228.1 ч.4 УК РФ, так как в суде установлено, что ФИО5 и лицо, уголовное дело в отношении которого выделено в отдельное производство, вступили в преступный сговор с неустановленным органами предварительного следствия лицом, направленный на незаконный сбыт наркотических средств, путем осуществления «тайников-закладок», и распределили роли в совершении преступления, после чего, неустановленное лицо, посредством обмена сообщениями в кроссплатформенной программе обмена сообщениями «Telegram» информационно-телекоммуникационной сети «Интернет», сообщало лицу, уголовное дело в отношении которого выделено в отдельное производство, местонахождение «тайника-закладки» с расфасованной оптовой партией вещества – альфа-пирролидиновалерофенон, из которой, согласно распределенный ролям, подсудимый ФИО5 должен был непосредственно осуществить «тайники-закладки», а их фотоизображение и описание точного места нахождения передать посредством обмена сообщениями в кроссплатформенной программе обмена сообщениями «Telegram» информационно-телекоммуникационной сети «Интернет» неустановленному лицу, для последующего незаконного сбыта лицам, допускающим потребление наркотических средств без назначения врача, и получить за свои незаконные действия денежное вознаграждение, то есть действия ФИО5 и лица в отношении которого уголовное дело выделено в отдельное производство, были согласованны между собой, а также, с неустановленным лицом и, направлены, на осуществление единого преступного умысла, на незаконный сбыт наркотических средств, группой лиц по предварительному сговору. Каких-либо сомнений в том, что во время совершения преступления ФИО5 осознавал фактический характер и общественную опасность своих действий и мог руководить ими, у суда оснований не имеется. Согласно заключению амбулаторной психиатрической судебной экспертизы № от ДД.ММ.ГГГГ (т.5 л.д.174-186) ФИО5 в настоящее время и во время совершения инкриминируемого ему деяний каким-либо хроническим психическим расстройством, слабоумием, иным болезненным состоянием психики не страдает, и не страдал, в применении принудительных мер медицинского характера не нуждается, в лечении не нуждается. Его действия носили целенаправленный характер, он правильно ориентировался в окружающей обстановке, у него не наблюдалось амнезии на относящиеся к делу события. Согласно заключению медицинской судебной экспертизы № от ДД.ММ.ГГГГ (т.1 л.д.92) в проекции подкожных вен ФИО5 видимых повреждений кожных покровов, которые могли бы образоваться от действия предмета колющего характера, не обнаружено, а в соответствии с заключениеи специальной медицинской комиссии по проведению наркологических судебных экспертиз № от ДД.ММ.ГГГГ (т.1 л.д.99) ФИО5 алкоголизмом, наркоманией не страдает, в лечении не нуждается. При определении вида и размера наказания суд в соответствии со ст.ст. , 60 УК РФ учитывает характер и степень общественной опасности содеянного ФИО5, личность виновного, обстоятельства, смягчающие наказание, а также влияние назначенного наказания на исправление подсудимого и условия жизни его семьи. Смягчающими наказание обстоятельствами по всем эпизодам совершенных преступлений в соответствии с п. «и» ч.1 ст. 61 УК РФ являются явка с повинной, каковой суд признает объяснения ФИО5 от ДД.ММ.ГГГГ, данные до возбуждения уголовного дела, в которых он добровольно сообщил об обстоятельствах совершения преступлений (т.1 л.д.19-22), активное способствование раскрытию и расследованию преступлений, а также признание вины. Суд учитывает и данные о личности ФИО5, который судимости не имеет, положительно характеризуется участковым уполномоченным по месту жительства, к административной ответственности не привлекался (т.5 л.д.167, 168), удовлетворительно характеризуется по месту содержания под стражей (т.5 л.д.190), на учете у врача-нарколога и врача-психиатра не состоит (т.5 л.д.148-149, 156, 158, 159). С учетом изложенного, принимая во внимание характер и конкретные фактические обстоятельства совершенных преступлений, степень их общественной опасности, данные о личности подсудимого, суд считает, что исправление и перевоспитание подсудимого невозможно без изоляции от общества, и не находит оснований для применения положений ст. 73 УК РФ , полагая необходимым назначить ему наказание в виде реального лишения свободы по каждому эпизоду. Учитывая положительные данные о личности подсудимого и его материальное положение, суд считает возможным не применять к подсудимому ФИО5 дополнительные наказания в виде штрафа и ограничения свободы, предусмотренные санкцией ч.3 ст. 228.1 УК РФ , а также дополнительные наказания в виде лишения права занимать определенные должности или заниматься определенной деятельностью и штрафа, предусмотренные санкцией ч.4 ст. 228.1 УК РФ . Наличие вышеуказанных смягчающих обстоятельств и отсутствие отягчающих обстоятельств позволяют суду назначить ФИО5 наказание с применением положений ч.1 ст. 62 УК РФ . Наказание за неоконченные преступления, предусмотренные ч.3 ст. , п.п. «а, б» ч.3 ст. 228.1 , ч.3 ст. , п.п. «а, б» ч.3 ст. 228.1 , ч.3 ст. , п.п. «а, б» ч.3 ст. 228.1 , ч.3 ст. , п. «г» ч.4 ст. 228.1 УК РФ , ФИО5 суд назначает по правилам ч.3 ст. 66 УК РФ , согласно которой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которое может быть назначено за оконченное преступление. По смыслу уголовного закона если максимальное наказание, которое может быть назначено по правилам ч.3 ст. , ч.1 ст. 62 УК РФ является менее строгим чем нижний предел санкции соответствующей статьи особенной части Уголовного кодекса, то ссылка на ст. 64 УК РФ не требуется. Таким же образом решается вопрос назначения наказания в случае совпадения верхнего предела наказания, которое может быть назначено осужденному в результате применения указанных норм, с низшим пределом наиболее строгого вида наказания, предусмотренного санкцией соответствующей статьи Особенной части УК РФ. Поскольку в результате применения при назначении наказания подсудимому ФИО5 статей и 62 УК РФ , срок наказания, который назначается за совершение им трех эпизодов преступлений, предусмотренных ст.ст.30 ч. 3, 228.1 ч. 3 п.п. «а,б» УК РФ, является менее строгим, чем низший предел наказания в виде лишения свободы, предусмотренного санкцией ст.ст.30 ч. 3, 228.1 ч. 3 п.п. «а,б» УК РФ, судом назначается наказание, за каждое совершенное подсудимым преступление, ниже низшего предела без ссылки на ст. 64 УК РФ . Поскольку в результате применения при назначении наказания подсудимому ФИО5 статей и 62 УК РФ по эпизоду преступления, предусмотренного ст.ст. ч. 3, 228.1 ч. 4 п. «г» УК РФ, верхний предел наказания совпадает с низшим пределом наказания, судом назначается наказание, за данное преступление, ниже низшего предела так же без ссылки на ст. 64 УК РФ . Окончательное наказание ФИО5 подлежит назначению по правилам ч.2 ст. 69 УК РФ путем частичного сложения назначенных наказаний. Учитывая установленные по делу обстоятельства, суд не находит оснований для назначения ФИО5 наказания путем поглощения менее строгого более строгим наказанием. С учетом фактических обстоятельств и степени общественной опасности преступления, суд не находит оснований для изменения его категории на менее тяжкую в соответствии с ч.6 ст. 15 УК РФ . В соответствии с п. «в» ч.1 ст. 58 УК РФ отбывать наказание ФИО5 должен в исправительной колонии строгого режима. Поскольку подсудимый осуждается к реальному лишению свободы, то мера пресечения в отношении него до вступления приговора в законную силу подлежит оставлению без изменения – содержание под стражей. На основании ч.3 ст. 72 УК РФ время содержания подсудимого под стражей до вынесения приговора подлежит зачету в срок отбывания наказания. Судьба вещественных доказательств по делу подлежит разрешению по правилам ч.3 ст. 81 УПК РФ . Гражданский иск не заявлен. Процессуальные издержки в сумме 21070 рублей, связанные с оплатой труда адвокату Бородиной О.А. в ходе предварительного следствия в соответствии с ч.2 ст. 132 УПК РФ подлежат взысканию с подсудимого ФИО5 На основании изложенного и руководствуясь ст.ст. , , 309 УПК РФ , суд П Р И Г О В О Р И Л: Признать ФИО6 &lt;данные изъяты&gt; виновным в совершении преступлений, предусмотренных: ч.3 ст. , п.п. «а, б» ч.3 ст. 228.1 УК РФ и назначить ему наказание в виде 4 лет лишения свободы; ч.3 ст. , п.п. «а, б» ч.3 ст. 228.1 УК РФ и назначить ему наказание в виде 4 лет лишения свободы; ч.3 ст. , п.п. «а, б» ч.3 ст. 228.1 УК РФ и назначить ему наказание в виде 4 лет лишения свободы; ч.3 ст. , п. «г» ч.4 ст. 228.1 УК РФ и назначить ему наказание в виде 4 лет 6 месяцев лишения свободы; На основании ч. 2 ст. 69 УК РФ по совокупности преступлений путем частичного сложения назначенных наказаний окончательно назначить ФИО5 наказание в виде 5 лет 6 месяцев лишения свободы с отбыванием наказания в исправительной колонии строгого режима, исчисляя срок наказания с ДД.ММ.ГГГГ. Зачесть ФИО5 в срок отбытого наказания время его задержания с ДД.ММ.ГГГГ по ДД.ММ.ГГГГ включительно, а также время нахождения под стражей с ДД.ММ.ГГГГ по ДД.ММ.ГГГГ. Меру пресечения ФИО5 до вступления приговора в законную силу оставить прежней – содержание под стражей в ФКУ СИЗО-1 УФСИН России по &lt;адрес&gt;. Вещественные доказательства по делу: мобильный телефон «Samsung Galaxy Grand Prime», с картой памяти объемом 8 Gb, сим-карты операторов мобильной связи: Теле2 (абонентский номер №) и Yota (абонентский номер №),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флеш накопитель «Kingston» емкостью 16 Гб, сим-карта оператора связи «Теле-2», которая имеет на корпусе цифровое обозначение №,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записная книжка, банковская карта «Visa» банка «Сбербанк России» на имя ФИО6 &lt;данные изъяты&gt; №, банковская карта «Visa Electron» «CASHCARD» банка «Восточный» №,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два приспособления для курения, пакеты с вакуумными застежками, фольга, изолента и электронный весы,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фрагмент ленты «скотч» коричневого цвета, прозрачный полиэтиленовый пакет без застежки, двадцать фрагментов синей изолирующей ленты, двадцать пустых прозрачных полиэтиленовых пакетиков с вакуумной застежкой, двадцать прозрачных полиэтиленовых пакетиков с вакуумной застежкой в каждом из которых находится вещество белого цвета в виде комков и порошка различной степени измельченности,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лазерный диск с файлом табличного типа «Лист Microsoft Office Excel 97-2003» c наименованием «ответ по № – хранить при материалах уголовного дела на протяжении всего срока хранения; фрагмент изолирующей ленты синего цвета, прозрачный полиэтиленовый пакет с вакуумной застежкой, в котором находится один прозрачный полиэтиленовый пакетик с вакуумной застежкой в котором находится вещество белого цвета в виде комков и порошка различной степени измельченности,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два фрагмента изолирующей ленты синего цвета, прозрачный полиэтиленовый пакет с вакуумной застежкой, в котором находится вещество белого цвета в виде комков и порошка различной степени измельченности; фрагмент изолирующей ленты синего цвета, прозрачный полиэтиленовый пакет с вакуумной застежкой, в котором находится прозрачный полиэтиленовый пакет с вакуумной застежкой с веществом белого цвета в виде комков и порошка различной степени измельченности, хранящиеся в камере хранения УМВД России по &lt;адрес&gt; – хранить там же до разрешения по существу уголовного дела в отношении ФИО3; фрагмент изолирующей ленты зеленого цвета, прозрачный полиэтиленовый пакет с вакуумной застежкой, в котором находится вещество белого цвета в виде комков и порошка различной степени измельченности; фрагмент изолирующей ленты зеленого цвета, прозрачный полиэтиленовый пакет с вакуумной застежкой с веществом белого цвета в виде комков и порошка различной степени измельченности,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персональный компьютер типа «ноутбук» с маркировкой «Asus» s/n: FANOCV90084744G с зарядным устройством и сумкой для переноски, хранящиеся в камере хранения вещественных доказательств УМВД России по &lt;адрес&gt; – хранить там же до разрешения по существу уголовного дела в отношении ФИО3; блокнот в черной обложке, картонная коробка (упаковка) с пакетами фасовочными на вакуумных застежках, 2 рулона ленты скотч: коричневого и серого цветов, 2 рулона изолирующей ленты: красного и черного цветов, рулон лейкопластыря, хранящиеся в камере хранения УМВД России по &lt;адрес&gt; по уголовному делу № – хранить там же по уголовному делу №; ноутбук «Samsung» модель NP350V5C s/n: HTCJ98FC7A2WC22, в корпусе серого цвета, с зарядным устройством и манипулятором «мышь»; планшет «Acer» модель One 10, s/n: №, в корпусе серого цвета, с зарядным устройством; USB-накопитель «Transcend» объемом памяти 32GB черного цвета; USB-модем марки «Мегафон» модель E173 черного цвета IMEI№ s/n XVA4CA1132414587; USB-модем марки «Huawei» модель E171 черного цвета IMEI№ s/n: W2W5TA1231904014; мобильный телефон «Samsung» модель SGH-L700 IMEI: №; сим-карта оператора «МТС» №; сим-карта оператора «Yota» с корпусом ICC:0203505080; сим-карта оператора «Yota» с корпусом ICC:0203505076; сим-карта оператора «Tele 2» с корпусом №; сим-карта оператора «Tele 2» с корпусом №; сим-карта оператора «Tele 2» с корпусом №; сим-карта оператора «МегаФон» с корпусом №; сим-карта Мобайл Связной (МТС), ICC:8970101380, хранящиеся в камере хранения УМВД России по &lt;адрес&gt; по уголовному делу № – хранить там же по уголовному делу №; заявление на получение карты, договор найма, три договора об оказании услуг, банковскую карту Сбербанка России на имя ФИО3 №, хранящиеся при материалах уголовного дела по уголовному делу № – хранить при материалах уголовного дела по уголовному делу №; отрезок дактопленки размерами 49х33 мм на которую перекопирован след пальца руки размерами 19х32мм, пригодный для идентификации личности, и оставленный большим пальцем левой руки ФИО3, хранящиеся в камере хранения УМВД России по &lt;адрес&gt; по уголовному делу № – хранить там же по уголовному делу №; электронные весы с наслоением вещества желто-красного цвета; два фрагмента картонных коробок из-под сока с надписью «Добрый…» с наслоение вещества желто-красного цвета; фрагмент картонной коробки из-под сока с надписью «J-7 Тонус…» с наслоение вещества желто-красного цвета; две резиновые перчатки; две марлевые маски; 84 пакета с вакуумными застежками различного размера; изолента красного цвета; два прозрачных колпачка (полимерных изделия); растительная масса светло-коричневого, коричневого цветов, комкообразное вещество коричневого цвета, завернутое в бумажный сверток, хранящиеся в камере хранения вещественных доказательств УМВД России по &lt;адрес&gt; по уголовному делу № – хранить там же по уголовному делу №; упакованные в канцелярский файл: сверток из фрагмента изоленты черного цвета, внутри которого пакетик с вакуумной застежкой, пакетик с вакуумной застежкой с мазеобразным веществом коричневого цвета, пакетик с вакуумной застежкой с кристаллическим веществом белого цвета; упакованные в канцелярский файл: сверток из фрагмента изоленты черного цвета, внутри которого пакетик с вакуумной застежкой, пакетик с вакуумной застежкой с мазеобразным веществом коричневого цвета, пакетик с вакуумной застежкой с кристаллическим веществом белого цвета; упакованные в канцелярский файл: сверток из изоляционной ленты черного цвета пакетик с вакуумной застежкой в котором находится кристаллическое вещество белого цвета, хранящиеся в камере хранения вещественных доказательств УМВД России по &lt;адрес&gt; по уголовному делу № – хранить там же по уголовному делу №; оптический лазерный диск с информацией (табличные файлы, фотофайлы и т.д.), предоставленной после проведенных ОРМ – «снятие информации с технических каналов связи» с техники, изъятой у ФИО3, хранящиеся при материалах уголовного дела № – хранить при материалах уголовного дела по уголовному делу №. Взыскать с ФИО6 &lt;данные изъяты&gt; в доход федерального бюджета процессуальные издержки в сумме 21 070 (двадцать одна тысяча семьдесят) рублей. Приговор может быть обжалован в апелляционном порядке в Курский областной суд через Ленинский районный суд г.Курска в течение 10 суток со дня его провозглашения, а осужденным – в тот же срок, но со дня получения им копии приговора. Председательствующий: /подпись/ Копия верна: Судья: О.В. Петрова Секретарь: Е.С. Амелина Справка: приговор Ленинского районного суда г. Курска от 14.04.2017 г. обжалован не был и вступил в законную силу 25.04.2017 г. Судья: О.В. Петрова Секретарь: Е.С. Амелина Суд: Ленинский районный суд г. Курска (Курская область) (подробнее) Судьи дела: Петрова Ольга Владимировна (судья) (подробнее) Последние документы по делу: Приговор от 1 декабря 2017 г. по делу № 1-80/2017 Приговор от 21 ноября 2017 г. по делу № 1-80/2017 Приговор от 15 августа 2017 г. по делу № 1-80/2017 Приговор от 26 апреля 2017 г. по делу № 1-80/2017 Приговор от 13 апреля 2017 г. по делу № 1-80/2017 Показать все документы по этому делу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