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Осуществляет руководство технической эксплуатацией сетей.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Обеспечивает рациональное использование водных ресурсов.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Составляет график проведения ремонта.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Осуществляет контроль за правильной эксплуатацией сооружений, экономией средств предприятия, соблюдением правил и норм охраны труда и пожарной безопасности, учетом и отчетностью.</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Контролирует рациональное использование материалов, электроэнергии, механизмов и реагентов.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Контролирует техническое состояние сетей.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Проводит работу по внедрению прогрессивных форм организации труда.</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Проводит работу по улучшению качества воды, по использованию резервов повышения производительности труда и снижения издержек производства.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Контролирует работы по выполнению планов ремонта.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Обеспечивает деятельность цеха при аварийных и чрезвычайных ситуациях.</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Участвует в разработке перспективных и годовых планов ремонта.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Организует своевременное составление и предоставление заявок на оборудование, инструмент, запасные части, материалы, контрольно-измерительные приборы для нужд, эксплуатации и ремонта.</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Своевременно сообщает работодателю либо непосредственному руководителю обо всех обстоятельствах, угрожающих обеспечению вверенного ему имущества.</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Участвует в проведении инвентаризации, ревизии, иной проверке сохранности и состояния вверенного ему имущества.</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Ведет учет, составляет и предоставляет в установленном порядке товарно-денежные и другие отчеты о движении и остатках вверенного ему имущества.</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Бережно относится к переданному ему для осуществления возложенных на него обязанностей имуществу работодателя и принимает меры к предотвращению ущерба.</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Разрабатывает мероприятия, направленные на внедрение эффективных технологий эксплуатации водного хозяйства, средств механизации, оснащение производственных зон необходимым оборудованием.</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Организует контроль над ведением документации по охране труда и соблюдением работниками требований охраны труда подчиненными.</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Работник, в рамках исполнения должностных обязанностей, должен исполнять требования инструкций по охране труда и промышленной безопасности, по противопожарной безопасности и производственных инструкций, утвержденных на предприятии.</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Соблюдает правила технической эксплуатации систем и сооружений коммунального водоснабжения и канализации (утверждены Приказом Госстроя России от ДД.ММ.ГГГГ №) в части обслуживаемых объектов.</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Исполняет приказы, распоряжения и поручения, касающиеся его деятельности, а также правила и положения, регламентирующие деятельность предприятия.</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Обо всех нарушениях и несчастных случаях немедленно сообщает начальнику производственно-эксплуатационной службы, заместителю генерального директора по эксплуатации и начальнику отдела промышленной безопасности и охраны труда. ФИО4 приказом и.о. генерального директора ГП «&lt;данные изъяты&gt;» № от ДД.ММ.ГГГГ назначен на должность начальника участка аварийно-восстановительных ремонтов цеха транспортировки воды ГП «&lt;данные изъяты&gt;». В соответствии с должностной инструкцией начальника участка аварийно-восстановительных ремонтов цеха транспортировки воды, утвержденной заместителем генерального директора по эксплуатации ГП «&lt;данные изъяты&gt;», ФИО4 осуществляет организационно-распорядительные функции в государственном предприятии, то есть является должностным лицом. В соответствии с указанной инструкцией ФИО4:</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Осуществляет контроль за техническим состоянием сетей.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Организовывает выполнение работ по бесперебойному водоснабжению города.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Обеспечивает исправное состояние, экономичную и безаварийную работу инженерных сетей города.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Выполняет корректировку инвентарных дел, схемы границ раздела.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Контролирует рациональное использование материалов, электроэнергии, механизмов и реагентов.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Обеспечивает проведение мероприятий по изучению правил охраны труда.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Ведет контроль за проведением производственных инструктажей рабочих.</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Организовывает проведение мероприятий по соблюдению персоналом установленных правил и норм охраны труда и противопожарных мероприятий города.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Обеспечивает деятельность цеха при аварийных и чрезвычайных ситуациях города.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Участвует в разработке перспективных и годовых планов ремонта сетей города.</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Организует своевременное составление и предоставление заявок на оборудование, инструмент, запасные части, материалы, контрольно-измерительные приборы для нужд, эксплуатации и ремонта сетей города.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Своевременно сообщать непосредственному руководителю обо всех обстоятельствах, угрожающих обеспечению вверенного ему имущества и принимает меры о предотвращении ущерба.</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Участвует в комиссии по приему вновь проложенных сетей водопровода города.</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Ведет контроль за новым строительством водопроводных сетей города и контролирует выполнение.</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Осуществляет разработку регламентов проведения аварийно-восстановительных работ на сетях водопровода города.</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Разрабатывает планы проведения мероприятий по предотвращению аварийных ситуаций на сетях водопровода города.</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Организует работу по повышению квалификации рабочих и служащих, проводит воспитательную работу.</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Доводит до сведения персонала информацию и приказах, постановлениях руководства предприятия.</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Соблюдает правила технической эксплуатации систем и сооружений коммунального водоснабжения и канализации (утверждены Приказом Госстроя России от 30 декабря 1999 г. № 168) в части обслуживаемых объектов.</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Организует подготовку регламентированной отчетности по начислению заработной платы и своевременное ее предоставление в ООТиМ.</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Работник, в рамках исполнения должностных обязанностей, должен исполнять требования инструкций по охране труда и промышленной безопасности, по противопожарной безопасности и производственных инструкций, утвержденных на предприятии.</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Исполняет приказы, распоряжения и поручения, касающиеся его деятельности, а также правила и положения, регламентирующие деятельность предприятия.</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Обо всех нарушениях и несчастных случаях немедленно сообщает начальнику цеха. Приказом (распоряжением) о предоставлении отпуска и.о. генерального директора ГП «&lt;данные изъяты&gt;» № от ДД.ММ.ГГГГ ФИО38 предоставлен ежегодный основной оплачиваемый отпуск на 16 календарных дней с ДД.ММ.ГГГГ по ДД.ММ.ГГГГ и дополнительный отпуск за ненормированный рабочий день на 3 календарных дня с ДД.ММ.ГГГГ по ДД.ММ.ГГГГ. В соответствии с приказом и.о. генерального директора ГП «&lt;данные изъяты&gt;» № от ДД.ММ.ГГГГ на период отпуска ФИО3 с ДД.ММ.ГГГГ по ДД.ММ.ГГГГ обязанности начальника цеха транспортировки воды возложены на ФИО4 без освобождения от обязанностей, определяемых трудовым договором. В соответствии с договором № от ДД.ММ.ГГГГ, заключенным между ООО «&lt;данные изъяты&gt;» в лице генерального директора ФИО14 и индивидуальным предпринимателем ФИО15, последний обязан был проложить наружные сети водопровода трубами диаметром 110 мм, протяженностью 13,1 погонных метров с установкой водопроводного колодца ВК 1 диаметром 1500 мм; подготовить и сдать документацию в ГП «&lt;данные изъяты&gt;». Работы должны быть выполнены по адресу: &lt;адрес&gt;. ФИО3 на основании поступившей к нему служебной записки от ДД.ММ.ГГГГ, подписанной руководителем департамента по сбыту и заместителем главного инженера ГП «&lt;данные изъяты&gt;», обязан был осуществить присоединение (врезку) объекта заказчика – ООО «&lt;данные изъяты&gt;», находящегося по адресу: &lt;адрес&gt;, к действующей сети водоснабжения. ДД.ММ.ГГГГ состоялась встреча ФИО4 и ФИО15, в ходе которой между ними обсуждалось проведение работ сотрудниками ГП «&lt;данные изъяты&gt;» по присоединению (врезке) объекта заказчика – ООО «&lt;данные изъяты&gt;», находящегося по адресу: &lt;адрес&gt;, к действующей сети водоснабжения. ДД.ММ.ГГГГ у ФИО4, находящегося на территории &lt;адрес&gt;, после встречи с ФИО15, осознававшего, что работы по присоединению (врезке) объекта заказчика – ООО «&lt;данные изъяты&gt;», находящегося по адресу: &lt;адрес&gt;, к действующей сети водоснабжения, должны производиться сотрудниками ГП «&lt;данные изъяты&gt;» бесплатно, из корыстной заинтересованности возник преступный умысел, направленный на получение взятки в виде денег, в значительном размере, группой лиц по предварительному сговору, от ФИО90 за совершение действий в его пользу, а именно за осуществление присоединения (врезки) объекта заказчика – ООО «&lt;данные изъяты&gt;», находящегося по адресу: &lt;адрес&gt;, к действующей сети водоснабжения. Реализуя задуманное, ДД.ММ.ГГГГ ФИО4, находясь в здании ГП «&lt;данные изъяты&gt;», расположенном по адресу: &lt;адрес&gt;, решил привлечь ФИО3 к получению взятки от ФИО15 за совершение действий в его пользу, а именно за осуществление присоединения (врезку) объекта заказчика – ООО «&lt;данные изъяты&gt;», находящегося по адресу: &lt;адрес&gt;, к действующей сети водоснабжения. Реализуя задуманное, ДД.ММ.ГГГГ, находясь в здании ГП «&lt;данные изъяты&gt;», расположенном по адресу: &lt;адрес&gt;, ФИО4 договорился с ФИО3 о совместном и согласованном получении от ФИО15 взятки в виде денег за совершение действий в его пользу, а именно за осуществление присоединения (врезки) объекта заказчика – ООО «&lt;данные изъяты&gt;», находящегося по адресу: &lt;адрес&gt;, к действующей сети водоснабжения. ФИО3 и ФИО4 ДД.ММ.ГГГГ, находясь в здании ГП «&lt;данные изъяты&gt;», расположенном по адресу: &lt;адрес&gt;, распределили между собой преступные роли. В соответствии с достигнутой договоренностью ФИО3 в ходе телефонного разговора с ФИО15 должен был истребовать у него взятку в виде денег в сумме не менее &lt;данные изъяты&gt; рублей, которые в последующем ФИО3 и ФИО4 должны были поделить между собой, за осуществление присоединения (врезки) объекта заказчика – ООО «&lt;данные изъяты&gt;», находящегося по адресу: &lt;адрес&gt;, к действующей сети водоснабжения. ФИО4, в свою очередь, должен был дать указание бригаде работников ГП «&lt;данные изъяты&gt;» на производство вышеуказанного присоединения (врезки). При этом ФИО3 и ФИО4 осознавали, что данные работы должны производиться бесплатно. Реализуя совместный с ФИО4 преступный умысел, ФИО38, согласно отведенной ему роли, посредством телефонного разговора, состоявшегося между ним и ФИО15 ДД.ММ.ГГГГ, сообщил последнему о необходимости передачи ему взятки в виде денег в сумме не менее &lt;данные изъяты&gt; рублей за осуществление присоединения (врезки) объекта заказчика – ООО «&lt;данные изъяты&gt;», находящегося по адресу: &lt;адрес&gt;, к действующей сети водоснабжения. Продолжая реализовывать задуманное, ФИО3 ДД.ММ.ГГГГ в период с 16 часов 55 минут до 17 часов 17 минут, находясь в автомобиле КИА (№), возле &lt;адрес&gt;, лично получил от ФИО15 взятку в виде денег в сумме &lt;данные изъяты&gt; рублей за осуществление присоединения (врезки) объекта заказчика – ООО «&lt;данные изъяты&gt;», находящегося по адресу: &lt;адрес&gt;, к действующей сети водоснабжения. Далее, во исполнение совместного преступного умысла, ДД.ММ.ГГГГ в период с 18 часов 35 минут до 19 часов 00 минут, ФИО3, находясь в автомобиле КИА (№), возле &lt;адрес&gt;, передал ФИО4 причитающуюся ему часть взятки в сумме &lt;данные изъяты&gt; рублей, за осуществление присоединения (врезки) объекта заказчика – ООО «&lt;данные изъяты&gt;», находящегося по адресу: &lt;адрес&gt;, к действующей сети водоснабжения. Приказом (распоряжением) о предоставлении отпуска и.о. генерального директора ГП «&lt;данные изъяты&gt;» № от ДД.ММ.ГГГГ ФИО3 предоставлен ежегодный основной оплачиваемый отпуск на 16 календарных дней с ДД.ММ.ГГГГ по ДД.ММ.ГГГГ и дополнительный отпуск за ненормированный рабочий день на 3 календарных дня с ДД.ММ.ГГГГ по ДД.ММ.ГГГГ. В соответствии с приказом и.о. генерального директора ГП «&lt;данные изъяты&gt;» № от ДД.ММ.ГГГГ, на период отпуска ФИО3 с ДД.ММ.ГГГГ по ДД.ММ.ГГГГ, обязанности начальника цеха транспортировки воды возложены на ФИО4 без освобождения от обязанностей, определяемых трудовым договором. В соответствии с п. 86 Постановления Правительства РФ от 29.07.2013 N 644 (в редакции от 14.10.2015) "Об утверждении Правил холодного водоснабжения и водоотведения и о внесении изменений в некоторые акты Правительства Российской Федерации" подключение (технологическое присоединение) объектов капитального строительства, в том числе водопроводных и (или) канализационных сетей, к централизованным системам холодного водоснабжения и (или) водоотведения осуществляется в порядке, установленном законодательством о градостроительной деятельности для подключения объектов капитального строительства к сетям инженерно-технического обеспечения, с учетом особенностей, предусмотренных Федеральным законом "О водоснабжении и водоотведении" и настоящими Правилами, на основании договора о подключении (технологическом присоединении) к централизованной системе холодного водоснабжения и (или) водоотведения, составленного в соответствии с типовым договором о подключении (технологическом присоединении) к централизованной системе холодного водоснабжения и (или) типовым договором о подключении к централизованной системе водоотведения, утверждаемыми Правительством Российской Федерации. Подключение (технологическое присоединение) к централизованной системе водоснабжения и (или) водоотведения объектов, не относящихся к объектам капитального строительства, осуществляется с согласия организации водопроводно-канализационного хозяйства или по согласованию с органами местного самоуправления в порядке, предусмотренном настоящими Правилами для подключения (технологического присоединения) объектов капитального строительства. В период, предшествующий 16 часам 55 минутам ДД.ММ.ГГГГ, к ФИО4 обратился индивидуальный предприниматель ФИО16 с просьбой осуществить присоединение (врезку) ряда жилых домов, расположенных в СНТ «&lt;данные изъяты&gt;» в &lt;адрес&gt;, без согласия на то организации водопроводно-канализационного хозяйства, то есть ГП «&lt;данные изъяты&gt;», к действующей сети водоснабжения, за денежное вознаграждение. В период, предшествующий 16 часам 55 минутам ДД.ММ.ГГГГ, у ФИО4, находящегося на территории &lt;адрес&gt;, после встречи с ФИО15, из корыстной заинтересованности возник преступный умысел, направленный на получение взятки в виде денег, в значительном размере, группой лиц по предварительному сговору, от ФИО15 за незаконные действия, а именно за осуществление присоединения (врезки) ряда жилых домов, расположенных в СНТ «&lt;данные изъяты&gt;» в &lt;адрес&gt;, без согласия на то организации водопроводно-канализационного хозяйства, то есть ГП КО «&lt;данные изъяты&gt;», к действующей сети водоснабжения. Реализуя задуманное, в период, предшествующий 16 часам 55 минутам ДД.ММ.ГГГГ, посредством телефонной связи ФИО4, находясь на территории &lt;адрес&gt;, решил привлечь ФИО3 к получению взятки от ФИО15 за незаконные действия, а именно за осуществление присоединения (врезки) ряда жилых домов, расположенных в СНТ «&lt;данные изъяты&gt;» в &lt;адрес&gt;, без согласия на то организации водопроводно-канализационного хозяйства, то есть ГП КО «&lt;данные изъяты&gt;», к действующей сети водоснабжения, и договорился с ФИО3 о совместном и согласованном получении от ФИО15 взятки в виде денег за указанное присоединение (врезку). ФИО3 и ФИО4 в период, предшествующий 16 часам 55 минутам, ДД.ММ.ГГГГ, посредством телефонной связи, находясь на территории &lt;адрес&gt;, распределили между собой преступные роли. В соответствии с достигнутой договоренностью, ФИО3 должен был истребовать у ФИО15 взятку в виде денег в сумме не менее &lt;данные изъяты&gt; рублей, которые в последующем ФИО3 и ФИО4 должны были поделить между собой, за осуществление присоединения (врезки) ряда жилых домов, расположенных в СНТ «&lt;данные изъяты&gt;» в &lt;адрес&gt;, без согласия на то организации водопроводно-канализационного хозяйства, то есть ГП «&lt;данные изъяты&gt;» ФИО4, в свою очередь, должен был дать указание бригаде работников ГП «&lt;данные изъяты&gt;» на производство вышеуказанного присоединения (врезки). Продолжая реализовывать задуманное, ФИО3 согласно отведенной ему роли ДД.ММ.ГГГГ в период с 16 часов 55 минут до 17 часов 17 минут, находясь в автомобиле КИА (№), возле &lt;адрес&gt;, лично получил от ФИО15 взятку в виде денег в сумме не менее &lt;данные изъяты&gt; рублей за незаконные действия, а именно за осуществление присоединения (врезки) ряда жилых домов, расположенных в СНТ «&lt;данные изъяты&gt;» в &lt;адрес&gt;, без согласия на то организации водопроводно-канализационного хозяйства, то есть ГП КО «&lt;данные изъяты&gt;», к действующей сети водоснабжения. После чего, во исполнение совместного преступного умысла, ДД.ММ.ГГГГ, в период с 18 часов 35 минут до 19 часов 00 минут, ФИО3, находясь в автомобиле КИА (№), возле &lt;адрес&gt;, передал ФИО4 причитающуюся ему часть взятки в сумме не менее &lt;данные изъяты&gt; рублей, за осуществление присоединения (врезки) ряда жилых домов, расположенных в СНТ «&lt;данные изъяты&gt;» в &lt;адрес&gt;, без согласия на то организации водопроводно-канализационного хозяйства, то есть ГП КО «&lt;данные изъяты&gt;», к действующей сети водоснабжения. В судебном заседании подсудимый ФИО3 вину в совершении преступлений не признал, показав следующее: Он состоит в должности начальника цеха транспортировки воды ГП КО «&lt;данные изъяты&gt;». В июле ДД.ММ.ГГГГ года с ним связался представитель «&lt;данные изъяты&gt;», который напомнил ему о необходимости подключения к сетям водоканала объекта, расположенного по адресу: &lt;адрес&gt;. Подключение данного объекта было поручено ФИО3 на основании служебной записки. ФИО3 установил, что работы по прокладке наружной сети водопровода на данном объекте производил ИП ФИО16, с которым они были знакомы. ФИО3 направил к ФИО15 своего подчиненного - ФИО4, который занимает должность начальника участка аварийно-восстановительных ремонтов ГП КО «&lt;данные изъяты&gt;». ФИО4 осмотрев объект, сообщил ФИО3, что узел коммуникаций, подлежащий стыковке с сетями ГП «&lt;данные изъяты&gt;» изготовлен не в должном виде. Также ФИО4 сообщил ФИО3, что ФИО16 попросил их (ФИО3 и ФИО4) в частном порядке выполнить эту работу, то есть часть работ, которые не выполнил сам ФИО16 ФИО3 и ФИО4 на это согласились. Именно за эти действия при встрече с ФИО15 ДД.ММ.ГГГГ ФИО3 получил от него денежные средства. Кроме того, ФИО16 сообщил им с ФИО4 о необходимости выполнения работ по подключению к сетям ГП КО «&lt;данные изъяты&gt;» СНТ «&lt;данные изъяты&gt;». При встрече ФИО16 настоял на том, чтобы ФИО3 взял денежные средства и за данный объект, хотя сам ФИО3 денежные средства ему передавать не просил. Таким образом, по каждому из вышеприведенных объектов ФИО3 и ФИО4 получили денежные средства от ФИО15 не за осуществление технологического присоединения к сетям водоканала, а за выполнение в интересах ФИО15 определенного объема работ, который не входит в их обязанности, то есть планировали выполнить их в частном порядке. После получения денежных ФИО15 ФИО3 был задержан сотрудниками полиции, по указанию и под контролем которых передал ФИО4 часть полученных от ФИО15 денежных средств. Подсудимый ФИО4 в судебном заседании вину в совершении преступлений не признал, показав следующее: Он состоит в должности начальника участка аварийно-восстановительных ремонтов ГП КО «&lt;данные изъяты&gt;», находится в подчинении у ФИО3 - начальника цеха транспортировки воды ГП КО «&lt;данные изъяты&gt;». С ДД.ММ.ГГГГ, поскольку ФИО3 ушел в отпуск, ФИО4 исполнял его обязанности. С ФИО15 ФИО4 знаком, так как тот является предпринимателем, оказывающим услуги в сфере строительства коммуникаций. В июле ДД.ММ.ГГГГ года ФИО4 встречался с ФИО15 по вопросу подключения к сети водоканала объекта, расположенного по адресу: &lt;адрес&gt;. ФИО16 обратился с просьбой выполнить работы, которые сотрудники водоканала делать не должны, а именно смонтировать узел коммуникаций, подлежащих соединению с сетью водоканала, а также выполнить дополнительные работы внутри здания. Оговорили, что &lt;данные изъяты&gt; рублей ФИО16 заплатит за монтаж узла, &lt;данные изъяты&gt; рублей – за работы внутри здания. В дальнейшем в ходе встречи с ФИО15 последний сообщил ФИО4 о необходимости подключения к сетям водоканала СНТ «&lt;данные изъяты&gt;», которое ФИО16 планировал оформить по так называемой «амнистии», действовавшей летом ДД.ММ.ГГГГ года, согласно которой имелась возможность в льготном порядке оформить подключение ранее незаконно созданных коммуникаций (водопровода). При этом ФИО4 был осведомлен, что водопровода в СНТ «&lt;данные изъяты&gt;» не имеется. По данному объекту конкретной договоренности с ФИО15 они не достигли и ФИО4 направил его к ФИО3 ДД.ММ.ГГГГ при встрече с ФИО3, который передал ему часть денег, полученных от ФИО15, ФИО4 был задержан. ФИО4 не отрицает факта получения совместно с ФИО3 денежных средств от ФИО15, но по каждому из объектов (&lt;адрес&gt; СНТ «&lt;данные изъяты&gt;») денежные средства были получении ими не за их технологическое подключение, которое ГП «&lt;данные изъяты&gt;» производит бесплатно, а за выполнение во внеурочное время работ, которые не входят в их обязанности, и которые их попросил выполнить в частном порядке ФИО16 Вина ФИО3 и ФИО4 в совершении преступлений подтверждается совокупностью следующих исследованных в судебном заседании доказательств: -Показаниями свидетеля ФИО15 в судебном заседании и на предварительном следствии (т.3 л.д.2-6), оглашенными в соответствие с ч.3 ст. 281 УПК РФ , согласно которым он, будучи индивидуальным предпринимателем, специализируется, в том числе, на строительстве и ремонте сетей водоснабжения. В начале июля ДД.ММ.ГГГГ года с ним связались члены СНТ «&lt;данные изъяты&gt;», расположенного в &lt;адрес&gt;, по вопросу организации водоснабжения. ФИО16 прибыл на собрание указанного садового товарищества, которое проходило в июле ДД.ММ.ГГГГ года. На собрании обсуждались объем предполагаемых работ, их стоимость. ФИО16 сообщил членам товарищества приблизительную стоимость работ– около &lt;данные изъяты&gt; рублей, пояснив, что около &lt;данные изъяты&gt; рублей необходимо на оплату работы и материалов, а около &lt;данные изъяты&gt; рублей необходимо будет передать сотрудникам ГП «&lt;данные изъяты&gt;» для осуществления технологического присоединения к их сетям водоснабжения. Технологическое присоединение подразумевает соединение водопровода проложенного ФИО15 с уже имеющейся сетью (трубами) ГП «&lt;данные изъяты&gt;». Данная процедура должна производиться сотрудниками водоканала бесплатно. Исходя из практики ФИО15, присоединение обычно происходило бесплатно. Члены СНТ сообщили, что обдумают предложение ФИО15, после чего дадут ответ. Примерно через неделю ему позвонил мужчина по имени ФИО5, представился членом СНТ «&lt;данные изъяты&gt;», которому поручено заниматься вопросом подключения к сетям водоснабжения. Они договорились о встрече, которая состоялась ДД.ММ.ГГГГ в офисе ФИО15 Ими были обсуждены планируемые работы. ФИО5 ФИО16 сообщил ту же самую сумму подключения – &lt;данные изъяты&gt; рублей, пояснив какие части суммы и на что будут потрачены. ФИО5 попросил ФИО15 начать именно с решения вопроса о технологическом присоединении к сетям ГП «&lt;данные изъяты&gt;», поскольку переживал за то, что ФИО16 выполнит свою работу, получит за это деньги, а ГП «&lt;данные изъяты&gt;» не осуществит технологическое присоединение. Далее ФИО16 с ФИО5 договорились о следующей встрече. ДД.ММ.ГГГГ около 12 часов ФИО15 позвонил ФИО5 и предложил встречу, с целью передачи части денежных средств. В этот же день они встретились в районе перекрестка &lt;адрес&gt; и &lt;адрес&gt;. ФИО16 сел на переднее сидение автомобиля ФИО5 (белый «&lt;данные изъяты&gt;»). ФИО5 показал ему денежные средства в сумме &lt;данные изъяты&gt; рублей и пояснил, что это аванс на начало производства работ в СНТ «&lt;данные изъяты&gt;», попросив потратить их именно на решение вопроса с ГП «&lt;данные изъяты&gt;» о технологическом присоединении к их магистральным сетям водоснабжения. ФИО16 сказал ФИО5, чтобы тот не переживал, так как ФИО16 уже решил этот вопрос. На самом деле ни с кем из сотрудников ГП «&lt;данные изъяты&gt;» ФИО16 этот вопрос не обсуждал. ФИО16 по просьбе ФИО5 написал расписку о получении денежных средств и получил от него &lt;данные изъяты&gt; рублей. ФИО15 было безразлично за что брать от ФИО5 деньги (аванс) – за начало производства работ, либо за решение вопроса с ГП «&lt;данные изъяты&gt;» о присоединении к магистральным сетям, поскольку он точно не знал, какую сумму ему придется платить ФИО38 и ФИО4 за решение данного вопроса, но думал, что около &lt;данные изъяты&gt; рублей, при этом &lt;данные изъяты&gt; рублей у него бы остались, и на них он бы начал производство работ. Когда он получил денежные средства и передал расписку ФИО5, ФИО15 задержали сотрудники полиции. ФИО15 известно, что с июля ДД.ММ.ГГГГ года ГП «&lt;данные изъяты&gt;» продлил «амнистию» на открытие лицевых счетов потребления воды. То есть, если ранее человек в силу каких-то условий незаконно осуществил присоединение к сетям водоснабжения ГП «&lt;данные изъяты&gt;», то ему необходимо было передать в ГП «&lt;данные изъяты&gt;» упрощенный список документов (паспорт, свидетельство о праве собственности на дом и земельный участок), после чего сотрудники ГП «&lt;данные изъяты&gt;» придут и опломбируют счетчик холодной воды, при этом этим будут заниматься другие сотрудники ГП «&lt;данные изъяты&gt;» (не ФИО38 или ФИО4). В случае с СНТ «&lt;данные изъяты&gt;» ФИО16 хотел проложить людям водопровод и представить его как, якобы, давно проложенный, а денежные средства передать ФИО3 за работу, то есть за то, чтобы они (или их бригада сотрудников) пришли и осуществили технологическое присоединение по схеме описанной им выше, то есть произвели определенные работы, поскольку сам он этого не сделать не мог. Ранее ДД.ММ.ГГГГ между ФИО15 и ООО «&lt;данные изъяты&gt;» был заключен договор по прокладке наружных сетей водопровода с установкой водопроводного колодца по адресу: &lt;адрес&gt;, а также по подготовке и сдаче документации в ГП «&lt;данные изъяты&gt;» Все обязанности по договору им были выполнены, в том числе и сдача необходимых документов в ГП «&lt;данные изъяты&gt;» для осуществления технологического присоединения к магистральным сетям ГП «&lt;данные изъяты&gt;». ДД.ММ.ГГГГ ФИО15 позвонил ФИО3 и спросил, он ли проводил работы по прокладке сетей водопровода по адресу: &lt;адрес&gt;, ФИО16 дал положительный ответ, после чего ФИО38 сказал ему, что ФИО15 необходимо будет передать ФИО38 &lt;данные изъяты&gt; рублей. ФИО16 спросил за что (за работы, за стройматериалы), но ФИО38 так толком ему и не ответил за что, сказал, что «за врезку». При этом он ему не угрожал, что, например, не осуществит присоединение, но для себя ФИО16 понимал, что если он не передаст ему &lt;данные изъяты&gt; рублей, то когда ФИО38 сделает присоединение, неизвестно. Далее ФИО38 пояснил, что уходит в отпуск, и все вопросы ФИО15 необходимо будет решать с ФИО4 С учетом того, что вся необходимая документация была ФИО15 направлена в ГП «&lt;данные изъяты&gt;», технологическое присоединение должно было производиться бесплатно. ДД.ММ.ГГГГ, после того как ФИО16 был задержан сотрудниками полиции, ему было предложено участвовать в оперативно-розыскных мероприятиях с целью выявления преступной деятельности ФИО38 и ФИО4. Про объект на &lt;адрес&gt;, как он понял, сотрудники полиции ничего не знали, и впервые об этом услышали от него. В связи с чем сотрудники полиции предложили ему организовать встречи с ФИО38 и ФИО4. ДД.ММ.ГГГГ, в послеобеденное время, ФИО16 позвонил ФИО38, чтобы организовать встречу для передачи денежных средств. ФИО38 пояснил, что занят и ФИО15 необходимо позвонить ФИО4. ФИО16 позвонил ФИО4, и они договорились с ним о встрече возле проходной в ГП «&lt;данные изъяты&gt;» по адресу: &lt;адрес&gt;. В 16 часов 40 минут ДД.ММ.ГГГГ, одев на себя специальные технические средства, предоставленные сотрудниками полиции, ФИО16 приехал к месту встречи с ФИО4. ФИО4 сказал, что производство работ по адресу: &lt;адрес&gt; по присоединению обойдется ему в &lt;данные изъяты&gt; рублей, врезка - в &lt;данные изъяты&gt; рублей. ФИО16 пояснил, что весь необходимый материал для присоединения и врезки он бы закупил там, то есть ФИО16 должен был передать в общей сумме &lt;данные изъяты&gt; рублей за работы по технологическому присоединению, которые, как ФИО16 говорил выше, должны производиться бесплатно. Затем ФИО16 сообщил ФИО4 про СНТ «&lt;данные изъяты&gt;», объяснил все детали, после чего предложил ему совместно с ФИО38 обдумать стоимость. Около 17 часов ДД.ММ.ГГГГ ФИО16 встретился с ФИО38 возле &lt;адрес&gt; и сел в его автомобиль «&lt;данные изъяты&gt;». В автомобиле ФИО16 передал ФИО38 ранее обговоренные с ФИО4 денежные средства в сумме &lt;данные изъяты&gt; рублей. Далее ФИО16 рассказал ФИО38 о необходимости технологического присоединения в СНТ «&lt;данные изъяты&gt;» и попросил решить вопрос с опломбировкой счетчиков. ФИО38 назвал сумму в &lt;данные изъяты&gt; рублей – &lt;данные изъяты&gt; рублей за врезку, &lt;данные изъяты&gt; рублей за материал. После чего ФИО16 передал ФИО38 денежные средства в сумме &lt;данные изъяты&gt; рублей. Всего он передал ФИО38 &lt;данные изъяты&gt; рублей. -Иным документом - копией устава ГП КО «&lt;данные изъяты&gt;», согласно которому указанное предприятие является государственным, собственником его имущества является &lt;адрес&gt; (т.4 л.д.104-113). -Иным документом – приказом и.о. генерального директора ГП КО «&lt;данные изъяты&gt;» № от ДД.ММ.ГГГГ года, в соответствии с которым ФИО3 назначен на должность начальника цеха транспортировки воды ГП КО «&lt;данные изъяты&gt;» (т.4 л.д. 18). -Иным документом – должностной инструкцией начальника цеха транспортировки воды ГП КО «&lt;данные изъяты&gt;», в которой определены организационно-распорядительные полномочия ФИО3 (т. 4 л.д. 19-23). -Иным документом – приказом и.о. генерального директора ГП «&lt;данные изъяты&gt;» № от ДД.ММ.ГГГГ, в соответствии с которым на период отпуска ФИО38 с ДД.ММ.ГГГГ по ДД.ММ.ГГГГ обязанности начальника цеха транспортировки воды возложены на ФИО4 без освобождения от обязанностей, определяемых трудовым договором (т.4 л.д. 67). -Иным документом – приказом и.о. генерального директора ГП КО «&lt;данные изъяты&gt;» № от ДД.ММ.ГГГГ года, в соответствии с которым ФИО4 назначен на должность начальника участка аварийно-восстановительных ремонтов цеха транспортировки воды ГП КО «&lt;данные изъяты&gt;» (т.4 л.д. 75). -Иным документом – должностной инструкцией начальника участка аварийно-восстановительных ремонтов цеха транспортировки воды ГП КО «&lt;данные изъяты&gt;», в которой определены организационно-распорядительные полномочия ФИО4 (т.4 л.д. 76-80). -Показаниями свидетеля ФИО17 в судебном заседании, согласно которым он занимает должность первого заместителя генерального директора – главного инженера ГП КО «&lt;данные изъяты&gt;» (далее - «водоканал»). Подключение (которое называют «врезкой») новых абонентов к сетям водоканала осуществляет сотрудниками водоканала на основании обращения абонента. Данные вид работ осуществляется водоканалом бесплатно, поскольку стоимость подключения заложена в тариф на оплату поставляемой воды. Технологическое присоединение объекта по адресу: &lt;адрес&gt; (заказчик - «&lt;данные изъяты&gt;») к сетям водоканала также должно было быть осуществлено на безвозмездной основе в рамках заключенного договора № от ДД.ММ.ГГГГ. В пункте № договора прямо указано, что плата за подключение (технологическое присоединение) не взимается. Также ФИО17 показал, что в июне-августе 2016 года действовала упрощенная процедура заключения договоров между водоканалом и ранее незаконно подключившимися к сетям водоканала абонентам (так называемая «амнистия», согласно которой указанные лица имели право обратиться в водоканал с целью заключения договоров на водоснабжение таких объектов. Процедура распространяла своей действие только на ранее созданные сети. -Показаниями свидетеля ФИО18 в судебном заседании и на предварительном следствии, оглашенными в порядке ч.3 ст. 281 УПК РФ (т.3 л.д.45-49), согласно которым, она состоит в должности руководителя департамента по сбыту ГП КО «&lt;данные изъяты&gt;» (далее - «водоканал»). Технологическое присоединение абонентов, именуемое «врезкой», к сетям водоснабжения производится сотрудниками водоканала бесплатно в рамках исполнения заключенных договоров. Непосредственное подключение осуществляется на основании служебной записки после оформления и согласования необходимой документации. Обычно служебные записки на подключение поступали на исполнение начальнику цеха транспортировки воды ФИО3, который для непосредственного выполнения работ мог посылать подчиненных ему работников, в том числе из участка аварийно-восстановительных ремонтов. Также ФИО18 показала, что в июне-августе ДД.ММ.ГГГГ года ГП КО «&lt;данные изъяты&gt;» осуществлял технологическое присоединение абонентов, которые ранее незаконно подключились к сетям водоканала, то есть действовала так называемая «амнистия». В указанный период абоненты могли обратиться в водоканал по упрощенной процедуре и с ними заключались соответствующие договоры. Процедура распространялась на ранее построенные коммуникации. -Показаниями свидетеля ФИО19 в судебном заседании, согласно которым она состоит в должности начальника отдела выдачи технических условий ГП КО «&lt;данные изъяты&gt;» (далее – «водоканал»). Технологическое присоединение потребителей (именуемое в разговорной речи «врезкой») в рамках заключаемых между ними и водоканалом договоров является бесплатным. На практике непосредственные работы по технологическому присоединению заказчиков к сетям водоканала осуществляются на основании служебных записок, адресованных начальнику цеха транспортировки воды, который для их фактического выполнения направляет на объекты своих подчиненных. -Показаниями свидетеля ФИО20 в судебном заседании, согласно которым он состоит в должности заместителя главного инженера ГП КО «&lt;данные изъяты&gt;» (далее – «водоканал»). Относительно оформления технологического подключения и его осуществления ФИО20 показал, что после того как заказчик выполнил необходимые условия для осуществления подключения («врезки»), то ему (ФИО20) из службы сбыта водоканала поступает служебная записка, в которой сообщается о готовности заказчика к подключению. Далее принимается решение о дате подключения и исполнителях. Непосредственными исполнителями данных работ могут выступать сотрудники как цеха транспортировки воды так и ремонтно-строительного цеха. Выполнение подключений («врезок») оформляется документально. Процедура технологического присоединения осуществляется водоканалом бесплатно. В случае обращения в водоканал заказчика с заявкой на выполнение иных работ заключается договор на их выполнение. В случае отсутствия такого договора, какая-либо плата в заказчиков сотрудниками водоканала браться не может. Также ФИО20 показал, что до ДД.ММ.ГГГГ водоканал осуществлял подключение абонентов, ранее незаконно подключившихся к сетям, на льготных условиях (по «амнистии»). При этом заказчики обращались в водоканал с минимальным пакетом документов, после чего с ними заключались соответствующие договоры. В период отпусков ФИО3 его обязанности обычно исполнял, в том числе и ФИО4 -Показаниями свидетеля ФИО22 в судебном заседании, согласно которым он работает в ГП КО «&lt;данные изъяты&gt;» в должности начальника участка плановых предупредительных ремонтов цеха транспортировки воды под руководством ФИО3 В обязанности ФИО22 входит, в том числе, и осуществление технологических присоединений, которые именуются «врезками». - Показаниями свидетеля ФИО21 в судебном заседании, который показал, что занимает должность мастера аварийно-восстановительных работ цеха транспортировки воды ГП КО «&lt;данные изъяты&gt;». Работая в данной должности, он находился в подчинении у подсудимых ФИО4 и ФИО3 Указания о выполнении конкретных работ получал от указанных лиц, в том числе и в устной форме. При осуществлении технологических подключений («врезок») ФИО4 и ФИО3 могли лично не присутствовать. - Протоколом явки с повинной ФИО3 от ДД.ММ.ГГГГ, согласно которому ДД.ММ.ГГГГ около 17 часов он получил лично взятку размере &lt;данные изъяты&gt; рублей за подключение жилого дома по адресу: &lt;адрес&gt; водопроводным сетям, а также получил взятку в сумме &lt;данные изъяты&gt; рублей за подключение к водопроводным сетям СНТ «&lt;данные изъяты&gt;». Деньги получил от ранее знакомого ФИО15, который является подрядчиком на данных объектах. ФИО1 суммы от полученных взяток предназначалась заместителю ФИО3 - ФИО4, с которым ранее договорились о совместном получении взяток. В роль ФИО4 входит процесса организации выполнения врезок в сети. Вину в содеянном ФИО3 признает, раскаивается (т.2 л.д. 84-85). -Показаниями подозреваемого ФИО3 на предварительном следствии, оглашенными в судебном заседании в соответствии с п.1 ч.1 ст. 276 УПК РФ , согласно которым он состоит в должности начальника цеха транспортировки воды ГП КО «&lt;данные изъяты&gt;», обладает рядом организационно-распорядительных полномочий, а именно в его подчинении находится ряд сотрудников ГП КО «&lt;данные изъяты&gt;», в том числе ФИО4 – начальник участка аварийно-восстановительных ремонтов, также ФИО22 – начальник участка планово-предупредительных работ, около 18 мастеров. Подключение к действующей сети водоснабжения после оформления соответствующего договора и процедуры согласования производится на основании служебной записки на осуществление присоединения (врезки) объекта к действующей сети водоснабжения. Данная служебная записка подписывается руководителем департамента по сбыту ФИО18 и заместителем главного инженера ФИО20, после чего служебная записка попадает ФИО3 Он, в свою очередь, на основании служебной записки дает указание либо бригаде рабочих ГП КО «&lt;данные изъяты&gt;», либо ФИО4 на выезд к месту последующего производства работ для оценки объема работ и определения перечня необходимых расходных материалов. После этого заказчику озвучивается перечень расходных материалов, которые ему необходимо закупить. Заказчик, закупив материалы, связывается с цехом (с ФИО3, ФИО4 либо тем, кто выезжал на место производства работ) и сообщают о том, что все необходимые материалы приобретены. После этого ФИО3 направляет бригаду рабочих ГП КО «&lt;данные изъяты&gt;» для производства технологического присоединения (врезки). Технологическое присоединение (врезка) к сетям водоканала осуществляется следующим образом: ГП КО «&lt;данные изъяты&gt;» осуществляют технологическое присоединение трубы подрядчика к магистральным сетям ГП КО «&lt;данные изъяты&gt;» путем установки технического узла на трубу ГП КО «&lt;данные изъяты&gt;» и подсоединения к нему трубы подрядчика. Иначе эту процедуру можно назвать «врезкой». В некоторых случаях, если есть возможность, специальным оборудованием просверливается отверстие в сетях водоканала для присоединения трубы, проложенной подрядчиком. В подавляющем большинстве случаев заказчик либо сам, либо с использованием подрядной организации, прокладывает коммуникации (трубы) от объекта подключения (например, многоквартирного жилого дома) до действующей сети водоснабжения. В основном непосредственно от трубы, проложенной заказчиком, до действующей сети водоснабжения (трубы ГП КО «&lt;данные изъяты&gt;») остается примерно около 50 сантиметров (где-то больше, где-то меньше). Выезжающая по указанию ФИО3 бригада должна соединить эти две трубы (трубу, проложенную заказчиком, и трубу ГП КО «&lt;данные изъяты&gt;») путем установки технического узла на трубу ГП КО «&lt;данные изъяты&gt;» и подсоединения к нему трубы подрядчика. Каждый случай индивидуален, то есть в каких-то случаях наращивается труба заказчика, в каких-то от трубы ГП КО «&lt;данные изъяты&gt;» делается ответвление, после чего трубы соединяются между собой. Прежде чем соединять трубы, в трубе ГП КО «&lt;данные изъяты&gt;» делается отверстие, через которое будет поступать вода в трубу заказчика. Вышеописанная ФИО3 процедура имеет несколько названий – технологическое присоединение, подсоединение, присоединение, врезка и выполняется бесплатно сотрудниками ГП КО «&lt;данные изъяты&gt;». В июле ДД.ММ.ГГГГ года ФИО3 позвонил мужчина, представившийся сотрудником ООО «&lt;данные изъяты&gt;» и спросил его о том, когда ГП «&lt;данные изъяты&gt;» осуществит подключение жилого дома по адресу: &lt;адрес&gt;, построенного ООО «&lt;данные изъяты&gt;», к сетям водоканала. Также мужчина пояснил, что служебная записка о присоединении должна быть у ФИО3 на столе. ФИО3 предложил мужчине встретиться, чтобы обсудить все детали. В течение получаса мужчина пришел к нему в кабинет. ФИО3 осмотрел содержимое своего стола и увидел, что служебная записка на присоединение этого объекта (&lt;адрес&gt;) действительно лежит у него на столе. Сначала он позвонил своим коллегам, чтобы выяснить все ли документы, необходимые для технологического присоединения представлены в ГП «&lt;данные изъяты&gt;», все ли они подписаны. Ему пояснили, что с документами все в порядке, можно осуществлять присоединение. После чего у мужчины, пришедшего к ФИО23, он выяснил, что подрядчиком у ООО «&lt;данные изъяты&gt;» оказался ранее ему знакомый ИП ФИО16 Именно он прокладывал трубы от жилого дома к сетям ГП «&lt;данные изъяты&gt;». В присутствии данного мужчины ФИО3 позвонил ФИО39, но на вызов ФИО16 не ответил, поэтому ФИО3 сказал мужчине, пришедшему к нему, чтобы тот связался с ФИО40 и сообщил ему, что ФИО41 необходимо связаться с ФИО3 для того, чтобы они выехали на место производства работ и определились с тем, какие материалы необходимы для осуществления врезки. Примерно через час ФИО3 позвонил ФИО42. ФИО3 сказал ему связаться с начальником участка аварийно-восстановительных работ ФИО4, чтобы они вместе выехали на место производства работ и определились с необходимыми материалами для осуществления присоединения. Формально в обязанности ФИО4 не входят работы по подключению к сетям водоканала, однако он фактически занимается этими работами постоянно, не один год, поскольку компетентен в этих вопросах. ДД.ММ.ГГГГ ФИО4 и ФИО43 встретились на месте производства будущих работ (по &lt;адрес&gt;) и определились с необходимыми материалами. После встречи с ФИО44, ФИО4 вернулся на работу, пришел к ФИО3 и сообщил, что с ФИО91 он встретился. При встрече ФИО4 сообщил ФИО45, какой материал ему необходимо приобрести. Далее, ФИО4 предложил ФИО38 истребовать от ФИО92 денежные средства в сумме &lt;данные изъяты&gt; рублей за присоединение (врезку) объекта заказчика – ООО «&lt;данные изъяты&gt;», находящегося по адресу: &lt;адрес&gt;, к действующей сети водоснабжения. ФИО3, в свою очередь, осознавал, что данные работы должны производиться бесплатно, однако согласился на предложение ФИО4, понимая при этом, что его действия незаконны. ДД.ММ.ГГГГ во второй половине дня ФИО46 связался с ФИО3 по телефону. В разговоре ФИО38 сообщил Рядинскому, что ему необходимо будет заплатить &lt;данные изъяты&gt; рублей за присоединение (врезку) объекта заказчика – ООО «&lt;данные изъяты&gt;», находящегося по адресу: &lt;адрес&gt;, к действующей сети водоснабжения. ФИО47 начал торговаться и назвал сумму в &lt;данные изъяты&gt; рублей. ФИО38 сказал, что &lt;данные изъяты&gt; рублей - это слишком мало и назвал сумму в &lt;данные изъяты&gt; рублей. С этой суммой ФИО48 согласился, после чего ФИО38 сообщил ему, что с ДД.ММ.ГГГГ уходит в отпуск, и все вопросы ему необходимо будет решать с ФИО4. На вопрос, если бы ФИО49 не согласился передать незаконное вознаграждение, было ли бы осуществлено технологическое присоединение, ФИО3 ответил, что подключение было бы осуществлено, поскольку все необходимые документы были представлены в ГП «&lt;данные изъяты&gt;», ему (ФИО38) была направлена служебная записка на производство технологического присоединения, которая является, по сути, приказом руководства. В любом случае, независимо от того, передал бы ФИО50 деньги или нет, технологическое присоединение было бы осуществлено, то есть это был «развод ФИО51 на деньги». ДД.ММ.ГГГГ, примерно в обеденное время ФИО3 позвонил ФИО4 и сообщил ему, что встретился с ФИО52 и истребовал с него уже не &lt;данные изъяты&gt;, а &lt;данные изъяты&gt; рублей в качестве незаконного вознаграждения за присоединение (врезку) объекта заказчика – ООО «&lt;данные изъяты&gt;», находящегося по адресу: &lt;адрес&gt;, к действующей сети водоснабжения. Почему ФИО4 взял с ФИО53 &lt;данные изъяты&gt; рублей, а не &lt;данные изъяты&gt; рублей, ФИО3 не знает. Кроме того, ФИО4 сообщил, что ФИО54 хочет присоединить к сетям водоканала дачный кооператив СНТ «&lt;данные изъяты&gt;». ФИО4 сказал ФИО3, что хочет взять с ФИО55 за присоединение СНТ «&lt;данные изъяты&gt;» &lt;данные изъяты&gt; рублей. ФИО38 пояснил, что когда-то давно он слышал от ФИО57, что тот хочет проложить людям водопровод в СНТ «&lt;данные изъяты&gt;», но каким образом он будет его подключать, они не обсуждали, да и ФИО3 это было неинтересно. То есть от ФИО4 ФИО3 услышал впервые о том, что они будут подключать СНТ «&lt;данные изъяты&gt;». ФИО3 добавил, что он даже не думал о том, как будет происходить подключение СНТ «&lt;данные изъяты&gt;» к сетям водоканала, поскольку ДД.ММ.ГГГГ он уже был в отпуске, и всеми вопросами занимался бы ФИО4, но исходя из последующего разговора с ФИО59 ФИО3 понял, что он хочет представить данное подключение, как сделанное давно, и узаконить его по «амнистии», продленной водоканалом до ДД.ММ.ГГГГ. То есть, фактически ФИО4 предложил взять с ФИО60 &lt;данные изъяты&gt; рублей за производство работ по присоединению к сетям водоканала. Официально ГП «&lt;данные изъяты&gt;» не должен был производить эти работы. ФИО38 пояснил, что присоединение (врезка), скорее всего, осуществлялась бы бригадой рабочих «&lt;данные изъяты&gt;» в рабочее время, поскольку это мероприятие достаточно длительное. После окончания работ ФИО4 мог выдать бригаде сотрудников какое-то денежное вознаграждение. Затем, около 17 часов ФИО3 встретился с ФИО61 возле &lt;адрес&gt;. ФИО62 сел к нему в машину («&lt;данные изъяты&gt;»). В машине ФИО63 передал ему &lt;данные изъяты&gt; рублей за объект по адресу &lt;адрес&gt;, а также &lt;данные изъяты&gt; рублей за СНТ «&lt;данные изъяты&gt;» и еще &lt;данные изъяты&gt; рублей для того, чтобы купить материал для присоединения СНТ «&lt;данные изъяты&gt;». Также ФИО64 объяснил ФИО3, что хочет присоединять СНТ «&lt;данные изъяты&gt;» по «амнистии» и просил его договориться с сотрудниками ГП «&lt;данные изъяты&gt;» опломбировать счетчики, которые будут установлены после осуществления присоединения. ФИО3 отказал ФИО65 в этом вопросе, поскольку он не имеет такой возможности, кроме того ФИО66 сам бы пошел в абонентский отдел по адресу: &lt;адрес&gt;, предоставил все необходимые документы, после чего сотрудники ГП «&lt;данные изъяты&gt;» опломбировали бы счетчики. В общей сложности ФИО3 получил от ФИО6 &lt;данные изъяты&gt; рублей, после чего ФИО3 задержали сотрудники полиции. Затем, после того как ФИО3 согласился сотрудничать с полицией и дал согласие на участие в оперативно-розыскных мероприятиях, он встретился с ФИО4 возле его дома по адресу: &lt;адрес&gt;. Встретились они около 18 часов 50 минут -19 часов 00 минут. ФИО4 сел в его автомобиль, где он передал ему денежные средства в общей сумме &lt;данные изъяты&gt; рублей: &lt;данные изъяты&gt; рублей как половину от &lt;данные изъяты&gt; рублей за подключение объекта по &lt;адрес&gt;, и &lt;данные изъяты&gt; рублей как половину за подключение СНТ «&lt;данные изъяты&gt;», &lt;данные изъяты&gt; рублей на приобретение материала для подключения СНТ «&lt;данные изъяты&gt;». После этого ФИО4 задержали сотрудники полиции (т.3 л.д. 121 -128). -Протоколом явки с повинной ФИО4 от ДД.ММ.ГГГГ, согласно которому он, будучи начальником участка аварийно-восстановительных ремонтов ГП КО «&lt;данные изъяты&gt;» по договоренности с ФИО3 – начальником цеха транспортировки воды ГП КО «&lt;данные изъяты&gt;» планировали по просьбе ФИО15 осуществить подсоединение к задвижке, установленной на сетях водопровода к трубе, проложенной ФИО15 Данное присоединение планировали по адресу: &lt;адрес&gt; в СНТ в &lt;адрес&gt;. За данные соединения ФИО3 за работы и материал взял &lt;данные изъяты&gt; и &lt;данные изъяты&gt; рублей соответственно. Часть денег ФИО3 передал ему на закупку материал для работы. Какая сумма была бы потрачена на материал, сообщить затрудняется. Полученные денежные средства ФИО4 планировал потратить по своему усмотрению. ФИО4 понимал, что получение денежных средств является незаконным (т.1 л.д. 82-83) -Показаниями подозреваемого ФИО4 на предварительном следствии, оглашенными в судебном заседании в соответствии с п.1 ч.1 ст. 276 УПК РФ , которым он состоит в должности начальника участка аварийно-восстановительных ремонтов цеха транспортировки воды ГП КО «&lt;данные изъяты&gt;». Его непосредственным начальником является ФИО3 ДД.ММ.ГГГГ ФИО38 поставил перед ним задачу съездить на строительный объект по адресу: &lt;адрес&gt; проверить, как проложен водопровод, поскольку ФИО38 пришла служебная записка о необходимости производства врезки в магистральные сети водоканала, а ни ФИО4, ни ФИО38 на данный объект не выезжали и не видели, каким образом там проложен водопровод. ДД.ММ.ГГГГ он приехал на данный строительный объект, где встретился с ФИО67. Поскольку водопровод уже был закопан, ФИО4 осмотрел водопроводный колодец, определился для себя с объемом работ и сообщил Рядинскому, какие материалы ему будет необходимо купить для врезки. ФИО4 пояснил, что под врезкой он понимает следующее: на магистральную сеть водопровода устанавливается запорная арматура (задвижка), после чего через запорную арматуру с использованием специального оборудования производится сверление трубы водоканала. Это есть процедура врезки, которую ГП «&lt;данные изъяты&gt;» должен производить бесплатно, в случае если в ГП «&lt;данные изъяты&gt;» поданы соответствующие документы. Далее ФИО68 попросил ФИО4 осуществить соединение проложенной им трубы с магистральной сетью водопровода. На что ФИО4 ответил, что все вопросы он должен решать с ФИО38. ФИО4 пояснил, что ФИО69 сам должен был осуществить соединение, в обязанности ГП «&lt;данные изъяты&gt;» данные действия не входят. Под соединением понимается выполнение работ по присоединению вновь проложенной трубы от объекта заказчика до запорной арматуры (то есть до магистральной сети водопровода), в которой уже просверлено отверстие (то есть произведена врезка). После этого ФИО4 покинул строительный объект. Через какое-то время он позвонил ФИО38 и сказал, что ФИО71 нормально проложил трубу и можно осуществлять врезку. Также он сказал ФИО38 о том, что ФИО72 просит осуществить соединение и пояснил, что сказал ФИО73 о том, чтобы все вопросы касательно соединения он решал с ФИО38. ДД.ММ.ГГГГ около 15 часов ФИО4 позвонил ФИО74, предложил встретиться. Они встретились с ФИО75 около здания ГП «&lt;данные изъяты&gt;» около 16 часов 30 минут 17 часов 00 минут. Суть беседы заключалась в том, что ФИО76 производил работы на каком-то неизвестном ФИО4 объекте в &lt;адрес&gt;. Там он занимается прокладкой водопровода, в связи с чем просил ФИО4 осуществить работы по соединению и врезке, поскольку у него такой возможности не было. Более точно ФИО4 суть разговора не помнит. Около 18 часов - 18 часов 30 минут ФИО4 позвонил ФИО38 и предложил встретиться. Он согласился, после чего примерно через час ФИО38 подъехал к его дому по адресу: &lt;адрес&gt;. Он сел к нему в автомобиль на переднее сидение, после чего ФИО38 передал ему денежные средства в общей сумме &lt;данные изъяты&gt; рублей: &lt;данные изъяты&gt; рублей за работы на объекте по &lt;адрес&gt;, и &lt;данные изъяты&gt; рублей за объект в &lt;адрес&gt;, а также &lt;данные изъяты&gt; рублей за материал, необходимый для работ в &lt;адрес&gt;. Затем они с ФИО38 стали обсуждать, кто из сотрудников ГП «&lt;данные изъяты&gt;» будет выполнять работы, и в этот момент его задержали сотрудники полиции. ФИО4 пояснил, что данные денежные средства они с ФИО38 брали для производства работ по соединению труб (вновь проложенной трубы и магистральной сети водопровода, данную процедуру он описывал выше). Соединение планировалось производить во внерабочее время силами подчиненных им сотрудников (рабочих) ГП «&lt;данные изъяты&gt;» по их желанию. (т.3 л.д.148-152). -Протоколом явки с повинной ФИО15 от ДД.ММ.ГГГГ, согласно которому ДД.ММ.ГГГГ он передал взятку сотрудникам ГП «&lt;данные изъяты&gt;» ФИО4 и ФИО24 в сумме &lt;данные изъяты&gt; рублей за подключение к сетям водопровода СНТ «&lt;данные изъяты&gt;», подключение которого без разрешительных документов они не имели права производить, а также в сумме &lt;данные изъяты&gt; рублей за подключение к сетям водопровода объекта по адресу: &lt;адрес&gt;. (т.2 л.д. 86). -Протоколом осмотра места происшествия от ДД.ММ.ГГГГ, согласно которому осмотрен участок местности у &lt;адрес&gt;. Осмотром установлено, что рядом с автомобилем КИА (№) находится ФИО4, возле которого на земле лежат 2 пачки денежных купюр достоинством по &lt;данные изъяты&gt; рублей. В одной пачке &lt;данные изъяты&gt; рублей, в другой &lt;данные изъяты&gt; рублей. Указанные денежные средства (всего &lt;данные изъяты&gt; рублей) в ходе осмотра места происшествия изъяты (т.1 л.д. 20-24) -Протоколом осмотра места происшествия от ДД.ММ.ГГГГ, согласно которому был осмотрен участок местности, расположенный в районе перекрестка &lt;адрес&gt; и &lt;адрес&gt;. В ходе осмотра свидетель ФИО16 указал, что в данном месте мужчина по имени ФИО5, находясь в автомобиле «&lt;данные изъяты&gt;», передал ему &lt;данные изъяты&gt; рублей (т.1 л.д.25-31) -Протоколом осмотра места происшествия от ДД.ММ.ГГГГ, согласно которому был осмотрен участок местности, расположенный у &lt;адрес&gt;. В ходе осмотра свидетель ФИО16 указал, что в данном месте, находясь в автомобиле «&lt;данные изъяты&gt;», он передал ФИО3 денежные средств в сумме &lt;данные изъяты&gt; рублей (т.1 л.д. 32-37). -Актом осмотра и вручения денежных средств от ДД.ММ.ГГГГ, согласно которому были осмотрены денежные средства (купюры достоинством &lt;данные изъяты&gt; рублей) в сумме &lt;данные изъяты&gt;, а также муляж денежных средств (купюр достоинством &lt;данные изъяты&gt; рублей) на сумму &lt;данные изъяты&gt; рублей. Денежные средств согласно акту вручены ФИО27 (л.д.66-107) - Актом возврата денежных средств от ДД.ММ.ГГГГ, согласно которому указанные выше денежные средства в сумме &lt;данные изъяты&gt; рублей и муляж денежных средств на сумму &lt;данные изъяты&gt; рублей были возвращены ФИО15 после окончания в отношении него проведения ОРМ «Оперативный эксперимент» (т.1 л.д.114) - Актом осмотра и вручения денежных средств от ДД.ММ.ГГГГ, согласно которому ФИО15 вручены денежные средства в сумме &lt;данные изъяты&gt; рублей для передачи их в качестве возможной взятки сотрудникам ГП КО «&lt;данные изъяты&gt;» (т.1 л.д. 133-166). - Актом возврата денежных средств от ДД.ММ.ГГГГ, согласно которому ФИО15 после окончания ОРМ «Оперативный эксперимент» были возвращены денежные средства в сумме &lt;данные изъяты&gt; рублей как неиспользованные (т.1 л.д.176) -Актом возврата денежных средств от ДД.ММ.ГГГГ, согласно которому ФИО3 были возвращены денежные средства в сумме &lt;данные изъяты&gt; рублей как часть суммы, полученной им от ФИО15 (т.1 л.д.177) -Актом осмотра, пометки и вручения денежных средств от ДД.ММ.ГГГГ, согласно которому были осмотрены, а затем вручены ФИО3 денежные средства в сумме &lt;данные изъяты&gt; рублей для передачи их в качестве взятки ФИО4 (т.1 л.д. 68) -Показаниями свидетелей ФИО25 и ФИО26 в судебном заседании и на предварительном следствии, оглашенными в соответствии с ч.3 ст. 281 УПК РФ (т.3 л.д.92-96, т.3 98-102), согласно которому указанные лица подтвердили факт своего участия ДД.ММ.ГГГГ в качестве приглашенных граждан при производстве вышеприведенных оперативно-розыскных мероприятий в отношении ФИО15, ФИО3 и ФИО4 при обстоятельствах, изложенных в показаниях ФИО27, ФИО15, а также показаниях ФИО3 и ФИО4 в части обстоятельств получения последними денежных средств от ФИО15 -Протоколом осмотра предметов от ДД.ММ.ГГГГ, в ходе которого были осмотрены денежные средства, изъятые в ходе осмотра места происшествия от ДД.ММ.ГГГГ, денежные средства, возвращенные в ходе ОРМ ФИО3 и ФИО15, муляж денежных средств, использовавшихся в ходе ОРМ в отношении ФИО15 -Протоколом осмотра предметов (документов) от ДД.ММ.ГГГГ, согласно которому были осмотрены 4 компакт-диска с записью результатов оперативно-розыскных мероприятий в отношении фигурантов дела. Осмотром диска с записью встреч ФИО27 и ФИО15 установлено, что зафиксировано 2 встречи указанных лиц. В ходе первой встречи зафиксирован разговор указанных лиц в офисном помещении. Из разговора следует, что ФИО27, представляющий интересы членов СНТ «&lt;данные изъяты&gt;», обсуждает с ФИО15 возможность проведения водопровода, оговаривая технические условия, стоимость работ. В ходе разговора обсуждается также вопрос согласования технологического подключения с ГП «&lt;данные изъяты&gt;», относительно которого ФИО16 сообщает о необходимости передачи денежных средств в указанное предприятие, сообщая, что эта часть денег войдет в общую сумму, которую необходимо уплатить за организацию водопровода членам СНТ «&lt;данные изъяты&gt;». Обосновывая эти требования ФИО16 говорит ФИО27, в том числе, следующие фразы: «…новое подключение технологическое и новый разговор», «…они говорят «Без нас никак»….либо несете, либо не несете…». Далее ФИО16 и ФИО27 обсуждают необходимость передачи части денежных средств для начала работы. В ходе второй встречи зафиксирована встреча ФИО27 и ФИО15 в салоне автомобиля, в ходе которой ФИО27 сообщает, что собрал &lt;данные изъяты&gt; рублей, а также, что члены СНТ «&lt;данные изъяты&gt;» переживают за решение вопроса, связанного с согласованием строительства водопровода с ГП «&lt;данные изъяты&gt;», предлагая данный вопрос разрешить первично, в ответ на что ФИО16 сообщает, что данный вопрос им решен («Он уже решен. Уже я его в пятницу решил. Сказали, все, давайте»). Далее ФИО27 передает ФИО15 денежные средства в сумме &lt;данные изъяты&gt; рублей, а последний по просьбе ФИО27 пишем расписку о получении данной сумму за решение вопроса, связанного с подключением СНТ «&lt;данные изъяты&gt;» к сетям водоснабжения. Осмотром диска с записью встречи ФИО15 и ФИО4 установлено следующее: При встрече ФИО16 сообщает ФИО4 о своем намерении встретиться с «&lt;данные изъяты&gt;» и передать ему деньги. Также ФИО16 спрашивает ФИО4, сделает ли тот врезку на этой неделе. ФИО4 в ответ выясняет, купил ли ФИО16 материалы. ФИО16 сообщает, что купит и представит. ФИО4 выясняет, выполнит ли соединение ФИО16 сам. ФИО16 отвечает: «Если вы соедините все, я буду только рад». ФИО4 в ответ сообщает, что «это разные суммы», сообщая что подсоединение необходимо дополнительно заплатить «дясятку». ФИО16 и ФИО4 уточняют, что «тридцать – врезка»» и «десятка – соединение». Далее в ходе разговора ФИО16 сообщает ФИО4 о намерении проложить водопровод в СНТ в &lt;адрес&gt;, просит ФИО4 в будущем сделать врезку. ФИО16 сообщает, что желает оформить данный водопровод по амнистии. ФИО4 в ходе разговора указывает, что амнистия распространяется на ранее созданные объекты («он должен лежать и врезан быть»), в ответ ФИО16 говорит: «Я быстро перекопаю. Дело за Вами». Далее ФИО16 и ФИО4 обсуждают перспективы осуществления указанной врезки. Также ФИО16 сообщает, что повезет «ФИО77» деньги. ФИО4 обещает обсудить с ним («ФИО78») вопрос врезки в СНТ. Осмотром диска с записью встречи ФИО15 и ФИО3 установлено следующее: В ходе встречи ФИО16 передает ФИО3 денежные средства в размере &lt;данные изъяты&gt; рублей («по объекту по &lt;адрес&gt;», «тридцатку за врезку» и «десятку за обвязку») поясняя, что уже поговорил с «ФИО79» и тот сказал рассчитываться с ФИО3 Далее ФИО16 и ФИО3 оговаривают подключение к сети водопровода в СНТ «&lt;данные изъяты&gt;», которое ФИО16 просит сделать ФИО3 ФИО16 говорит ФИО3, что передаст ему за это деньги («чтобы ты мне все врезал, подключил там…»). Далее ФИО3 и ФИО16 оговаривают условия присоединения, сумму, которую ФИО15 необходимо передать за это. Договариваются о передаче &lt;данные изъяты&gt; рублей «за врезку без материала», после чего ФИО16 передает ФИО3 указанную сумму. Далее обсуждает необходимость приобретения материала для осуществляя врезки, для чего ФИО16 передает ФИО3 еще &lt;данные изъяты&gt; рублей. Осмотром диска с записью встречи ФИО3 и ФИО4 установлено следующее: ФИО3 сообщает, что получил денежные средства, оставив себе свою часть, и передает ФИО4 его часть денег &lt;данные изъяты&gt; и &lt;данные изъяты&gt; рублей, всего &lt;данные изъяты&gt; рублей, оговаривая необходимость осуществления врезок на &lt;адрес&gt; и в СНТ «&lt;данные изъяты&gt;» (т.5 л.д. 104-120). По эпизоду получения взятки за осуществление технологического присоединения объекта по адресу: &lt;адрес&gt;, вина подсудимых в совершении преступления подтверждается также следующими доказательствами, исследованными в судебном заседании: -Показаниями свидетеля ФИО14 в судебном заседании, согласно которым он состоит в должности генерального директора ООО «&lt;данные изъяты&gt;», которое занимается строительством жилых домов. Указанная организация осуществляла строительство жилого дома, расположенного по адресу: &lt;адрес&gt;. В марте ДД.ММ.ГГГГ года организацией был заключен договор подряда с ФИО15, согласно которому последний должен был выполнить работы по прокладке наружных сетей водопровода на указанном выше объекте. По вопросам фактического исполнения этих работ с ФИО15 общался главный инженер ООО «&lt;данные изъяты&gt;» ФИО28 Также между ООО «&lt;данные изъяты&gt;» и ГП КО «&lt;данные изъяты&gt;» был заключен договор о технологическом присоединении водопровода указанного выше объекта к сетям водоканала. -Показаниями свидетеля ФИО28 в судебном заседании, и на предварительном следствии, оглашенными в соответствии с ч.3 ст. 281 УПК РФ (т.3 л.д.30-33), согласно которым он состоит в должности главного инженера ООО «&lt;данные изъяты&gt;», которое занимается строительством жилых домов. Указанная организация осуществляла строительство жилого дома, расположенного по адресу: &lt;адрес&gt;. В ходе строительства данного объекта в марте ДД.ММ.ГГГГ года ООО «&lt;данные изъяты&gt;» заключило договор подряда с ФИО15 на монтаж наружного водопровода. ФИО16 в ходе выполнения условий договора указанные работы выполнил, претензий по их качеству к нему не имелось. По завершении прокладки водопровода ФИО28 проинформировал об этом подсудимого ФИО3, который сказал прислать к нему подрядчика- ФИО15 Ранее ФИО28 приходилось видеть, как сотрудниками водоканала осуществляются технологические присоединения объектов к сетям водоканала («врезки»). Обычно эти работы делали рабочие водоканала – подчиненные ФИО3 и ФИО4 -Иным документом - копией договора № от ДД.ММ.ГГГГ о подключении (технологическом присоединении) к централизованным сетям холодного водоснабжения и водоотведения, заключенный между ГП КО «&lt;данные изъяты&gt;» и ООО «&lt;данные изъяты&gt;», в соответствии с которым (п. 14 указанного договора) плата за подключение (технологическое присоединение) не взимается (т.4 л.д. 181-186). -Иным документом – копией договора № от ДД.ММ.ГГГГ, заключенным между ООО «&lt;данные изъяты&gt;» в лице генерального директора ФИО14 и индивидуальным предпринимателем ФИО15, согласно котом последний взял на себя обязательство по прокладке наружных сетей водопровода по адресу: &lt;адрес&gt;, подготовке и сдаче документации в ГП «&lt;данные изъяты&gt;» (т.5 л.д. 93-95) -Иным документом - копией общего журнала работ по строительству наружных сетей водоснабжения по адресу: &lt;адрес&gt;, согласно которому индивидуальным предпринимателем ФИО15 были выполнены указанные выше работы, порученные ему заказчиком – «&lt;данные изъяты&gt;» (т.4 л.207-211). -Иным документом - копией письма ООО «&lt;данные изъяты&gt;» от ДД.ММ.ГГГГ за подписью генерального директора ФИО14 (исполнитель ФИО28) в ГП КО «&lt;данные изъяты&gt;» с просьбой произвести опломбировку счетчика на смонтированном водяном узле на объекте по адресу: &lt;адрес&gt;. В письме также сообщается, что наружная сеть водопровода проложена индивидуальным предпринимателем ФИО15 согласно рабочему проекту (т.5 л.д.88) -Иным документом - служебной запиской ГП «&lt;данные изъяты&gt;» от ДД.ММ.ГГГГ, адресованной начальнику цеха транспортировки воды ФИО3, о необходимости осуществления присоединения (врезки) объекта заказчика – ООО «&lt;данные изъяты&gt;», находящегося по адресу: &lt;адрес&gt;, к действующей сети водоснабжения (т.3 л.д. 128). По эпизоду получения взятки за осуществление технологического подключения к сети водоснабжения СНТ «&lt;данные изъяты&gt;» вина подсудимых в совершении преступления подтверждается также следующими доказательствами, исследованными в судебном заседании: - Показаниями свидетеля ФИО27, согласно которым он состоит в должности оперуполномоченного УЭБ и ПК УМВД России по &lt;адрес&gt;, куда ДД.ММ.ГГГГ поступило заявление гражданина ФИО29 Он был опрошен и сообщил, что у него есть дача в СНТ «&lt;данные изъяты&gt;», расположенном в &lt;адрес&gt;. В кооперативе планировалось строительство водопровода, которое должен был осуществлять ФИО16 Как пояснил ФИО29, перед строительством водопровода на собрании жителей кооператива ФИО16 сообщил, что помимо оплаты самих работ необходимо будет дополнительно собрать сумму в размере &lt;данные изъяты&gt; тысяч рублей, которую он передаст кому-то из работников ГП «&lt;данные изъяты&gt;» за разрешение на подключение к существующим сетям ГП «&lt;данные изъяты&gt;». Также ФИО30 присутствовал на повторном собрании жителей с участием ФИО15, в ходе которого осуществлял аудиозапись, которую он предоставил в полицию. На основании изложенного было принято решение о проведении в отношении ФИО15 оперативно-розыскного мероприятия (далее- «ОРМ») «оперативный эксперимент». Поскольку ФИО29 отказался от участия в ОРМ, для участия в нем был привлечен ФИО27 В рамках проведения ОРМ было необходимо установить намерения ФИО15 на получение денежных средств для возможной передачи их должностным лицам ГП «&lt;данные изъяты&gt;», либо задокументировать мошеннические действия ФИО15, то есть хищение денежных средств путем обмана жителей дачного кооператива «&lt;данные изъяты&gt;» под предлогом передачи их в качестве взятки в ГП «&lt;данные изъяты&gt;». В ходе ОРМ ФИО27 обратился к ФИО15 под видом ФИО2 - лица, которому жители дачного кооператива «&lt;данные изъяты&gt;» доверили вести переговоры с ним. ДД.ММ.ГГГГ он позвонил ФИО15, сообщив, что является представителем членов кооператива «&lt;данные изъяты&gt;» и договорился о встрече с ФИО80 на 12 часов ДД.ММ.ГГГГ. В указанное время ФИО27 встретился с ФИО15 в офисе ООО «&lt;данные изъяты&gt;», расположенном по адресу: &lt;адрес&gt;. Во время указанной встречи ФИО16 рассказал ФИО27 порядок строительства водопровода, его технические характеристики. При этом ФИО16 пояснил, что намерен передать ответственным работникам ГП «&lt;данные изъяты&gt;» деньги в размере &lt;данные изъяты&gt; рублей за решение вопросов, связанных с врезкой в магистральные сети предприятия, сразу же после того как жители кооператива соберут данную сумму и передадут ФИО27 Конкретные имена и должности лиц, для которых предназначены деньги, Рядинский ФИО27 не сообщил, но пояснил, что уже договорился с ними о взятке. Далее они договорились, что встретятся ДД.ММ.ГГГГ, когда у ФИО27 будут деньги. ДД.ММ.ГГГГ в присутствии ФИО27 и приглашенных граждан были осмотрены денежные средства в размере &lt;данные изъяты&gt; рублей и муляж денежных средств на сумму &lt;данные изъяты&gt; рублей, составлен соответствующий акт осмотра, изготовлены копии с денег и муляжа, которые в последующем были выданы ФИО27 для участия в ОРМ «оперативный эксперимент», для передачи их ФИО15 Кроме этого, для фиксации встречи ФИО27 с ФИО15 использовалась видеозапись. ДД.ММ.ГГГГ проведение ОРМ было продолжено. Около 12 часов 30 минут ФИО27 встретился с ФИО15 в районе &lt;адрес&gt;. В ходе встречи он передал ФИО15 деньги в размере &lt;данные изъяты&gt; рублей для последующей передачи данных денежных средств в качестве взятки работникам ГП «&lt;данные изъяты&gt;». В ходе беседы ФИО16 пояснил, что данные денежные средства он передаст работникам ГП «&lt;данные изъяты&gt;» за их действия, связанные с технологическим присоединением к существующим водопроводным сетям в интересах жителей СНТ «&lt;данные изъяты&gt;» при отсутствии каких-либо разрешительных документов. В качестве подтверждения получения от ФИО27 денег ФИО16 написал соответствующую расписку, которую передал ему. При получении денег ФИО16 был задержан. -Иным документом - обращением в УМВД России по &lt;адрес&gt; ФИО29 от ДД.ММ.ГГГГ, согласно которому последний просит принять меры в связи с тем, что руководитель подрядной организации «&lt;данные изъяты&gt;» ФИО16 заявил, что необходимо передать взятку в размере &lt;данные изъяты&gt; рублей в «&lt;данные изъяты&gt;» за подключение воды в СНТ «&lt;данные изъяты&gt;» и оформление документов (т.1 л.д.42) -Показаниями свидетеля ФИО29 в судебном заседании и на предварительном следствии, оглашенными в соответствии с ч.3 ст. 281 УПК РФ (т.3 л.д.75-78), согласно которым у него имеется дача в СНТ «&lt;данные изъяты&gt;» в &lt;адрес&gt;. Летом ДД.ММ.ГГГГ года в СНТ было организовано собрание по вопросу прокладки водопровода. На собрании присутствовало около 25-30 человек, председатель и представитель подрядной организации, которая будет заниматься проведением водопровода - ФИО16 Последний назвал стоимость работ, а также сказал, что для того, чтобы оформить подключение, узаконить его, необходимо дополнительно, помимо стоимости работ, собрать сумму в размере &lt;данные изъяты&gt; тысяч рублей, которую он передаст кому-то из работников «&lt;данные изъяты&gt;» за оформление подключения. При этом подключение будет оформлено через «амнистию», то есть будут оформлены документы о том, что подключение к сетям водоканала уже существовало ранее, а в настоящее время оно будет узаконено и приобретет статус официального. То есть фактически ФИО16 предложил собрать деньги на взятку кому-то из работников «&lt;данные изъяты&gt;» и передать незаконное вознаграждение при его посредничестве. ФИО16 пояснил, что иным образом провести воду и оформить подключение нельзя. В итоге собрания ФИО16 сообщил, что необходимо определиться, сколько домов будет проводить себе водопровод, и, в зависимости от этого, он посчитает точную сумму работ. При этом он пояснил, что сумма незаконного вознаграждения не изменится от того сколько домов будет подключать воду. ДД.ММ.ГГГГ состоялось еще одно собрание по поводу водопровода, на нем вновь присутствовал ФИО16 Ему задавали вопросы о возможности проведения водопровода по их улице. ФИО16 пояснил, что работы обойдутся им около &lt;данные изъяты&gt; рублей. Он предложил подключиться от счетчика, от которого идет ветка водопровода к другой улице. Но в этом случае необходимо решить вопрос по подключению с членами кооператива другой улицы, возможно, заплатить им. Собравшиеся были против этого, хотели подключиться напрямую от водонапорной башни, то есть провести новую ветку на их улицу. ФИО16 пояснил, что работы по той улице составили около &lt;данные изъяты&gt; рублей, за возможность подключения и оформления врезки он отдал в Водоканал &lt;данные изъяты&gt; рублей в качестве незаконного вознаграждения. Поэтому в случае оформления новой врезки снова необходимо будет «занести» в «&lt;данные изъяты&gt;» примерно такую же сумму для решения вопроса. После осмотра улицы, где проживал ФИО29, ФИО16 сказал, что сумма работ в случае врезки к водонапорной башне составит &lt;данные изъяты&gt; рублей, включая незаконное вознаграждение для сотрудников «&lt;данные изъяты&gt;». В итоге встречи ФИО16 сказал жителям определяться с подключением, если они согласны, он пойдет в «&lt;данные изъяты&gt;» решать вопрос по подключению и ему назовут точную сумму за подключение, после чего необходимо собрать аванс, и он начнет работы. Во время встречи с ФИО15 ДД.ММ.ГГГГ. ФИО29 осуществлял аудиозапись, которую передал в органы внутренних дел. -Показаниями свидетеля ФИО31 в судебном заседании и на предварительном следствии, оглашенными в соответствии с ч.3 ст. 281 УПК РФ (т.3 л.д. 85-90), согласно которым она проживает по адресу: &lt;адрес&gt;, СНТ «&lt;данные изъяты&gt;», &lt;адрес&gt;. В СНТ проводилось собрание жителей, на котором присутствовал мужчина по имени ФИО81. Обсуждая стоимость работа, ФИО82 пояснил, что она составит около &lt;данные изъяты&gt; рублей с одного участка. При этом &lt;данные изъяты&gt; рублей, собранных с жильцов СНТ «&lt;данные изъяты&gt;», будет передана представителям ГП «&lt;данные изъяты&gt;» для ускорения подключения к сетям водоканала, а оставшаяся сумма будет потрачена на приобретение необходимых материалов и на оплату его работы. Далее ФИО31 покинула собрание, так как у нее не было запрашиваемой суммы, и она была не согласна, чтобы передавались денежные средства представителям ГП «&lt;данные изъяты&gt;». Через некоторое время проводилось еще одно собрание, на которое приехал ФИО83. Кроме ФИО31 на данной встрече присутствовали и другие жители. ФИО84 сказал, что имеется возможность подключения к водопроводу по другой схеме, сумма работ по подключению их участков к водопроводу составит около &lt;данные изъяты&gt; рублей. Также ФИО86 на этой встрече сказал, что часть сданных денежных средств будет передана представителям ГП «&lt;данные изъяты&gt;» за подключение. -Показаниями свидетеля ФИО32 в судебном заседании, согласно которым она проживает по адресу: &lt;адрес&gt;, СНТ «&lt;данные изъяты&gt;», &lt;адрес&gt;. В июле ДД.ММ.ГГГГ года в СНТ «&lt;данные изъяты&gt;» проводилось собрание по вопросу прокладки водопровода на участках. На собрании присутствовал мужчина по имени ФИО87, который эти работы собирался выполнить. ФИО88 объяснил, каким образом планируется обустройство водопровода, сообщив стоимость работ, а также пояснил, что берет на себя решение организационных вопросов с ГП «&lt;данные изъяты&gt;». -Протоколом осмотра предметов (документов) от ДД.ММ.ГГГГ, согласно которому был осмотрен компакт-диск с аудиозаписью встречи ФИО15 с членами СНТ «&lt;данные изъяты&gt;», представленной ФИО29 Осмотром установлено, что в ходе общения с членами СНТ «&lt;данные изъяты&gt;» по вопросам строительства водопровода ФИО16 сообщает им о необходимости в связи с этим передачи денежных средств в ГП «&lt;данные изъяты&gt;» (т.5 л.д.144-152). Оценивая в совокупности изложенные выше доказательства, суд признает их относимыми, допустимыми, достоверными, непротиворечивыми и дополняющими друг друга, поскольку они получены в соответствии с требованиями ст. 86 УПК РФ , и в совокупности достаточными для разрешения уголовного дела. Результаты оперативно-розыскной деятельности получены и представлены в соответствии с требованиями Федерального закона «Об оперативно-розыскной деятельности», а также «Инструкции о порядке представления результатов оперативно-розыскной деятельности органу дознания, следователю, прокурору или в суд», отвечают требованиям, предъявляемым к доказательствам уголовно-процессуальным законом, в связи с чем суд оценивает их как допустимые и достоверные, поскольку они подтверждены совокупностью иных доказательств. Давая оценку показаниям свидетеля ФИО33 в судебном заседании, а также показаниям свидетеля ФИО34 на предварительном следствии, оглашенными в порядке, установленном ч.1 ст. 281 УПК РФ , суд приходит к выводу, что они не подтверждают и не опровергают виновность подсудимых в совершении инкриминируемых деяний, поскольку подтверждаю лишь намерения жителей СНТ «Горняк» провести водопровод к их участкам, а также факт общения с ФИО15 как с потенциальным исполнителем этих работ. По ходатайству стороны защиты в судебном заседании были допрошены сотрудники ГП КО «&lt;данные изъяты&gt;» ФИО35, ФИО36 и ФИО37, которые указали, что неоднократно вне рабочего времени совместно с ФИО4 и ФИО3, которые являются вышестоящими по отношению к ним должностными лицами ГП КО «&lt;данные изъяты&gt;», выполняли на возмездной основе технические работы, связанные с обеспечением водоснабжения различных объектов, воспринимая это как дополнительный источник дохода. Давая оценку показаниям данных свидетелей суд приходит к выводу, что они не относятся к предмету судебного разбирательства, поскольку не содержат в себе сведений относительно получения ФИО4 и ФИО3 денежных средств за выполнение тех или иных действий, связанных с подключением к системе водоснабжения объектов, расположенных по адресу: &lt;адрес&gt;, а также в СНТ «&lt;данные изъяты&gt;» &lt;адрес&gt;, то есть не опровергают и не подтверждают виновность подсудимых в инкриминируемых деяниях. Показания подсудимого ФИО3 на предварительном следствии, в которых он признал факт получения им совместно с ФИО4 денежных средств именно за технологическое присоединение указанных выше объектов к сетям водоснабжения, суд признает достоверными, поскольку они получены в соответствии с требованиями закона, подтверждаются совокупностью иных вышеприведенных доказательств. Суд отвергает доводы стороны защиты о том, что понятия «технологическое присоединение» (подключение) и «врезка» не являются идентичными, в связи с чем не установлено, за что именно получали от ФИО15 денежные средства подсудимые. Данные доводы опровергаются совокупностью выше приведенных доказательств, в том числе, показаниями должностных лиц ГП КО «&lt;данные изъяты&gt;» ФИО17, ФИО18, ФИО20, ФИО19, ФИО22, ФИО21, из которых следует, что данные понятия являются равнозначными. Кроме того, из служебной записки на имя ФИО3, в которой ему поручается осуществление присоединения объекта, расположенного по адресу: &lt;адрес&gt;, к действующий сети водоснабжения, данные понятия приводятся как равнозначные. Доводы подсудимых о том, что денежные средства от ФИО15 они получили за выполнение работ, не входящих в их должностные обязанности, которые намеревались осуществить вне рабочего времени в частном порядке, являются несостоятельными, поскольку судом установлено по первому эпизоду получения денежных средств они были получены подсудимыми именно за технологическое присоединение объекта, расположенного по адресу: &lt;адрес&gt;, которое должно быть осуществлено безвозмездно, а по второму эпизоду - за осуществление технологического присоединения, минуя официальную, установленную законом, процедуру его согласования и оформления, к сети водоснабжения СНТ «&lt;данные изъяты&gt;», которое могло быть выполнено исключительно сотрудниками ГП КО «&lt;данные изъяты&gt;». Данные доводы подсудимых опровергаются показаниями свидетелей ФИО15, ФИО27, ФИО29, протоколами осмотра записей с результатами оперативно-розыскной деятельности, а также показаниями самого ФИО3 на предварительном следствии. Действия ФИО3 и ФИО4 по каждому из эпизодов были напрямую связаны с их организационно-распорядительными функциями, поскольку от подсудимых в сложившихся ситуациях зависело выполнение действий в интересах ФИО15, связанного взятыми им на себя обязательствами перед заказчиками. Кроме того, ФИО3 и ФИО4 имели в своем подчинении иных работников государственного предприятия, которым имели право давать указание на проведение определенных работ, планировали их привлечение для осуществления указанных выше технологических присоединений. Вопреки доводам стороны защиты, факт договоренности с ФИО15 о приобретении материалов для производства работ по технологическому присоединению за счет части денежных средств, переданных ФИО4 и ФИО3, на квалификацию действий подсудимых не влияет, поскольку в итоге их действия в каждом случае были направлены на получение взятки в виде денег за осуществление технологического присоединения указанных выше объектов к сетям ГП КО «&lt;данные изъяты&gt;». Доводы стороны защиты о том, что по эпизоду получения ФИО4 и ФИО3 денежных средств за подключение к сети водоснабжения СНТ «&lt;данные изъяты&gt;» имела место провокация со стороны правоохранительных органов, поскольку по их инициативе ФИО16 передал деньги подсудимым именно за подключение указанного выше объекта, а не израсходовал их на иные нужды, суд находит несостоятельными, поскольку не установлено, что ФИО16, действовавший в рамках проведения оперативно-розыскных мероприятий, своими действиями каким-либо образом повлиял на формирование преступного умысла у ФИО4 и ФИО3, которые решение о получении денежных средств принимали лично, согласовывая свои действия друг с другом. Судом установлено, что ФИО3 и ФИО4 являются должностными лицами, выполняют организационно-распорядительные функции в государственном предприятии – ГП КО «&lt;данные изъяты&gt;». По каждому из двух рассматриваемых случаев они получили взятки в виде денег, при этом по эпизоду получения денежных средств за технологическое присоединение объекта, расположенного по адресу: &lt;адрес&gt;, ФИО3 и ФИО4 получили взятку за совершение действий в пользу взяткодателя, которые входили в их служебные полномочия, а по эпизоду получения взятки за технологическое подключение к сетям водоснабжения СНТ «&lt;данные изъяты&gt;» - за совершение незаконных действий, поскольку не имели на это прав. В каждом случае ФИО3 и ФИО4 действовали в составе группы лиц по предварительному сговору, заранее договорившись о совместном совершении указанных преступлений. На основании изложенного суд квалифицирует действия подсудимых ФИО3 и ФИО4 следующим образом: - по эпизоду получения взятки за подключение объекта, расположенного по адресу: &lt;адрес&gt;, по п. «а» ч.5 ст. 290 УК РФ как получение должностным лицом лично взятки в виде денег за совершение действий в пользу взяткодателя, если указанные действия входят в служебные полномочия должностного лица, группой лиц по предварительному сговору; -по эпизоду получения взятки за подключение СНТ «&lt;данные изъяты&gt;» по п. «а» ч.5 ст. 290 УК РФ как получение должностным лицом лично взятки в виде денег за незаконные действия, группой лиц по предварительному сговору. При назначении ФИО3 и ФИО4 наказания суд учитывает характер и степень общественной опасности совершенных преступлений, личность каждого виновного, влияние назначенного наказания на исправление осужденных и на условия жизни их семей, другие обстоятельства дела. Подсудимый ФИО3 совершил два особо тяжких преступления, не судим, инвалидности и тяжелых заболеваний не имеет, имеет одного малолетнего ребенка, на учетах в психоневрологическом и наркологическом учетах не состоит, по месту жительства характеризуется удовлетворительно. Обстоятельствами, смягчающими наказание ФИО3, в соответствии со ст. 61 УК РФ суд признает наличие у него малолетнего ребенка, явку с повинной, активное способствование раскрытию и расследованию преступлений, изобличению и уголовному преследованию других соучастников преступлений. Обстоятельств, отягчающих наказание ФИО3, в соответствии с ст. 63 УК РФ судом не установлено. Подсудимый ФИО4 совершил два особо тяжких преступления, не судим, инвалидности и тяжелых заболеваний не имеет, имеет одного несовершеннолетнего и троих малолетних детей, на учетах в психоневрологическом и наркологическом учетах не состоит, по месту жительства характеризуется удовлетворительно. Обстоятельствами, смягчающими наказание ФИО4, суд признает наличие у него малолетних детей, явку с повинной, активное способствование раскрытию и расследованию преступлений, изобличению и уголовному преследованию других соучастников преступлений. Обстоятельств, отягчающих наказание ФИО4, в соответствии с ст. 63 УК РФ судом не установлено. Оснований для изменения категории преступлений, за совершение которых осуждаются подсудимые, на менее тяжкие в порядке, предусмотренном ч.6 ст. 15 УК РФ , суд не усматривает. С учетом данных о личности подсудимых, а также обстоятельств совершенных ими преступлений, суд назначает им наказание за каждое преступление в виде штрафа с лишением права заниматься деятельностью, связанной с осуществлением организационно-распорядительных полномочий в государственных и муниципальных предприятиях. С учетом установленных смягчающих их наказание обстоятельств, а также отсутствия отягчающих наказание обстоятельств, суд при назначении наказания подсудимым за каждое из преступлений применяет положения ч.1 ст. 62 УК РФ . Оснований для применения при назначении ФИО3 и ФИО4 наказания положений ст. 64 УК РФ суд не усматривает, поскольку это не позволит обеспечить достижение целей наказания. Окончательное наказание по совокупности преступлений суд назначает подсудимым в соответствии с ч.3 ст. 69 УК РФ путем частичного сложения назначенных наказаний. В связи с тем, что ФИО3 и ФИО4 осуждаются к наказанию, не связанному с изоляцией от общества, суд считает необходимым отменить избранную в отношении них меру пресечения в виде подсписки о невыезде и надлежащем поведении. Арест, наложенный на имущество ФИО3 – автомобиль «&lt;данные изъяты&gt;», государственный регистрационный знак «№», ДД.ММ.ГГГГ года выпуска, VIN №, и имущество ФИО4 - автомобиль «&lt;данные изъяты&gt;», ДД.ММ.ГГГГ года выпуска, государственный регистрационный знак «№», VIN №, суд считает необходимым отменить. При решении вопроса о вещественных доказательствах, суд руководствуется требованиями ч.3 ст. 81 УПК РФ . На основании изложенного, руководствуясь ст. - , - 309 УПК РФ , суд ПРИГОВОРИЛ: Признать ФИО3 виновным в совершении преступлений, предусмотренных п.«а» ч.5 ст. , п.«а» ч.5 ст. Уголовного кодекса Российской Федерации, и назначить ему наказание: -за совершения преступления, предусмотренного п.«а» ч.5 ст. 290 УК РФ (по эпизоду получения взятки за осуществление технологического присоединения к сетям водоснабжения объекта по адресу: &lt;адрес&gt;), в виде штрафа в размере &lt;данные изъяты&gt; (&lt;данные изъяты&gt;) рублей с лишением права заниматься деятельностью, связанной с осуществлением организационно-распорядительных полномочий в государственных и муниципальных предприятиях сроком на 2 года; -за совершение преступления, предусмотренного п.«а» ч.5 ст. 290 УК РФ (по эпизоду получения взятки за осуществление технологического присоединения к сетям водоснабжения СНТ «&lt;данные изъяты&gt;»), в виде штрафа в размере &lt;данные изъяты&gt; (&lt;данные изъяты&gt;) рублей с лишением права заниматься деятельностью, связанной с осуществлением организационно-распорядительных полномочий в государственных и муниципальных предприятиях сроком на 2 года. Окончательное наказание ФИО3 в соответствии с ч.3 ст. 69 УК РФ назначить путем частичного сложения назначенных наказаний в виде штрафа в размере &lt;данные изъяты&gt; (&lt;данные изъяты&gt;) рублей с лишением права заниматься деятельностью, связанной с осуществлением организационно-распорядительных полномочий в государственных и муниципальных предприятиях сроком на 3 года. Меру пресечения в виде подписки о невыезде, избранную в отношении ФИО3, отменить. Признать ФИО4 виновным в совершении преступлений, предусмотренных п.«а» ч.5 ст. , п.«а» ч.5 ст. Уголовного кодекса Российской Федерации, и назначить ему наказание: -за совершения преступления, предусмотренного п.«а» ч.5 ст. 290 УК РФ (по эпизоду получения взятки за осуществление технологического присоединения к сетям водоснабжения объекта по адресу: &lt;адрес&gt;), в виде штрафа в размере &lt;данные изъяты&gt; (&lt;данные изъяты&gt;) рублей с лишением права заниматься деятельностью, связанной с осуществлением организационно-распорядительных полномочий в государственных и муниципальных предприятиях сроком на 2 года; -за совершение преступления, предусмотренного п. «а» ч.5 ст. 290 УК РФ (по эпизоду получения взятки за осуществление технологического присоединения к сетям водоснабжения СНТ «&lt;данные изъяты&gt;»), в виде штрафа в размере &lt;данные изъяты&gt; (&lt;данные изъяты&gt;) рублей с лишением права заниматься деятельностью, связанной с осуществлением организационно-распорядительных полномочий в государственных и муниципальных предприятиях сроком на 2 года. Окончательное наказание ФИО4 в соответствии с ч.3 ст. 69 УК РФ назначить путем частичного сложения назначенных наказаний в виде штрафа в размере &lt;данные изъяты&gt; (&lt;данные изъяты&gt;) рублей с лишением права заниматься деятельностью, связанной с осуществлением организационно-распорядительных полномочий в государственных и муниципальных предприятиях сроком на 3 года. Меру пресечения в виде подписки о невыезде, избранную в отношении ФИО4, отменить. Арест, наложенный на имущество ФИО3 – автомобиль «&lt;данные изъяты&gt;», государственный регистрационный знак «№», ДД.ММ.ГГГГ года выпуска, VIN №, и имущество ФИО4 - автомобиль «&lt;данные изъяты&gt;», ДД.ММ.ГГГГ года выпуска, государственный регистрационный знак «№», VIN №, отменить. Вещественные доказательства по делу, а именно: -4 компакт-диска с записями результатов оперативно-розыскной деятельности, 1 компакт-диск с записью разговора ФИО29 и ФИО15 – хранить при деле; -денежные средства в суммах &lt;данные изъяты&gt;, &lt;данные изъяты&gt;, &lt;данные изъяты&gt;, &lt;данные изъяты&gt; рублей, муляж денежных средств в сумме &lt;данные изъяты&gt; рублей, хранящиеся в камере хранения вещественных доказательств СО по &lt;адрес&gt; СУ СК РФ по &lt;адрес&gt;, - передать в УЭБиПК УМВД России по &lt;адрес&gt;. Приговор может быть обжалован в апелляционном порядке в &lt;адрес&gt; областной суд в течение десяти суток со дня его постановления, а осужденным содержащимся под стражей, в тот же срок со дня получения копии приговора. В случае подачи апелляционной жалобы осужденный вправе ходатайствовать о своем участии в рассмотрении дела судом апелляционной инстанции, о чем он должен указать в апелляционной жалобе, а если дело рассматривается по представлению прокурора или по жалобе другого лица, - в отдельном ходатайстве или возражениях на жалобу либо представление в течение 10 суток со дня вручения ему копии жалобы или представления, а также поручить осуществление своей защиты избранному им защитнику либо ходатайствовать перед судом о назначении защитника. Председательствующий ФИО89 Суд: Калужский районный суд (Калужская область) (подробнее) Судьи дела: Игнатов С.В. (судья) (подробнее) Последние документы по делу: Приговор от 25 апреля 2017 г. по делу № 1-60/2017 Приговор от 11 апреля 2017 г. по делу № 1-60/2017 Приговор от 28 марта 2017 г. по делу № 1-60/2017 Показать все документы по этому делу Судебная практика по: По коррупционным преступлениям, по взяточничеству Судебная практика по применению норм ст. 290, 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