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Вес смеси табака с гашишным маслом из пакета _____ составил 1,289 г. Вес сухогоостатка отделенного гашишного масла от смеси с табаком в перерасчете на все количество вещества составил 0,558 г, вес сухого нейтрального компонента (табака) составил 0,731г. 4-5. растительная масса из пакета _____, изъятая ДД.ММ.ГГГГ в ходе осмотра места происшествия, проведенного в &lt;адрес&gt; в _____ м к востоку от участка автодороги «&lt;адрес&gt;» _____ км., является наркотическим средством каннабис (марихуана).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Вес сухой марихуаны из пакета _____ на момент проведения экспертизы составил 53,250 г. Заключение химической судебной экспертизы (том 1, л.д. 82-84), ЭМВИ ЭКЦ МВД по PC (Я) за _____/ф от 18.10.2016г.,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внутренней поверхности бутылки с прикрепленным пакетом из пакета _____, изъятой ДД.ММ.ГГГГ в ходе ОМП в &lt;адрес&gt; PC (Я) в _____ м к востоку от участка автодороги «ДД.ММ.ГГГГ» _____ км., обнаружены следовые количестватетрагидроканнабинола (наркотически активного компонента каннабисной группы) исопутствующих ему каннабиноидов.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внутренней поверхности металлической эмалированной миски из пакета _____,изъятой 10,09.2016 г. в ходе ОМП в &lt;адрес&gt; в _____ м к востоку от участка автодороги «&lt;адрес&gt;» _____ км., обнаружены следовые количестватетрагидроканнабинола (наркотически активного компонента каннабисной группы) исопутствующих ему каннабиноидов. Жидкость в бутылке из пакета _____, изъятой ДД.ММ.ГГГГ в ходе ОМП в &lt;адрес&gt;&lt;адрес&gt; в _____ м к востоку от участка автодороги «&lt;адрес&gt;» _____ км., является смесью органических растворителей и к наркотическим средствам,психотропным, сильнодействующим, ядовитым веществам и их прекурсорам неотносится. Заключение химической судебной экспертизы (том 1, л.д.91-92 ) ЭМВИ ЭКЦ МВД по PC(Я) за _____/ф от ДД.ММ.ГГГГ,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ватных тампонах со смывами с рук и губ ФИО1 выявлены следовые количества тетрагидроканнабинола (ТГК) - наркотически активного компонента растения конопля и наркотических средств, получаемых из нее (марихуана, гашиш, гашишное масло), и сопутствующих ему каннабиноидов. На контрольном ватном тампоне следов наркотических средств, на уровне чувствительности применяемого метода исследования, не обнаружено.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ватных тампонах со смыва с рук и губ ФИО5 выявлены следовые количества тетрагидроканнабинола (ТГК) – наркотически активного компонента растения конопля и наркотических средств, получаемых из нее (марихуана, гашиш, гашишное масло), и сопутствующих ему каннабиноидов. На контрольном ватном тампоне следов наркотических средств, на уровне чувствительности применяемого метода исследования, не обнаружено. Протокол очной ставки между свидетелем ФИО5 и подозреваемым ФИО1 (том 1, л.д. 138-141), от ДД.ММ.ГГГГ, в ходе которой допрашиваемые лица пояснили, что знакомы, поддерживают дружеские отношения. Свидетель ФИО5 показал, что он не видел, как ФИО1 сбросил с машины «ракету» и «химку», но при осмотре багажника внутри машины был обнаружен пакет с коноплей, и ФИО1 также пояснил, что эту коноплю он собрал сам. Когда собрал дикорастущую коноплю и как и когда изготовил «химку», он не знает, об этом ФИО1 ему не рассказывал. Наркотическое средство «химку» он выкурил в автомашине марки «_____», на которой приехал ФИО1 в местности «_____», в тот момент кроме них двоих, в автомашине никого не было. Сам он коноплю не собирал, «химку» не изготавливал. Он употребил предложенное ФИО1 наркотическое средство «химку» один раз, находясь в салоне автомашины ФИО1 в местности «&lt;адрес&gt;». Подозреваемый ФИО1 согласился с показаниями свидетеля ФИО5, пояснил, что наркотическое средство дикорастущую коноплю он сам собрал ДД.ММ.ГГГГ, и изготовил «химку» для личного употребления, после чего решил предложить ФИО5 для совместного употребления. Он признает, что собрал дикорастущую коноплю, изготовил из нее наркотическое средство, употребил совместно с ФИО5, предложив ему изготовленное ранее им наркотическое средство, тем самым совершил сбыт наркотического средства. Вину полностью в содеянном признает и в содеянном раскаивается. Свидетель ФИО5 согласился с показаниями подозреваемого ФИО1 полностью, пояснил, что он лично не видел, как ФИО1 выбросил из салона наркотическое средство, он ехал на своей автомашине. Протокол проверки показаний на месте подозреваемого ФИО1, (том 1, л.д. 129-134), от 13.10.2016г., в ходе которого по указанию подозреваемого ФИО1, следователь в составе лиц: подозреваемого ФИО1, защитника Ноговицына А.В., водителя, выехала в &lt;адрес&gt; РС(Я). Подозреваемый ФИО1, подъезжая к территории населенного пункта села &lt;адрес&gt;, не доезжая до поворота заезда грунтовой дороги в &lt;адрес&gt;, расположенной на восточной стороне от автодороги «&lt;адрес&gt;», остановил автомашину и указал обочину автодороги, и пояснил, что ДД.ММ.ГГГГ он с указанного места собрал несколько кустов, соцветий, семена, листья дикорастущей конопли, конопля росла 2-3 куста, собрал для личного употребления, в полимерный пакет, который принес с собой. Далее ФИО1 указал в сторону запада в сторону заброшенного строения и леса, пояснил, что после сбора частей конопли он направился для изготовления «химки», в указанный им лесомассив. Придя на околицу лесного массива, подозреваемый ФИО1 указал на пепелище костра, расположенного на северной стороне от грунтовой дороги, прилегающей данный участок в сторону запада. Указанное место расположено за заброшенным строением с западной стороны. Подозреваемый пояснил, что он изготовил для курения из собранных частей конопли «химку», миску, растворитель принес с собой. На костре изготовил наркотическое средство, выпарил и тут же, находясь в указанном месте, употребил наркотическое средство путем курения. Остальную часть изготовленного наркотического вещества положил в бумажный сверток и положил в карман куртки. Остатки листьев, семян, соцветий конопли взял с собой, также предметы изготовления. Затем вернулся домой, где с целью покататься одолжил машину у брата ФИО3., в которую он положил наркотическое средство, также пакет с предметами изготовления наркотических средств. Далее подозреваемый ФИО1 предложил проехать в местность «_____», по его указанию прибыли в указанную местность, где расположено сэргэ, данная местность расположена на расстоянии _____ м от автодороги «&lt;адрес&gt;» _____ км. Находясь в указанном месте, подозреваемый пояснил, что ДД.ММ.ГГГГ он, находясь в указанном им месте, в салоне автомашины «_____», за рулем которого находился сам, предложил ФИО5 наркотическое средство «химку», которое он изготовил в тот же день, где они совместно употребили «химку» путем курения. После чего поехали кататься на машине, где их остановили сотрудники полиции. К протоколу приобщена фототаблица. Все вышеприведенные доказательства были исследованы в судебном заседании, проверены, и оцениваются судом, как отвечающие требованиям относимости, допустимости и достоверности. Суд, выслушав показания подсудимого и свидетелей, изучив материалы уголовного дела, считает, что каждое доказательство согласуется и подтверждается совокупностью других доказательств, которые получены с соблюдением требований закона, и находит, что исследованные доказательства полностью подтверждают виновность ФИО1 в незаконном приобретении, изготовлении, хранении наркотических средств, без цели сбыта, в значительном размере. В частности, об этом свидетельствуют показания свидетелей, которые совпадают в деталях, подтверждается материалами уголовного дела. Сам подсудимый ФИО1 вину свою не отрицает, признает, показывает, что собрал, изготовил и хранил, но указывает, что собрал вместе с ФИО, показания ФИО1 подтверждаются протоколом очной ставки, протоколом проверки показаний на месте, результатами экспертиз. Из показаний свидетеля ФИО10 следует, что когда во время проводимой массовой проверки, в селе &lt;адрес&gt; остановили автомашину ФИО1, видели, как ФИО1 кинул под машину пакет, где был отрезок от бутылки, кусок газеты, сверток. Из показаний свидетеля ФИО4, следует, что при осмотре места происшествия в селе &lt;адрес&gt;, ФИО1 признавался, что наркотическое средство принадлежит ему, сам все показывал и указывал. Свидетель ФИО5 показал, что в тот день ФИО1 приехал к нему в местность «_____», и у него с собой уже было наркотическое средств. Из заключения эксперта _____/ф следует, что вещество из пакета _____, изъятое ДД.ММ.ГГГГ в ходе осмотра места происшествия, проведенного в &lt;адрес&gt; PC (Я) в 220 м к востоку от участка автодороги «&lt;адрес&gt;» _____ км., является сухой смесью табака и наркотического средства масло каннабиса (гашишное масло). Вес смеси табака с гашишным маслом из пакета _____ составил 1,289 г. Вес сухого остатка отделенного гашишного масла от смеси с табаком в перерасчете на все количество вещества составил 0,558 г, вес сухого нейтрального компонента (табака) составил 0,731г. Растительная масса из пакета _____, изъятая ДД.ММ.ГГГГ в ходе осмотра места происшествия, проведенного в &lt;адрес&gt; в _____ м к востоку от участка автодороги «&lt;адрес&gt;» _____ км., является наркотическим средством каннабис (марихуана). Вес сухой марихуаны из пакета _____ на момент проведения экспертизы составил 53,250 г. Согласно Постановления Правительства РФ № 1002 от 01 октября 2012г.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или их частей, для целей статей , - и и - 1 УК РФ » наркотическое средство масло каннабиса (гашишное масло) общим весом не менее 0, 601 г., а также наркотическое средство каннабис (марихуана) общим весом не менее 53, 750 г., относится к значительному размеру. Время и место совершения преступления устанавливается на основании показаний самого подсудимого, свидетелей, протокола осмотра места происшествия, рапорта об обнаружении признаков состава преступления. Таким образом, на основании совокупности приведенных доказательств, суд приходит к выводу об установлении их достаточности для определения виновности ФИО1. Действия подсудимого ФИО1 суд квалифицирует по ч. 1 ст. 228 УК РФ , то есть незаконное приобретение, изготовление, хранение наркотических средств без цели сбыта в значительном размере. Доказательствами, подтверждающими виновность ФИО1, в совершении незаконного сбыта наркотических средств, являются: Свидетель ФИО5 показал суду, что с подсудимым ФИО1 состоит в дружеских отношениях, знакомы с детства, и сейчас поддерживают связь. Это было осенью, вечером, где-то в сентябре. Он со своей подругой ФИО7 вдвоем внизу рыбачили, в местности &lt;адрес&gt;, приехали на машине его отца. Потом позвонил ФИО1, он ему рассказал, что они находятся в местности &lt;адрес&gt;. ФИО1 приехал, он вышел к нему в машину, и там выкурили коноплю. Он заранее из телефонного разговора знал, что у ФИО1 есть наркотическое средство, он спросил, тот сказал, что есть конопля. Он спросил, потому что знал, что прежде ФИО1 попадался по этой статье. Сверток был, размер точно сказать не может, примерно под спичечный коробок, чуть больше. Его подруга ФИО2 оставалась в его машине. В машине ФИО1 сидели недолго, курили через бутылку из-под «Росы», Куличкин достал из-под сидения вырезанную бутылку Росы, внутри которой был сверток с измельченной коноплей. Он ее достал из свертка, положил к горловине, поджег и выкурил. Потом решили покататься на машине. Выехали обратно в сторону села &lt;адрес&gt; с местности &lt;адрес&gt;. На дорогу вышли, чуть проехали, потом направились в сторону &lt;адрес&gt;. Когда возвращались обратно, их остановили сотрудники ГАИ, и задержали их. Сначала их опросили, спросили, выпили ли. Потом уже другой гаишник вышел и сказал, что они наркоманы и вызвали опер-группу. Сотрудники ГАИ нашли под машиной ФИО1 бутылку из-под Росы. Как бутылка оказалась под машиной, он не знает, не видел. Потом они там же сидели и ждали приезда других сотрудников. О том, собирал ли ФИО1 коноплю, он не знает, сам не собирал. Он употребляет не так давно, редко, когда ФИО1 ему предложил, он хотел только попробовать. Когда оперативники приехали, сначала осмотрели его машину, ничего не нашли. Потом осмотрели машину ФИО1, нашли бутылку из-под Росы и в багажнике нашли пакет с коноплей, который он ранее не видел, ФИО1 ему ничего не давал. Оперативники сказали, что это конопля, все на камеру снимали. Понятые были, приехали ночью. Они курили коноплю, она была как сигарета, на махорку была похожа, конопля и химка одинаковые, как сигарета, выглядят так же. Свидетель ФИО14 показал суду, что работает в МВД с ДД.ММ.ГГГГ дату, время помнит плохо, около ДД.ММ.ГГГГ, осенью, у них операция была с &lt;адрес&gt;, которые снимали проведение операции. Проводилась массовая проверка в операции, они с младшим лейтенантом ФИО9 ездили в &lt;адрес&gt;, &lt;адрес&gt;, &lt;адрес&gt;, когда обратно ехали, со стороны &lt;адрес&gt;, с села &lt;адрес&gt; вышли две машины, выезжали с пашни, было темно, были видны только фары, первая была марки «_____», а вторая «_____» или «_____». Они их остановили и проверили. В «_____» был ФИО1 с девушкой, был за рулем, впереди ехал, сзади другая машина, в которой тоже были парень с девушкой. Остановили, у водителей запаха алкоголя не было, но речь была невнятная. У ФИО1 глаза не как у здорового человека, какие-то странные были, хотел поговорить, стал просить отпустить его. У него прав не было, документы не в порядке были, сказал, что рядом живет, спокойный был. Потом они сказали, чтобы ФИО1 вышел из машины, вышел, показал багажник, сразу было видно, что курили, и в это время ФИО1 под машину кинул пакет. Там был обрезок от бутылки, так называемая ракета, кусок пластмассовой бутылки, кусок газеты, оберток, обмотана скотчем, они особо не смотрели, не трогали, там лежало. Как ФИО1 кинул пакет под машину, они видели, там же все на камеру снимали. Он сказал, подойдите, снимите на камеру. Зашли в патрульную машину и вызвали следственно-оперативную группу. Дождались, оставили их и дальше поехали в сторону &lt;адрес&gt;. Свидетель ФИО7, показала суду, что подсудимого ФИО1 знает, были друзьями, сейчас связь не поддерживают. В сентябре, дату точно не помнит, поехали вечером на рыбалку с ФИО5. Где-то ДД.ММ.ГГГГ ч. поехали кататься на местность &lt;адрес&gt;. Потом на ее телефон позвонил ФИО1, и приехал через 10 минут в &lt;адрес&gt;, что он говорил по телефону, она уже не помнит. Они заранее разговаривали, Куличкин должен был приехать из &lt;адрес&gt;, должны были встретиться. Когда ФИО1 приехал в &lt;адрес&gt;, ФИО выходил из машины к нему, они сидели в машине ФИО1, примерно 5-10 минут. Потом они поехали забирать Н., ФИО1 на своей машине, они на своей. Когда Н. вышла, они поехали кататься в &lt;адрес&gt;. Поехали туда, но не нашли это место, по дороге заблудились. Когда выходили обратно к деревне, их остановили сотрудники ГАИ, ФИО и ФИО1 пригласили в патрульную машину. Потом устроили обыск, вызвали других сотрудников. Нашли под машиной маленький пакет и деньги 100 рублей, в пакете были наркотики, ФИО1 сказал, что это его. Она не знала, что ФИО1 употребляет наркотические средства. Потом вызвали других оперативников, приехавшие с понятыми сотрудники провели обыск, нашли в машине еще что-то. Нашли в багажнике и из-под машины ФИО1. Понятых она не знает, сколько их было не помнит. ФИО1 сам сказал полицейским, перед обыском, что есть наркотики в багажнике. Они в тот день алкоголь не употребляли. Свидетель ФИО4 показал суду, что подсудимого ФИО1 в лицо помнит, но так лично не знаком. Точное число и месяц не может сказать, осенью, его позвали быть понятым сотрудники ГАИ. Это было вечером поздно, часов в ДД.ММ.ГГГГ. Поехали в &lt;адрес&gt;, доехали, стояли две машины возле обочины, где-то в метрах _____. Первая машина была «_____», другая «_____». Все сидели в машине ДПС, на улице никого не было. Все права и обязанности в качестве понятых им разъяснили, их было 2 понятых, второго он не знает. Им не говорили, что в машине наркотическое средство, потом так получилось, что там была конопля, на улице возле машины в целлофановом пакете лежала. В пакете было наркотическое средство, как сказали сотрудники. Подсудимый показывал машину, где, что лежит. Он помнит, что ФИО1 сказал, что это его, что там конопля. Как он помнит, ему говорили, чтобы выдал запрещенные предметы. В &lt;адрес&gt; они где-то до _____ часов находились, потом уже в отделе дальше сидели, там какие-то анализы проводили. Они со вторым понятым примерно до 6 или до 7 часов утра находились. Также, в ходе судебного заседания изучены и оглашены материалы дела, которые были собраны в ходе предварительного расследования: Рапорт об обнаружении признаков преступления (том 1 л.д.12), от ДД.ММ.ГГГГ, ИДПС ОМВД России по Намскому району ФИО6, зарегистрированное в КУСП за _____ от 09.09.2016г., согласно которому, ДД.ММ.ГГГГ около ДД.ММ.ГГГГ, во время проведения профилактической операции «массовая проверка», нарядом ДПС в составе младшего лейтенанта ФИО9, ДД.ММ.ГГГГ возле &lt;адрес&gt; была остановлена автомашина марки «_____» с госномером _____ под управлением гр. ФИО1, ДД.ММ.ГГГГ., который при проверке документов выкинул из салона автомашины бумажный сверток – курительное устройство «Ракета». На место была вызвана СОГ для выяснения обстоятельств. Рапорт следователя СО ОВМД России по &lt;адрес&gt; ФИО11 об обнаружении признаков преступления (том 1, л.д.11), от ДД.ММ.ГГГГ, зарегистрированный в КУСП _____, согласно которому, в ходе расследования уголовного дела _____, возбужденного 19.09.2016г., по признакам состава преступления, предусмотренного ч. 1 ст. 228 УК РФ , установлено, что в период времени с ДД.ММ.ГГГГ до ДД.ММ.ГГГГ, находясь в местности «_____» села &lt;адрес&gt; ФИО1 предложил ФИО5 употребить наркотическое средство, путем курения. При этом передал ФИО5 ранее изготовленное им наркотическое средство – смесь табака с наркотическим средством масло каннабиса (гашишное масло), которое находилось при себе. После чего вдвоем употребили данное наркотическое средство, путем курения. По заключению эксперта _____/ф от ДД.ММ.ГГГГ, изъятая ДД.ММ.ГГГГ в ходе осмотра места происшествия, проведенного в селе &lt;адрес&gt; в _____ м. к востоку от участка а/д «&lt;адрес&gt;» _____ км. Является сухой смесью табака и наркотического средства масло каннабиса (гашишное масло). Таким образом, в действиях ФИО1 усматриваются признаки состава преступления, предусмотренного ч. 1 ст. 228.1 УК РФ . Протокол осмотра места происшествия (том 1 л.д. 13-18), от ДД.ММ.ГГГГ, в ходе которого осмотрена автомашина марки «_____» с госномером _____, которая находится к востоку от участка автодороги «&lt;адрес&gt;» _____ км. На расстоянии _____ метров, около села &lt;адрес&gt; в ходе осмотра места происшествия на земле под кузовом автомашины «_____» с госномером _____, между передней и задней дверями справа, обнаружены пластиковая бутылка с этикеткой «Серпантин Экстра-Ситро» с обрезанным дном, с прикрепленным к ней целлофановым пакетом, которая изъята и упакована в пакет _____, также бумажный сверток с веществом растительного происхождения, темно-зеленого цвета с резким запахом, которое изъято и упаковано в пакет _____, в багажнике автомашины обнаружены полиэтиленовый прозрачный пакет с веществом растительного происхождения, темно-зеленого цвета с резким запахом, который изъят и упакован в пакет _____, металлическая миска со следами темно-зеленого цвета, пластиковая бутылка с прозрачной жидкостью, которые изъяты и упакованы в пакет _____, изъята автомашина марки «_____» с госномером _____ Справка об исследовании _____ф (том 1 л.д. 41-42), от ДД.ММ.ГГГГ, согласно которой: представленная на исследование измельченная растительная масса в бумажном свертке из пакета _____, изъятая ДД.ММ.ГГГГ в ходе осмотра места происшествия под кузовом автомашины марки «_____» с государственным регистрационным знаком _____, является смесью табака с наркотическим средством масло каннабиса (гашишное масло) вес смеси табака с наркотическим средством масло каннабиса (гашишное масло) в бумажном свертке из пакета _____, изъятого ДД.ММ.ГГГГ в ходе осмотра места происшествия под кузовом автомашины марки «_____» с государственным регистрационным знаком _____ регион, составил 1,389 &lt;адрес&gt; масла каннабиса (гашишного масла) в перерасчете на сухой остаток в исследуемой смеси составил 0, 601 г. Сухая измельченная растительная масса в полимерном пакете из пакета _____, изъятого ДД.ММ.ГГГГ из багажного отделения автомашины марки «_____» с государственным регистрационным знаком _____ регион, является наркотическим средством каннабисом (марихуаной). Вес каннабиса (марихуаны) в полимерном пакете из пакета _____, изъятого ДД.ММ.ГГГГ из багажного отделения автомашины марки с государственным регистрационным знаком _____ регион, составил 53, 750 г. Протокол осмотра предметов (том 1 л.д. 57-58) от ДД.ММ.ГГГГ, согласно которому осмотрены: Пакет _____ - бесцветный прозрачный пакет из полимерного материала скомплиментарной застежкой. Пакет прошит по горловине через бумажную бирку сфрагментом нити белого цвета, концы которого закреплены на оборотной стороне бирки иопечатаны фрагментом листа бумаги белого цвета с оттиском круглой печати «Дляпакетов _____ Для экспертиз и исследований Отдел МВД по Намскому району МВД РФ поPC (Я)». На лицевой стороне бирки имеется пояснительный текст исполненный частичнопечатным способом, красящим веществом черного цвета, частично рукописным способом,красящим веществом синего цвета, заверенный подписями участников изъятия. Также, набирке имеется фрагмент листа бумаги с оттиском печати «Для пакетов _____ МВД РФМВД по PC (Я)». Внутри пакета - бутылка из бесцветного прозрачного полимерногоматериала со срезанной нижней частью, на которой имеется этикетка «Serpantin Экстра -ситро», к бутылке со стороны среза отрезком липкой ленты «скотч» прикреплен пакет изпрозрачного бесцветного полимерного материала. На внутренней поверхности бутылки сприкрепленным пакетом имеется налет вещества коричневого цвета. Основание пакета,прикрепленного к бутылке, завязано узлом и отрезком липкой ленты «скотч», нагорловине бутылки навинчена металлическая крышка белого цвета с отверстиями, сналетом вещества темно коричневого цвета; Пакет _____ — пакет из прозрачного бесцветного полимерного материала прошитый через бумажную бирку отрезком нити черного цвета, концы которого опечатаны фрагментом бумаги с оттиском печати «МВД РФ МВД по Республике Саха (Якутия). Для пакетов _____» и надписью «спр._____/ф от ДД.ММ.ГГГГ (подпись), исполненный частично печатным способом, красящим веществом черного цвета, частично рукописным способом,красящим веществом синего цвета, заверенный подписями участников изъятия. Также, набирке имеется фрагмент листа бумаги с оттиском печати «Для пакетов _____ МВД РФМВД по PC (Я)». Внутри пакета - сверток из листа бумаги белого цвета с черно-белойполиграфией. В свертке содержится измельченная растительная масса, похожая повнешнему виду на измельченную массу табака, темно желто-коричневого цвета, соспецифическим запахом. Пакет _____ - пакет из прозрачного бесцветного полимерного материала скомплиментарной застежкой и полосой голубого цвета вдоль горловины, прошитый черезбумажную бирку отрезком нити черного цвета, концы которого опечатаны фрагментомлиста бумаги с оттиском печати «МВД РФ МВД по Республике Саха (Якутия). Дляпакетов _____» и надписью «спр._____/ф от ДД.ММ.ГГГГ (подпись)», исполненные красящимвеществом синего цвета, на бирке имеется пояснительная надпись и подписи участвующих лиц, исполненные частично печатным способом, красящим веществомчерного цвета, частично рукописным способом, красящим веществом синего цвета, атакже оттиск печати «МВД РФ МВД по Республике Саха (Якутия). Для пакетов _____».Внутри пакета - пакет из бесцветного прозрачного полимерного материала, в которомсодержится измельченная растительная масса с элементами стеблей, листьев, соцветий,семян округлой формы. Пакет _____ - пакет из полимерного материала серого цвета с изображением ягод. Пакет прошит по горловине через бумажную бирку выполненную из фрагмента листа бумаги белого цвета, отрезком нити белого цвета, концы нити закреплены на бирке и опечатаны фрагментом листа бумаги с оттиском круглой печати «Для пакетов _____ Для экспертиз и исследований Отдел МВД по Намскому району МВД РФ по PC (Я)». На лицевой стороне бирки имеется пояснительный текст, также на бирке имеется наклеенный фрагмент листа бумаги с оттиском круглой печати «Для пакетов _____ МВД по Республике Саха (Якутия) МВД РФ МВД РФ по PC (Я)», внутри пакета: - бутылка из бесцветного прозрачного полимерного материала с полимерной навинчивающейся крышкой синего цвета, с жидкостью прозрачного цвета с запахом органического растворителя объемом 610 мл. Металлическая эмалированная миска белого цвета, с ручками, на внутреннейповерхности которой имеется налет вещества коричневого цвета со специфическимзапахом; 8 бумажных пакетов в опечатанном виде, со смывами, изъятыми с обеих рук, губ ФИО1, ФИО5. Пакет _____ – прозрачный полимерный файл пакет, прошитый белой ниткой, концы которого опечатаны бумажным фрагментом печатью «Для пакетов _____ МВД по &lt;адрес&gt; (Якутия) МВД РФ МВД РФ по PC (Я)», бумажная бирка с надписью «сотовый телефон марки «_____», изъятый в ходе ОМП от ДД.ММ.ГГГГ на участке автодороги «&lt;адрес&gt;» _____ км.» с подписями участвующих лиц, внутри котрого имеется сотовый телефон марки «_____», корпус телефона белого цвета, без видимых повреждений, в рабочем состоянии, сим карта оператора _____. При включении телефона, данных для установления обстоятельств уголовного дела не обнаружено. После осмотра сотовый телефон упакован в первоначальный пакет, опечатан печатью «Для пакетов _____ МВД по Республике Саха (Якутия) МВД РФ МВД РФ по PC (Я)». Пакет _____ прозрачный полимерный файл пакет, прошитый белой ниткой, концы которого опечатаны бумажным фрагментом печатью «Для пакетов _____ МВД по &lt;адрес&gt; (Якутия) МВД РФ МВД РФ по PC (Я)», бумажная бирка с надписью «сотовый телефон марки «_____», изъятый в ходе ОМП от ДД.ММ.ГГГГ на участке автодороги «&lt;адрес&gt;» _____ км.» с подписями участвующих лиц, внутри котрого имеется сотовый телефон марки «_____», сенсорный корпус черного цвета, экран телефона с повреждениями в виде мелких трещин, сим карта оператора Мегафон. При включении телефона, данных для установления обстоятельств уголовного дела не обнаружено. После осмотра сотовый телефон упакован в первоначальный пакет, опечатан печатью «Для пакетов _____ МВД по Республике Саха (Якутия) МВД РФ МВД РФ по PC (Я)». Осмотренные предметы признаны вещественными доказательствами, ( том 1, л.д. 63-64) хранятся в комнате вещественных доказательств ОМВД РФ по &lt;адрес&gt;, автомашина _____ с г/н _____ возвращена владельцу под расписку. (том 1, л.д. 69) К протоколу приобщена фототаблица. Заключение химической судебной экспертизы (том 1, л.д.75-77) ЭМВИ ЭКЦ МВД по PC (Я) за № 429/ф от 21.10.2016г., согласно которому: 1-2. Вещество из пакета _____, изъятое ДД.ММ.ГГГГ в ходе осмотра местапроисшествия, проведенного в &lt;адрес&gt; в _____ м к востоку отучастка автодороги «&lt;адрес&gt;» _____ км., является сухой смесью табака инаркотического средства масло каннабиса (гашишное масло).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Вес смеси табака с гашишным маслом из пакета _____ составил 1,289 г. Вес сухогоостатка отделенного гашишного масла от смеси с табаком в перерасчете на все количество вещества составил 0,558 г, вес сухого нейтрального компонента (табака) составил 0,731г. 4-5. растительная масса из пакета _____, изъятая ДД.ММ.ГГГГ в ходе осмотра места происшествия, проведенного в &lt;адрес&gt; в _____ м к востоку от участка автодороги «&lt;адрес&gt;» _____ км., является наркотическим средством каннабис (марихуана).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Вес сухой марихуаны из пакета №3 на момент проведения экспертизы составил 53,250 г. Заключение химической судебной экспертизы (том 1, л.д. 82-84), ЭМВИ ЭКЦ МВД по PC (Я) за _____/ф от 18.10.2016г., согласно которому: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внутренней поверхности бутылки с прикрепленным пакетом из пакета _____, изъятой ДД.ММ.ГГГГ в ходе ОМП в &lt;адрес&gt; в _____ м к востоку от участка автодороги «&lt;адрес&gt;» _____ км., обнаружены следовые количестватетрагидроканнабинола (наркотически активного компонента каннабисной группы) исопутствующих ему каннабиноидов.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внутренней поверхности металлической эмалированной миски из пакета _____,изъятой 10,09.2016 г. в ходе ОМП в &lt;адрес&gt; в _____ м к востоку от участка автодороги «&lt;адрес&gt;» _____ км., обнаружены следовые количестватетрагидроканнабинола (наркотически активного компонента каннабисной группы) исопутствующих ему каннабиноидов. Жидкость в бутылке из пакета _____, изъятой ДД.ММ.ГГГГ в ходе ОМП в &lt;адрес&gt;&lt;адрес&gt; PC (Я) в _____ м к востоку от участка автодороги «&lt;адрес&gt;» _____ км., является смесью органических растворителей и к наркотическим средствам,психотропным, сильнодействующим, ядовитым веществам и их прекурсорам неотносится. Заключение химической судебной экспертизы (том 1, л.д.91-92 ) ЭМВИ ЭКЦ МВД по PC(Я) за _____/ф от ДД.ММ.ГГГГ, согласно которому: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ватных тампонах со смывами с рук и губ ФИО1 выявлены следовые количества тетрагидроканнабинола (ТГК) - наркотически активного компонента растения конопля и наркотических средств, получаемых из нее ( марихуана, гашиш, гашишное масло), и сопутствующих ему каннабиноидов. На контрольном ватном тампоне следов наркотических средств, на уровне чувствительности применяемого метода исследования, не обнаружено.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ватных тампонах со смыва с рук и губ ФИО5 выявлены следовые количества тетрагидроканнабинола (ТГК) – наркотически активного компонента растения конопля и наркотических средств, получаемых из нее (марихуана, гашиш, гашишное масло), и сопутствующих ему каннабиноидов. На контрольном ватном тампоне следов наркотических средств, на уровне чувствительности применяемого метода исследования, не обнаружено. Протокол очной ставки между свидетелем ФИО5 и подозреваемым ФИО1 (том 1, л.д. 138-141), от ДД.ММ.ГГГГ, в ходе которой допрашиваемые лица пояснили, что знакомы, поддерживают дружеские отношения. Свидетель ФИО5 показал, что он не видел, как ФИО1 сбросил с машины «ракету» и «химку», но при осмотре багажника внутри машины был обнаружен пакет с коноплей, и ФИО1 также пояснил, что эту коноплю он собрал сам. Когда собрал дикорастущую коноплю и как и когда изготовил «химку», он не знает, об этом ФИО1 ему не рассказывал. Наркотическое средство «химку» он выкурил в автомашине марки «_____», на которой приехал ФИО1 в местности «_____», в тот момент кроме них двоих, в автомашине никого не было. Сам он коноплю не собирал, «химку» не изготавливал. Он употребил предложенное ФИО1 наркотическое средство «химку» один раз, находясь в салоне автомашины ФИО1 в местности «&lt;адрес&gt;». Подозреваемый ФИО1 согласился с показаниями свидетеля ФИО5, пояснил, что наркотическое средство дикорастущую коноплю он сам собрал ДД.ММ.ГГГГ, и изготовил «химку» для личного употребления, после чего решил предложить ФИО5 для совместного употребления. Он признает, что собрал дикорастущую коноплю, изготовил из нее наркотическое средство, употребил совместно с ФИО5, предложив ему изготовленное ранее им наркотическое средство, тем самым совершил сбыт наркотического средства. Вину полностью в содеянном признает и в содеянном раскаивается. Свидетель ФИО5 согласился с показаниями подозреваемого ФИО1 полностью, пояснил, что он лично не видел, как ФИО1 выбросил из салона наркотическое средство, он ехал на своей автомашине. Протокол проверки показаний на месте подозреваемого ФИО1, (том 1, л.д. 129-134), от 13.10.2016г., в ходе которого по указанию подозреваемого ФИО1, следователь в составе лиц: подозреваемого ФИО1, защитника Ноговицына А.В., водителя, выехала в &lt;адрес&gt; РС(Я). Подозреваемый ФИО1, подъезжая к территории населенного пункта села &lt;адрес&gt;, не доезжая до поворота заезда грунтовой дороги в &lt;адрес&gt;, расположенной на восточной стороне от автодороги «&lt;адрес&gt;», остановил автомашину и указал обочину автодороги, и пояснил, что ДД.ММ.ГГГГ он с указанного места собрал несколько кустов, соцветий, семена, листья дикорастущей конопли, конопля росла 2-3 куста, собрал для личного употребления, в полимерный пакет, который принес с собой. Далее ФИО1 указал в сторону запада в сторону заброшенного строения и леса, пояснил, что после сбора частей конопли он направился для изготовления «химки», в указанный им лесомассив. Придя на околицу лесного массива, подозреваемый ФИО1 указал на пепелище костра, расположенного на северной стороне от грунтовой дороги, прилегающей данный участок в сторону запада. Указанное место расположено за заброшенным строением с западной стороны. Подозреваемый пояснил, что он изготовил для курения из собранных частей конопли «химку», миску, растворитель принес с собой. На костре изготовил наркотическое средство, выпарил и тут же, находясь в указанном месте, употребил наркотическое средство путем курения. Остальную часть изготовленного наркотического вещества положил в бумажный сверток и положил в карман куртки. Остатки листьев, семян, соцветий конопли взял с собой, также предметы изготовления. Затем вернулся домой, где с целью покататься одолжил машину у брата ФИО3., в которую он положил наркотическое средство, также пакет с предметами изготовления наркотических средств. Далее подозреваемый ФИО1 предложил проехать в местность «&lt;адрес&gt;», по его указанию прибыли в указанную местность, где расположено сэргэ, данная местность расположена на расстоянии _____ м от автодороги «&lt;адрес&gt;» _____ км. Находясь в указанном месте, подозреваемый пояснил, что ДД.ММ.ГГГГ он, находясь в указанном им месте, в салоне автомашины «_____», за рулем которого находился сам, предложил ФИО5 наркотическое средство «химку», которое он изготовил в тот же день, где они совместно употребили «химку» путем курения. После чего поехали кататься на машине, где их остановили сотрудники полиции. К протоколу приобщена фототаблица. Также в ходе судебного заседания изучены характеризующие материалы на подсудимого: ФИО1 на учете у врача психиатра, у врача нарколога не состоит, в браке не состоит, детей не имеет, со стороны УУП ОМВД РФ по Намскому району характеризуется посредственно, как состоящий на учете ОУУП отдела полиции по поселку &lt;адрес&gt;&lt;адрес&gt;, с администрации МО «&lt;адрес&gt; наслег» &lt;адрес&gt; характеризуется положительно, имеет судимость. Все вышеприведенные доказательства были исследованы в судебном заседании, проверены, и оцениваются судом, как отвечающие требованиям относимости, допустимости и достоверности. Таким образом, суд, выслушав показания подсудимого, а также исследовав и изучив показания свидетелей, материалы уголовного дела, считает, что доказательства, собранные по данному уголовному делу, согласуются между собой, подтверждаются другими доказательствами, которые получены с соблюдением требований закона, и находит, что исследованные доказательства полностью подтверждают виновность ФИО1 в незаконном сбыте наркотических средств. Так, из показаний свидетеля ФИО5, которые он дал во время предварительного следствия при очной ставке и в суде, следует, что в тот день ФИО1 приехал к нему в местность «&lt;адрес&gt;», у него с собой уже было наркотическое средство, которое они вдвоем употребили в машине ФИО1. Данный обстоятельство во время очной ставки подсудимый ФИО1 также подтвердил. Свидетель ФИО7 показывает, что в тот день она была вместе с ФИО5, вечером ФИО1 приехал к ним на машине, ФИО5 пересел к нему в машину, и примерно через 10 минут ФИО5 вернулся обратно. Из показаний свидетеля ФИО10 следует, что когда во время проводимой массовой проверки, в селе &lt;адрес&gt; остановили автомашины ФИО1 и ФИО, у водителей запаха алкоголя не было, но речь была невнятная, они видели, как ФИО1 кинул под машину пакет, где был отрезок от бутылки, кусок газеты, сверток. Сам ФИО1 сказал, что курили, хотел спрятать ракету. Как следует из заключения химической судебной экспертизы ЭМВИ ЭКЦ МВД по PC(Я) за _____/ф от ДД.ММ.ГГГГ, на ватных тампонах со смывами с рук и губ ФИО1 выявлены следовые количества тетрагидроканнабинола (ТГК) – наркотически активного компонента растения конопля и наркотических средств, получаемых из нее (марихуана, гашиш, гашишное масло), и сопутствующих ему каннабиноидов. На контрольном ватном тампоне следов наркотических средств, на уровне чувствительности применяемого метода исследования, не обнаружено. На ватных тампонах со смыва с рук и губ ФИО5 выявлены следовые количества тетрагидроканнабинола (ТГК) – наркотически активного компонента растения конопля и наркотических средств, получаемых из нее (марихуана, гашиш, гашишное масло), и сопутствующих ему каннабиноидов. На контрольном ватном тампоне следов наркотических средств, на уровне чувствительности применяемого метода исследования, не обнаружено. Из этого следует, что ФИО1 и ФИО5 употребили наркотическое средство. Согласно протоколу осмотра места происшествия, на земле под кузовом автомашины «_____» с госномером _____ между передней и задней дверями справа, обнаружены пластиковая бутылка с этикеткой «Серпантин Экстра-Ситро» с обрезанным дном, с прикрепленным к ней целлофановым пакетом, которая изъята и упакована в пакет _____, также бумажный сверток с веществом растительного происхождения, темно-зеленого цвета с резким запахом, которое изъято и упаковано в пакет _____, в багажнике автомашины обнаружены полиэтиленовый прозрачный пакет с веществом растительного происхождения, темно-зеленого цвета с резким запахом, который изъят и упакован в пакет _____, металлическая миска со следами темно-зеленого цвета, пластиковая бутылка с прозрачной жидкостью. Судом установлено, что данные предметы используются для приготовления наркотических средств. Согласно заключению химической судебной экспертизы (том 1, л.д. 82-84), ЭМВИ ЭКЦ МВД по PC (Я) за _____/ф от 18.10.2016г., на внутренней поверхности бутылки с прикрепленным пакетом из пакета _____, изъятой ДД.ММ.ГГГГ в ходе ОМП в &lt;адрес&gt; в _____ м к востоку от участка автодороги «&lt;адрес&gt; _____ км., обнаружены следовые количества тетрагидроканнабинола (наркотически активного компонента каннабисной группы) и сопутствующих ему каннабиноидов. На внутренней поверхности металлической эмалированной миски из пакета _____, изъятой 10,09.2016 г. в ходе ОМП в &lt;адрес&gt; в _____ м к востоку от участка автодороги «&lt;адрес&gt;» _____ км., обнаружены следовые количества тетрагидроканнабинола (наркотически активного компонента каннабисной группы) и сопутствующих ему каннабиноидов, что также подтверждает виновность ФИО1 Время и место совершения преступления устанавливается из показаний подсудимого, свидетелей и из протокола осмотра места происшествия и рапорта об обнаружении признаков состава преступления. Суд не принимает доводы подсудимого и адвоката, где они указывают, что наркотические средства были общие, ФИО1 собрал вместе с ФИО5, при осмотре предметов не участвовали понятые, фототаблица никем не подписана, характеризующих признаков не указано; заключение экспертизы не совпадает с предъявленным обвинением, в части веса наркотического вещества; экспертизой значительный размер не установлен; в материалах дела отсутствует постановление о возбуждении уголовного дела по ч. 1 ст. 228.1 УК РФ . Так, свидетель ФИО5 ни во время предварительного следствия, ни во время судебного следствия, не указывал на совместный сбор наркотических средств, во время его допроса в судебном заседании подсудимый ФИО1 не возражал против показаний ФИО5, вопросов свидетелю ФИО не задал, во время очной ставки был полностью согласен с ФИО. Оснований не доверять показаниям ФИО5 у суда не имеется. При осмотре предметов, как следует из протокола осмотра предметов от ДД.ММ.ГГГГ, осмотр предметов начат в 19 часов 00 минут в служебном кабинете СО ОМВД России по Намскому району, окончен в 19 часов 30 минут, в соответствии со ст. 170 УПК РФ , понятые не участвовали, при этом следователем были применены персональный компьютер, лазерный принтер, фотоаппарат «Самсунг», осмотр производился в условиях искусственного освещения, что полностью отражено следователем в протоколе, согласно ч. 1.1 ст. 170 УПК РФ , в случаях, предусмотренных статьями 115, 177, 178, 181, статьей 183 частью пятой статьи 185, частью седьмой статьи и статьей 194 УПК РФ , понятые принимают участие в следственных действиях по усмотрению следователя. Постановлением от ДД.ММ.ГГГГ возбуждено уголовное дело по признакам преступления, предусмотренного ч. 1 ст. 228 УК РФ . ДД.ММ.ГГГГ ФИО1 допрошен в качестве подозреваемого. Согласно рапорта следователя СО ОВМД России по &lt;адрес&gt; ФИО11 об обнаружении признаков преступления от ДД.ММ.ГГГГ, в ходе расследования уголовного дела _____, возбужденного 19.09.2016г., по признакам состава преступления, предусмотренного ч. 1 ст. 228 УК РФ , установлено, что в действиях ФИО1 усматриваются признаки состава преступления, предусмотренного ч. 1 ст. 228.1 УК РФ . Постановлением от ДД.ММ.ГГГГ ФИО1 привлечен в качестве обвиняемого, и ему предъявлено обвинение в совершении преступлений, предусмотренных ч. 1 ст. , ч. 1 ст. 228.1 УК РФ . Данные действия следователя ни подсудимым, ни его адвокатом не были обжалованы, нарушения прав подсудимого суд не усматривает. Согласно ч. 1 ст. 149 УПК РФ , проведение предварительного расследования возможно лишь после возбуждения уголовного дела. Однако, ни ст. , ни ст. , ни ст. 149 УПК РФ , не предусматривают обязанности органов предварительного следствия выносить каждый раз новое постановление о возбуждении уголовного дела в случае, когда будет установлено совершение других преступлений лицом, в отношении которого возбуждено уголовное дело. Таким образом, суд приходит к выводу об отсутствии необходимости возбуждать уголовное дело при обнаружении признаков другого преступления в рамках ранее возбужденного уголовного дела. Согласно постановлению Правительства РФ _____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для целей статей , - , и - 1 УК РФ », к наркотическим средствам относятся все смеси, в состав которых входит хотя бы одно наркотическое средство или психотропное вещество, перечисленное в списке I, независимо от их содержания в смеси. Заключением эксперта _____/ф установлено, что вещество из пакета _____, изъятое ДД.ММ.ГГГГ в ходе осмотра места происшествия, проведенного в &lt;адрес&gt; PC (Я) в 220 м к востоку от участка автодороги «Якутск-Булус» 105 км., является сухой смесью табака и наркотического средства масло каннабиса (гашишное масло). Вес смеси табака с гашишным маслом из пакета _____ составил 1,289 &lt;адрес&gt; сухого остатка отделенного гашишного масла от смеси с табаком в перерасчете на все количество вещества составил 0,558 г, вес сухого нейтрального компонента (табака) составил 0,731г. Действия подсудимого ФИО1 по второму эпизоду суд квалифицирует по ч. 1 ст. 228.1 УК РФ , то есть незаконный сбыт наркотических средств. Суд, с учетом обстоятельств совершенных преступлений, степени их общественной опасности, а также наступивших последствий, не находит оснований для изменения категории совершенных преступлений на менее тяжкую в соответствии с ч.6 ст. 15 УК РФ . С учетом справки МУЗ «Намская центральная районная больница» РС (Я), данных о личности подсудимого ФИО1 и его поведения в судебном заседании, не вызвавшего сомнения в его вменяемости, ФИО1 подлежит к уголовной ответственности с назначением уголовного наказания. При назначении вида и размера наказания в отношении ФИО1 суд, на основании ч. 3 ст. 60 УК РФ учитывает характер и степень общественной опасности преступлений, личность виновного, принимает во внимание признание вины по первому эпизоду, положительную характеристику с места жительства, как смягчающие обстоятельства, предусмотренные ст. 61 УК РФ . Обстоятельством, отягчающим наказание, предусмотренным ст. 63 УК РФ , суд находит опасный рецидив преступлений, предусмотренный ч.2 ст. 18 УК РФ . Решая вопрос о дополнительном наказании в виде ограничения свободы, предусмотренном ч. 1 ст. 228.1 УК РФ , суд считает возможным не назначать дополнительный вид наказания, с учетом данных о его личности и возможностью его исправления в ходе отбытия основного наказания. Оснований для применения к подсудимому ч.1 ст. , ст. , , 82.1 УК РФ суд также не усматривает, учитывая характер и степень общественной опасности совершенных преступлений и личности подсудимого. В соответствии со ст. 68 УК РФ ,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Также, суд учитывает характер и степень ранее совершенных преступлений, обстоятельства, в силу которых исправительные воздействия предыдущих наказаний оказались недостаточными, а также степень общественной опасности преступлений, один из которых подпадает к категории тяжких преступлений, берет во внимание то, что ранее осужден за совершение преступления к лишению свободы, не может исправиться без реального отбывания наказания в виде лишения свободы. В связи с чем, в целях восстановления социальной справедливости и в целях достижения целей наказания, суд находит правильным применить реальную меру наказания в виде лишения свободы. Суд, окончательное наказание считает правильным назначить на основании ч. 3 ст. 69 УК РФ , то есть путём частичного сложения наказаний и в соответствии со ст. 70 УК РФ , назначает наказание путем частичного присоединения неотбытого наказания по приговору Якутского городского суда РС (Я) от ДД.ММ.ГГГГ. Согласно п. «в» ч.1 ст. 58 УК РФ , ФИО1 подлежит направлению для отбывания наказания в исправительную колонию строгого режима. Гражданского иска по делу нет. Вещественные доказательства подлежат разрешению в соответствии с ч. 3 ст. 81 УПК РФ . На основании изложенного, руководствуясь ст. , , и 309 УПК РФ , суд ПРИГОВОРИЛ: Признать ФИО1 виновным в совершении преступления, предусмотренного ч. 1 ст. 228 УК РФ и назначить ему наказание в виде лишения свободы сроком 2 (два) года. Признать ФИО1 виновным в совершении преступления, предусмотренного ч. 1 ст. 228.1 УК РФ и назначить ему наказание в виде лишения свободы сроком 5 (пять) лет, без ограничения свободы. На основании ч. 3 ст. 69 УК РФ , путем частичного сложения наказаний назначить ФИО1 окончательное наказание в виде 5 (пяти) лет 6 (шести) месяцев лишения свободы без ограничения свободы. В соответствии со ст. 70 УК РФ , путем частичного присоединения неотбытого наказания по приговору Якутского городского суда РС (Я) от ДД.ММ.ГГГГ, окончательное наказание назначить в виде лишения свободы сроком 6 (шесть) лет без ограничения свободы с отбыванием наказания в исправительной колонии строгого режима. Меру пресечения в отношении ФИО1 подписку о невыезде и надлежащем поведении – изменить на заключение под стражу. Взять под стражу из зала судебного заседания. Срок отбывания наказания ФИО1 исчислять с ДД.ММ.ГГГГ. Вещественные доказательства после вступления приговора в законную силу: _____ - уничтожить. Приговор может быть обжалован в апелляционном порядке в течение 10 суток со дня его провозглашения в Верховный суд Республики Саха (Якутия), а осужденным, содержащимся под стражей, в тот же срок с момента получения копии приговора. В случае обжалования приговора, осужденный имеет право заявить ходатайство о своем участии при рассмотрении уголовного дела судом апелляционной инстанции, право получать осуществление своей защиты выбранному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(ч.4 ст. 16 УПК РФ ). В случае неявки приглашенного защитника в течении 5 суток, суд вправе предложить пригласить другого защитника, а в случае отказа - принять меры по назначению защитника по своему усмотрению. В случае участия адвоката по назначению суда суд вправе взыскать с осужденного процессуальные издержки. При получении копий апелляционных жалоб или представления, затрагивающих интересы осужденного, последний, в течение десяти суток вправе заявить ходатайство о своем участии в рассмотрении уголовного дела судом апелляционной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вправе ознакомиться с протоколом судебного заседания. Судья: Федоров И.В. Суд: Намский районный суд (Республика Саха (Якутия)) (подробнее) Судьи дела: Федоров И.В. (судья) (подробнее) Последние документы по делу: Постановление от 8 июня 2017 г. по делу № 1-5/2017 Приговор от 25 апреля 2017 г. по делу № 1-5/2017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