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Хищение денежных средств пайщиков Кредитного потребительского кооператива «------». ФИО5, являясь директором Кредитного потребительского кооператива «------ (далее также – КПК «------», Кредитный кооператив) на основании протокола ----- собрания учредителей данного кооператива от дата, имеющего индивидуальный номер налогоплательщика (ИНН) -----, зарегистрированного инспекцией Федеральной налоговой службы по адрес дата за основным государственным регистрационным номером (ОГРН) ----- расположенного по адресу: адрес, офис -----, наделенный в соответствии с уставом КПК «------» полномочиями по руководству текущей деятельностью кооператива, имея право без доверенности действовать от имени кооператива, представлять интересы кооператива и совершать сделки от имени кооператива, открывать и закрывать счета в банках и других кредитных учреждениях, распоряжаться имуществом кооператива, выдавать доверенности на право представительства от имени кооператива, осуществлять решение иных вопросов, связанных с обеспечением текущей деятельности кооператива, то есть выполняя управленческие, организационно-распорядительные и административно-хозяйственные функции в КПК «------ используя свои полномочия и действуя вопреки законным интересам КПК «------ и его членов, в целях незаконного обогащения, в период с дата по дата из корыстных побуждений совершил хищение денежных средств членов КПК «------ вложенных ими в указанный кооператив по договорам о передаче личных сбережений пайщиков, в особо крупном размере, путем обмана и злоупотребления их доверием при следующих обстоятельствах: Так, ФИО5, являясь директором указанного кооператива с момента его создания, из корыстных побуждений возымел преступный умысел на совершение хищения денежных средств граждан – пайщиков указанного кооператива. Для реализации своего преступного умысла ФИО5, используя свое служебное положение вопреки законным интересам кооператива и его членов, с целью завладения денежными средствами как можно большего количества граждан в особо крупном размере путем их обмана и злоупотребления их доверием, умышленно осуществлял в КПК ------ действия по привлечению граждан в члены кооператива посредством распространения рекламных буклетов и рекламных сообщений в средствах массовой информации на территории Чувашской Республики, в которых граждан призывали к вступлению в кооператив с внесением денежных средств в виде вкладов по договорам о передаче личных сбережений под проценты. В целях создания условий для совершения преступления и вовлечения неограниченного числа граждан в члены кооператива ФИО5, используя свое служебное положение, умышленно выдал не осведомленным о его преступных намерениях сотрудникам КПК «------» - инспекторам-кассирам ФИО338 и Свидетель №3, работавшим в офисе Кредитного кооператива в адрес, расположенном по адресу: адрес, офис -----, и инспектору-кассиру ФИО339, работавшей в офисе Кредитного кооператива в адрес, расположенном по адресу: адрес, адрес, офис -----, доверенности с полномочиями совершать от имени Кредитного кооператива следующие действия: подписывать от имени руководителя и в качестве исполнителя договоры займа на сумму до ------ рублей и договоры о передаче личных сбережений пайщика на сумму до ------ рублей, иные договоры, все приложения к ним и прочие документы связанные с заключением договоров; представлять интересы Кредитного кооператива перед государственными, общественными и коммерческими организациями в Чувашской Республике в связи с деятельностью кооператива; получать необходимые документы, связанные с выполнением вышеуказанных действий, заключением договоров и расписываться в их получении от имени Кредитного кооператива, на основании которых указанные работники КПК ------» привлекали в число пайщиков этого кооператива граждан, оформляя с ними договоры о передаче Кредитному кооперативу личных сбережений пайщиков и осуществляли по данным договорам прием денежных средств, которые в последующем аккумулировались в офисе КПК «------» в адрес, расположенном по вышеуказанному адресу, где ими единолично распоряжался директор КПК «------» ФИО5 Граждане, введенные в заблуждение и доверяя обещаниям возврата вкладываемых средств и выплаты процентов по ним, вносили в КПК «------» свои личные денежные средства. Для придания законности факта получения денег им оформлялись членские книжки пайщика кооператива, а также оформлялись от лица КПК «------» договоры о передаче личных сбережений пайщика под обязательство вернуть полностью заемные денежные средства по истечении срока договора и обещание выплаты процентов более высоких, чем в иных кредитных учреждениях. Кроме того, вышеуказанные инспекторы-кассиры, не уведомленные ФИО5 о добровольном выходе КПК «------» с дата из числа членов саморегулируемой организации Межрегиональный союз кредитных кооперативов, сообщали пайщикам недостоверную информацию о членстве кооператива в указанной организации как гарантии возврата внесенных ими денежных средств, чем невольно вводили таких граждан в заблуждение относительно возможностей Кредитного кооператива по возврату денежных средств и выплате процентов по ним. Осуществляя свою преступную деятельность, направленную на хищение чужого имущества и скрыв свои истинные преступные намерения от сотрудников и пайщиков КПК «------», для придания видимости законности деятельности кооператива и сокрытия факта хищения денежных средств, ФИО5, злоупотребляя своими должностными обязанностями, являясь единоличным распорядителем финансовых средств кооператива, после привлечения денежных средств граждан с целью прикрытия и беспрепятственного продолжения своей преступной деятельности в течение продолжительного времени часть денежных средств, похищенных у членов КПК «------» направлял на текущие расходы по содержанию указанного кооператива, частичную выплату гражданам денежных средств в виде процентов и вкладов по ранее заключенным договорам о передаче личных сбережений, а оставшейся частью денежных средств он распоряжался самостоятельно по своему усмотрению. Созданный таким образом положительный имидж КПК «------» способствовал увеличению количества его членов и, как следствие, размера вносимых денежных средств. При этом ФИО5, осуществляя единолично руководство КПК «------», умышленно не проводил собраний членов кооператива, в результате пайщики кооператива лишались возможности участия в управлении деятельности кооператива, что способствовало длительному сокрытию преступной деятельности ФИО5 С целью беспрепятственного хищения денежных средств членов кооператива ФИО5 формально было сформировано правление кооператива из числа родственников и знакомых, которые фактического участия в руководстве деятельностью кооператива не принимали. Решения, принятие которых отнесено к полномочиям членов правления, принимались ФИО5 единолично, что обеспечивало возможность бесконтрольно расходовать денежные средства, поступающие в КПК «------ Поступившие в КПК «------» денежные средства, превышающие установленный лимит кассы, в нарушение Указания Центрального банка Российской Федерации от дата ------У,по устному указанию ФИО5 не вносились на банковский счет КПК «------», а передавались сотрудниками кооператива лично ему, вследствие чего ФИО5 имел возможность распоряжаться ими по своему усмотрению. Таким образом ФИО5 в период с дата по дата, являясь директором КПК «------», заведомо зная, что Кредитным кооперативом не будут выполнены взятые обязательства, сам лично либо через вышеуказанных инспектор-кассиров ФИО338 и Свидетель №3, не осведомленных о его преступных планах, находясь в помещении указанного кооператива, расположенном по адресу: адрес, офис -----, умышленно из корыстных побуждений путем обмана совершил мошеннические действия, в результате которых пострадали следующие граждане, под воздействием обмана вступившие в члены указанного кооператива, заключившие с КПК «------» договоры о передаче личных сбережений пайщика и передавшие по ним денежные средства: -ФИО12 №5, которая дата вступила в члены указанного кооператива и в период по 2013 год заключила с ним несколько договоров, в соответствии с которыми передала КПК ------» денежные средства. Ввиду исполнения кооперативом условий договоров по истечению сроков их действия, убежденная в надежности данного кооператива, ФИО12 №5 дата заключила с ним договор ----- и внесла ------ рублей на 12 месяцев под 17 % годовых, которые ФИО5 похитил; -ФИО12 №148, которая дата вступила в члены указанного кооператива и в период по 2014 год заключила с ним несколько договоров, в соответствии с которыми передала КПК «------» денежные средства. Ввиду исполнения кооперативом условий договоров по истечению сроков их действия, убежденная в надежности данного кооператива, ФИО12 №148 дата заключила с ним договор ----- и внесла ------ рублей на 12 месяцев под 16 % годовых, которые ФИО5 похитил; -ФИО12 №72, которая дата вступила в члены указанного кооператива и в период по 2014 год заключила с ним несколько договоров, в соответствии с которыми передала КПК «------» денежные средства. Ввиду исполнения кооперативом условий договоров по истечению сроков их действия, убежденная в надежности данного кооператива, ФИО12 №72 дата заключила с ним договор ----- и внесла ------ рублей на 12 месяцев под 17 % годовых, дата – договор ----- на ------ рублей на 6 месяцев под 14 % годовых, дополнительно внесла по нему дата ------ рублей, дата – договор ----- на ------ рублей на 12 месяцев под 17 % годовых, а всего ------ рублей, которые ФИО5 похитил; -ФИО12 №84, которая 03 ФИО12 №158 2010 года вступила в члены указанного кооператива и в период по 2014 год заключила с ним несколько договоров, в соответствии с которыми передала КПК «------» денежные средства. Ввиду исполнения кооперативом условий договоров по истечению сроков их действия, убежденная в надежности данного кооператива, ФИО12 №84 06 ФИО12 №158 2014 года заключила с ним договор ----- и внесла ------ рублей на 12 месяцев под 17 % годовых, которые ФИО5 похитил; - ФИО12 №108, которая 12 ФИО12 №158 2010 года вступила в члены указанного кооператива и в период по 2014 год заключила с ним несколько договоров, в соответствии с которыми передала КПК ------» денежные средства. Ввиду исполнения кооперативом условий договоров по истечению сроков их действия, убежденная в надежности данного кооператива, ФИО12 №108 12 ФИО12 №158 2014 года заключила с ним договор ----- и внесла ------ рублей на 12 месяцев под 17 % годовых, которые ФИО5 похитил; - ФИО12 №46, которая 16 ФИО12 №158 2010 года вступила в члены указанного кооператива и в период по 2014 год заключила с ним несколько договоров, в соответствии с которыми передала КПК ------» денежные средства. Ввиду исполнения кооперативом условий договоров по истечению сроков их действия, убежденная в надежности данного кооператива, ФИО12 №46 19 ФИО12 №158 2014 года заключила с ним договор ----- и внесла ------ рублей на 12 месяцев под 17 % годовых, которые ФИО5 похитил; - ФИО12 №154, которая 16 ФИО12 №158 2010 года вступила в члены указанного кооператива и в период по 2014 год заключила с ним несколько договоров, в соответствии с которыми передала КПК ------» денежные средства. Ввиду исполнения кооперативом условий договоров по истечению сроков их действия, убежденная в надежности данного кооператива, ФИО12 №154 31 ФИО12 №158 2014 года заключила с ним договор ----- и внесла ------ рублей на 12 месяцев под 17 % годовых, которые ФИО5 похитил; - ФИО12 №92, который 24 ФИО12 №158 2010 года вступил в члены указанного кооператива и в период по 2014 год заключил с ним несколько договоров, в соответствии с которыми передал КПК «------» денежные средства. Ввиду исполнения кооперативом условий договоров по истечению сроков их действия, убежденный в надежности данного кооператива, ФИО12 №92 дата заключил с ним договор ----- и внес ------ рублей на 12 месяцев под 17 % годовых, которые ФИО5 похитил; - ФИО12 №49, который 25 ФИО12 №158 2010 года вступил в члены указанного кооператива и в период по 2013 год заключил с ним несколько договоров, в соответствии с которыми передал КПК «------» денежные средства. Ввиду исполнения кооперативом условий договоров по истечению сроков их действия, убежденный в надежности данного кооператива, ФИО12 №49 26 ФИО12 №158 2013 года заключил с ним договор ----- и внес ------ рублей на 24 месяца под 18 % годовых, дата – договор -----7 на ------ рублей под 17% годовых, а всего ------ рублей, которые ФИО5 похитил; - ФИО12 №109, который дата вступил в члены указанного кооператива и в период по 2014 год заключил с ним несколько договоров, в соответствии с которыми передал КПК «------» денежные средства. Ввиду исполнения кооперативом условий договоров по истечению сроков их действия, убежденный в надежности данного кооператива, ФИО12 №109 дата заключил с ним договор ----- и внес ------ ------ рублей на 24 месяца под 18 % годовых, которые ФИО5 похитил; - ФИО12 №134, которая дата вступила в члены указанного кооператива и в период по 2014 год заключила с ним несколько договоров, в соответствии с которыми передала КПК «------» денежные средства. Ввиду исполнения кооперативом условий договоров по истечению сроков их действия, убежденная в надежности данного кооператива, ФИО12 №134 дата заключила с ним договор ----- и внесла ------ ------ рублей на 12 месяцев под 17 % годовых, которые ФИО5 похитил; - ФИО12 №66, которая дата вступила в члены указанного кооператива и в период по 2014 год заключила с ним несколько договоров, в соответствии с которыми передала КПК «------ денежные средства. Ввиду исполнения кооперативом условий договоров по истечению сроков их действия, убежденная в надежности данного кооператива, ФИО12 №66 дата заключила с ним договор ----- и внесла ------ рублей на 6 месяцев под 14 % годовых, из которых ------ рублей получила обратно дата, а оставшиеся ------ рублей ФИО5 похитил; - ФИО12 №3, который дата вступил в члены указанного кооператива и в период по 2014 год заключил с ним несколько договоров, в соответствии с которыми передал КПК ------» денежные средства. Ввиду исполнения кооперативом условий договоров по истечению сроков их действия, убежденный в надежности данного кооператива, ФИО12 №3 дата заключил с ним договор ----- и внес ------ рублей на 12 месяцев под 17 % годовых, которые ФИО5 похитил; - ФИО12 №39, которая дата вступила в члены указанного кооператива и в период по 2014 год заключила с ним несколько договоров, в соответствии с которыми передала КПК ------» денежные средства. Ввиду исполнения кооперативом условий договоров по истечению сроков их действия, убежденная в надежности данного кооператива, ФИО12 №39 дата заключила с ним договор ----- и внесла ------ рублей на 12 месяцев под 17 % годовых, дата – договор ----- на ------ рублей на 6 месяцев под 14 % годовых, дата – договор ----- на ------ рублей на 12 месяцев под 17 % годовых, а всего ------ рублей, которые ФИО5 похитил; - ФИО12 №71, которая дата вступила в члены указанного кооператива и в период по 2014 год заключила с ним несколько договоров, в соответствии с которыми передала КПК ------ денежные средства. Ввиду исполнения кооперативом условий договоров по истечению сроков их действия, убежденная в надежности данного кооператива, ФИО12 №71 дата заключила с ним договор ----- и внесла ------ рублей на 6 месяцев под 14 % годовых, которые ФИО5 похитил; - ФИО12 №58, которая 23 ФИО12 №158 2011 года вступила в члены указанного кооператива и в период по 2014 год заключила с ним несколько договоров, в соответствии с которыми передала КПК ------» денежные средства. Ввиду исполнения кооперативом условий договоров по истечению сроков их действия, убежденная в надежности данного кооператива, ФИО12 №58 25 ФИО12 №158 2014 года заключила с ним договор ----- и внесла ------ рублей на 12 месяцев под 17 % годовых, которые ФИО5 похитил; - ФИО12 №97 Б.И., который дата вступил в члены указанного кооператива и в период по 2014 год заключил с ним несколько договоров, в соответствии с которыми передал КПК «------» денежные средства. Ввиду исполнения кооперативом условий договоров по истечению сроков их действия, убежденный в надежности данного кооператива, ФИО12 №97 Б.И. дата заключил с ним договор ----- и внес ------ рублей на 6 месяцев под 13 % годовых, которые ФИО5 похитил; - ФИО12 №152, который дата вступил в члены указанного кооператива и в период по 2014 год заключил с ним несколько договоров, в соответствии с которыми передал КПК «------» денежные средства. Ввиду исполнения кооперативом условий договоров по истечению сроков их действия, убежденный в надежности данного кооператива, ФИО12 №152 дата заключил с ним договор ----- и внес ------ рублей на 12 месяцев под 17 % годовых, дата дополнительно внес ------ рублей, а всего ------ рублей, которые ФИО5 похитил; - ФИО12 №142, которая дата вступила в члены указанного кооператива и заключила с ним договор, в соответствии с которым передала КПК «------» денежные средства. Ввиду исполнения кооперативом условий договора по истечению срока его действия, убежденная в надежности данного кооператива, ФИО12 №142 дата заключила с ним договор ----- и внесла ------ рублей на 12 месяцев под 17 % годовых, которые ФИО5 похитил; - ФИО188 П.И., который дата вступил в члены указанного кооператива, заключил договор ----- от дата, в соответствии с которым передал ------ рублей на 12 месяцев под 17 % годовых, которые ФИО5 похитил; - ФИО12 №157, которая дата вступила в члены указанного кооператива, заключила договор ----- от дата, в соответствии с которым передала ------ рублей на 12 месяцев под 17 % годовых, которые ФИО5 похитил; - ФИО12 №141, которая дата вступила в члены указанного кооператива, заключила договор ----- от дата, в соответствии с которым передала ------ рублей на 12 месяцев под 17 % годовых, которые ФИО5 похитил; - ФИО12 №110, которая дата вступила в члены указанного кооператива, заключила договор ----- от дата, в соответствии с которым передала ------ рублей на 24 месяца под 18 % годовых, которые ФИО5 похитил. Также вышеуказанным образом ФИО5 в период с дата по дата, являясь директором КПК «------», заведомо зная, что Кредитным кооперативом не будут выполнены взятые обязательства, сам лично либо через вышеуказанного инспектора-кассира ФИО339, не осведомленную о его преступных планах, находясь в помещении указанного кооператива, расположенном по адресу: адрес, адрес, офис -----, умышленно из корыстных побуждений путем обмана совершил мошеннические действия, в результате которых пострадали следующие граждане, под воздействием обмана вступившие в члены указанного кооператива, заключившие с КПК «------ договоры о передаче личных сбережений пайщика и передавшие по ним денежные средства: - ФИО12 №97, которая дата вступила в члены указанного кооператива и в период по 2014 год заключила с ним несколько договоров, в соответствии с которыми передала КПК «------» денежные средства. Ввиду исполнения кооперативом условий договоров по истечению сроков их действия, убежденная в надежности данного кооператива, ФИО12 №97 12 ФИО12 №158 2014 года заключила с ним договор ----- и внесла ------ рублей на 12 месяцев под 17 % годовых, по которому дата дополнительно внесла ------ рублей, дата – договор ----- на ------ рублей на 12 месяцев под 17 % годовых, дата – договор ----- на ------ рублей на 12 месяцев под 17 % годовых, а всего ------ рублей, которые ФИО5 похитил; - ФИО12 №136, которая дата вступила в члены указанного кооператива и в период по 2014 год заключила с ним несколько договоров, в соответствии с которыми передала КПК «------» денежные средства. Ввиду исполнения кооперативом условий договоров по истечению сроков их действия, убежденная в надежности данного кооператива, ФИО12 №136 дата заключила с ним договор ----- и внесла ------ рублей на 12 месяцев под 17 % годовых, которые ФИО5 похитил; - ФИО12 №135, который дата вступил в члены указанного кооператива и в период по 2014 год заключил с ним несколько договоров, в соответствии с которыми передал КПК ------» денежные средства. Ввиду исполнения кооперативом условий договоров по истечению сроков их действия, убежденный в надежности данного кооператива, ФИО12 №135 дата заключил с ним договор ----- и внес ------ рублей на 12 месяцев под 17 % годовых, которые ФИО5 похитил; - ФИО12 №83, которая дата вступила в члены указанного кооператива и в период по 2014 год заключила с ним несколько договоров, в соответствии с которыми передала КПК «------» денежные средства. Ввиду исполнения кооперативом условий договоров по истечению сроков их действия, убежденная в надежности данного кооператива, ФИО12 №83 дата заключила с ним договор ----- и внесла ------ рублей на 6 месяцев под 14 % годовых, которые ФИО5 похитил; - ФИО12 №23, которая дата вступила в члены указанного кооператива и в период по 2014 год заключила с ним несколько договоров, в соответствии с которыми передала КПК «------» денежные средства. Ввиду исполнения кооперативом условий договоров по истечению сроков их действия, убежденная в надежности данного кооператива, ФИО12 №23 дата заключила с ним договор ----- и внесла ------ рублей на 1 месяц под 8 % годовых, которые ФИО5 похитил; - ФИО12 №56, которая 01 ФИО12 №158 2011 года вступила в члены указанного кооператива и в период по 2014 год заключила с ним несколько договоров, в соответствии с которыми передала КПК «------» денежные средства. Ввиду исполнения кооперативом условий договоров по истечению сроков их действия, убежденная в надежности данного кооператива, ФИО12 №56 дата заключила с ним договор ----- и внесла ------ рублей на 12 месяцев под 17 % годовых, которые ФИО5 похитил; - ФИО12 №28, которая 04 ФИО12 №158 2011 года вступила в члены указанного кооператива и в период по 2014 год заключила с ним несколько договоров, в соответствии с которыми передала КПК ------» денежные средства. Ввиду исполнения кооперативом условий договоров по истечению сроков их действия, убежденная в надежности данного кооператива, ФИО12 №28 05 ФИО12 №158 2014 года заключила договор ----- и внесла ------ рублей на 12 месяцев под 15 % годовых, дата –договор ----- на ------ рублей на 12 месяцев под 15 % годовых, дата – договор ----- на ------ рублей на 12 месяцев под 17 % годовых, а всего ------ рублей, которые ФИО5 похитил; - ФИО12 №94, которая дата вступила в члены указанного кооператива и в период по 2014 год заключила с ним несколько договоров, в соответствии с которыми передала КПК «------» денежные средства. Ввиду исполнения кооперативом условий договоров по истечению сроков их действия, убежденная в надежности данного кооператива, ФИО12 №94 дата заключила договор ----- и внесла ------ рублей на 12 месяцев под 15 % годовых, по которому в тот же день внесла еще ------ рублей, а всего ------ рублей, которые ФИО5 похитил; - ФИО200 С.Н., который дата вступил в члены указанного кооператива и заключил с ним договор, в соответствии с которым передал КПК «------» денежные средства. Ввиду исполнения кооперативом условий договора по истечению срока действия, убежденный в надежности данного кооператива, ФИО200 С.Н. дата заключил договор ----- и внес ------ рублей на 12 месяцев под 16 % годовых, которые ФИО5 похитил; - ФИО12 №112, которая дата вступила в члены указанного кооператива и в период по 2014 год заключила с ним несколько договоров, в соответствии с которыми передала КПК «------» денежные средства. Ввиду исполнения кооперативом условий договоров по истечению сроков их действия, убежденная в надежности данного кооператива, ФИО12 №112 дата заключила договор ----- и внесла ------ рублей на 12 месяцев под 15 % годовых, которые ФИО5 похитил; - ФИО12 №86, которая дата вступила в члены указанного кооператива и в период по 2014 год заключила с ним несколько договоров, в соответствии с которыми передала КПК «------» денежные средства. Ввиду исполнения кооперативом условий договоров по истечению сроков их действия, убежденная в надежности данного кооператива, ФИО12 №86 17 ФИО12 №158 2014 года заключила договор ----- и внесла ------ рублей на 12 месяцев под 17 % годовых, дата – договор ----- на ------ рублей на 6 месяцев под 14 % годовых, дата – договор ----- на ------ рублей на 6 месяцев под 14 % годовых, дата – договор ----- на ------ рублей на 3 месяца под 12% годовых, а всего ------ рублей, которые ФИО5 похитил; - ФИО12 №173, которая дата вступила в члены указанного кооператива и в период по 2014 год заключила с ним несколько договоров, в соответствии с которыми передала КПК ------» денежные средства. Ввиду исполнения кооперативом условий договоров по истечению сроков их действия, убежденная в надежности данного кооператива, ФИО12 №173 дата заключила договор ----- и внесла ------ рублей на 6 месяцев под 14 % годовых, которые ФИО5 похитил; - ФИО12 №129, которая дата вступила в члены указанного кооператива и заключила с ним договор, в соответствии с которыми передала КПК ------» денежные средства. Ввиду исполнения кооперативом условий договора по истечению срока действия, убежденная в надежности данного кооператива, ФИО12 №129 дата заключила договор ----- и внесла ------ рублей на 6 месяцев под 14 % годовых, которые ФИО5 похитил; - ФИО12 №104, которая дата вступила в члены указанного кооператива, заключила договор ----- от дата и внесла ------ рублей на 12 месяцев под 17 % годовых, которые ФИО5 похитил. При этом ФИО5, как директор КПК «------», заведомо зная о последующем наступлении общественно-опасных последствий в виде образования особо крупной задолженности перед членами кооператива и невозможности исполнения своих договорных обязательств по выплате денежных средств по договорам о передаче личных сбережений пайщика в полном объеме, действуя в ущерб правам и законным интересам членов КПК «------», каких-либо должных мер направленных на отказ от заключения указанных договоров не предпринял, тем самым способствовал последующему хищению денежных средств, подлежащих выплате членам кооператива. Таким образом, ФИО5 в период с дата по дата, являясь директором КПК «------ преследуя цель хищения чужого имущества и незаконного обогащения, путем обмана и злоупотребления доверием, используя свое служебное положение вопреки законным интересам кооператива и его членов, умышленно из корыстных побуждений, действуя от имени данного кооператива, своих договорных обязательств перед членами КПК «------» по вышеуказанным договорам о передаче личных сбережений пайщика надлежащим образом не исполнил, а полученные денежные средства на общую сумму ------ рублей похитил, незаконно распорядившись ими по своему усмотрению, часть которых направил на выплаты по ранее заключенным им договорам займа с КПК «------» и потратив на собственные нужды, а от исполнения обязательств перед членами КПК «------» по возврату денежных средств умышленно уклонился, причинив тем самым потерпевшим материальный ущерб в особо крупном размере.</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Хищение денежных средств пайщиков Сельскохозяйственного потребительского сбытового кооператива «------ Он же,ФИО5, являясь исполнительным директором Сельскохозяйственного потребительского сбытового кооператива «------ (далее также – СПСК «------ Потребительский кооператив) на основании протокола ----- собрания членов Сельскохозяйственного потребительского сбытового кооператива «------» от дата, имеющего индивидуальный номер налогоплательщика (ИНН) ----- зарегистрированного Межрайонной инспекцией Федеральной налоговой службы ----- по Чувашской Республике дата за основным государственным регистрационным номером (ОГРН) ----- расположенного по адресу: адрес, адрес, адрес, адрес, с дата зарегистрированного по адресу: адрес, офис -----, наделенный в соответствии с уставом СПСК «------» полномочиями по руководству текущей деятельностью кооператива, имея право действовать без доверенности, открывать и закрывать счета в банках и иных кредитных учреждениях, распоряжаться имуществом кооператива, выдавать доверенности на право представительства от имени кооператива, то есть выполняя управленческие, организационно-распорядительные и административно-хозяйственные функции в СПСК «------», используя свои полномочия и действуя вопреки законным интересам СПСК «------» и его членов, в целях незаконного обогащения, в период с дата по дата из корыстных побуждений совершил хищение денежных средств членов СПСК «------ вложенных ими по договорам о передаче личных сбережений пайщиков, в особо крупном размере, путем обмана и злоупотребления их доверием при следующих обстоятельствах: Так, ФИО5, являясь исполнительным директором указанного кооператива с момента его создания, из корыстных побуждений возымел преступный умысел на совершение хищения денежных средств граждан – пайщиков указанного кооператива. Для реализации своего преступного умысла ФИО5, используя свое служебное положение вопреки законным интересам кооператива и его членов, с целью завладения денежными средствами как можно большого количества граждан в особо крупном размере путем их обмана и злоупотребления их доверием, умышленно осуществлял в СПСК «------ действия по привлечению граждан в члены кооператива посредством распространения рекламных буклетов и рекламных сообщений в средствах массовой информации на территории ------, в которых призывали граждан к вступлению в кооператив с внесением денежных средств в виде вкладов по договорам передачи личных сбережений под проценты. В целях создания условий для совершения преступления и вовлечения неограниченного числа граждан в члены кооператива, ФИО5, используя свое служебное положение, умышленно выдал не осведомленным о его преступных действиях сотрудникам СПСК «------» - заведующей отделением Свидетель №3, работавшей в офисе Потребительского кооператива в адрес, расположенном по адресу: адрес, офис -----, и инспектору-кассиру ФИО339, работавшей в офисе Потребительского кооператива в адрес, расположенном по адресу: адрес, адрес, офис -----, доверенности с полномочиями совершать от имени Потребительского кооператива следующие действия: подписывать от имени руководителя и в качестве исполнителя договоры займа на сумму до ------ рублей и договоры о передаче личных сбережений пайщика на сумму до ------ рублей, иные договоры, все приложения к ним и прочие документы, связанные с заключением договоров; представлять интересы Потребительского кооператива перед государственными, общественными и коммерческими организациями в Чувашской Республике в связи с деятельностью кооператива; получать необходимые документы, связанные с выполнением вышеуказанных действий, заключением договоров и расписываться в их получении от имени Потребительского кооператива, на основании которых указанные работники СПСК «------» привлекали в число пайщиков этого кооператива граждан, оформляя с ними договоры о передаче Потребительскому кооперативу личных сбережений пайщиков и осуществляли по данным договорам прием денежных средств, которые в последующем аккумулировались в офисе СПСК «------ в адрес, расположенном по вышеуказанному адресу, где ими единолично распоряжался исполнительный директор СПСК «------» ФИО5 Граждане, введенные в заблуждение и доверяя обещаниям возврата вкладываемых средств и выплаты процентов по ним, вносили в СПСК «------» свои личные денежные средства. Для придания законности факта получения денег им оформлялись членские книжки пайщика кооператива, а также оформлялись от лица СПСК «------ договоры о передаче личных сбережений пайщика под обязательство вернуть полностью заемные денежные средства по истечении срока договора и обещание выплаты процентов более высоких, чем в иных кредитных учреждениях. Осуществляя свою преступную деятельность, направленную на хищение чужого имущества и скрыв свои истинные преступные намерения от сотрудников и пайщиков СПСК «------для придания видимости законности деятельности кооператива и сокрытия факта хищения денежных средств, ФИО5, злоупотребляя своими должностными обязанностями, являясь единоличным распорядителем финансовых средств кооператива, после привлечения денежных средств граждан с целью прикрытия и беспрепятственного продолжения своей преступной деятельности в течение продолжительного времени часть денежных средств, похищенных у членов СПСК «------ направлял на текущие расходы по содержанию указанного кооператива, частичную выплату гражданам денежных средств в виде процентов и вкладов по ранее заключенным договорам о передаче личных сбережений, а оставшейся частью денежных средств он распоряжался самостоятельно по своему усмотрению. Созданный таким образом положительный имидж СПСК «------ способствовал увеличению количества его членов и, как следствие, размера вносимых денежных средств. При этом ФИО5, осуществляя единолично руководство СПСК «------», умышленно не проводил собраний членов кооператива, в результате пайщики кооператива лишались возможности участия в управлении деятельности кооператива, что способствовало длительному сокрытию преступной деятельности ФИО5 С целью беспрепятственного хищения денежных средств членов кооператива ФИО5 формально было сформировано правление кооператива из числа родственников и знакомых, которые фактического участия в руководстве деятельностью кооператива не принимали. Решения, принятие которых отнесено к полномочиям членов правления, принимались ФИО5 единолично, что обеспечивало возможность бесконтрольно расходовать денежные средства, поступающие в СПСК «------». Поступившие в СПСК «------» денежные средства,превышающие установленный лимит кассы, в нарушение Указания Центрального банка Российской Федерации от дата ------У, по устному указанию ФИО5 не вносились на банковский счет СПСК «------ а передавались сотрудниками кооператива лично ему, вследствие чего ФИО5 имел возможность распоряжаться ими по своему усмотрению. Таким образом ФИО5 в период с дата по дата, являясь исполнительным директором СПСК «------», заведомо зная, что Потребительским кооперативом не будут выполнены взятые обязательства, сам лично либо через вышеуказанную заведующую офисом Свидетель №3, не осведомленную о его преступных планах, находясь в помещении указанного кооператива, расположенном по адресу: адрес, офис -----, умышленно из корыстных побуждений путем обмана совершил мошеннические действия, в результате которых пострадали следующие граждане, под воздействием обмана вступившие в члены указанного кооператива, заключившие с СПСК «------» договоры о передаче личных сбережений пайщика и передавшие по ним денежные средства: - ФИО12 №81, который дата вступил в члены указанного кооператива и в период по 2014 год заключил с ним несколько договоров, в соответствии с которыми передал СПСК «------ денежные средства. Ввиду исполнения кооперативом условий договоров по истечению сроков их действия, убежденный в надежности данного кооператива, ФИО12 №81 дата заключил договор ----- и внес ------ рублей на 12 месяцев под 29 % годовых, дата – договор ----- на ------ рублей на 12 месяцев под 29 % годовых, дата – договор ----- на ------ рубль на 12 месяцев под 29 % годовых, а всего ------ рубль, которые ФИО5 похитил; - ФИО12 №48, который дата вступил в члены указанного кооператива и в период по 2014 год заключил с ним несколько договоров, в соответствии с которыми передал СПСК «------» денежные средства. Ввиду исполнения кооперативом условий договоров по истечению сроков их действия, убежденный в надежности данного кооператива, ФИО12 №48 дата заключил договор ----- и внес ------ рублей на 12 месяцев под 29 % годовых, по которому в последующем дополнительно внес дата – ------ рублей, дата – ------ ------ рублей, дата – ------ рублей, а всего ------ рублей, которые ФИО5 похитил; - ФИО12 №153, который дата вступил в члены указанного кооператива и в период по 2014 год заключил с ним несколько договоров, в соответствии с которыми передал СПСК «------ денежные средства. Ввиду исполнения кооперативом условий договоров по истечению сроков их действия, убежденный в надежности данного кооператива, ФИО12 №153 дата заключил договор ----- на ------ рублей на 12 месяцев под 29 % годовых, дата – договор ----- на ------ рублей на 12 месяцев под 36 % годовых, а всего ------ рублей, которые ФИО5 похитил; - ФИО12 №149, которая дата вступила в члены указанного кооператива и в период по 2014 год заключила с ним несколько договоров, в соответствии с которыми передала СПСК «------ денежные средства. Ввиду исполнения кооперативом условий договоров по истечению сроков их действия, убежденная в надежности данного кооператива, ФИО12 №149 дата заключила договор ----- на ------ рублей на 12 месяцев под 29 % годовых, которые ФИО5 похитил; - ФИО12 №2, которая дата вступила в члены указанного кооператива и в период по 2014 год заключила с ним несколько договоров, в соответствии с которыми передала СПСК «------ денежные средства. Ввиду исполнения кооперативом условий договоров по истечению сроков их действия, убежденная в надежности данного кооператива, ФИО12 №2 дата заключила договор ----- на ------ рублей на 3 месяца под 29 % годовых, которые ФИО5 похитил; - ФИО12 №20, которая дата вступила в члены указанного кооператива и в период по 2014 год заключила с ним несколько договоров, в соответствии с которыми передала СПСК «------ денежные средства. Ввиду исполнения кооперативом условий договоров по истечению сроков их действия, убежденная в надежности данного кооператива, ФИО12 №20 дата заключила договор ----- на ------ рублей на 12 месяцев под 29 % годовых, дополнительно внесла по нему дата – ------ рублей, а всего ------ рублей, которые ФИО5 похитил; - ФИО12 №164, которая дата вступила в члены указанного кооператива и в период по 2014 год заключила с ним несколько договоров, в соответствии с которыми передала СПСК «------» денежные средства. Ввиду исполнения кооперативом условий договоров по истечению сроков их действия, убежденная в надежности данного кооператива, ФИО12 №164 дата заключила договор ----- на ------ рублей на 6 месяцев под 24 % годовых, дополнительно внеся по нему: дата – ------ рублей, дата – ------ рублей; дата – договор ----- на ------ рублей на 12 месяцев под 29 % годовых, дополнительно внеся по нему: дата – ------., дата – ------ рублей; дата – договор ----- на ------ рублей на 12 месяцев под 29 % годовых; в тот же день дата – договор ----- на ------ рублей на 12 месяцев под 29 % годовых, дополнительно внеся по нему: дата – ------ рубля, дата – ------ рублей; дата – договор ----- на ------ рублей на 12 месяцев под 29 % годовых; дата – договор -----3 на ------ рублей на 12 месяцев под 29 % годовых, дополнительно внеся по нему: дата – ------ рублей, дата – ------ рублей, а всего ------ рублей ------ коп., которые ФИО5 похитил; - ФИО12 №115, который дата вступил в члены указанного кооператива и в период по 2014 год заключил с ним несколько договоров, в соответствии с которыми передал СПСК ------» денежные средства. Ввиду исполнения кооперативом условий договоров по истечению сроков их действия, убежденный в надежности данного кооператива, ФИО12 №115 дата заключил договор ----- на ------ рублей на 12 месяцев под 29 % годовых, которые ФИО5 похитил; - ФИО12 №98, которая дата вступила в члены указанного кооператива и в период по 2013 год заключила с ним несколько договоров, в соответствии с которыми передала СПСК «------» денежные средства. Ввиду исполнения кооперативом условий договоров по истечению сроков их действия, убежденная в надежности данного кооператива, ФИО12 №98 дата заключила договор ----- на ------ рублей на 12 месяцев под 28 % годовых, дополнительно внеся по нему: дата – ------ рублей, дата – ------ рублей, а всего ------ рублей, которые ФИО5 похитил; - ФИО12 №62, который дата вступил в члены указанного кооператива и в период по 2014 год заключил с ним несколько договоров, в соответствии с которыми передал СПСК ------ денежные средства. Ввиду исполнения кооперативом условий договоров по истечению сроков их действия, убежденный в надежности данного кооператива, ФИО12 №62 дата заключил договор ----- на ------ рублей на 6 месяцев под 24 % годовых, которые ФИО5 похитил; - ФИО12 №161, которая дата вступила в члены указанного кооператива и в период по 2014 год заключила с ним несколько договоров, в соответствии с которыми передала СПСК «------ денежные средства. Ввиду исполнения кооперативом условий договоров по истечению сроков их действия, убежденная в надежности данного кооператива, ФИО12 №161 дата заключила договор ----- на ------ рублей на 6 месяцев под 24 % годовых, которые ФИО5 похитил; - ФИО254 И.Д., который дата вступил в члены указанного кооператива и в период по 2013 год заключил с ним несколько договоров, в соответствии с которыми передал СПСК «------ денежные средства. Ввиду исполнения кооперативом условий договоров по истечению сроков их действия, убежденный в надежности данного кооператива, ФИО254 И.Д. дата заключил договор ----- на ------ рублей на 12 месяцев под 25 % годовых, дополнительно внеся по нему: дата – ------ рублей, дата – ------ рублей, дата – ------ рублей, дата – ------ рублей, дата – ------ рублей, а всего ------ рублей, которые ФИО5 похитил; - ФИО12 №61, которая дата вступила в члены указанного кооператива и в период по 2013 год заключила с ним несколько договоров, в соответствии с которыми передала СПСК ------ денежные средства. Ввиду исполнения кооперативом условий договоров по истечению сроков их действия, убежденная в надежности данного кооператива, ФИО12 №61 дата заключила договор ----- на ------ рублей на 12 месяцев под 28 % годовых, дополнительно внеся по нему: дата – ------ рублей, дата – ------ рублей, дата – ------ коп., дата – ------ рублей; дата – договор ----- на ------ рублей на 6 месяцев под 24 % годовых, а всего ------, которые ФИО5 похитил; - ФИО12 №87, который дата вступил в члены указанного кооператива и в период по 2014 год заключил с ним несколько договоров, в соответствии с которыми передал СПСК «------» денежные средства. Ввиду исполнения кооперативом условий договоров по истечению сроков их действия, убежденный в надежности данного кооператива, ФИО12 №87 дата заключил договор ----- на ------ рублей на 12 месяцев под 29 % годовых; дата – договор ----- на ------ рублей на 12 месяцев под 29 % годовых, а всего ------ рублей, которые ФИО5 похитил; - ФИО192 А.М., который дата вступил в члены указанного кооператива и в период по 2014 год заключил с ним несколько договоров, в соответствии с которыми передал СПСК ------» денежные средства. Ввиду исполнения кооперативом условий договоров по истечению сроков их действия, убежденный в надежности данного кооператива, дата ФИО192 А.М. заключил договор ----- на ------ рублей на 12 месяцев под 31 % годовых, которые ФИО5 похитил; - ФИО12 №60, который 14 ФИО12 №158 2012 года вступил в члены указанного кооператива и в период по 2014 год заключил с ним несколько договоров, в соответствии с которыми передал СПСК «------ денежные средства. Ввиду исполнения кооперативом условий договоров по истечению сроков их действия, убежденный в надежности данного кооператива, дата ФИО12 №60 заключил договор ----- на ------ рублей на 12 месяцев под 29 % годовых, которые ФИО5 похитил; - ФИО12 №70, которая 14 ФИО12 №158 2012 года вступила в члены указанного кооператива и в период по 2014 год заключила с ним несколько договоров, в соответствии с которыми передала СПСК ------ денежные средства. Ввиду исполнения кооперативом условий договоров по истечению сроков их действия, убежденная в надежности данного кооператива, дата ФИО12 №70 заключила договор ----- на ------ рублей на 6 месяцев под 24 % годовых, которые ФИО5 похитил; - ФИО12 №36, который 28 ФИО12 №158 2012 года вступил в члены указанного кооператива и в период по 2014 год заключил с ним несколько договоров, в соответствии с которыми передал СПСК ------» денежные средства. Ввиду исполнения кооперативом условий договоров по истечению сроков их действия, убежденный в надежности данного кооператива, 28 ФИО12 №158 2014 года ФИО12 №36 заключил договор ----- на ------ рублей на 12 месяцев под 29 % годовых, из которых дата получил обратно часть в размере ------ рублей, а оставшуюся часть в сумме ------ рублей ФИО5 похитил; - ФИО12 №144, который дата вступил в члены указанного кооператива и в период по 2014 год заключил с ним несколько договоров, в соответствии с которыми передал СПСК ------ денежные средства. Ввиду исполнения кооперативом условий договоров по истечению сроков их действия, убежденный в надежности данного кооператива ФИО12 №144 дата заключил договор ----- на ------ на 12 месяцев под 25 % годовых; 25 ФИО12 №158 2014 года – договор ----- на ------ на 12 месяцев под 25 % годовых; дата – договор ----- на ------ на 12 месяцев под 25 % годовых; дата – договор ----- на ------ на 12 месяцев под 25 % годовых; дата – договор ----- на ------ на 12 месяцев под 25 % годовых; дата – договор ----- на ------ на 12 месяцев под 25 % годовых; дата – договор ----- на ------ на 12 месяцев под 25 % годовых, а всего ------ рублей, которые ФИО5 похитил; - ФИО12 №37, которая дата вступила в члены указанного кооператива и в период по 2014 год заключила с ним несколько договоров, в соответствии с которыми передала СПСК «------ денежные средства. Ввиду исполнения кооперативом условий договоров по истечению сроков их действия, убежденная в надежности данного кооператива ФИО12 №37 дата заключила договор ----- на ------ рублей на 12 месяцев под 29 % годовых; дата – договор ----- на ------ рублей на 12 месяцев под 29 % годовых; дата – договор ----- на ------ рублей на 12 месяцев под 29 % годовых, дополнительно внеся по нему дата – ------ рублей, а всего ------ рублей, которые ФИО5 похитил; - ФИО12 №172, которая дата вступила в члены указанного кооператива и в период по 2014 год заключила с ним несколько договоров, в соответствии с которыми передала СПСК ------ денежные средства. Ввиду исполнения кооперативом условий договоров по истечению сроков их действия, убежденная в надежности данного кооператива ФИО12 №172 дата заключила договор ----- на ------ рубль на 12 месяцев под 29 % годовых, которые ФИО5 похитил; - ФИО12 №68, которая дата вступила в члены указанного кооператива и в период по 2014 год заключила с ним несколько договоров, в соответствии с которыми передала СПСК ------ денежные средства. Ввиду исполнения кооперативом условий договоров по истечению сроков их действия, убежденная в надежности данного кооператива, ФИО12 №68 дата заключила договор ----- на ------ рублей на 12 месяцев под 29 % годовых, которые ФИО5 похитил; - ФИО12 №116, которая дата вступила в члены указанного кооператива и в период по 2014 год заключила с ним несколько договоров, в соответствии с которыми передала СПСК ------» денежные средства. Ввиду исполнения кооперативом условий договоров по истечению сроков их действия, убежденная в надежности данного кооператива ФИО12 №116 дата заключила договор ----- на ------ рублей на 12 месяцев под 29 % годовых, которые ФИО5 похитил; - ФИО12 №79, которая дата вступила в члены указанного кооператива и в период по 2014 год заключила с ним несколько договоров, в соответствии с которыми передала СПСК «------ денежные средства. Ввиду исполнения кооперативом условий договоров по истечению сроков их действия, убежденная в надежности данного кооператива ФИО12 №79 дата заключила договор ----- на ------ рублей на 12 месяцев под 29 % годовых, которые ФИО5 похитил; - ФИО12 №101, который дата вступил в члены указанного кооператива и заключил с ним договор, в соответствии с которым передал СПСК «------ денежные средства. Ввиду исполнения кооперативом условий договора по истечению срока его действия, убежденный в надежности данного кооператива ФИО12 №101 дата заключил договор ----- на 25 ------ рублей на 12 месяцев под 29 % годовых, которые ФИО5 похитил; - ФИО12 №154, которая дата вступила в члены указанного кооператива и в период по 2014 год заключила с ним несколько договоров, в соответствии с которыми передала СПСК «------ денежные средства. Ввиду исполнения кооперативом условий договоров по истечению сроков их действия, убежденная в надежности данного кооператива ФИО12 №154 дата заключила договор ----- на ------ рублей на 12 месяцев под 29 % годовых, которые ФИО5 похитил; - ФИО12 №14, которая дата вступила в члены указанного кооператива, заключила договор, в соответствии с которыми передала СПСК «------» денежные средства. Ввиду исполнения кооперативом условий договора по истечению срока действия, убежденная в надежности данного кооператива ФИО12 №14 дата заключила договор ----- на ------ рублей на 6 месяцев под 26 % годовых. Она же, ФИО12 №14, находясь в офисе отделения СПСК «------» по адресу: адрес, офис -----, дата, заключила договор ----- на ------ рублей на 12 месяцев под 29 % годовых, дополнительно внеся по нему дата – ------ рублей; дата – договор ----- на ------ рублей на 12 месяцев под 25 % годовых, дополнительно внеся по нему: дата – ------ рублей, дата – ------ рублей, дата – ------ рублей. Общая сумма внесенных ФИО12 №14 денежных средств в СПСК «------» составила ------ рублей, которые ФИО5 похитил; - ФИО12 №99, которая дата вступила в члены указанного кооператива и в период по 2014 год заключила с ним несколько договоров, в соответствии с которыми передала СПСК «------» денежные средства. Ввиду исполнения кооперативом условий договоров по истечению сроков их действия, убежденная в надежности данного кооператива ФИО12 №99 дата заключила договор ----- на ------ рублей на 1 месяц под 29 % годовых, которые ФИО5 похитил; - ФИО12 №27, который дата вступил в члены указанного кооператива и в период по 2014 год заключил с ним несколько договоров, в соответствии с которыми передал СПСК «------» денежные средства. Ввиду исполнения кооперативом условий договоров по истечению сроков их действия, убежденный в надежности данного кооператива ФИО12 №27 дата заключил договор ----- на ------ рублей на 12 месяцев под 29 % годовых, которые ФИО5 похитил; - ФИО12 №127, который дата вступил в члены указанного кооператива и в период по 2014 год заключил с ним несколько договоров, в соответствии с которыми передал СПСК «------» денежные средства. Ввиду исполнения кооперативом условий договоров по истечению сроков их действия, убежденный в надежности данного кооператива ФИО12 №127 17 ФИО12 №158 2014 года заключил договор ----- на ------ рублей на 12 месяцев под 29 % годовых, дополнительно внеся по нему дата – ------ рублей; дата – договор ----- на ------ рублей на 12 месяцев под 29 % годовых, дополнительно внеся по нему дата – ------ рублей, а всего ------ рублей, которые ФИО5 похитил; - ФИО12 №3, который дата вступил в члены указанного кооператива и в период по 2014 год заключил с ним несколько договоров, в соответствии с которыми передал СПСК «------» денежные средства. Ввиду исполнения кооперативом условий договоров по истечению сроков их действия, убежденный в надежности данного кооператива ФИО12 №3 дата заключил договор ----- на ------ рублей на 12 месяцев под 29 % годовых, дополнительно внеся по нему: дата – ------ рублей, дата – ------ рублей, а всего ------ рублей, которые ФИО5 похитил; - ФИО12 №145, которая дата вступила в члены указанного кооператива и в период по 2014 год заключила с ним несколько договоров, в соответствии с которыми передала СПСК «------» денежные средства. Ввиду исполнения кооперативом условий договоров по истечению сроков их действия, убежденная в надежности данного кооператива ФИО12 №145 24 ФИО12 №158 2014 года заключила договор ----- на ------ на 12 месяцев под 26 % годовых, дата – договор ----- на ------ на 12 месяцев под 26 % годовых, дата – договор ----- на ------ на 12 месяцев под 26 % годовых, в тот же день дата – договор ----- на ------ на 12 месяцев под 26 % годовых, дата – договор ----- на ------ на 12 месяцев под 26 % годовых, дата – договор ----- на ------ на 12 месяцев под 26 % годовых, а всего ------ рублей, которые ФИО5 похитил; - ФИО12 №47, который дата вступил в члены указанного кооператива и в период по 2014 год заключил с ним несколько договоров, в соответствии с которыми передал СПСК «------» денежные средства. Ввиду исполнения кооперативом условий договоров по истечению сроков их действия, убежденный в надежности данного кооператива ФИО12 №47 дата заключил договор ----- на ------ рублей на 6 месяцев под 24 % годовых, которые ФИО5 похитил; - ФИО12 №33, которая дата вступила в члены указанного кооператива и в период по 2014 год заключила с ним несколько договоров, в соответствии с которыми передала СПСК «------» денежные средства. Ввиду исполнения кооперативом условий договоров по истечению сроков их действия, убежденная в надежности данного кооператива ФИО12 №33 дата заключила договор ----- на ------ рублей на 3 месяца под 29 % годовых, которые ФИО5 похитил; - ФИО12 №12, которая дата вступила в члены указанного кооператива и в период по 2014 год заключила с ним несколько договоров, в соответствии с которыми передала СПСК «------» денежные средства. Ввиду исполнения кооперативом условий договоров по истечению сроков их действия, убежденная в надежности данного кооператива ФИО12 №12 дата заключила договор ----- на ------ рублей на 6 месяцев под 24 % годовых, которые ФИО5 похитил; - ФИО12 №75, которая дата вступила в члены указанного кооператива и в период по 2014 год заключила с ним несколько договоров, в соответствии с которыми передала СПСК «------» денежные средства. Ввиду исполнения кооперативом условий договоров по истечению сроков их действия, убежденная в надежности данного кооператива ФИО12 №75 дата заключила договор ----- на ------ рублей на 12 месяцев под 29 % годовых, которые ФИО5 похитил; - ФИО12 №88, которая дата вступила в члены указанного кооператива и в период по 2014 год заключила с ним несколько договоров, в соответствии с которыми передала СПСК «------» денежные средства. Ввиду исполнения кооперативом условий договоров по истечению сроков их действия, убежденная в надежности данного кооператива ФИО12 №88 дата заключила договор ----- на ------ рубль на 12 месяцев под 29 % годовых, которые ФИО5 похитил; - ФИО254 Н.Д., который дата вступил в члены указанного кооператива и в период по 2013 год заключил с ним несколько договоров, в соответствии с которыми передал СПСК «------» денежные средства. Ввиду исполнения кооперативом условий договоров по истечению сроков их действия, убежденный в надежности данного кооператива ФИО254 Н.Д. дата заключил договор ----- на ------ рублей на 12 месяцев под 29 % годовых, из которых дата ему было возвращено ------ рублей; 24 ФИО12 №158 2014 года – договор ----- на ------ рублей на 12 месяцев под 29 % годовых, а всего ------ рублей, из которых ------ рублей ФИО5 похитил; - ФИО12 №5, которая дата вступила в члены указанного кооператива и в период по 2014 год заключила с ним несколько договоров, в соответствии с которыми передала СПСК «------» денежные средства. Ввиду исполнения кооперативом условий договоров по истечению сроков их действия, убежденная в надежности данного кооператива дата ФИО12 №5 заключила договор ----- на ------ рублей на 6 месяцев под 26 % годовых, которые ФИО5 похитил; - ФИО12 №125, которая дата вступила в члены указанного кооператива, заключила с ним договор, в соответствии с которым передала СПСК «------ денежные средства. Ввиду исполнения кооперативом условий договора по истечению срока действия, убежденная в надежности данного кооператива ФИО12 №125 дата заключила договор ----- на ------ рублей на 12 месяцев под 28 % годовых, из которых дата ей было возвращено ------ рублей, а оставшиеся ------ рублей ФИО5 похитил; - ФИО12 №163, которая дата вступила в члены указанного кооператива и в период по 2013 год заключила с ним несколько договоров, в соответствии с которыми передала СПСК «------» денежные средства. Ввиду исполнения кооперативом условий договоров по истечению сроков их действия, убежденная в надежности данного кооператива дата ФИО12 №163 заключила договор ----- на ------ рубля на 12 месяцев под 29 % годовых, которые ФИО5 похитил; - ФИО12 №155, которая дата вступила в члены указанного кооператива и в период по 2014 год заключила с ним несколько договоров, в соответствии с которыми передала СПСК «------» денежные средства. Ввиду исполнения кооперативом условий договоров по истечению сроков их действия, убежденная в надежности данного кооператива ФИО12 №155 31 дата 2014 года заключила договор ----- на ------ рублей на 12 месяцев под 29 % годовых, дата – договор ----- на ------ рублей на 12 месяцев под 29 % годовых, дата – договор ----- на ------ рублей на 1 месяц под 14 % годовых, а всего ------ рублей, которые ФИО5 похитил; - ФИО12 №54, которая дата вступила в члены указанного кооператива, заключила с ним договор, в соответствии с которым передала СПСК «------» денежные средства. Ввиду исполнения кооперативом условий договора по истечению срока действия, убежденная в надежности данного кооператива ФИО340 дата заключила договор ----- на ------ рублей на 12 месяцев под 28 % годовых, дополнительно внеся по нему дата – ------ рублей, а всего ------ рублей, которые ФИО5 похитил; - ФИО12 №121, которая дата вступила в члены указанного кооператива, заключила с ним договор, в соответствии с которым передала денежные средства. Ввиду исполнения кооперативом в полном объеме условий договора по истечению срока его действия, убежденная в надежности данного кооператива ФИО12 №121 дата заключила договор ----- на ------ рублей на 12 месяцев под 31 % годовых, которые ФИО5 похитил; - ФИО12 №76, который 14 ФИО12 №158 2013 года вступил в члены указанного кооператива и в период по 2014 год заключил с ним несколько договоров, в соответствии с которыми передал СПСК «------» денежные средства. Ввиду исполнения кооперативом условий договоров по истечению сроков их действия, убежденный в надежности данного кооператива дата ФИО12 №76 заключил договор ----- на ------ рублей на 12 месяцев под 29 % годовых, которые ФИО5 похитил; - ФИО12 №16, которая 16 ФИО12 №158 2013 года вступила в члены указанного кооператива и в период по 2014 год заключила с ним несколько договоров, в соответствии с которыми передала СПСК «------» денежные средства. Ввиду исполнения кооперативом условий договоров по истечению сроков их действия, убежденная в надежности данного кооператива дата ФИО12 №16 заключила договор ----- на ------ рублей на 6 месяцев под 24 % годовых, которые ФИО5 похитил; - ФИО341, которая 19 ФИО12 №158 2013 года вступила в члены указанного кооператива, заключила с ним договор, в соответствии с которым передала СПСК «------» денежные средства. Ввиду исполнения кооперативом условий договора по истечению срока действия, убежденная в надежности данного кооператива ФИО341 19 ФИО12 №158 2014 года заключила договор ----- на ------ рублей на 12 месяцев под 29 % годовых, дополнительно внеся по нему дата – ------ коп, а всего ------ коп., которые ФИО5 похитил; - ФИО12 №124, который 21 ФИО12 №158 2013 года вступил в члены указанного кооператива, заключил с ним договор, в соответствии с которым передал СПСК «------» денежные средства. Ввиду исполнения кооперативом условий договора по истечению срока действия, убежденный в надежности данного кооператива ФИО12 №124 21 ФИО12 №158 2014 года заключил договор ----- на ------ рублей на 12 месяцев под 29 % годовых, которые ФИО5 похитил; - ФИО12 №89, который 22 ФИО12 №158 2013 года вступил в члены указанного кооператива, заключил с ним договор, в соответствии с которым передал СПСК «------» денежные средства. Ввиду исполнения кооперативом условий договора по истечению срока действия, убежденный в надежности данного кооператива ФИО12 №89 22 ФИО12 №158 2014 года заключил договор ----- на ------ рублей на 12 месяцев под 29 % годовых, которые ФИО5 похитил; - ФИО12 №25, которая 27 ФИО12 №158 2013 года вступила в члены указанного кооператива и в период по 2014 год заключила с ним несколько договоров, в соответствии с которыми передала СПСК «------» денежные средства. Ввиду исполнения кооперативом условий договоров по истечению сроков их действия, убежденная в надежности данного кооператива ФИО12 №25 дата заключила договор ----- на ------ рублей на 12 месяцев под 26 % годовых, которые ФИО5 похитил; - ФИО12 №168, которая дата вступила в члены указанного кооператива и в период по 2014 год заключила с ним несколько договоров, в соответствии с которыми передала СПСК «------» денежные средства. Ввиду исполнения кооперативом условий договоров по истечению сроков их действия, убежденная в надежности данного кооператива ФИО12 №168 дата заключила договор ----- на ------ рублей на 12 месяцев под 29 % годовых; дата – договор ----- на ------ рублей на 12 месяцев под 33 % годовых; дата – договор ----- на ------ рублей на 12 месяцев под 33 % годовых, а всего ------ рублей, которые ФИО5 похитил; - ФИО12 №32, который дата вступил в члены указанного кооператива и в период по 2014 год заключил с ним договор, в соответствии с которыми передал СПСК «------ денежные средства. Ввиду исполнения кооперативом условий договора по истечению срока его действия, убежденный в надежности данного кооператива дата ФИО12 №32 заключил договор ----- на ------ рублей на 3 месяца под 29 % годовых, дополнительно внеся по нему дата – ------ рублей, а всего ------ рублей, которые ФИО5 похитил; - ФИО12 №139, которая дата вступила в члены указанного кооператива, заключила с ним договор, в соответствии с которым передала СПСК «------» денежные средства. Ввиду исполнения кооперативом условий договора по истечению срока действия, убежденная в надежности данного кооператива ФИО12 №139 дата заключила договор ----- на ------ рублей на 12 месяцев под 26 % годовых, которые ФИО5 похитил; - ФИО12 №166 И.П., который дата вступил в члены указанного кооператива и в период по 2014 год заключил с ним несколько договоров, в соответствии с которыми передал СПСК «------» денежные средства. Ввиду исполнения кооперативом условий договоров по истечению сроков их действия, убежденный в надежности данного кооператива дата ФИО12 №166 И.П. заключил договор ----- на ------ рублей на 3 месяца под 18 % годовых, которые ФИО5 похитил; - ФИО12 №7, который дата вступил в члены указанного кооператива и в период по 2014 год заключил с ним несколько договоров, в соответствии с которыми передал СПСК «------» денежные средства. Ввиду исполнения кооперативом условий договоров по истечению сроков их действия, убежденный в надежности данного кооператива ФИО12 №7 дата заключил договор ----- на ------ рублей на 12 месяцев под 29 % годовых; дата – договор ----- на ------ рублей на 12 месяцев под 29 % годовых, из которых дата ему были возвращены ------ рублей, а оставшиеся ------ рублей ФИО5 похитил; - ФИО12 №150, который дата вступил в члены указанного кооператива, заключил с ним договор, в соответствии с которым передал СПСК «Хлебороб» денежные средства. Ввиду исполнения кооперативом условий договора по истечению срока действия, убежденный в надежности данного кооператива ФИО12 №150 дата заключил договор ----- на ------ рублей на 12 месяцев под 26 % годовых, дополнительно внеся по нему: дата – ------ рублей, дата – ------ рублей, дата – ------ рублей, дата – ------ рублей, дата – ------ рублей, а всего ------ рублей, которые ФИО5 похитил; - ФИО12 №175, которая дата вступила в члены указанного кооператива и в период по 2014 год заключила с ним несколько договоров, в соответствии с которыми передала СПСК «------» денежные средства. Ввиду исполнения кооперативом условий договоров по истечению сроков их действия, убежденная в надежности данного кооператива дата ФИО12 №175 заключила договор ----- на ------ рублей на 6 месяцев под 24 % годовых, которые ФИО5 похитил; - ФИО12 №34, которая дата вступила в члены указанного кооператива и в период по 2014 год заключила с ним несколько договоров, в соответствии с которыми передала СПСК «------» денежные средства. Ввиду исполнения кооперативом условий договоров по истечению сроков их действия, убежденная в надежности данного кооператива дата ФИО12 №34 заключила договор ----- на ------ рублей на 6 месяцев под 23 % годовых, из которых дата ей были возвращены ------ рублей, а оставшуюся часть в размере ------ рублей ФИО5 похитил; - ФИО12 №26, которая дата вступила в члены указанного кооператива, заключила с ним договор, в соответствии с которым передала СПСК «------» денежные средства. Ввиду исполнения кооперативом условий договора по истечению срока действия, убежденная в надежности данного кооператива ФИО12 №26 дата заключила договор ----- на ------ рублей на 12 месяцев под 28 % годовых, которые ФИО5 похитил; - ФИО238 Г.М., который дата вступил в члены указанного кооператива, заключил с ним договор, в соответствии с которым передал СПСК «------» денежные средства. Ввиду исполнения кооперативом условий договора по истечению срока действия, убежденный в надежности данного кооператива ФИО238 Г.М. дата заключил договор ----- на ------ рублей на 12 месяцев под 29 % годовых, которые ФИО5 похитил; - ФИО238 Г.И., который дата вступил в члены указанного кооператива и в период по 2014 год заключил с ним несколько договоров, в соответствии с которыми передал СПСК «------» денежные средства. Ввиду исполнения кооперативом условий договоров по истечению сроков их действия, убежденный в надежности данного кооператива ФИО238 Г.И. дата заключил договор ----- на ------ рублей на 6 месяцев под 24 % годовых, которые ФИО5 похитил; - ФИО12 №21, который дата вступил в члены указанного кооператива и в период по 2014 год заключил с ним несколько договоров, в соответствии с которыми передал СПСК «------» денежные средства. Ввиду исполнения кооперативом условий договоров по истечению сроков их действия, убежденный в надежности данного кооператива дата ФИО12 №21 заключил договор ----- на ------ рублей на 3 месяца под 21 % годовых, которые ФИО5 похитил; - ФИО12 №131, которая датавступила в члены указанного кооператива, заключила с ним договор, в соответствии с которым передала СПСК «------» денежные средства. Ввиду исполнения кооперативом условий договора по истечению срока действия, убежденная в надежности данного кооператива ФИО12 №131 дата заключила договор ----- на ------ рублей на 12 месяцев под 29 % годовых, из которых дата ей были возвращены ------ рублей, а оставшиеся ------ рублей ФИО5 похитил; - ФИО12 №91, который датавступил в члены указанного кооператива, заключил с ним договор, в соответствии с которым передал СПСК «------» денежные средства. Ввиду исполнения кооперативом условий договора по истечению срока действия, убежденный в надежности данного кооператива ФИО12 №91 дата заключил договор ----- на ------ на 12 месяцев под 29 % годовых, которые ФИО5 похитил; - ФИО12 №35, которая дата вступила в члены указанного кооператива, заключила с ним договор, в соответствии с которым передала СПСК «------» денежные средства. Ввиду исполнения кооперативом условий договора по истечению срока действия, убежденная в надежности данного кооператива ФИО12 №35 дата заключила договор ----- на ------ рублей на 12 месяцев под 29 % годовых, которые ФИО5 похитил; - ФИО12 №122, которая дата вступила в члены указанного кооператива, заключила с ним договор, в соответствии с которым передала СПСК «------» денежные средства. Ввиду исполнения кооперативом условий договора по истечению срока действия, убежденная в надежности данного кооператива ФИО12 №122 дата заключила договор ----- на ------ рублей на 12 месяцев под 29 % годовых, которые ФИО5 похитил; - ФИО12 №74, который датавступил в члены указанного кооператива и в период по 2014 год заключил с ним несколько договоров, в соответствии с которыми передал СПСК «------» денежные средства. Ввиду исполнения кооперативом условий договоров по истечению сроков их действия, убежденный в надежности данного кооператива дата ФИО12 №74 заключил договор ----- на ------ рублей на 3 месяца под 20 % годовых, которые ФИО5 похитил; - ФИО12 №137, которая дата вступила в члены указанного кооператива, заключила с ним договор, в соответствии с которым передала СПСК «------» денежные средства. Ввиду исполнения кооперативом условий договора по истечению срока действия, убежденная в надежности данного кооператива ФИО12 №137 дата заключила договор ----- на ------ рублей на 6 месяцев под 24 % годовых, которые ФИО5 похитил; - ФИО12 №22, которая дата вступила в члены указанного кооператива и в период по 2014 год заключила с ним несколько договоров, в соответствии с которыми передала СПСК «------» денежные средства. Ввиду исполнения кооперативом условий договоров по истечению сроков их действия, убежденная в надежности данного кооператива дата ФИО12 №22 заключила договор ----- на ------ коп. на 6 месяцев под 22 % годовых, которые ФИО5 похитил; - ФИО12 №82, который дата вступил в члены указанного кооператива, заключил с ним договор, в соответствии с которым передал СПСК «------» денежные средства. Ввиду исполнения кооперативом условий договора по истечению срока действия, убежденный в надежности данного кооператива ФИО12 №82 дата заключил договор ----- на ------ на 12 месяцев под 26 % годовых, которые ФИО5 похитил; - ФИО188 П.И., который дата вступил в члены указанного кооператива, заключил с ним договор, в соответствии с которым передал СПСК «------» денежные средства. Ввиду исполнения кооперативом условий договора по истечению срока действия, убежденный в надежности данного кооператива ФИО188 П.И. дата заключил договор ----- на ------ рублей на 12 месяцев под 29 % годовых, которые ФИО5 похитил; - ФИО12 №107, который дата вступил в члены указанного кооператива, заключил с ним договор -----, в соответствии с которым передал СПСК «------» ------ рублей на 3 месяца под 28 % годовых, которые ФИО5 похитил; - ФИО12 №85, который дата вступил в члены указанного кооператива и в период по 2014 год заключил с ним несколько договоров, в соответствии с которыми передал СПСК «------» денежные средства. Ввиду исполнения кооперативом условий договоров по истечению сроков их действия, убежденный в надежности данного кооператива ФИО12 №85 дата заключил договор ----- на ------ рублей на 12 месяцев под 29 % годовых, дополнительно внеся по нему: дата – ------ рублей, дата – ------ рублей, а всего ------ рублей, которые ФИО5 похитил; - ФИО12 №147, которая дата вступила в члены указанного кооператива, заключила с ним договор -----, в соответствии с которым передала ------ рублей на 12 месяцев под 28 % годовых, которые ФИО5 похитил; - ФИО12 №158, которая дата вступила в члены указанного кооператива, заключила с ним договор, в соответствии с которым передала СПСК «------» денежные средства. Ввиду исполнения кооперативом условий договора по истечению срока действия, убежденная в надежности данного кооператива ФИО12 №158 дата заключила договор ----- на ------ рублей на 6 месяцев под 24 % годовых, которые ФИО5 похитил; - ФИО12 №103, который дата вступил в члены указанного кооператива и в период по 2014 год заключил с ним несколько договоров, в соответствии с которыми передал СПСК «------» денежные средства. Ввиду исполнения кооперативом условий договоров по истечению сроков их действия, убежденный в надежности данного кооператива, ФИО12 №103 дата заключил с ним договор -----, в соответствии с которым передал ------ рублей на 12 месяцев под 29 % годовых, которые ФИО5 похитил; - ФИО12 №11, которая 04 ФИО12 №158 2014 года вступила в члены указанного кооператива, заключила с ним договор ----- на ------ рублей на 12 месяцев под 29 % годовых, а дата заключила также договор ----- на ------ рублей на 12 месяцев под 26 % годовых, а всего передала СПСК «------» ------ рублей, которые ФИО5 похитил; - ФИО12 №67, которая 11 ФИО12 №158 2014 года вступила в члены указанного кооператива, заключила с ним договор, в соответствии с которым передала СПСК «------» денежные средства. Ввиду исполнения кооперативом условий договора по истечению срока действия, убежденная в надежности данного кооператива ФИО12 №67 дата заключила договор ----- на ------ рублей на 6 месяцев под 24 % годовых, которые ФИО5 похитил; - ФИО177 В.А., который 11 ФИО12 №158 2014 года вступил в члены указанного кооператива и в период по 2014 год заключил с ним несколько договоров, в соответствии с которыми передал СПСК «------» денежные средства. Ввиду исполнения кооперативом условий договоров по истечению сроков их действия, убежденный в надежности данного кооператива ФИО177 В.А. дата заключил договор ----- на ------ рублей на 6 месяцев под 25 % годовых, которые ФИО5 похитил; - ФИО12 №167, которая дата вступила в члены указанного кооператива и в период 2014 года заключила с ним несколько договоров, в соответствии с которыми передала СПСК «------ денежные средства. Ввиду исполнения кооперативом условий договоров по истечению сроков их действия, убежденная в надежности данного кооператива ФИО12 №167 дата заключила договор ----- на ------ рублей на 3 месяца под 20 % годовых, дополнительно внесла по нему дата – ------ рублей, а всего ------ рублей, которые ФИО5 похитил; - ФИО12 №151, который дата вступил в члены указанного кооператива, заключил договор -----, в соответствии с которым передал ------ рублей на 12 месяцев под 26 % годовых, которые ФИО5 похитил; - ФИО12 №80, которая дата вступила в члены указанного кооператива, заключила договор -----, в соответствии с которым передала ------ рублей на 12 месяцев под 29 % годовых, которые ФИО5 похитил; - ФИО210 В.Д., который дата вступил в члены указанного кооператива, заключил с ним договор, в соответствии с которым передал СПСК «------» денежные средства. Ввиду исполнения кооперативом условий договора по истечению срока действия, убежденный в надежности данного кооператива ФИО210 В.Д. дата заключил договор ----- на ------ рублей на 12 месяцев под 29 % годовых, которые ФИО5 похитил; - ФИО12 №100, который дата вступил в члены указанного кооператива, заключил с ним договор ----- на ------ рублей на 12 месяцев под 29 % годовых, дополнительно внес по нему: дата – ------ рублей, дата – ------ рублей, дата – ------ рублей, дата – ------ рублей, а всего ------ рублей, которые ФИО5 похитил; - ФИО12 №113, который дата вступил в члены указанного кооператива, заключил с ним договор, в соответствии с которым передал СПСК «------» денежные средства. Ввиду исполнения кооперативом условий договора по истечению срока действия, убежденный в надежности данного кооператива ФИО12 №113 дата заключил договор ----- на ------ рублей на 12 месяцев под 29 % годовых, которые ФИО5 похитил; - ФИО12 №17, который дата вступил в члены указанного кооператива, заключил с ним договор, в соответствии с которым передал СПСК «------» денежные средства. Ввиду исполнения кооперативом условий договора по истечению срока действия, убежденный в надежности данного кооператива ФИО12 №17 дата заключил договор ----- на ------ рублей на 3 месяца под 20 % годовых, которые ФИО5 похитил; - ФИО12 №105, которая дата вступила в члены указанного кооператива и в период 2014 года заключила с ним несколько договоров, в соответствии с которыми передала СПСК «------» денежные средства. Ввиду исполнения кооперативом условий договоров по истечению сроков их действия, убежденная в надежности данного кооператива дата ФИО12 №105 заключила договор ----- на ------ рублей на 3 месяца под 20 % годовых, которые ФИО5 похитил; - ФИО188 И.К., который дата вступил в члены указанного кооператива, заключил с ним договор -----, в соответствии с которым передал СПСК «------» ------ рублей на 12 месяцев под 28 % годовых, которые ФИО5 похитил; - ФИО12 №174, которая дата вступила в члены указанного кооператива, заключила договор -----, в соответствии с которым передала ------ рублей на 12 месяцев под 29 % годовых, которые ФИО5 похитил; - ФИО12 №130, который дата вступил в члены указанного кооператива, заключил с ним договор, в соответствии с которым передал СПСК «------» денежные средства. Ввиду исполнения кооперативом в полном объеме условий договора, убежденный в надежности данного кооператива, дата ФИО12 №130 заключил договор ----- на ------ рублей на 3 месяца под 20% годовых, дополнительно внес по нему дата ------ рублей, а всего ------ рублей, которые ФИО5 похитил; - ФИО12 №78, который дата вступил в члены указанного кооператива, заключил с ним договор -----, в соответствии с которым передал СПСК «------» ------ рублей на 6 месяцев под 24% годовых, которые ФИО5 похитил; - ФИО12 №41, который дата вступил в члены указанного кооператива, заключил с ним договор -----, в соответствии с которым передал СПСК «------» ------ рублей на 3 месяца под 20 % годовых, которые ФИО5 похитил; - ФИО12 №102, который дата вступил в члены указанного кооператива, заключил с ним договор -----, в соответствии с которым передал ------ рублей на 6 месяцев под 24% годовых, которые ФИО5 похитил; - ФИО12 №13, которая дата вступила в члены указанного кооператива, заключила с ним договор -----, в соответствии с которым передала ------ рублей на 6 месяцев под 24 % годовых, которые ФИО5 похитил; - ФИО12 №73, которая дата вступила в члены указанного кооператива, заключила с ним договор -----, в соответствии с которым передала ------ рублей на 12 месяцев под 29 % годовых, которые ФИО5 похитил; - ФИО12 №156, которая дата вступила в члены указанного кооператива, заключила с ним договор -----, в соответствии с которым передала ------ рублей на 12 месяцев под 29 % годовых, которые ФИО5 похитил; - ФИО12 №95, которая дата вступила в члены указанного кооператива, заключила с ним договор -----, в соответствии с которым передала ------ рублей на 6 месяцев под 24 % годовых, которые ФИО5 похитил; - ФИО12 №103 И.Ф., который дата вступил в члены указанного кооператива, заключил с ним договор -----, в соответствии с которым передал ------ рублей на 12 месяцев под 29 % годовых, которые ФИО5 похитил; - ФИО12 №55, которая дата вступила в члены указанного кооператива, заключила с ним договор -----, в соответствии с которым передала ------ рублей на 3 месяца под 20 % годовых, из которых ей были возвращены: дата – ------ рублей, дата – ------ рублей, а оставшиеся ------ рублей ФИО5 похитил; - ФИО249 П.Т., который дата вступил в члены указанного кооператива, заключил с ним договор -----, в соответствии с которым передал ------ рублей на 12 месяцев под 25 % годовых, которые ФИО5 похитил; - ФИО12 №19, который дата вступил в члены указанного кооператива, заключил с ним договор -----, в соответствии с которым передал ------ рублей на 12 месяцев под 28% годовых, которые ФИО5 похитил; - ФИО12 №29, который дата вступил в члены указанного кооператива, заключил с ним договор ----- на ------ рублей на 6 месяцев под 24 % годовых, которые ФИО5 похитил. Также вышеуказанным образом ФИО5 в период с дата по дата, являясь исполнительным директором СПСК «------», заведомо зная, что Потребительским кооперативом не будут выполнены взятые обязательства, сам лично либо через вышеуказанную инспектора-кассира ФИО339, не осведомленную о его преступных планах, находясь в помещении указанного кооператива, расположенном по адресу: Чувашская Республика, адрес, офис -----, умышленно из корыстных побуждений путем обмана совершил мошеннические действия, в результате которых пострадали следующие граждане, под воздействием обмана вступившие в члены указанного кооператива, заключившие с СПСК «------» договоры о передаче личных сбережений пайщика и передавшие по ним денежные средства: - ФИО12 №31, которая дата вступила в члены указанного кооператива и в период по 2014 год заключила с ним несколько договоров, в соответствии с которыми передала СПСК «------» денежные средства. Ввиду исполнения кооперативом условий договоров по истечению сроков их действия, убежденная в надежности данного кооператива дата ФИО12 №31 заключила договор ----- на ------ рублей на 3 месяца под 20 % годовых, которые ФИО5 похитил; - ФИО12 №30, которая дата вступила в члены указанного кооператива, заключила договор о передаче личных сбережений пайщика -----, в соответствии с которым передала ------ рублей на 12 месяцев под 28 % годовых, которые ФИО5 похитил; - ФИО12 №38, которая дата вступила в члены указанного кооператива, заключила договор -----, в соответствии с которым передала ------ рублей на 12 месяцев под 28 % годовых, дополнительно внесла по нему: дата – ------ рублей, дата – ------ рублей, а всего ------ рублей, которые ФИО5 похитил; - ФИО4, которая дата вступила в члены указанного кооператива, заключила договор -----, в соответствии с которым передала ------ рублей на 12 месяцев под 29% годовых, дополнительно внесла по нему: 17 ФИО12 №158 2014 года – ------ рублей, дата – ------ рублей; дата – договор ----- на ------ рублей на 12 месяцев под 29% годовых, а всего ------ рублей, которые ФИО5 похитил; - ФИО12 №77, которая дата вступила в члены указанного кооператива, заключила договор -----, в соответствии с которым передала ------ рублей на 12 месяцев под 29 % годовых, дополнительно внесла по нему дата ------ рублей, а всего ------ рублей, которые ФИО5 похитил; - ФИО12 №90, который 03 ФИО12 №158 2014 года от имени ФИО342 вступил в члены указанного кооператива, заключил договор -----, в соответствии с которым передал ------ рублей на 12 месяцев под 29 % годовых, которые ФИО5 похитил; - ФИО12 №23, которая 05 ФИО12 №158 2014 года вступила в члены указанного кооператива, заключила договор -----, в соответствии с которым передала ------ рублей на 12 месяцев под 29 % годовых, дополнительно внесла по нему: дата – ------ рублей, дата – ------ рублей, дата – ------ рублей, дата – ------ рублей, дата – ------ рублей, дата – ------ рублей, дата – ------ рублей, дата – ------ рублей; дата – договор ----- на ------ рублей на 12 месяцев под 29 % годовых, дополнительно внесла по нему дата ------ рублей, а всего ------ рублей, которые ФИО5 похитил; - ФИО12 №166 Р.Ф., который 07 ФИО12 №158 2014 года вступил в члены указанного кооператива, заключил договор -----, в соответствии с которым передал ------ рублей на 12 месяцев под 29 % годовых, которые ФИО5 похитил; - ФИО12 №133, которая 24 ФИО12 №158 2014 года вступила в члены указанного кооператива, заключила договор -----, в соответствии с которым передала ------ рублей на 12 месяцев под 29 % годовых; дата – договор ----- на ------ рублей на 12 месяцев под 29 % годовых, а всего ------ рублей, которые ФИО5 похитил; - ФИО12 №1, который 27 ФИО12 №158 2014 года вступил в члены указанного кооператива и в течение 2014 года заключил несколько договоров, в соответствии с которым передал денежные средства. Ввиду исполнения кооперативом в полном объеме условий договоров по истечению срока его действия, убежденный в надежности данного кооператива ФИО12 №1 дата заключил договор ----- на ------ рублей на 6 месяцев под 24 % годовых; дата – договор ----- на ------ рублей на 6 месяцев под 24 % годовых, а всего передал ------ рублей, которые ФИО5 похитил; - ФИО238 Н.Е., который дата вступил в члены указанного кооператива, заключил договор ----- на ------ рублей на 12 месяцев под 29% годовых, дополнительно внес по нему дата ------ рублей, а всего ------ рублей, которые ФИО5 похитил; - ФИО12 №18, который дата вступил в члены указанного кооператива, заключил с ним договор, в соответствии с которым передал СПСК «------» денежные средства. Ввиду исполнения кооперативом в полном объеме условий договора, убежденный в надежности данного кооператива ФИО12 №18 дата заключил договоры ----- на ------ рублей на 6 месяцев под 24 % годовых и ----- на ------ рублей на 6 месяцев под 24 % годовых; дата – договор ----- на ------ рублей на 6 месяцев под 24 % годовых; дата – договор ----- на ------ рублей на 3 месяца под 20 % годовых, а всего ------ рублей, которые ФИО5 похитил; - ФИО12 №4, которая дата вступила в члены указанного кооператива, заключила договор -----, в соответствии с которым передала ------ рублей на 12 месяцев под 29 % годовых, дополнительно внесла по нему: дата – ------ рублей, дата – ------ рублей, а всего ------ рублей, которые ФИО5 похитил; - ФИО12 №42, которая дата вступила в члены указанного кооператива, в течение 2014 года заключила договоры, в соответствии с которым передала денежные средства. Ввиду исполнения кооперативом условий договоров по истечению сроков их действия, убежденная в надежности данного кооператива ФИО12 №42 дата заключила договор ----- на ------ рублей на 3 месяца под 20 % годовых, которые ФИО5 похитил; - ФИО12 №170, которая дата вступила в члены указанного кооператива, заключила договор -----, в соответствии с которым передала ------ рублей на 12 месяцев под 29 % годовых, дополнительно внесла по нему: дата – ------ рублей, дата – ------ рублей, дата – ------ рублей, дата – ------ рублей, а всего ------ рублей, которые ФИО5 похитил; - ФИО192 М.П., который дата вступил в члены указанного кооператива, заключил договор -----, в соответствии с которым передал ------ рублей на 12 месяцев под 29 % годовых, дополнительно внес по нему: дата – ------ рублей, дата – ------ рублей, а всего ------ рублей, которые ФИО5 похитил; - ФИО343, который дата вступил в члены указанного кооператива, заключил договор, в соответствии с которым передал денежные средства. Ввиду исполнения кооперативом условий договора по истечению срока его действия, убежденный в надежности данного кооператива ФИО343 дата заключил договор ----- на ------ рублей на 3 месяца под 20% годовых, которые ФИО5 похитил; - ФИО12 №159, который дата вступил в члены указанного кооператива, заключил договор, в соответствии с которым передал денежные средства. Ввиду исполнения кооперативом в полном объеме условий договора по истечению срока его действия, убежденный в надежности данного кооператива ФИО12 №159 дата заключил договор ----- на ------ рублей на 6 месяцев под 24 % годовых, которые ФИО5 похитил; - ФИО12 №162, которая дата вступила в члены указанного кооператива, заключила договор -----, в соответствии с которым передала ------ рублей на 12 месяцев под 29 % годовых, которые ФИО5 похитил; - ФИО12 №123, который дата вступил в члены указанного кооператива, заключил договор, в соответствии с которым передал денежные средства. Ввиду исполнения кооперативом условий договора по истечению срока его действия, убежденный в надежности данного кооператива ФИО12 №123 дата заключил договор ----- и передал ------ на 3 месяца под 20% годовых, которые ФИО5 похитил; - ФИО12 №69, которая дата вступила в члены указанного кооператива, заключила договор -----, в соответствии с которым передала ------ рублей на 6 месяцев под 24 % годовых, которые ФИО5 похитил; - ФИО12 №169, который дата вступил в члены указанного кооператива, заключил договор -----, в соответствии с которым передал ------ рублей на 12 месяцев под 29 % годовых, которые ФИО5 похитил; - ФИО12 №143, который дата вступил в члены указанного кооператива, заключил договор -----, в соответствии с которым передал ------ рублей на 12 месяцев под 29 % годовых, дополнительно внес по нему дата ------ рублей, а всего ------ рублей, которые ФИО5 похитил; - ФИО12 №128, которая дата вступила в члены указанного кооператива, заключила договор -----, в соответствии с которым передала ------ рублей на 12 месяцев под 29 % годовых, которые ФИО5 похитил; - ФИО12 №132, которая дата вступила в члены указанного кооператива, заключила договор -----, в соответствии с которым передала ------ рублей на 12 месяцев под 25 % годовых, которые ФИО5 похитил; - ФИО12 №118, который дата вступил в члены указанного кооператива, заключил договор -----, в соответствии с которым передал ------ рублей на 12 месяцев под 29 % годовых, которые ФИО5 похитил; - ФИО170 А.Н., который дата вступил в члены указанного кооператива, заключил договор -----, в соответствии с которым передал ------ рублей на 12 месяцев под 29 % годовых, которые ФИО5 похитил; - ФИО12 №140, которая дата вступила в члены указанного кооператива, заключила договор -----, в соответствии с которым передала ------ рублей на 12 месяцев под 29 % годовых, дополнительно внесла по нему дата ------ рублей, а всего ------ рублей, которые ФИО5 похитил; - ФИО12 №114, которая дата вступила в члены указанного кооператива, заключила договор -----, в соответствии с которым передала ------ рублей на 12 месяцев под 29 % годовых, дополнительно внесла по нему: дата – ------ рублей, дата – ------ рублей, а всего ------ рублей, которые ФИО5 похитил; - ФИО12 №146, который дата вступил в члены указанного кооператива, заключил договор -----, в соответствии с которым передал ------ рублей на 6 месяцев под 22 % годовых, которые ФИО5 похитил; - ФИО12 №93, которая дата вступила в члены указанного кооператива, заключила договор, который дата досрочно расторгла, и в тот же день, дата вновь заключила договор -----, в соответствии с которым передала ------ рублей на 12 месяцев под 29 % годовых, которые ФИО5 похитил; - ФИО227 В.А., который дата вступил в члены указанного кооператива, заключил договор -----, в соответствии с которым передал ------ рублей на 3 месяца под 20% годовых, которые ФИО5 похитил; - ФИО12 №96, который дата вступил в члены указанного кооператива, заключил договор -----, в соответствии с которым передал ------ рублей на 6 месяцев под 24% годовых, которые ФИО5 похитил; - ФИО12 №50, который дата вступил в члены указанного кооператива, заключил договор -----, в соответствии с которым передал ------ рублей на 6 месяцев под 24 % годовых, которые ФИО5 похитил; - ФИО12 №24, которая дата вступила в члены указанного кооператива, заключила договор -----, в соответствии с которым передала ------ рублей на 6 месяцев под 24 % годовых, которые ФИО5 похитил; - ФИО12 №117, которая дата вступила в члены указанного кооператива, заключила договор -----, в соответствии с которым передала ------ рублей на 6 месяцев под 24 % годовых, которые ФИО5 похитил; - ФИО12 №8, который дата вступил в члены указанного кооператива, заключил договор -----, в соответствии с которым передал ------ рублей на 6 месяцев под 24 % годовых, которые ФИО5 похитил; - ФИО12 №40, который дата вступил в члены указанного кооператива, заключил договор -----, в соответствии с которым передал ------ рублей на 12 месяцев под 29 % годовых, которые ФИО5 похитил; - ФИО12 №106, который дата вступил в члены указанного кооператива, заключил договор -----, в соответствии с которым передал ------ рублей на 6 месяцев под 24 % годовых, которые ФИО5 похитил. При этом ФИО5, как исполнительный директор СПСК ------ заведомо зная о последующем наступлении общественно-опасных последствий в виде образования особо крупной задолженности перед членами кооператива и невозможности исполнения договорных обязательств по выплате денежных средств по договорам о передаче личных сбережений пайщика в полном объеме, действуя в ущерб правам и законным интересам членов СПСК «------ каких-либо должных мер направленных на отказ от заключения указанных договоров не предпринял, тем самым способствовал последующему хищению денежных средств, подлежащих выплате членам кооператива. Таким образом, ФИО5 в период с дата по дата, являясь исполнительным директором СПСК ------ преследуя цель хищения чужого имущества и незаконного обогащения, путем обмана и злоупотребления доверием, используя свое служебное положение вопреки законным интересам кооператива и его членов, умышленно из корыстных побуждений, действуя от имени данного кооператива, договорных обязательств перед членами СПСК «------ по вышеуказанным договорам о передаче личных сбережений пайщика надлежащим образом не исполнил, а полученные денежные средства на общую сумму ------ ------ копейки похитил, незаконно распорядившись ими по своему усмотрению, часть которых в размере ------ коп. были получены им лично по договору займа и в последующем ------. не возвращены в кассу СПСК «------», а потрачены на собственные нужды, а от исполнения обязательств перед членами СПСК «------ по возврату денежных средств умышленно уклонился, причинив тем самым потерпевшим материальный ущерб в особо крупном размере.</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Незаконное использование объектов авторского права. Он же,ФИО5, являясь исполнительным директором Сельскохозяйственного потребительского сбытового кооператива «------ расположенного по адресу: адрес, офис -----, выполняя управленческие функции в этом кооперативе, для осуществления бухгалтерского учета и ведения документооборота при осуществлении деятельности указанного юридического лица дата приобрел ноутбук марки «------ После этого в нарушение ч.1 ст. 44 Конституции Российской Федерации, ст.ст. 1225 , 1229 , 1259 , 1261 Гражданского кодекса Российской Федерации, запрещающих использование объектов авторского права без соответствующего договора и разрешения автора, из корыстной заинтересованности, направленной на получение выгоды, ФИО5, являясь исполнительным директором СПСК «------», дата у неустановленного лица и в неустановленном месте незаконно приобрел нелицензионные (контрафактные) программы: «1С:Предприятие 7.7 (сетевая версия). Комплексная поставка» стоимостью ------ рублей и «1С:Предприятие 7.7. Управление распределенными информационными базами» стоимостью ------ рублей, правообладателем которых является ООО ------», которые в тот же день по его указанию незаконно в отсутствие договора с правообладателем и разрешения автора были установлены на жесткий диск указанного ноутбука и в последующем по его же указанию незаконно использовались инспектором-кассиром СПСК «------» ФИО339 в офисе отделения указанного кооператива по адресу: адрес, адрес, адрес для составления первичных и сводных документов бухгалтерского и налогового учета, бухгалтерской и налоговой отчетности в период до дата. В результате указанных действий ФИО5 причинил правообладателю указанных программ ООО «------» материальный ущерб в крупном размере на общую сумму ------ рублей. В судебном заседании подсудимый ФИО5 вину по всем инкриминированным ему преступлениям не признал, ссылаясь на отсутствие виновных действий с его стороны. Несмотря на указанное отрицание, изучив и оценив представленные сторонами доказательства, суд приходит к выводу о доказанности его вины в совершении вышеописанных преступлений при указанных в настоящем приговоре обстоятельствах.</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Хищение денежных средств пайщиков Кредитного потребительского кооператива «------». Так, оспаривая свою вину в совершении указанного преступления, подсудимый ФИО5 показал, что КПК ------» был создан дата для получения дохода от приема денежных средств от граждан под проценты и выдачи займов гражданам под больший размер процентов. Учредителями кооператива выступили он, его супруга ФИО344, ФИО9, ФИО10, ФИО12 №2, ФИО345 и еще одна женщина, данных которой он не помнит. С момента создания он стал директором КПК «------», остальные лица какого-либо участия в деятельности кооператива не принимали, их наличие при создании кооператива было обусловлено лишь требованиями законодательства по количеству (не менее семи человек) учредителей потребительских кооперативов. Для деятельности кооператива были арендован офис по адресу: адрес, адрес и набраны сотрудники. ФИО346, назначенную им на должность инспектора-кассира КПК «------», ему рекомендовал руководитель кооператива «------», в котором та ранее работала, и в котором он ранее получал займы. Затем уже ФИО346, имея опыт работы в кредитном кооперативе, помогла ему принять на работу иных сотрудников, а также организовать деятельность КПК «------». После приема на должность инспектора-кассира Свидетель №3 ФИО346 была переведена на должность заместителя директора КПК «------». На основании выданных им доверенностей ФИО346 занималась привлечением граждан в кооператив путем распространения информации о деятельности кооператива, в том числе размещения рекламы в средствах массовой информации, а Свидетель №3 – заключением договоров, приема денег от граждан, выплаты им денежных средств, оформлением сопутствующих первичных бухгалтерских документов. При оформлении документации, в том числе при заключении договоров по приему денег от граждан и выдаче займов, по совету ФИО346 использовались формы документов, применявшиеся в кооперативах, входивших в Республиканский союз кредитных потребительских кооперативов. При установлении размера процентов по вкладам граждан и выдаваемым займам также ориентировались на соответствующие ставки, применявшиеся в кооперативах, входивших в указанный союз. Указанные формы документов и размеры процентных ставок по ним, а также размещение рекламной информации в деятельности КПК «------» согласовывалось ФИО346 и Свидетель №3 с ним. КПК «------» было членом Республиканского союза кредитных потребительских кооперативов и в силу членства в этом союзе должен был применять рекомендованные союзом формы договоров по приему вкладов и выдаче займов, а также устанавливать размеры процентных ставок по этим договорам в диапазоне, установленном правлением союза, сведения о которых постоянно доводились на еженедельных совещаниях с участием руководителей кооперативов, входивших в союз. Также в 2011 году КПК «------» вступил в саморегулируемую организацию. Информация об этом, а также о членстве в Республиканском союзе кредитных потребительских кооперативов сообщалась работниками КПК «------» гражданам на расспросы последних о гарантиях возврата вкладов, однако никогда это не преподносилось как страхование вложений граждан, а равно информация о страховании вкладов не распространялась в рекламе и указаний работникам кооператива сообщать вкладчикам ложную информацию о страховании вкладов он не давал. С 2010 года КПК «------» дополнительно открыл офис по адресу: адрес адрес, адрес, адрес, адрес, в котором работала инспектор-кассир ФИО339 В декабре 2013 года КПК «------» прекратил членство в саморегулируемой организации и в Республиканском союзе кредитных потребительских кооперативов, поскольку не соответствовал определенным требованиям, однако и после этого продолжали применяться формы договоров и размеры процентных ставок, рекомендованные союзом. Поступающие в кооператив от граждан денежные средства аккумулировались в кассе, а сумма, превышающая лимит кассы, выдавалась либо ему под отчет на расходы по деятельности кооператива, либо ему же по договорам займа. По последним размер процентов за пользование займом был меньше, чем по займам, выдаваемым кооперативом гражданам. Эти займы он получал вынужденно с целью уменьшить убытки, поскольку от простого хранения накопленных денег дохода не поступало. С этой же целью на банковский счет КПК «------» поступившие денежные средства вносились лишь в размере, необходимом для безналичных расчетов по оплате рекламы, уплате налогов, отчислений во внебюджетные фонды и т.п. Полученные им по договорам займов от КПК «------» денежные средства он использовал в деятельности по купле-продаже зерновых культур, которой он занимался до этого в течение длительного времени как лично, так и через созданные им коммерческие организации ООО «------ и ООО «------ За весь период деятельности КПК «------» выплата процентов и возврат вкладов гражданам производились в основном от дохода, полученного им от использования денег кооператива в своей деятельности по купле-продаже зерновых культур, а не от вновь привлеченных кооперативом от граждан вкладов. Денежные средства кооператива он не похищал, все полученные в КПК «------» займы и подотчетные суммы он вернул, задолженности перед кооперативом не имеет, напротив последний должен ему около ------. Примерно в 2013 году он пришел к выводу об убыточности деятельности КПК «------ поскольку размер расходов по вкладам граждан превышал размер доходов, получаемых кооперативом от деятельности по выдаче займов. С этого времени он решил прекратить деятельность КПК «------», постепенно уменьшая число пайщиков и возвращая им денежные средства, поэтому дал указание работникам кооператива не принимать новых вкладчиков в члены кооператива. Новые договоры о приеме вкладов после этого заключались лишь с действующими пайщиками, у которых истек срок договора. Фактически граждане при этом денежные средства не вносили, поскольку им засчитывались суммы, внесенные ранее, которые не были возвращены по истечении срока договора. С целью уменьшения числа пайщиков КПК «------ он сообщил работникам кооператива, что если пайщики пожелают поменять членство на иной кооператив, можно рекомендовать этим лицам созданный им позднее СПСК «------», размер процентов по вкладам в котором был выше. Случаи такого изменения членства были и имели место случаи, когда пайщику КПК «------» деньги при этом фактически не выплачивались, а оформлялись в обоих кооперативах расходно-приходные документы. Собрания пайщиков в кооперативе он не проводил, поскольку никто из пайщиков этого не требовал, он собирался прекращать деятельность КПК «------», а равно состав пайщиков постоянно менялся. Решением Ленинского районного суда адрес от дата деятельность КПК «------» прекращена. В связи с противоречием указанных показаний подсудимого его же показаниям, данным в ходе предварительного расследования, последние частично были оглашены в судебном заседании. Из них следует, что КПК «------» было учреждено им в декабре 2009 года по настоянию председателя правления Республиканского союза кредитных кооперативов Свидетель №2, так как на тот период у него, как у физического лица, была задолженность по ранее выданным займам с учетом процентов перед КПК «------» на сумму около ------. руб. Указанные денежные средства он брал в заем в 2007-2008 годах для пополнения оборотных средств ООО «------», директором которого являлся. ООО «------» также занималось куплей-продажей сельскохозяйственной продукции, однако в связи с нерентабельностью образовалась задолженность, которую ему нужно было покрывать. Свидетель №2 сказал, что поможет открыть КПК «------» и будет рекомендовать пайщикам КПК «------» переходить в его кооператив, а за счет поступающих денежных средств он сможет погашать свою задолженность, с чем он был вынужден согласиться. С суммой задолженности КПК «------» перед вкладчиками, составляющей около ------. руб., о чем указано в заключении эксперта, он согласен /-----. Оглашенные показания подсудимый ФИО5 не подтвердил, пояснил, что следователь самостоятельно записал в протоколе его допроса вышеуказанные сведения. Однако позицию подсудимого и его показания в судебном следствии суд оценивает критически, как направленную на избежание уголовной ответственности, поскольку она опровергается доказательствами, представленными суду стороной обвинения. Так, пояснения подсудимого относительно своих показаний в ходе предварительного расследования опровергаются содержанием соответствующих протоколов, из которых следует, что допрос подсудимого производился в присутствии своего защитника, после разъяснения прав, возможных последствий дачи показаний, сами показания записаны со слов допрашиваемого лица, а протоколы подписаны без замечаний всеми участниками этих следственных действий. Подробные обстоятельства хищения также установлены судом на основании допроса потерпевших граждан, свидетелей – работников КПК «------» и иных связанных с его деятельностью лиц, а также исследования письменных и вещественных доказательств. Так, свидетель ФИО344, чьи показания были оглашены в суде, в ходе допроса следователю показала, что с дата по дата она состояла в браке с ФИО5 В 2009 году она по просьбе ФИО5 вошла в состав учредителей КПК «------», так как со слов супруга для создания кооперативов требовалось не менее 7 человек. Также по просьбе супруга она попросила войти в состав учредителей ФИО347 В деятельности указанной организации она не участвовала, лишь по просьбе мужа подписывала документы, которые он приносил. Всю фактическую деятельность в кооперативе осуществлял ее супруг. Со слов супруга ей известно, что созданием кооператива он хотел привлечь денежные средства граждан для осуществления торговли зерном, так как ранее у него имелись ООО «------» и ООО «------», где он осуществлял такую же деятельность по торговле зерном, но из-за нехватки оборотных средств не мог наладить постоянную торговлю. По просьбе супруга она несколько раз оформляла на себя кредиты в банках. Какой доход получал супруг от работы в КПК «------ не знает. В 2009 году они приобрели в ипотеку сроком на 15 лет трехкомнатную квартиру. За период с 2009 года единственное, что ФИО5 приобрел, это автомобиль «Форд ------ иных дорогостоящих приобретений они не совершали ----- Допрошенный в суде свидетель Свидетель №2, подтверждая свои оглашенные показания /т----- показал, что он является председателем Саморегулируемой организации «------», с августа 2001 года – еще и директором КПК «------», а с 2005 года – также председателем Республиканского союза кредитных потребительских кооперативов граждан. С ФИО5 знаком около 8 лет, на тот момент тот был директором ООО «------» и неоднократно получал в КПК «------» займы на различные суммы, с которыми расплачивался в срок. В 2009 году ФИО5 обратился в Республиканский союз кредитных потребительских кооперативов граждан с просьбой помочь в создании собственного кредитного кооператива, ему были выданы необходимые документы и в декабре 2009 года ФИО5 учредил КПК «------». Решение о создании кооператива ФИО5 принималось по собственной инициативе, он на него какого-либо влияния не оказывал. Решение о принятии на работу в КПК «------» ФИО346, ранее работавшей в КПК «------», ФИО5 также принимал сам. Также ему известно, что часть пайщиков КПК «------» перешли в КПК «------», что является нормальной практикой. С 2010 года КПК «------» входил в Республиканский союз кредитных потребительских кооперативов граждан и Саморегулируемую организацию «------ однако такое членство не лишало ФИО5 права и возможности самостоятельно определять деятельность КПК «------», в том числе при установлении размера процентов по вкладам граждан. Саморегулируемая организация лишь устанавливает верхний предел размера процентов, поскольку имеет компенсационный фонд для выплат вкладчикам на случай банкротства кооператива. Размер процентов по вкладам в кооперативах обычно составляет 1,5 размера ключевой ставки ЦБ РФ. По состоянию на декабрь 2014 года максимальный размер процентной ставки по вкладам граждан саморегулируемой организацией был установлен в размере 25 % в год. Ему известно, что у КПК «------» были проблемы с выплатами вкладов. Так, в 2012-2013 годах по обращению одного из вкладчиков о невозврате КПК «------ вклада саморегулируемая организация проводила проверку данного кооператива и выявила несоответствие требованиям членства в саморегулируемой организации, поэтому в 2013 году КПК «------» был исключен из нее, что влекло запрет на прием вкладов от граждан. В период членства КПК «------» в саморегулируемой организации в деятельность кооператива он не вмешивался, всю деятельность кооператива ФИО5 вел сам. Согласно сложившейся практике помимо установления верхнего предела размера процентов по вкладам саморегулируемая организация оказывает кооперативам лишь консультативную помощь. В период существования КПК «------» ФИО5 как физическое лицо неоднократно получал займы в кредитных кооперативах, входящих в Республиканский союз кредитных кооперативов граждан, но это также является нормальной практикой, так как для пополнения оборотных средств кооперативы прибегают к помощи других кооперативов. По оглашенным в суде показаниям свидетеля ФИО348 следует, что с июня 2012 года она работает директором КПКГ «------». С ФИО5 знакома, знает его как директора КПК «------», который до 2013 года входил в состав Республиканского союза КПКГ, а также являлся членом СРО МСКК. По имеющейся у нее информации ФИО5 получал в их кооперативе в период с 2007 года по 2010 год несколько займов на различные суммы, по которым всегда расплачивался вовремя. О фактах рекомендации сотрудниками КПК «------» в 2009 году пайщикам оформлять взносы в КПК «------» ей не известно. В конце 2013 года КПК «------» был исключен из Республиканского союза и СРО из-за несоблюдения требований нормативных документов. О деятельности СПСК «------» ей известно лишь то, что в указанном кооперативе директором также является ФИО5 /----- Из оглашенных в суде показаний свидетеля ФИО349 следует, что он работает директором КПКГ «------» адрес. С директором КПК «------» ФИО5 он знаком в течение нескольких лет, с тех пор как тот стал получать займы в их кооперативе, по которым всегда вовремя расплачивался. В октябре 2014 года ФИО5 получил заем на ------ рублей под залог принадлежащего ему автомобиля «------». Поскольку ФИО5 не исполнил свои обязательства, в январе 2015 года КПКГ «------» обратился в суд, после чего между сторонами было заключено мировое соглашение, по которому ФИО5 передал КПКГ «------» принадлежащий ему автомобиль. Впоследствии данный автомобиль был реализован, но так как этой суммы не хватило для погашения ФИО385, КПКГ «------» взыскал с ФИО5 еще ------ рублей ----- Допрошенная в суде свидетель ФИО346, подтверждая свои оглашенные показания /----- суду показала, что с января 2010 года по октябрь 2013 года она работала в КПК «------», сначала кредитным инспектором, затем заместителем директора. С 2009 года она работала инспектором-кассиром в КПК «------» адрес и Свидетель №2 предложил ей поработать в КПК «------», сообщив, что его директор ФИО5 не имеет опыта работы в кредитной сфере. При знакомстве с ФИО5 Свидетель №2 представил его как успешного предпринимателя, занимающегося торговлей зерном, создание кооператива планировалось для обеспечения указанной деятельности ФИО5 оборотными средствами. Офис КПК «------» был открыт изначально в адрес, затем уже основной офис стал располагаться по адресу: адрес, офис -----, а в адрес был создан филиал, где кредитным инспектором работала ФИО373 Так как по роду своей деятельности КПК «------» являлся кредитным кооперативом, в июне 2010 года ФИО5 был учрежден СПСК «------», офис которого располагался в том же здании, что и КПК «------», к деятельности которого она никакого отношения не имела, но по просьбе ФИО5 вошла в состав его учредителей, поскольку согласно требованиям законодательства при создании кооператива требовалось не менее 7 учредителей. На момент создания КПК «------» у ФИО5 имелись займы в КПК «------», но в каком размере и была ли по ним просрочка, не знает. КПК «------» принимал вклады граждан и выдавал займы гражданам. В ее должностные обязанности кредитного инспектора входили: прием взносов от граждан, оформление документов, выдача займов в КПК «------ выдача сбережений по истечении срока действия договора. Размер процентов по вкладам ей сообщал ФИО5, каким образом он определял размер ставки, ей неизвестно. ФИО5 говорил ей, что финансовое положение кооператива хорошее, поэтому такую же информацию она сообщала и гражданам, пожелавшим вложить деньги в кооператив. При заключении договоров на привлечение вкладов граждан она использовала типовой образец, полученный в Республиканском союзе кредитных потребительских кооперативов, о чем ФИО5 было известно. Также на первоначальном этапе на основании выданной ей доверенности по указаниям ФИО5 она занималась привлечением пайщиков, часть из которых привлекала из КПК «------», поскольку размер процентов по вкладу в КПК «------» был на несколько пунктов выше, чем в КПК «Агрокредит». Это делалось по согласованию с Свидетель №2, так как КПК «------» изначально входил в Республиканский союз кредитных кооперативов граждан, руководителем которого являлся Свидетель №2 В последующем, являясь заместителем директора, она занималась вопросами подбора персонала, развития кооператива, рекламирования его деятельности. В октябре 2011 года она ушла в отпуск по беременности и родам и на работу выходила не чаще 1-2 раз в неделю, чтобы проконтролировать работу сотрудников, ведение документации, согласовать вопросы по развитию кооператива. Директор КПК «------------ ФИО5 неоднократно предлагал ей повысить процентную ставку для привлечения денежных средств большого количества граждан, не думая о том, что нужно будет выплачивать повышенные проценты, затрачивая для этого большие объемы денежных средств, с чем она категорически была не согласна. В октябре 2013 года она, не выходя из отпуска по уходу за ребенком, уволилась из КПК «------», так как была не согласна с действиями ФИО5 по привлечению пайщиков за счет большего размера годовых, что свидетельствовало о большом риске для деятельности кооператива. На тот момент общее число пайщиков по офису в адрес составляло около 100 человек, число пайщиков в филиале в адрес не помнит. Деятельность КПК «------» строилась за счет выдачи займов пайщикам из расчета 5% в месяц от суммы остатка задолженности, что при правильном построении работы не привело бы к банкротству кооператива, но так как часть полученных от пайщиков денежных средств ФИО5 получал в подотчет на длительный срок и по ним процентная ставка не начислялась, либо часть денежных средств ФИО5 получал как сотрудник в виде займов, по которым процентная ставка составляла около 0,7 % в месяц, это вело к уменьшению оборотных средств и в дальнейшем привело к убыткам. На какие цели направлял полученные от пайщиков денежные средства ФИО5 ей достоверно неизвестно, о своих планах ФИО5 не говорил. Какой-либо взаимосвязи КПК «------» с кооперативом «------» не имеет и не является дочерней организацией последнего. В рекламных объявлениях КПК «------», которые она согласовывала с ФИО5, не было указания о страховании вкладов, равно такого рода сведений не было среди информации, размещенной на информационном стенде в офисе кооператива. При этом оплата рекламы производилась с банковского счета КПК «Агрокредит------ право распоряжения денежными средствами на счете было только у ФИО5, соответственно, он знал о размещении всей рекламы в средствах массовой информации. Указаний привлекать вклады граждан, сообщая им недостоверную информацию, ФИО5 не давал. Собственных имущественных активов, кроме офисной и бытовой техники КПК «------» не имел, помещения были арендованы. Свидетель Свидетель №3, подтверждая свои оглашенные показания ----- суду показала, что с июня 2011 года по октябрь 2011 года она работала в КПК «------», а с октября 2011 года по дата – также в СПСК «------» на должности инспектора-кассира. Офисы обоих кооперативов располагались в одном здании по адресу: адрес, КПК «------» - в офисе -----, СПСК «------» - в офисе -----, директором обоих являлся ФИО5 Также оба кооператива имели дополнительные офисы в адрес, которые располагались в одном помещении, там работала инспектор-кассир ФИО339 КПК «------» занимался приемов вкладов граждан и выдачей займов гражданам. Заместитель директора КПК «------» ФИО346 занималась подбором персонала, обучением работников и контролем за ними. На основании доверенности, выданной ей ФИО5, в ее (Свидетель №3) обязанности в КПК «------» входили оформление документов, в том числе заключение договоров, выдача займов, прием вкладов и их выдача по истечении срока действия договора, оформление сопутствующих кассовых документов. При приеме вкладов от граждан она сообщала им о деятельности КПК «------», а также сообщала информацию, полученную от ФИО5, что деньги им вернут в любом случае, поскольку КПК «------» являлся членом саморегулируемой организации, это своего рода гарантия, страховка и в случае возникновения проблем с выплатами саморегулируемая организация выплатит вкладчикам деньги. В офисе КПК «------» был соответствующий документ о членстве кооператива в саморегулируемой организации. О том, что с ноября 2013 года КПК «------» был исключен из саморегулируемой организации, она не знала, ФИО5 ей этого не сообщал. О финансовых проблемах КПК «------» ФИО5, который руководил всей деятельностью кооператива, ей не сообщал, поэтому она полагала, что дела у кооператива идут хорошо. Оба кооператива распространяли рекламу о своей деятельности, в том числе в средствах массовой информации, чем в КПК «------» занималась ФИО346 Также КПК «------» проводил рекламные акции для привлечения новых вкладчиков. Насколько ей известно, кроме компьютерной и бытовой техники в офисе КПК «------» иного имущества не имел, офис был арендован. Лимит кассы в КПК «------» составлял ------. руб. При превышении лимита кассы излишки выдавались ФИО5 в подотчет либо по договору займа с ним. При этом размер процентов по договору займа с ФИО5 составлял около 2-3 % в год, при этом обычным пайщикам кооператива займы выдавались под 5 % в месяц. С момента начала ее работы в КПК «------» проценты, получаемые по выданным займам, не покрывали расходы по выплате процентов по вкладам, поскольку заемщиков было намного меньше, а также имелись ФИО385 заемщиков перед кооперативом. Недостающую разницу выплачивали за счет денежных средств, предоставляемых ФИО5, их источник ей неизвестен. Если кооператив не мог вернуть вклад и выплатить проценты иногда с вкладчиками беседовал сам ФИО5, просил их подождать, заключить договор на новый срок. Затруднения с возвратом денежных средств пайщикам КПК «------» начались в декабре 2014 года, о чем она сообщала ФИО5, на что он ей отвечал, что пока денег нет, они находятся в обороте, говорил, чтобы она предлагала гражданам продлить срок действия договора хотя бы на 1 месяц. На январь 2015 года в КПК «------------ было около 50 вкладчиков, заемщиков не было. Факты перехода вкладчиков КПК «------» в СПСК «------» были, в том числе и по ее информации о размере процентов по вкладам в СПСК «------», которую она иногда давала пайщикам КПК «------. При этом были единичные случаи, когда выдача денег пайщикам в КПК «------» и их прием в СПСК «------» оформлялись по документам, но деньги пайщикам на руки фактически не выдавались, а на ФИО5 оформлялись документы о выдаче в КПК «------ аналогичной суммы денег в подотчет и приеме от него этой же подотчетной суммы в СПСК «------». Свидетель ФИО350, подтверждая свои оглашенные показания ----- суду показала, что с мая 2010 года по дата работала в КПК «------» инспектором-кассиром обособленного подразделения в адрес, офис которого находился по адресу: адрес, адрес Директором кооператива был ФИО5, его заместителем – ФИО346, которая проводила с ней собеседование при приеме на работу и в последующем инструктировала. На тот момент она имела фамилию «ФИО427». В ее должностные обязанности входили прием взносов от граждан, оформление документов, в том числе заключение договоров по доверенности, выдача займов, прием и выдача сбережений по истечении срока действия договора. При внесении взноса либо получении займа физическое лицо обязано было вступить в состав членов кооператива и внести паевой и вступительный взносы в сумме ------ рублей. Зная, что КПК «------» является членом саморегулируемой организации и Республиканского союза кредитных кооперативов, при обращении граждан с целью вложения денежных средств в кооператив она ошибочно разъясняла им, что кооператив состоит в саморегулируемой организации и взносы в кооператив застрахованы. В настоящее время она понимает, что членство в саморегулируемой организации и страхование вкладов – не одно и тоже. При поступлении денежных средств в крупном размере она звонила ФИО5, который приезжал и забирал денежные средства, превышающие лимит по кассе, выдачу денежных средств ФИО5 она производила по расходному кассовому ордеру. Если сумма превышения лимита кассы была небольшой, эту сумму она получала в подотчет и на следующий день сдавала их в кассу. В период ее работы в КПК «------» затруднений в выплате денежных средств пайщикам кооператива не было, в течение 5 рабочих дней суммы сбережений выдавались пайщикам, никаких нареканий с их стороны не было. На какие цели направлял полученные от пайщиков денежные средства ФИО5 ей неизвестно. Допрошенная в суде свидетель ФИО339, подтверждая свои оглашенные показания ----- показала, что с января 2012 года по дата работала в КПК «-------------», а с февраля 2014 года по дата – также в СПСК «------», в обоих случаях инспектором-кассиром обособленных подразделений этих кооперативов, находящихся в одном помещении в адрес по адресу: адрес, офис ----- Директором обоих кооперативов был ФИО5 КПК «------» принимал вклады граждан и выдавал займы, а СПСК «------» только принимал вклады от граждан. От работника головного офиса в адрес Свидетель №3 ей было известно, что кооперативы также занимаются куплей-продажей зерна. На основании выданных ей директором доверенностей в ее должностные обязанности в обоих кооперативах входили прием денежных вкладов от граждан и их выдача по истечении сроков, оформление документов, в том числе заключение договоров и сопутствующих кассовых документов, а в КПК «------» - также выдача займов. При обращении граждан она разъясняла им условия размещения денежных средств, сообщала о членстве КПК «------» в саморегулируемой организации, что является гарантией возврата взносов граждан. В офисе была копия свидетельства о членстве КПК «------» в саморегулируемой организации. Об исключении КПК «------» с конца 2013 года из саморегулируемой организации ей стало известно лишь в январе 2015 года, ранее ФИО5 ей об этом не сообщал. О страховании вкладов в СПСК «------» она не говорила, лишь сообщала, что данный кооператив приобретает и реализует зерно и с их денежными средствами ничего не случится, о чем ей говорил ФИО5 Также ФИО5 говорил ей, что СПСК «------» скоро будет членом саморегулируемой организации и она предполагала, что это впоследствии было сделано, и лишь в январе 2015 года узнала, что СПСК «------» так и не стал членом какой-либо саморегулируемой организации кооперативов. Информацию об условиях договора, в том числе сроках приема вкладов и процентов по ним, согласованную ФИО5, ей предоставляли из головного офиса в адрес. О том, какую информацию необходимо сообщать гражданам, на первоначальном этапе работы в КПК «------» ее проинструктировала заместитель директора ФИО346 При поступлении денежных средств в крупном размере она звонила директору ФИО5, который приезжал и забирал денежные средства, превышающие лимит кассы. Выдачу денежных средств ФИО5 она производила по расходному кассовому ордеру. В целях привлечения граждан в оба кооператива она также размещала рекламу в газетах. По предъявленному на обозрение рекламному объявлению в газете от дата /----- пояснила, что именно такое объявление она размещала по согласованию с головным офисом. Указанный в объявлении номер телефона «-----» был у телефонного аппарата в ее офисе. Размещение рекламы происходило следующим образом: из головного офиса макет рекламы по электронной почте высылался ей и в редакцию газеты, она получала в редакции счет на оплату и пересылала его по электронной почте в головной офис, откуда производили оплату. Указаний привлечь как можно больше вкладчиков, в том числе и путем распространения недостоверных сведений, ей никто не давал. Офис кооперативов в адрес был арендован, в нем находились офисная техника и мебель, о наличии у кооперативов иного имущества ей неизвестно. При недостатке денежных средств на выплаты в одном из кооперативов ей привозили их из головного офиса. Также были факты временного использования денежных средств второго кооператива, если таковые были. Факты переходов пайщиков (вкладчиков) из КПК «------------» в СПСК «------» были, пайщиков прельщал больший размер процентов по вкладам в последнем. При этом были случаи, когда выдача денег пайщикам в КПК «------» и их прием в СПСК «------» оформлялись по документам, но деньги пайщикам на руки фактически не выдавались, впоследствии бухгалтер в головном офисе ФИО204 сообщала ей, что деньги переведены. За весь период ее работы в КПК «------» сумма полученных от граждан вкладов превышала сумму выданных займов. По ее расчетам размер дохода от выдачи займов должен был покрывать размер выплат процентов по вкладам при надлежащем исполнении, но по выданным займам были ФИО385 заемщиков по возврату денег. Затруднения в выплате денежных средств пайщикам кооперативов начались примерно в октябре 2014 года. Это не было связано с массовым расторжением договоров, досрочно забрали деньги лишь 2-3 вкладчика. Когда пайщики желали забрать свои денежные средства, она звонила ФИО5, на что он ей сообщал, что пока денег нет, они находятся в обороте и говорил, чтобы она предлагала продлить срок действия договора хотя бы на 1 месяц. При этом никаких указаний от него приостановить прием новых взносов не поступало и она продолжала принимать денежные средства от новых пайщиков. Непосредственно в филиале в адрес затруднений с возвратом вкладов пайщикам не было до января 2015 года, поскольку заемщики КПК «------» вносили денежные средства по ранее выданным им займам. В январе 2015 года в связи с поступлением информации о проблемах в головном офисе пайщики стали массово писать заявления на досрочный возврат денежных средств. Тогда же в январе 2015 года она узнала, что головные офисы СПСК «------» и КПК «------» в адрес закрыты в связи с тем, что кооперативы не могут расплатиться со своими пайщиками. Ей известно, что ФИО5 приобретал для СПСК «------» в лизинг два автомобиля «------» и периодически приобретал и реализовывал зерно сельскохозяйственным предприятиям. Допрошенная в суде свидетель Свидетель №4, подтверждая свои оглашенные показания /-----, суду показала, что с ФИО5 в 2011 году ее познакомила ФИО346, с которой они ранее работали в Республиканском союзе кредитных кооперативов граждан. На тот момент она находилась в отпуске по уходу за ребенком и по просьбе ФИО346, находясь дома, составляла для КПК «------» отчеты для сдачи в контролирующие органы. Все документы ей привозили либо ФИО346, либо ее муж, либо сам ФИО5 За оказание услуг ей ежемесячно выплачивалось вознаграждение в размере около ------. руб. Кроме того, в период с мая по декабрь 2014 года она оказывала такие же услуги СПСК «------». Офисы КПК «------» и СПСК «------» находились по адресу: адрес, куда в феврале и в мае 2014 года она выходила на работу заменять Свидетель №3 на время ее отпуска и занималась корректировкой базы «1С». Единственным источником дохода КПК «------» был доход от выдачи займов. Эта деятельность была убыточной, поскольку расходы по выплате процентов по вкладам граждан превышали доходы от процентов по выданным займам. Полученные по вкладам от граждан денежные средства выдавались ФИО5 под отчет, которые он впоследствии возвращал, этим занималась инспектор-кассир Свидетель №3 Крупных активов у КПК «------» не было. Кооператив имел счет в банке, но денежные средства, полученные по вкладам граждан, на счет не вносились. Размещение рекламы КПК «Агрокредит-Доверие» оплачивалось со счета в банке, указания об этом ей давал ФИО5 По предъявленным ей документам пояснила, что в КПК «------» финансовая ситуация была нестабильной, к 2014 году число пайщиков в кооперативе стало меньше в связи с переходом большинства из них в СПСК «------». Также на начало 2014 года директор КПК «-------------» ФИО5 запретил выдавать денежные средства в заем пайщикам, это было связано с тем, что один из пайщиков – ФИО398, у которого в кооперативе имелись сбережения на сумму более ------. рублей, через суд взыскал эти денежные средства и ФИО5 еженедельно по ------ руб. выплачивал судебным приставам указанную задолженность. Источник поступления этих средств ей неизвестен, предполагает, что за счет поступлений в СПСК «------», так как в 2014 году фактического поступления денежных средств в кассу кооператива не происходило, о чем ей известно от Свидетель №3, лишь переоформлялись договоры сбережений с пайщиками. Проценты по указанным договорам выплачивались лишь за счет предоставленных ФИО5 средств, в связи с чем у КПК «------» перед ФИО5 оказалась задолженность. Сам ФИО5 получал в КПК «------» займы под проценты, меньшие, чем на общих условиях, но все займы вернул. Как следует из выписки из Единого государственного реестра юридических лиц в отношении КПК «------», указанный кооператив имеет ИНН -----, был зарегистрирован дата ИФНС России по адрес с основным государственным регистрационным номером ----- по месту нахождения: адрес, в состав учредителей входили 2 юридических лица и 7 человек, в том числе ФИО5, который также являлся единоличным исполнительным органом – директором ----- Копия протокола ----- собрания учредителей Кредитного потребительского кооператива «------» от дата также подтверждает назначение ФИО5 директором указанного кооператива /----- Непосредственные обстоятельства и размеры хищений денежных средств у каждого из потерпевших установлены судом на основании исследования следующих доказательств: 1) путем исследования показаний потерпевших, в том числе оглашенных, о заключении ими договоров о передаче личных сбережений с КПК «------» в офисе, расположенном по адресу: адрес, офис 2, на основании которых ими были переданы денежные средства, которые им не возвращены, и протоколов осмотра документов, изъятых у потерпевших: - ФИО12 №5, показавшей, что с 2010 года она являлась пайщиком указанного кооператива, заключила с ним несколько договоров, которые были исполнены, и дата заключила с ним договор на ------ рублей на 12 месяцев под 17% годовых. В декабре 2014 года истек срок договора, деньги ей не вернули, сославшись на их отсутствие, предложили прийти дата. Однако в указанную дату офис кооператива был закрыт. Ее показания подтверждают изъятые выемкой документы: членская книжка КПК «-------------» №Дч6 от дата, договор о передаче личных сбережений пайщика ----- от дата, квитанция к ПКО ----- от дата, квитанция к ПКО № ----- от дата, квитанция к ПКО № ----- от дата /----- - ФИО12 №148, показавшей, что с 2010 года она являлась пайщиком указанного кооператива, заключила с ним несколько договоров, которые были исполнены, и дата она заключила с ним договор на ------ рублей на 12 месяцев под 16 % годовых. дата истек срок договора, деньги ей не вернули, офис кооператива оказался закрыт и опечатан. Ее показания подтверждают изъятые выемкой документы: членская книжка КПК «Агрокредит-Доверие» № Дч 8 от дата, договор о передаче личных сбережений пайщика ----- от дата, ------ - ФИО12 №72, показавшей, что с 2010 года она являлась пайщиком указанного кооператива, заключила с ним несколько договоров, которые были исполнены, и дата она заключила с ним договор на ------ рублей на 12 месяцев под 17% годовых, дата заключила еще один договор на 6 месяцев под 14% годовых, по которому дата дополнительно внесла ------ рублей, а дата заключила третий договор на ------ рублей на 12 месяцев под 17% годовых. Общая сумма внесенных ею денежных средств составила ------ рублей. дата пришла в офис кооператива за деньгами, тот оказался закрыт. Ее показания подтверждают изъятые выемкой документы: членская книжка КПК «-------------» № Дч9 от дата, членская книжка КПК «------» № Дч09 от дата, членская книжка КПК «-------------» № Дч9 от дата, договор о передаче личных сбережений пайщика ----- от дата, договор о передаче личных сбережений пайщика ----- от дата, договор о передаче личных сбережений пайщика ----- от дата, квитанция к ПКО №----- от дата, квитанция к ПКО № ----- от дата, квитанция к ПКО № d8/----- от дата, квитанция к ПКО № ----- от дата, квитанция к ПКО № ----- от дата, квитанция к ПКО № ----- от дата, квитанция к ПКО № ----- от дата /-----. - ФИО12 №84, показавшей, что являлась пайщиком указанного кооператива, заключила с ним несколько договоров, которые были исполнены, и 06 ФИО12 №158 2014 года она заключила с ним договор на ------ рублей на 1 год под 17 % годовых. По истечении срока договора деньги ей не вернули, кооператив оказался закрыт. Ее показания подтверждают изъятые выемкой документы: ------ - ФИО12 №108, показавшей, что с 12 ФИО12 №158 2010 года являлась пайщиком указанного кооператива, заключила с ним несколько договоров, которые были исполнены, и 12 ФИО12 №158 2014 года она заключила с ним договор на ------ рублей на 1 год под 17 % годовых. По истечении срока договора деньги ей не вернули, кооператив оказался закрыт. Ее показания подтверждают изъятые выемкой документы: ------ - ФИО12 №46, показавшей, что с 16 ФИО12 №158 2010 годаявлялась пайщиком указанного кооператива, заключила с ним несколько договоров, которые были исполнены, и 19 ФИО12 №158 2014 года она заключила с ним договор на ------ рублей на 1 год под 17 % годовых. По истечении срока договора деньги ей не вернули, кооператив оказался закрыт. Ее показания подтверждают изъятые выемкой документы: ------ - ФИО12 №154, показавшей, что с ФИО12 №158 2010 годаявлялась пайщиком указанного кооператива, заключила с ним 4 договора, которые были исполнены, и 31 ФИО12 №158 2014 года она заключила с ним договор на ------ рублей на 1 год под 17 % годовых. По истечении срока договора деньги ей не вернули, кооператив оказался закрыт. Ее показания подтверждают изъятые выемкой документы: членская книжка ------ - ФИО12 №92, показавшего, что являлся пайщиком указанного кооператива, заключил с ним несколько договоров, которые были исполнены, и дата он заключил с ним договор на ------ рублей на 1 год под 17 % годовых. По истечении срока договора деньги ему не вернули, кооператив оказался закрыт. Его показания подтверждают изъятые выемкой документы:членская книжка ------ - ФИО12 №49, показавшего, что являлся пайщиком указанного кооператива, заключил с ним несколько договоров, которые были исполнены, и 26 ФИО12 №158 2013 года он заключил с ним договор на ------ рублей на 2 года под 18 % годовых, дата – договор на ------ рублей на 1 год под 17% годовых. По истечении сроков договоров деньги ему не вернули, кооператив оказался закрыт. Его показания подтверждают изъятые выемкой документы:членская книжка ------ - ФИО12 №109, показавшего, что являлся пайщиком указанного кооператива с дата, заключил с ним несколько договоров, которые были исполнены, и дата он заключил с ним договор на ------ рублей на 2 года под 18 % годовых. По истечении срока договора деньги ему не вернули, кооператив оказался закрыт. Его показания подтверждают изъятые выемкой документы:членская книжка ------ - ФИО12 №134, показавшей при допросе следователю, что с мая 2010 года являлась пайщиком указанного кооператива, заключила с ним несколько договоров, которые были исполнены, и дата она заключила с ним договор на ------ рублей на 12 месяцев под 17 % годовых. По истечении срока договора деньги ей не вернули, кооператив оказался закрыт ----- Ее показания подтверждают изъятые выемкой документы: членская книжка ------ - ФИО12 №66, показавшей, что с сентября 2012 года являлась пайщиком указанного кооператива, заключила с ним несколько договоров, которые были исполнены, и дата она заключила с ним договор на ------ рублей на 6 месяцев под 14 % годовых. дата по ее просьбе ей досрочно вернули ------ рублей. По истечении срока договора оставшиеся ------ рублей ей не вернули, кооператив оказался закрыт. Ее показания подтверждают изъятые выемкой документы: членская книжка ------ - ФИО12 №3, показавшего, что являлся пайщиком указанного кооператива с октября 2010 года, заключил с ним несколько договоров, которые были исполнены, и дата он заключил с ним договор на ------ рублей на 1 год под 17 % годовых. По истечении срока договора деньги ему не вернули, кооператив оказался закрыт. Его показания подтверждают изъятые выемкой документы: членская книжка ------ - ФИО12 №39 показавшей, что с дата являлась пайщиком указанного кооператива, заключила с ним несколько договоров, которые были исполнены, и дата она заключила с ним договор на ------ рублей на 12 месяцев под 17 % годовых, дата – договор на ------ рублей на 6 месяцев под 14% годовых, дата – договор на ------ рублей на 12 месяцев под 17% годовых, а всего на общую сумму ------ рублей. По истечении срока договора деньги ей не вернули, кооператив оказался закрыт. Ее показания подтверждают изъятые выемкой документы: членская книжка ------ - ФИО12 №71, показавшей, что с дата являлась пайщиком указанного кооператива, заключила с ним несколько договоров, которые были исполнены, и дата она заключила с ним договор на ------ рублей на 6 месяцев под 14 % годовых. По истечении срока договора деньги ей не вернули, кооператив оказался закрыт. Ее показания подтверждают изъятые выемкой документы: членская книжка ------ - ФИО12 №58, показавшей, что с 2010 года являлась пайщиком указанного кооператива, заключила с ним несколько договоров, которые были исполнены, и 25 ФИО12 №158 2014 года она заключила с ним договор на ------ рублей на 12 месяцев под 17 % годовых. По истечении срока договора деньги ей не вернули, кооператив оказался закрыт. Ее показания подтверждают изъятые выемкой документы:членская книжка ------ - ФИО12 №57, показавшего, что являлся пайщиком указанного кооператива с апреля 2011 года, заключил с ним несколько договоров, которые были исполнены, и дата он заключил с ним договор на ------ рублей на 6 месяцев под 13 % годовых. По истечении срока договора деньги ему не вернули, кооператив оказался закрыт. Его показания подтверждают изъятые выемкой документы: членская книжка ------ - ФИО12 №152, показавшего, что являлся пайщиком указанного кооператива с 2011 года, заключил с ним несколько договоров, которые были исполнены, и дата он заключил с ним договор на ------ рублей на 1 год под 17 % годовых, дата дополнительно внес по данному договору ------ рублей, а всего ------ рублей. По истечении срока договора деньги ему не вернули, кооператив оказался закрыт. Его показания подтверждают изъятые выемкой документы: членская книжка ------ - ФИО12 №142, показавшей, что с дата являлась пайщиком указанного кооператива, заключила с ним договор, который был исполнен, и дата она заключила с ним договор на ------ рублей на 12 месяцев под 17 % годовых. По истечении срока договора деньги ей не вернули, кооператив оказался закрыт. Ее показания подтверждают изъятые выемкой документы:членская книжка ------ - ФИО12 №65, показавшего при допросе следователю, что дата он вступил в указанный кооператив и заключил с ним договор, в соответствии с которым передал ------ рублей. По истечении срока договора в декабре 2014 года - январе 2015 года он неоднократно приезжал в офис кооператива, но денег ему не вернули, ссылаясь на их отсутствие ----- Его показания подтверждают изъятые выемкой документы: членская книжка ------ - ФИО12 №157, показавшей, что дата вступила в указанный кооператив и заключила с ним договор на ------ рублей на 12 месяцев под 17 % годовых. По истечении срока договора деньги ей не вернули, кооператив оказался закрыт. Ее показания подтверждают изъятые выемкой документы:------ - ФИО12 №141, показавшей, что дата она вступила в указанный кооператив и заключила с ним договор на ------ рублей на 1 год под 17 % годовых. По истечении срока договора деньги ей не вернули, кооператив оказался закрыт. Ее показания подтверждают изъятые выемкой документы: членская книжка ------ - ФИО12 №110, показавшей, что дата она вступила в указанный кооператив и заключила с ним договор на ------ рублей на 24 месяца под 18 % годовых. По истечении срока договора деньги ей не вернули, кооператив оказался закрыт. Ее показания подтверждают изъятые выемкой документы: членская книжка ------ 2) путем исследования показаний потерпевших, в том числе оглашенных, о заключении ими договоров о передаче личных сбережений с КПК «------» в офисе, расположенном по адресу: адрес, адрес, на основании которых ими были переданы денежные средства, которые им не возвращены, и протоколов осмотра документов, изъятых у потерпевших: - ФИО12 №97, показавшей, что с 2010 года она является пайщицей указанного кооператива, заключила с ним несколько договоров, которые были исполнены, и 12 ФИО12 №158 2014 года она заключила с ним договор на ------ рублей на 12 месяцев под 17 % годовых, по которому дата дополнительно внесла ------ рублей, дата – договор на ------ рублей на 12 месяцев под 17% годовых, дата – договор на ------ рублей на 12 месяцев под 17% годовых, а всего ------ рублей. По истечении сроков договоров деньги ей не вернули, кооператив оказался закрыт. Ее показания подтверждают изъятые выемкой документы: членская книжка ------ - ФИО12 №136, показавшей, что с 2010 года является пайщицей указанного кооператива, заключила с ним несколько договоров, которые были исполнены, и дата она заключила с ним договор на ------ рублей на 12 месяцев под 17 % годовых. По истечении срока договора деньги ей не вернули, кооператив оказался закрыт. Ее показания подтверждают изъятые выемкой документы: членская книжка ------ - ФИО12 №135 показавшего при допросе следователю, что с 2010 года он является пайщиком указанного кооператива, заключил с ним несколько договоров, которые были исполнены, и дата он заключил с ним договор на ------ рублей на 12 месяцев под 17 % годовых. По истечении срока договора деньги ему не вернули, кооператив оказался закрыт ----- Его показания подтверждают изъятые выемкой документы: членская книжка ------ - ФИО12 №83, показавшей, что с 2010 года является пайщицей указанного кооператива, заключила с ним несколько договоров, которые были исполнены, и дата она заключила с ним договор на ------ рублей на 6 месяцев под 14 % годовых. По истечении срока договора деньги ей не вернули, кооператив оказался закрыт. Ее показания подтверждают изъятые выемкой документы: членская книжка ------ - ФИО12 №23, показавшей, что с 2010 года является пайщицей указанного кооператива, заключила с ним несколько договоров, которые были исполнены, и дата она заключила с ним договор на ------ рублей на 1 месяц под 8 % годовых. По истечении срока договора деньги ей не вернули, кооператив оказался закрыт. Ее показания подтверждают изъятые выемкой документы: членская книжка ------ - ФИО12 №56, показавшей при допросе следователю, что с 2010 года является пайщицей указанного кооператива, заключила с ним несколько договоров, которые были исполнены, и дата она заключила с ним договор на ------ рублей на 12 месяцев под 17 % годовых. По истечении срока договора деньги ей не вернули, а впоследствии кооператив оказался закрыт /----- Ее показания подтверждают изъятые выемкой документы: членская книжка ------ - ФИО12 №28, показавшей, что с 2011 года является пайщицей указанного кооператива, заключила с ним несколько договоров, которые были исполнены, и 05 ФИО12 №158 2014 года она заключила с ним договор на ------ рублей на 12 месяцев под 15 % годовых, дата – договор на ------ рублей на 12 месяцев под 15 % годовых, дата – договор на ------ рублей на 12 месяцев под 17% годовых. По истечении сроков договоров деньги ей не вернули, кооператив оказался закрыт. Ее показания подтверждают изъятые выемкой документы: членская книжка ------ - ФИО12 №94, показавшей при допросе следователю, что с 2011 года является пайщицей указанного кооператива, заключила с ним несколько договоров, которые были исполнены, и дата она заключила с ним договор на ------ рублей на 12 месяцев под 14 % годовых, в тот же день она дополнительно внесла по указанному договору еще ------ рублей, а всего ------ рублей. По истечении срока договора деньги ей не вернули, кооператив оказался закрыт /----- Ее показания подтверждают изъятые выемкой документы: членская книжка ------ - ФИО12 №10, показавшего, что с 2012 года является пайщиком указанного кооператива, заключил с ним несколько договоров, которые были исполнены, и дата он заключил с ним договор на ------ рублей на 1 год под 16 % годовых. По истечении срока договора деньги ему не вернули, кооператив оказался закрыт. Его показания подтверждают изъятые выемкой документы: ------ - ФИО12 №112, показавшей, что с дата является пайщицей указанного кооператива, заключила с ним несколько договоров, которые были исполнены. После истечения его срока, то есть дата она заключила с кооперативом договор на ------ рублей сроком на 1 год. По истечении срока этого договора деньги ей не вернули, кооператив оказался закрыт. Ее показания подтверждают изъятые выемкой документы: договор ------ - ФИО12 №86, показавшей, что с августа 2012 года является пайщицей указанного кооператива, заключила с ним несколько договоров, которые были исполнены, и 17 ФИО12 №158 2014 года она заключила с ним договор на ------ рублей на 12 месяцев под 17 % годовых, дата – договор на ------ рублей на 6 месяцев под 14 % годовых, дата – договор на ------ рублей на 6 месяцев под 14 % годовых, дата – договор на ------ рублей на 3 месяца под 12 % годовых, а всего ------ рублей. По истечении сроков договоров деньги ей не вернули, кооператив оказался закрыт. Ее показания подтверждают изъятые выемкой документы: членская книжка ------ - ФИО12 №173, показавшей, что с октября 2012 года является пайщицей указанного кооператива, заключила с ним несколько договоров, которые были исполнены, и дата она заключила с ним договор на ------ рублей на 6 месяцев под 14 % годовых. По истечении срока договора деньги ей не вернули, кооператив оказался закрыт. Ее показания подтверждают изъятые выемкой документы: членская книжка ------ - ФИО12 №129, показавшей, что с ноября 2013 года является пайщицей указанного кооператива, заключила с ним договор, который был исполнен, и дата она заключила с ним договор на ------ рублей на 6 месяцев под 14 % годовых. По истечении срока договора деньги ей не вернули, кооператив оказался закрыт. Ее показания подтверждают изъятые выемкой документы: членская книжка ------ - ФИО12 №104, показавшей, что дата она заключила с указанным кооперативом договор на ------ рублей на 12 месяцев под 17 % годовых. По истечении срока договора деньги ей не вернули, кооператив оказался закрыт. Ее показания подтверждают изъятые выемкой документы: членская книжка ------ Соответствующие заявления вышеуказанных потерпевших в правоохранительные органы о привлечении к уголовной ответственности лиц, причастных к хищению их денежных средств, также подкрепляют эти доказательства /----- Вышеприведенные показания потерпевших и вину подсудимого в совершении хищения при установленных судом обстоятельствах подтверждают также и исследованные судом письменные документы КПК «------», изъятые в ходе осмотра места происшествия дата по адресу: адрес, офис -----, и в ходе выемки дата по адресу: адрес, офис -----: 1) документы головного офиса в адрес: - подшивки отчетов кассира с приходными и расходными ордерами, кассовых книг за период с февраля 2010 года по декабрь 2014 года; - подшивки авансовых отчетов за 2013 и 2014 годы; - договоры о передаче личных сбережений пайщика с ----- по ----- с приложениями; - договоры займа с ----- по ----- с приложениями; - файл с квитанциями к ПКО за 2011-2014 гг. по возврату подотчетных сумм ФИО5 2) документы обособленного подразделения в адрес: - договоры о передаче личных сбережений пайщиков за период с дата по дата с приложением документов; - договоры займов за период дата по дата с приложением документов; - подшивки отчетов кассира с приходными и расходными ордерами, кассовых книг за период с декабря 2009 года по январь 2015 года; - подшивки авансовых отчетов за 2013 и 2014 годы ----- Также судом исследованы банковские выписки по счетам КПК «------ - из ООО КБ «Мегаполис» за период с дата по дата, согласно которой за указанный период на расчетный счет поступило от ФИО5 и ФИО346 ------ 00 коп., которые были направлены на оплату налогов, иных обязательных платежей, оплату арендной платы и размещение рекламы /-----/; - из АКБ «Чувашкредитпромбанк» ПАО за период с дата по 01 ФИО12 №158 2016 года, согласно которой за указанный период на расчетный счет поступило ------ коп., которые были направлены на оплату налогов, иных обязательных платежей, оплату арендной платы и размещение рекламы /----- Как следует из ответа КПКГ «------» от дата на запрос, кооперативом были выданы займы ФИО5: - дата по договору займа ----- на общую сумму ------ - дата по договору займа ----- на общую сумму ------ - 17 ФИО12 №158 2010 года по договору займа ----- на общую сумму ------ Вышеуказанная совокупность бухгалтерской документации была предметом экспертного исследования в ходе предварительного расследования и по ней дано заключение эксперта ----- от дата, согласно которому, за период с дата по дата в КПК «------» поступили денежные средства в размере ------ коп., в том числе взносы по договорам сбережений ------ коп. При этом в офис в адрес поступило денежных средств на общую сумму ------ Расход денежных средств в КПК «------» составил ------ коп., в том числе: возврат по договорам сбережений ------ коп., компенсация по договорам сбережений ------ коп. Из них по офису в адрес расход составил ------ Задолженность перед пайщиками по договорам сбережений составила ------ рублей, из них: в офисе в адрес – ------ рублей, в офисе в адрес – ------ рублей. КПК «------» за период с дата по дата выдано займов пайщикам на ------ Нарушений порядка получения вышеуказанных доказательств стороной обвинения в ходе предварительного расследования суд не усматривает, оценивая указанные доказательства, как по отдельности, так и в их совокупности, суд находит их отвечающими требованиям относимости и допустимости к предмету доказывания по рассматриваемому делу. Таким образом, вышеуказанная совокупность доказательств бесспорно свидетельствует о том, что ФИО5, являясь руководителем КПК «------», используя свои служебные полномочия, заключив от имени кооператива вышеуказанные договоры с гражданами через уполномоченных им доверенностями работников кооператива, на основании которых потерпевшие внесли свои денежные средства в кооператив, рассчитывая на добросовестное исполнение кооперативом своих обязательств по возврату денег и выплате процентов, фактически обманул их и ввел в заблуждение. Так, сам факт хищения денежных средств потерпевших и фактические обстоятельства, при которых каждый из потерпевших под воздействием обмана и злоупотребления их доверием передал кооперативу свои денежные средства, размер этих средств, подтверждается описанными в настоящем приговоре показаниями этих потерпевших и представленными ими документами, а также изъятыми в кооперативе документами. С учетом указанных доказательств оснований сомневаться в достоверности показаний потерпевших у суда не имеется. Элемент мошенничества в виде обмана подтверждается показаниями потерпевших и свидетелей, приведенными в настоящем приговоре, из которых следует, что потерпевшим при заключении договоров и внесении денег в кооператив сообщались недостоверные сведения о его стабильном функционировании, осуществлении приносящей доход деятельности по купле-продаже зерна, а также о страховании вкладов граждан. При этом показаниями самого подсудимого, свидетелей, в том числе работников кооператива, судом установлено, что какого-либо страхования вкладов граждан не было. Напротив, даже членство КПК «------» в саморегулируемой организации, что являлось определенной гарантией исполнения обязательств, на момент заключения договоров с потерпевшими уже отсутствовало, однако гражданам продолжалась преподноситься ложная информация о таком членстве. Кроме того, п.7 ч.1 ст.6 Федерального закона от дата № 190-ФЗ «О кредитной кооперации» прямо запрещает кредитным кооперативам осуществлять торговую и производственную деятельность. Несмотря на указанное ограничение, как следует из показаний самого подсудимого, свидетелей-работников кооператива, полученные от граждан денежные средства большей частью использовались на торгово-закупочную деятельность, осуществляемую ФИО5, а доход от выдачи займов составлял лишь незначительную часть и не покрывал расходы кооператива на выплату процентов по вкладам. При этом, как установлено судом, с целью обмана пайщиков-вкладчиков, в договорах с ними были прописаны условия о целевом использовании вкладов на формирование фонда взаимопомощи пайщиков кооператива. Элемент мошенничества в виде злоупотребления доверием потерпевших подтверждается заключением договоров с ними, в которых были прописаны обязательства кооператива по возврату вкладов и выплате процентов. При этом из показаний свидетелей-работников КПК «------ следует, что фактически у кооператива отсутствовала достаточная доходность, позволявшая исполнить принятые обязательства по выплате процентов и возврату вкладов. Вышеприведенное заключение эксперта подтверждает указанные обстоятельства. Расхождение выводов эксперта о задолженности кооператива перед пайщиками (указана большая сумма), нежели установленная судом общая сумма похищенного у потерпевших, не свидетельствует о недостоверности выводов эксперта, поскольку усматривается, что объем предъявленного ФИО5 обвинения учитывает не всех пайщиков кооператива, которым не возвращены денежные средства. Отсутствие у КПК «------» достаточного самостоятельного имущества (кроме офисной техники и мебели) и дебиторской задолженности, сопоставимых по общей стоимости с размером обязательств, также указывает на отсутствие обеспеченности исполнения обязательств по возврату вкладов и выплате процентов по ним. Вопреки доводам подсудимого о том, что он не похищал денежные средства потерпевших, вышеприведенные в настоящем приговоре доказательства свидетельствуют о том, что полученные от граждан по вкладам денежные средства ФИО5, пользуясь своим служебным положением, по собственному усмотрению направлял на осуществление собственной торгово-закупочной деятельности, в том числе и через созданные им коммерческие структуры, и лишь незначительная часть этих средств выдавалась другим пайщикам кооператива по договорам займов. Также судом из показаний самого подсудимого установлено, что уже с 2013 года, то есть еще до заключения договоров с потерпевшими, он осознал об убыточности деятельности КПК «------», однако, заведомо зная об этом, то есть неисполнимости обязательств кооперативом, продолжал заключать новые договоры о привлечении вкладов с гражданами. Само по себе то обстоятельство, что многие потерпевшие при заключении этих договоров фактически не передавали денежных средств в кооператив, не свидетельствует об отсутствии признака хищения. Так, из показаний таких потерпевших следует, что на момент заключения этих договоров у них были ранее заключенные договоры с истекшим сроком исполнения, по которым у кооператива имелась обязанность выплатить денежные средства. Однако при этом гражданам не предлагалось забрать свои деньги, а они сами пожелали вложить свои деньги на новый срок, находясь под обманом и введенные в заблуждение о финансовой стабильности КПК «------ При этом также кооперативом оформлялись расходные кассовые документы о получении гражданами своих вложений по предыдущим договорам и приходные кассовые документы о приеме денег от граждан по новым договорам. Соответственно, обеими сторонами при заключении договоров презюмировалась добросовестность исполнения предыдущего договора. При таких обстоятельствах указанное не противоречит положениям гражданского законодательства о зачете взаимных требований и применительно к рассматриваемому делу позволяет установить фактическое вложение денег гражданами по заключенным ими договорам. Довод подсудимого о невозможности исполнения обязательств по возврату вкладов одномоментным востребовании вкладов гражданами несостоятелен и опровергается данными договоров о сроках их исполнения. При этом в ходе судебного следствия установлено, что факты досрочного востребования пайщиками своих вкладов были единичными. Вмененный подсудимому квалифицирующий признак совершения хищения с использованием служебного положения нашел свое подтверждение наличием у ФИО5 в КПК «------ управленческих, организационно-распорядительных и административно-хозяйственных функций, основанных на полномочиях единоличного исполнительного органа. Квалифицирующий признак совершения мошенничества в особо крупном размере подтвержден общей суммой похищенных у потерпевших средств с учетом примечания 4 к ст. 158 УК РФ . В то же время органом предварительного расследования необоснованно вменено подсудимому также совершение мошенничества с причинением значительного ущерба гражданину. Наличие вышеуказанного признака мошенничества в особо крупном размере исключает одновременное наличие признака мошенничества с причинением значительного ущерба гражданину. Само по себе то обстоятельство, что конкретному из потерпевших в результате хищения был причинен значительный ущерб, не свидетельствует о необходимости применения этого квалифицирующего признака, поскольку ФИО5 предъявлено обвинение в совершении всех хищений, объединенных единым умыслом, что нашло свое подтверждение в ходе судебного следствия. Вопреки доводам стороны защиты о необходимости квалификации содеянного (в случае его доказанности) по соответствующей части ст. 159.4 УК РФ , таких оснований суд не усматривает. Так, из вышеприведенных доказательств судом установлено, что вклады граждан принимались по договорам, заключенным кредитным кооперативом, который не относится к коммерческим организациям. Кроме того, заключение вышеуказанных договоров гражданами-пайщиками с кооперативом было обусловлено не осуществлением коммерческой деятельности кооперативом, а формированием фонда взаимопомощи, то есть для осуществления уставных задач кооператива. При указанных обстоятельствах содеянное ФИО5 по указанному эпизоду суд квалифицирует по ч.4 ст. 159 УК РФ как хищение чужого имущества путем обмана и злоупотребления доверием (мошенничество) в особо крупном размере, совершенное лицом с использованием своего служебного положения.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Хищение денежных средств пайщиков Сельскохозяйственного потребительского сбытового кооператива «------ Также, оспаривая свою вину в совершении указанного преступления, подсудимый ФИО5 показал, что СПСК «------» был создан дата, его учредителями выступили он, ФИО344, ФИО12 №2, ФИО346, ФИО415, ФИО428. С момента создания кооператива он стал его руководителем – исполнительным директором, остальные учредители какого-либо участия в последующей деятельности кооператива не принимали, их присутствие потребовалось лишь в силу требований законодательства к числу (не менее семи) учредителей кооператива. Изначально местом нахождения СПСК «------» была адрес адрес, потом был арендован офис по адресу: адрес, адрес то есть в одном здании с КПК «------». В 2014 году было создано обособленное подразделение СПСК «------» в адрес, которое находилось в одном помещении с КПК «------», то есть по адресу: адрес и инспектор-кассир КПК «------» ФИО339 одновременно стала исполнять аналогичные обязанности в СПСК «------». Помимо указанных лиц в кооперативе также работали: его заместители Свидетель №1 (занималась рекламой, работой с пайщиками) и ФИО351 (занимался куплей-продажей зерновых культур); бухгалтеры – сначала ФИО12 №2, а затем ФИО374, инспектор-кассир Свидетель №3 СПСК «------» изначально был создан для осуществления основной деятельности по купле-продаже зерновых культур и по своей сути был обычной коммерческой организацией. При этом кооператив принимал вклады от граждан под проценты, которые использовались в указанной коммерческой деятельности кооператива, этот размер процентов по вкладам был выше, чем в КПК «------», поскольку доход от купли-продажи зерна был больше. Размер процентов по вкладам по предложению Свидетель №1 устанавливался им «с оглядкой» на размер процентов в других кооперативах, которые Свидетель №1 анализировала и сравнивала, однако экономического обоснования при определении размера процентов по вкладам граждан в СПСК «------» она не проводила. Понуждений граждан к заключению договоров не было, граждане добровольно заключали договоры и вносили вклады. На стенде в офисе была вся необходимая информация о кооперативе. Информации о страховании вкладов в ней не было, указаний сообщать гражданам такую ложную информацию работникам СПСК «------» он не давал. Свои действия работники кооператива согласовывали с ним, каким образом в предъявленной ему на обозрение рекламной публикации в газете оказалась информация о том, что вклады застрахованы, ему неизвестно, он таких указаний не давал. Оплата размещения рекламы производилась с банковского счета СПСК «------». Изначально ведение бухгалтерского учета было возложено на ФИО12 №2, но с 2011 года в связи с ее выходом на пенсию официально эта функция была возложена на него как руководителя, неофициально бухучет помогали вести сначала ФИО12 №2, потом – ФИО374 Правом подписания банковских документов сначала обладал только он, потом кооператив перешел на работу по дистанционной системе «клиент – банк» и свои логин и пароль доступа к деньгам на банковском счете он передал сначала ФИО12 №2, потом – ФИО374, но они в любом случае согласовывали с ним операции по распоряжению средствами на счете. В случае недостаточности денежных средств СПСК «------» на возврат вкладов и выплату процентов по ним кооператив получал займы в иных кооперативах. Для осуществления коммерческой деятельности по перевозке зерновых культур СПСК «------» приобрел в лизинг два автомобиля «------». Осенью 2014 года один автомобиль, выкупленный к тому времени кооперативом у лизингодателя, был передан кооперативу «------» в счет ФИО385 по договору займа, второй автомобиль забрал лизингодатель. Каких-либо крупных активов, кроме офисной техники и мебели, у СПСК «------» не имеется. В сентябре 2014 года с целью оказания содействия деятельности СПСК «------» им был создан СПСК «------». Денежные средства граждан он не похищал, 33 млн. руб., полученные в СПСК «------» по договору займа, он не вернул, поскольку потратил на развитие деятельности кооператива, в том числе на приобретение зерновых культур. Небольшая часть денег кооперативом была выдана иным гражданам по договорам займов, которые не были возвращены. Проблемы с возвратом вкладов гражданам и выплатой им процентов начались осенью 2014 года, когда вкладчики массово стали забирать из кооператива свои вложения. Эта ситуация возникла только по указанной причине, поскольку доход СПСК «------» от купли-продажи зерновых позволял выполнять свои обязательства перед вкладчиками в полном объеме. Несмотря на указание в договорах на прием вкладов от граждан о целевом использовании этих денежных средств для формирования фонда взаимопомощи пайщиков кооператива, не усматривает нарушений в их использовании в купле-продаже, поскольку это не было запрещено уставом кооператива. Собрания с пайщиками СПСК ------» не проводились, поскольку никто из них на этом не настаивал, их было много и их состав постоянно менялся. Однако позицию подсудимого и его показания в судебном следствии суд оценивает критически, как направленную на избежание уголовной ответственности, поскольку она опровергается доказательствами, представленными суду стороной обвинения. Так, на основании допроса потерпевших граждан, свидетелей – работников СПСК «------» и иных связанных с его деятельностью лиц, а также исследования письменных и вещественных доказательств судом установлены подробные обстоятельства хищения. В частности, свидетель ФИО344, чьи показания были оглашены в суде, в ходе допроса следователю показала, что с дата по дата она состояла в браке с ФИО5 По просьбе ФИО5 в 2010 году она вошла в состав учредителей СПСК «------», так как со слов супруга для создания кооперативов требовалось не менее 7 человек. Также по просьбе супруга она попросила войти в состав учредителей ФИО347 В деятельности этой организаций она не участвовала, лишь по просьбе мужа подписывала документы, которые он приносил. Всю фактическую деятельность в организации осуществлял ее супруг. Со слов супруга ей известно, что созданием кооператива он хотел привлечь денежные средства граждан для осуществления торговли зерном, так как ранее у него имелись ООО «------» и ООО «------», где он осуществлял такую же деятельность по торговле зерном, но из-за нехватки оборотных средств не мог наладить постоянную торговлю. По просьбе супруга она несколько раз оформляла на себя кредиты в банках. Какой доход получал супруг от работы в СПСК «------», не знает. В 2009 году они приобрели в ипотеку сроком на 15 лет трехкомнатную квартиру. За период с 2009 года единственное, что ФИО5 приобрел, это автомобиль «Форд Фокус», иных дорогостоящих приобретений они не совершали /----- Допрошенный в суде свидетель Свидетель №2, подтверждая свои оглашенные показания /----- показал, что он является председателем ------ с августа 2001 года – еще и директором КПК «------», а с 2005 года – также председателем Республиканского союза кредитных потребительских кооперативов граждан. С ФИО5 знаком около 8 лет, на тот момент тот был директором ООО «------» и неоднократно получал в КПК «------» займы на различные суммы, с которыми расплачивался в срок. Ему также известно, что в 2010 году ФИО5 был учрежден СПСК «------», но так как данный кооператив является сельскохозяйственным, то его деятельность его не интересовала. В период существования СПСК «------» ФИО5 как физическое лицо неоднократно получал займы в кредитных кооперативах, входящих в Республиканский союз кредитных кооперативов граждан, но это также является нормальной практикой, так как для пополнения оборотных средств кооперативы прибегают к помощи других кооперативов. Также в 2014 году ФИО5 неоднократно обращался в Республиканский союз кредитных кооперативов граждан для получения займов для расчетов со своими пайщиками, и ему были предоставлены несколько займов в КПК «------» адрес, который также входит в Республиканский союз, под залог автомобиля «------». В январе 2015 года, когда ФИО5 не смог расплачиваться по выданным займам, по обоюдному решению автомобиль с прицепом был передан КПК «------» и разница в стоимости автомобиля и суммы долга в размере ------ рублей была перечислена на расчетный счет СПСК «------». После получения автомобиля с прицепом КПК «------» передал их в аренду СПСК «------» адрес. Свидетель ФИО12 №37, чьи показания в ходе предварительного расследования были оглашены в суде, при допросе следователю показала, что с июля 2010 года она является директором КПК «------», адрес, который является членом Республиканского союза кредитных потребительских кооперативов граждан. В конце сентября 2014 года в КПК «------» из Республиканского союза поступили документы на оформление займа СПСК «------ рублей, а в октябре 2014 года на выдачу СПСК «------» еще двух займов на ------ рублей и ------ рублей. Так как СПСК «------» свои обязательства не исполнял, дата между КПК «------» и СПСК «------» было заключено соглашение об отступном, согласно которому КПК «------» были переданы автомобиль марки «------» и прицеп марки «------», принадлежавшие ранее СПСК «------», которые были оценены в ------ коп. Сумма задолженности к тому времени составляла ------, поэтому разница в ------ рублей была перечислена на расчетный счет СПСК «------» -----/. Из оглашенных показаний свидетеля Свидетель №1 следует, что с дата по январь 2015 года она работала в СПСК «------» заместителем директора по рекламе. Кроме СПСК «------» ФИО5 являлся также директором КПК «------». Оба кооператива располагались по адресу: адрес, только в разных офисах: КПК «------» в офисе -----, СПСК «------» в офисе -----. В ее должностные обязанности входило: ведение переговоров по размещению рекламы кооператива в средствах массовой информации, таких как газеты «ПроГород Чебоксары», «ПроГород Новочебоксарск», «Пенсионер Чувашии», на радио и телевидении, а договоры заключал непосредственно ФИО5 С пайщиками она не общалась и оформлением документации не занималась, кроме как звонков им перед истечением сроков действия договоров с предупреждением подойти в офис кооператива для получения денежных средств либо продления договора. К деятельности по размещению денежных средств пайщиков она отношения не имела, этим занимался только директор ФИО5, а заместитель директора ФИО351 занимался закупкой зерна. Со слов ФИО5 ей известно, что денежные средства он вкладывает в закупку зерна у различных сельхозпредприятий с целью дальнейшей перепродажи. Отчетов о своей финансовой деятельности ФИО5 не предоставлял, собрания с пайщиками не проводил. В 2013 году она получила в СПСК «------» заем в размере ------ рублей под 0,7% в месяц, с которым не расплатилась из-за финансовых трудностей. Затруднения в выплате денежных средств пайщикам у кооператива начались в январе 2015 года, до этого в декабре 2014 года пайщики приходили в офис кооператива и обращались за получение денежных средств, с ними общался сам ФИО5 Работникам кооператива ФИО5 говорил, чтобы они просили пайщиков продлевать сроки их договоров еще на некоторое время, пока денег нет, они находятся в обороте, но при этом никаких указаний приостановить прием новых взносов от него не поступало. дата к ним в офис пришли сотрудники полиции, изъяли документацию и опечатали офис кооператива. На какие цели направлял полученные от пайщиков денежные средства ФИО5 ей неизвестно, о своих планах ФИО5 не говорил. Ей известно, что он приобретал для СПСК «------» в лизинг два автомобиля марки «------» /----- Свидетель ФИО351, подтверждая свои оглашенные показания -----, суду показал, что с ФИО5 знаком с 1986 года со времени совместного обучения в ВУЗе. В 2009 году ФИО5 рассказал ему, что занимается торговлей зерном и предложил помогать ему в поиске продавцов зерна. Он, проживая в адрес, согласился и когда узнавал о возможности выгодного приобретения зерна, звонил ему, после чего ФИО5 приезжал и покупал зерно. В 2010 году он по предложению ФИО5 перешел к нему на работу в ООО «------» заместителем директора, суть его работы заключалась в том же, поиске выгодных предложений покупки зерна. После учреждения ФИО5 СПСК «------» осенью 2011 года он по предложению ФИО5 был оформлен в этот кооператив также на должность заместителя директора. Офис кооператива располагался по адресу: адрес, офис -----, там же находился офис ООО «------», а затем ФИО5 было создано ООО «------», где он также занимал должность заместителя директора. СПСК «------» привлекал денежные средства граждан, которые вкладывались в деятельность по купле-продаже зерна, прибыль от которой направлялась на выплату процентов по вкладам гражданам. С пайщиками СПСК «------» он никогда не общался, так как суть его работы заключался в поиске клиентов. К деятельности по размещению денежных средств пайщиков он также никакого отношения не имел, этим занимались ФИО5 и другой заместитель Свидетель №1, он (ФИО429 только находил продавцов зерна, а также контролировал работу водителей двух автомобилей «------», которые СПСК «------» приобрел в лизинг в декабре 2012 и июне 2013 годах. Заключением договоров с продавцами и покупателями зерна занимался сам ФИО5 Наибольшую прибыль СПСК «------» получал от торговли зерном в 2012-2013 годах, когда у кооператива появились свои грузовые автомобили. Часть сделок по торговле зерном оформлялись через ООО «------» (если контрагенты были плательщиками НДС), в остальных случаях – через СПСК «------». В 2014 году крупные предприятия Тамбовской и Воронежской областей стали «перебивать» предложения и у них уменьшились объемы поставок, в связи с чем они перестали получать прибыль, а СПСК «------» ежемесячно продолжал платить лизинговые платежи за автомобили «------». Сам ФИО5 про финансовое положение СПСК «------» и ООО «------» ему особо не рассказывал, говоря, что по окончании срока лизинга автомобилей затрат станет меньше и заработная плата будет повышаться. О том, что деятельность СПСК «------» идет в убыток он ему ничего не говорил. О задолженности СПСК «------» перед пайщиками в конце 2014 года на сумму около ------. рублей и перед ООО «------» ему ФИО5 не говорил, об этом он узнал в январе 2015 года, когда неожиданно для него СПСК «------» прекратил свою деятельность. Насколько ему известно, иного имущества кроме указанных автомобилей «------» и офисных мебели и оргтехники у СПСК «------» не было. Бухгалтерский учет в кооперативе вела ФИО12 №2 Допрошенная в суде свидетель Свидетель №4, подтверждая свои оглашенные показания ----- суду показала, что с ФИО5 в 2011 году ее познакомила ФИО346, с которой они ранее работали в Республиканском союзе кредитных кооперативов граждан. На тот момент она находилась в отпуске по уходу за ребенком и по просьбе ФИО346, находясь дома, составляла для КПК «------» отчеты для сдачи в контролирующие органы. Все документы ей привозили либо ФИО346, либо ее муж, либо сам ФИО5 За оказание услуг ей ежемесячно выплачивалось вознаграждение в размере около ------. руб. Кроме того, в период с мая по декабрь 2014 года она оказывала такие же услуги СПСК «------». Офисы КПК «------» и СПСК «------» находились по адресу: адрес, куда в феврале и в мае 2014 года она выходила на работу заменять Свидетель №3 на время ее отпуска и занималась корректировкой базы «1С». СПСК «------» принимал вклады граждан, а также занимался куплей-продажей зерна. Полученные по вкладам от граждан денежные средства выдавались ФИО5 под отчет, которые он впоследствии возвращал, этим занималась инспектор-кассир Свидетель №3 Размещение рекламы СПСК «------» оплачивалось со счета в банке, указания об этом ей давала заместитель директора Свидетель №1 Сам ФИО5 получал в СПСК «------» займы под проценты, меньшие, чем на общих условиях, займы не вернул, его ФИО385 около ------. руб. В июне 2014 года в СПСК «------» также возникли сложности с выплатой процентов пайщикам, так как зерно приобреталось в небольшом количестве и полученных средств не хватало. В июле 2014 года эта финансовая ситуация начала улучшаться, но к декабрю 2014 года закупки вновь уменьшились и на выплату пайщикам сбережений и процентов по ним денежных средств не хватало. Дебиторская задолженность у кооператива была небольшая. Закупка зерна СПСК «------» производилась в основном директором ФИО5 за наличный расчет, для чего он получал денежные средства в подотчет, по которым он не всегда отчитывался, точную сумму не помнит, но она была более ------. руб. Также закупку зерна ФИО5 осуществлял через ООО «------», где он являлся учредителем и директором. В 2014 году фактическое поступление денежных средств от пайщиков в СПСК «------» было небольшим, так как договоры сбережений фактически только переоформлялись на новые сроки, тем самым оборотных средств для закупочной деятельности у ФИО5 не имелось, тем более что размер годовых (до 29%) по привлеченным сбережениям являлся чрезмерно большим и работать рентабельно СПСК «------» мог лишь при самых благоприятных условиях, то есть низкой закупочной стоимости зерна и реализации его с большой прибылью, что фактически было невозможным. О данных фактах она неоднократно говорила ФИО5, на что он отвечал, что другие кооперативы, привлекающие средства граждан под 60% годовых работают и они будут продолжать работать, не желая уменьшать размер годовых, так как опасался, что пайщики заберут свои деньги и перейдут в другие кооперативы. Также она сообщала ему, что закупка зерна нерентабельна, также нерентабельно для СПСК «------» было приобретать в лизинг грузовые автомобили марки «Камаз», так как расходы по их содержанию и оплате лизинга не покрывались за счет получаемого дохода, но ФИО5 не реагировал и на эти ее доводы. За счет каких денежных средств ФИО5 выплачивал ей вознаграждение, не знает, так как никогда ни в каких ведомостях она не расписывалась, денежные средства получала лично от ФИО5 наличными. Свидетель Свидетель №3, подтверждая свои оглашенные показания ----- суду показала, что с июня 2011 года по октябрь 2011 года она работала в КПК «------», а с октября 2011 года по дата – также в СПСК «------» на должности инспектора-кассира. Офисы обоих кооперативов располагались в одном здании по адресу: адрес, КПК «------» - в офисе -----, СПСК «------» - в офисе -----, директором обоих являлся ФИО5 Также оба кооператива имели дополнительные офисы в адрес, которые располагались в одном помещении, там работала инспектор-кассир ФИО339 СПСК «------» занимался приемом вкладов от граждан и куплей-продажей зерна. На основании доверенности, выданной ей ФИО5, в ее (Свидетель №3) обязанности в СПСК «------» входили оформление документов, в том числе заключение договоров, прием вкладов и их выдача по истечении срока действия договора, оформление сопутствующих кассовых документов. При приеме вкладов от граждан она сообщала им о деятельности СПСК «------», при этом говорила, что с их денежными средствами ничего не случится, так как об этом говорил ФИО5 СПСК «------» не являлся членом саморегулируемой организации, в офисе кооператива какого-либо документа о его членстве в саморегулируемой организации не было, о страховании вкладов в указанный кооператив гражданам она не говорила. О финансовых проблемах СПСК «------» ФИО5, который руководил всей деятельностью кооператива, ей не сообщал, поэтому она полагала, что дела у кооператива идут хорошо. Оба кооператива распространяли рекламу о своей деятельности, в том числе в средствах массовой информации, чем в СПСК «------» занималась Свидетель №1, действуя по указаниям ФИО5 Указанный в предъявленном ей на обозрение рекламном объявлении СПСК «------» в газете от дата ----- номером телефона ----- пользовалась Свидетель №1 Насколько ей известно, кроме компьютерной и бытовой техники в офисе, а также двух автомобилей «Камаз», приобретенных в лизинг, СПСК «------» иного имущества не имел, офис был арендован. Лимит кассы в СПСК «------» составлял около ------ тыс. руб. При превышении лимита кассы излишки выдавались ФИО5 в подотчет либо по договору займа с ним. При этом размер процентов по договору займа с ФИО5 составлял около 0,7 % в месяц, при этом обычным пайщикам кооператива займы выдавались под 5 % в месяц. На январь 2015 года задолженность ФИО5 перед СПСК «------» составляла около ------ млн. руб., оправдательных документов на эту сумму ФИО5 ей не представлял. Заместитель директора Свидетель №1 и она сама, в том числе как для себя, так и для Свидетель №1, также получали займы в СПСК «------» под проценты меньшие, чем на общих условиях. По займам, полученным для себя, она рассчиталась. Насколько ей известно, Свидетель №1 по займам, в том числе по полученному через нее, с СПСК «------» не рассчиталась. Затруднения с возвратом денежных средств пайщикам СПСК «------» начались в октябре 2014 года, о чем она сообщала ФИО5, на что он ей отвечал, что пока денег нет, они находятся в обороте, скоро все наладится, ожидается поступление большой суммы денег, за счет которых кооператив расплатится с пайщиками, говорил, чтобы она предлагала гражданам продлить срок действия договора хотя бы на 1 месяц. При этом по устному указанию ФИО5 они продолжали прием вкладов от граждан. В последующем никаких денег не поступило и дата сотрудники полиции опечатали офис кооператива. На январь 2015 года в СПСК «------» было около 250 вкладчиков, сумма ФИО385 перед ними была около ------. руб. Факты перехода вкладчиков КПК «------» в СПСК «------» были, в том числе и по ее информации о размере процентов по вкладам в СПСК «------», которую она иногда давала пайщикам КПК «------». При этом были единичные случаи, когда выдача денег пайщикам в КПК «------» и их прием в СПСК «------» оформлялись по документам, но деньги пайщикам на руки фактически не выдавались, а на ФИО5 оформлялись документы о выдаче в КПК «------» аналогичной суммы денег в подотчет и приеме от него этой же подотчетной суммы в СПСК «------». Допрошенная в суде свидетель ФИО339, подтверждая свои оглашенные показания -----, показала, что с января 2012 года по дата работала в КПК «------ а с февраля 2014 года по дата – также в СПСК «------», в обоих случаях инспектором-кассиром обособленных подразделений этих кооперативов, находящихся в одном помещении в адрес по адресу: адрес, офис адрес Директором обоих кооперативов был ФИО5 КПК «------» принимал вклады граждан и выдавал займы, а СПСК «------» только принимал вклады от граждан. От работника головного офиса в адрес Свидетель №3 ей было известно, что кооперативы также занимаются куплей-продажей зерна. На основании выданных ей директором доверенностей в ее должностные обязанности в обоих кооперативах входили прием денежных вкладов от граждан и их выдача по истечении сроков, оформление документов, в том числе заключение договоров и сопутствующих кассовых документов, а в КПК «------» - также выдача займов. При обращении граждан она разъясняла им условия размещения денежных средств, сообщала о членстве КПК «------» в саморегулируемой организации, что является гарантией возврата взносов граждан. В офисе была копия свидетельства о членстве КПК «------» в саморегулируемой организации. Об исключении КПК «------» с конца 2013 года из саморегулируемой организации ей стало известно лишь в январе 2015 года, ранее ФИО5 ей об этом не сообщал. О страховании вкладов в СПСК «------» она не говорила, лишь сообщала, что данный кооператив приобретает и реализует зерно и с их денежными средствами ничего не случится, о чем ей говорил ФИО5 Также ФИО5 говорил ей, что СПСК «------» скоро будет членом саморегулируемой организации и она предполагала, что это впоследствии было сделано, и лишь в январе 2015 года узнала, что СПСК «------» так и не стал членом какой-либо саморегулируемой организации кооперативов. Информацию об условиях договора, в том числе сроках приема вкладов и процентов по ним, согласованную ФИО5, ей предоставляли из головного офиса в адрес. О том, какую информацию необходимо сообщать гражданам, на первоначальном этапе работы в КПК «------» ее проинструктировала заместитель директора ФИО346 При поступлении денежных средств в крупном размере она звонила директору ФИО5, который приезжал и забирал денежные средства, превышающие лимит кассы. Выдачу денежных средств ФИО5 она производила по расходному кассовому ордеру. В целях привлечения граждан в оба кооператива она также размещала рекламу в газетах. По предъявленному на обозрение рекламному объявлению в газете от дата /----- пояснила, что именно такое объявление она размещала по согласованию с головным офисом. Указанный в объявлении номер телефона «-----» был у телефонного аппарата в ее офисе. Размещение рекламы происходило следующим образом: из головного офиса макет рекламы по электронной почте высылался ей и в редакцию газеты, она получала в редакции счет на оплату и пересылала его по электронной почте в головной офис, откуда производили оплату. Указаний привлечь как можно больше вкладчиков, в том числе и путем распространения недостоверных сведений, ей никто не давал. Офис кооперативов в адрес был арендован, в нем находились офисная техника и мебель, о наличии у кооперативов иного имущества ей неизвестно. При недостатке денежных средств на выплаты в одном из кооперативов ей привозили их из головного офиса. Также были факты временного использования денежных средств второго кооператива, если таковые были. Факты переходов пайщиков (вкладчиков) из КПК «------ в СПСК «------» были, пайщиков прельщал больший размер процентов по вкладам в последнем. При этом были случаи, когда выдача денег пайщикам в КПК «------» и их прием в СПСК «------» оформлялись по документам, но деньги пайщикам на руки фактически не выдавались, впоследствии бухгалтер в головном офисе ФИО204 сообщала ей, что деньги переведены. За весь период ее работы в КПК «------» сумма полученных от граждан вкладов превышала сумму выданных займов. По ее расчетам размер дохода от выдачи займов должен был покрывать размер выплат процентов по вкладам при надлежащем исполнении, но по выданным займам были ФИО385 заемщиков по возврату денег. Затруднения в выплате денежных средств пайщикам кооперативов начались примерно в октябре 2014 года. Это не было связано с массовым расторжением договоров, досрочно забрали деньги лишь 2-3 вкладчика. Когда пайщики желали забрать свои денежные средства, она звонила ФИО5, на что он ей сообщал, что пока денег нет, они находятся в обороте и говорил, чтобы она предлагала продлить срок действия договора хотя бы на 1 месяц. При этом никаких указаний от него приостановить прием новых взносов не поступало и она продолжала принимать денежные средства от новых пайщиков. Непосредственно в филиале в адрес затруднений с возвратом вкладов пайщикам не было до января 2015 года, поскольку заемщики КПК «------» вносили денежные средства по ранее выданным им займам. В январе 2015 года в связи с поступлением информации о проблемах в головном офисе пайщики стали массово писать заявления на досрочный возврат денежных средств. Тогда же в январе 2015 года она узнала, что головные офисы СПСК «------» и КПК «------» в адрес закрыты в связи с тем, что кооперативы не могут расплатиться со своими пайщиками. Ей известно, что ФИО5 приобретал для СПСК «------» в лизинг два автомобиля «------» и периодически приобретал и реализовывал зерно сельскохозяйственным предприятиям. Также потерпевшая ФИО12 №2, подтверждая свои оглашенные показания -----, показала, что с ФИО11 она знакома с 2000 года, работала бухгалтером в его фирме. С момента создания СПСК «------» в 2010 году по апрель 2014 года она вела бухгалтерский учет в указанном кооперативе, однако официально не была в нем трудоустроена. После указанной даты она также периодически приходила в СПСК «------», помогала вести бухгалтерский учет. Фактически все время официально ответственным за ведение бухгалтерского учета являлся руководитель кооператива ФИО5, который подписывал составленные ею документы. Указанный кооператив занимался куплей-продажей зерновых культур, приемом сбережений от граждан и выдачей им займов. Приемом и выдачей сбережений и займов, выплатой процентов по сбережениям (вкладам), подписанием соответствующих договоров и первичных кассовых документов на основании доверенности занималась Свидетель №3 Аналогичную работу в обособленном подразделении кооператива в адрес выполняла ФИО339 Руководитель кооператива ФИО5 постоянно говорил, что кооператив работает нормально, строил планы увеличения оборотов, приобрел в лизинг 2 автомобиля «Камаз». Кооператив имел определенный доход, однако со временем она поняла, что его размер не позволял покрывать расходы по выплате процентов по привлеченным сбережениям граждан. Так, по ее сведениям на апрель 2014 года долг перед пайщиками кооператива по сбережениям (вкладам) и процентам по ним составлял около ------ млн. руб. Размер процентов по вкладам устанавливал ФИО5 Большую часть денежных средств, поступавших от пайщиков кооператива по договорам сбережений, ФИО5 получал под отчет, с его слов они расходовались им на приобретение зерна. Задолженность ФИО5 по подотчетным суммам исчислялась сотнями тысяч рублей. На выдачу займов пайщикам использовалась лишь небольшая часть денег кооператива. Кроме офисной техники и мебели, а также вышеуказанных автомобилей «Камаз» иного имущества у кооператива не было. При учреждении СПСК «------» по просьбе ФИО5 она выступила одним из его учредителей, однако какого-либо участия в его деятельности не принимала, собрания пайщиков кооператива ФИО5 не проводились. Указаний от ФИО5 сообщать недостоверные сведения о деятельности кооператива не было, однако когда граждане-вкладчики задавали вопросы о состоятельности СПСК «------», работники кооператива, в том числе и она, говорили, что у них все в порядке, поскольку исходили из информации, которую до них доводил ФИО5 Как следует из выписки из Единого государственного реестра юридических лиц в отношении СПСК «------», указанный кооператив имеет ИНН ----- был зарегистрирован дата МИФНС России ----- по Чувашской Республике за основным государственным регистрационным номером (ОГРН) -----, по адресу: адрес, с дата зарегистрирован по адресу: адрес, офис -----, в состав учредителей входят 7 человек, в том числе ФИО5, который также являлся единоличным исполнительным органом – исполнительным директором ----- Копии протоколов ----- общего организационного собрания членов и собрания правления Сельскохозяйственного потребительского сбытового кооператива «------» (оба от дата) также подтверждают назначение ФИО5 исполнительным директором указанного кооператива /----- Приказом СПСК «------» от дата ФИО5 вступил в должность исполнительного директора СПСК «------» и возложил на себя ведение бухгалтерского учета -----. Непосредственные обстоятельства и размеры хищений денежных средств у каждого из потерпевших установлены судом на основании исследования следующих доказательств: 1) путем исследования показаний потерпевших, в том числе оглашенных, о заключении ими договоров о передаче личных сбережений с СПСК «------» в офисе, расположенном по адресу: адрес, адрес, на основании которых ими были переданы денежные средства, которые им не возвращены, и протоколов осмотра документов, изъятых у потерпевших: - ФИО12 №81, показавшего, что с декабря 2012 года он являлся пайщиком указанного кооператива, заключил с ним несколько договоров, которые были исполнены. В последующем он заключил с кооперативом еще договоры: ------ По истечении сроков договоров деньги ему не вернули, кооператив оказался закрыт. Его показания подтверждают изъятые выемкой документы: членская книжка ------ - ФИО12 №48, показавшего, что с дата он являлся пайщиком указанного кооператива, заключил с ним несколько договоров, которые были исполнены. дата он заключил с кооперативом договор на ------ рублей на 12 месяцев под 29 % годовых, по которому 14 ноября, 09 декабря и дата он дополнительно внес еще ------ рублей, а всего ------ рублей. По истечении срока договора деньги ему не вернули, кооператив оказался закрыт. Его показания подтверждают изъятые выемкой документы: членская книжка ------ - ФИО12 №153, показавшего, что с дата он являлся пайщиком указанного кооператива, заключил с ним несколько договоров, которые были исполнены. В последующем он заключил с кооперативом несколько договоров: в июле 2014 года на ------ рублей на 12 месяцев под 29 % годовых; в декабре 2014 года на ------ рублей на 3 месяца под 36 % годовых, а всего внес в кооператив ------ рублей. По истечении сроков договоров деньги ему не вернули, кооператив оказался закрыт. Его показания подтверждают изъятые выемкой документы: членская книжка ------ - ФИО12 №149, показавшей, что с 2012 года она являлась пайщиком указанного кооператива, заключила с ним несколько договоров, которые были исполнены. дата она заключила с кооперативом договор на ------ рублей на 1 год под 29 % годовых. По истечении срока договора деньги ей не вернули, кооператив оказался закрыт. Ее показания подтверждают изъятые выемкой документы:членская книжка ------ - ФИО12 №2, показавшей, что с дата она являлась пайщиком указанного кооператива, заключила с ним несколько договоров, которые были исполнены. дата она заключила с кооперативом договор на ------ рублей на 3 месяца под 29 % годовых. По истечении срока договора деньги ей не вернули, кооператив оказался закрыт. Ее показания подтверждают изъятые выемкой документы: членская книжка ------ - ФИО12 №20, показавшей, что с октября 2011 года она являлась пайщиком указанного кооператива, заключила с ним несколько договоров, которые были исполнены. дата она заключила с кооперативом договор на ------ рублей на 12 месяцев под 29 % годовых, дата дополнительно внесла 20000 рублей, а всего внесла в кооператив ------ рублей. По истечении срока договора деньги ей не вернули, кооператив оказался закрыт. Ее показания подтверждают изъятые выемкой документы: членская книжка ------ - ФИО12 №164, показавшей, что с дата она являлась пайщиком указанного кооператива, заключила с ним несколько договоров, которые были исполнены. После этого она заключила с кооперативом еще договоры: ------ По истечении сроков договоров деньги ей не вернули, кооператив оказался закрыт. Ее показания подтверждают изъятые выемкой документы: членская книжка ------ - ФИО12 №115, показавшего, что с 2011 года он являлся пайщиком указанного кооператива, заключил с ним несколько договоров, которые были исполнены. дата он заключил с кооперативом договор, передал ------ рублей на 12 месяцев под 29 % годовых. По истечении срока договора деньги ему не вернули, кооператив оказался закрыт. Его показания подтверждают изъятые выемкой документы: членская книжка ------ - ФИО12 №98, показавшей, что с дата она являлась пайщиком указанного кооператива, заключила с ним несколько договоров, которые были исполнены. дата она заключила с кооперативом договор на ------ рублей под 28 % годовых, по которому 29 июля и дата она внесла по ------ рублей, а всего внесла в кооператив ------ рублей. По истечении срока договора деньги ей не вернули, кооператив оказался закрыт. Ее показания подтверждают изъятые выемкой документы: членская книжка ------ - ФИО12 №62, показавшего, что с дата он являлся пайщиком указанного кооператива, заключил с ним несколько договоров, которые были исполнены. дата он заключил с кооперативом договор на ------ рублей на 6 месяцев под 24% годовых. По истечении срока договора деньги ему не вернули, кооператив оказался закрыт. Его показания подтверждают изъятые выемкой документы: ------ - ФИО12 №161, показавшей, что с 2011 года она являлась пайщиком указанного кооператива, заключила с ним несколько договоров, которые были исполнены. дата она заключила с кооперативом договор на ------ рублей на 6 месяцев под 24 % годовых. По истечении срока договора деньги ей не вернули, кооператив оказался закрыт. Ее показания подтверждают изъятые выемкой документы: ------ - ФИО12 №43, показавшего, что с 2011 года он являлся пайщиком указанного кооператива, заключил с ним несколько договоров, которые были исполнены. В последующем он заключил с кооперативом договоры: ------ Его показания подтверждают изъятые выемкой документы: ------ - ФИО12 №61, показавшей, что с 2012 года она являлась пайщиком указанного кооператива, заключила с ним несколько договоров, которые были исполнены. В последующем она заключила с кооперативом договоры: дата – договор на ------ рублей на 12 месяцев под 28 % годовых, по которому в течение 2014 года дополнительно внесла: ------ По истечении сроков договоров деньги ей не вернули, кооператив оказался закрыт. Ее показания подтверждают изъятые выемкой документы:------ - ФИО12 №87, показавшего, что с дата он являлся пайщиком указанного кооператива, заключил с ним несколько договоров, которые были исполнены. В последующем он заключил с кооперативом договоры: ------. По истечении сроков договоров деньги ему не вернули, кооператив оказался закрыт. Его показания подтверждают изъятые выемкой документы: ------ - ФИО12 №119, показавшего, что с февраля 2012 года он являлся пайщиком указанного кооператива, заключил с ним несколько договоров, которые были исполнены. дата он заключил с кооперативом договор на ------ рублей под 31 % годовых. По истечении срока договора деньги ему не вернули, кооператив оказался закрыт. Его показания подтверждают изъятые выемкой документы: ------ - ФИО12 №60, показавшего, что с 14 ФИО12 №158 2012 года он являлся пайщиком указанного кооператива, заключил с ним несколько договоров, которые были исполнены. дата он заключил с кооперативом договор на ------ рублей на 12 месяцев под 29 % годовых. По истечении срока договора деньги ему не вернули, кооператив оказался закрыт. Его показания подтверждают изъятые выемкой документы: ------ - ФИО12 №70, показавшей, что с 14 ФИО12 №158 2013 года она являлась пайщиком указанного кооператива, заключила с ним несколько договоров, которые были исполнены. дата она заключила с кооперативом договор на ------ рублей на 6 месяцев под 24 % годовых. По истечении срока договора деньги ей не вернули, кооператив оказался закрыт. Ее показания подтверждают изъятые выемкой документы: ------ - ФИО12 №36, показавшего, что с 28 ФИО12 №158 2012 года он являлся пайщиком указанного кооператива, заключил с ним несколько договоров, которые были исполнены. 28 ФИО12 №158 2014 года он заключил с кооперативом договор на ------ рублей сроком на 12 месяцев под 29% годовых, из которых дата досрочно получил обратно ------ рублей. По истечении срока договора оставшиеся ------ рублей ему не вернули, кооператив оказался закрыт. Его показания подтверждают изъятые выемкой документы: ------ - ФИО12 №144, показавшего, что с апреля 2012 года он являлся пайщиком указанного кооператива, заключил с ним несколько договоров, которые были исполнены. В последующем он заключил с кооперативом договоры: ------ По истечении сроков договоров деньги ему не вернули, кооператив оказался закрыт. Его показания подтверждают изъятые выемкой документы: ------ - ФИО12 №37, показавшей, что с апреля 2012 она являлась пайщиком указанного кооператива, заключила с ним несколько договоров, которые были исполнены. В последующем она заключила с кооперативом договоры: ------. По истечении сроков договоров деньги ей не вернули, кооператив оказался закрыт. Ее показания подтверждают изъятые выемкой документы: ------ - ФИО12 №172, показавшей, что с 2012 года она являлась пайщиком указанного кооператива, заключила с ним несколько договоров, которые были исполнены. дата она заключила с кооперативом договор на ------ рубль на 12 месяцев под 29 % годовых. По истечении срока договора деньги ей не вернули, кооператив оказался закрыт. Ее показания подтверждают изъятые выемкой документы: ------ - ФИО12 №68, показавшей, что с мая 2012 года она являлась пайщиком указанного кооператива, заключила с ним несколько договоров, которые были исполнены. дата она заключила с кооперативом договор на ------ рублей на 12 месяцев под 29 % годовых. Также дата ее сын внес в кооператив ------ рублей, которые были оформлены как дополнительный взнос по ее договору от дата, о чем она не знала. По истечении срока договора деньги ей не вернули, кооператив оказался закрыт. Ее показания подтверждают изъятые выемкой документы:------ - ФИО12 №116, показавшей, что с дата она являлась пайщиком указанного кооператива, заключила с ним несколько договоров, которые были исполнены. дата она заключила с кооперативом договор на ------ рублей на 12 месяцев под 29 % годовых. По истечении срока договора деньги ей не вернули, кооператив оказался закрыт. Ее показания подтверждают изъятые выемкой документы:------ - ФИО12 №79, показавшей, что с дата она являлась пайщиком указанного кооператива, заключила с ним несколько договоров, которые были исполнены. дата она заключила с кооперативом договор на ------ рублей на 12 месяцев под 29 % годовых. По истечении срока договора деньги ей не вернули, кооператив оказался закрыт. Ее показания подтверждают изъятые выемкой документы:------ - ФИО12 №101, показавшего, что с июня 2013 года он являлся пайщиком указанного кооператива, заключил с ним договор, который был исполнен. дата он заключил с кооперативом договор на ------ рублей на 12 месяцев под 29 % годовых. По истечении срока договора деньги ему не вернули, кооператив оказался закрыт. Его показания подтверждают изъятые выемкой документы: ------ - ФИО12 №154, показавшей, что с 2012 года она являлась пайщиком указанного кооператива, заключила с ним несколько договоров, которые были исполнены. дата она заключила с кооперативом договор на ------ рублей на 12 месяцев под 29 % годовых. По истечении срока договора деньги ей не вернули, кооператив оказался закрыт. Ее показания подтверждают изъятые выемкой документы: ------ - ФИО12 №14,показавшей, что с дата она являлась пайщиком указанного кооператива, заключила с ним договор, который был исполнен. В июле 2013 года она получила свои денежные средства и вложила их снова в СПСК «------»: ------ рублей – сроком на полгода, ------ рублей – сроком на 1 год. В июле 2014 года она узнала об открытии филиала СПСК «------» в адрес, адрес и в указанном офисе через инспектора-кассира ФИО339 заключила с СПСК «------» договоры: дата – договор на ------ рублей на 12 месяцев под 29 % годовых, по которому дата дополнительно внесла ------ рублей; дата – договор на ------ рублей на 12 месяцев под 25 % годовых, по которому дополнительно внесла: дата – ------ рублей, дата – ------ рублей, дата – ------ рублей. Также в июле 2014 года, когда у нее истек срок действия договора на ------ рублей, заключенного в офисе кооператива в адрес, его переоформили в филиале в адрес, а первый договор на ------ рублей так и остался неисполненным в адрес. По истечении сроков договоров деньги в сумме ------ рублей ей не вернули, кооператив оказался закрыт. Ее показания подтверждают изъятые выемкой документы: ------ - ФИО12 №99, показавшей, что с дата она являлась пайщиком указанного кооператива, заключила с ним несколько договоров, которые были исполнены. дата она заключила с кооперативом договор на ------ рублей на 1 месяц. По истечении срока договора деньги ей не вернули, кооператив закрылся. Ее показания подтверждают изъятые выемкой документы: ------ - ФИО12 №27, показавшего, что с 2012 года он являлся пайщиком указанного кооператива, заключил с ним несколько договоров, которые были исполнены. дата он заключил с кооперативом договор на ------ рублей на 12 месяцев под 29 % годовых. По истечении срока договора деньги ему не вернули, кооператив оказался закрыт. Его показания подтверждают изъятые выемкой документы: ------ - ФИО12 №127, показавшего при допросе следователю, что с сентября 2012 года он являлся пайщиком указанного кооператива, заключил с ним несколько договоров, которые были исполнены. В последующем он заключил с кооперативом несколько договоров: ------ По истечении сроков договоров деньги ему не вернули, кооператив оказался закрыт. Его показания подтверждают изъятые выемкой документы: ------ - ФИО12 №3, показавшего, что с октября 2010 года он являлся пайщиком указанного кооператива, заключил с ним несколько договоров, которые были исполнены. дата он заключил с кооперативом договор на ------ рублей, по которому 01 и дата дополнительно внес ------ рублей и ------ рублей, а всего ------ рублей. По истечении срока договора деньги ему не вернули, кооператив оказался закрыт. Его показания подтверждают изъятые выемкой документы: ------ - ФИО8, показавшей, что с дата она являлась пайщиком указанного кооператива, заключила с ним несколько договоров, которые были исполнены. В последующем она заключила с кооперативом несколько договоров: ------ По истечении сроков договоров деньги ей не вернули, кооператив оказался закрыт. Ее показания подтверждают изъятые выемкой документы: ------ - ФИО12 №47, показавшего, что с осени 2012 года он являлся пайщиком указанного кооператива, заключил с ним несколько договоров, которые были исполнены. В сентябре 2014 года он заключил с кооперативом договор на ------ рублей. По истечении срока договора деньги ему не вернули, кооператив оказался закрыт. Его показания подтверждают изъятые выемкой документы: ------ - ФИО12 №33, показавшей, что с дата она являлась пайщиком указанного кооператива, заключила с ним несколько договоров, которые были исполнены. дата она заключила с кооперативом договор на ------ рублей на 3 месяца под 29 % годовых. По истечении срока договора деньги ей не вернули, кооператив закрылся. Ее показания подтверждают изъятые выемкой документы:------ - ФИО12 №12,показавшей, что с дата она являлась пайщиком указанного кооператива, заключила с ним несколько договоров, которые были исполнены. дата она заключила с кооперативом договор на ------ рублей на 3 месяца под 24 % годовых. Дата договора ошибочно указана как «дата». По истечении срока договора деньги ей не вернули, кооператив закрылся. Ее показания подтверждают изъятые выемкой документы: ------ - ФИО12 №75,показавшей, что с дата она являлась пайщиком указанного кооператива, заключила с ним несколько договоров, которые были исполнены. В декабре 2014 года она заключила с кооперативом договор на ------ рублей. По истечении срока договора деньги ей не вернули, кооператив закрылся. Ее показания подтверждают изъятые выемкой документы: ------ - ФИО12 №88, показавшей, что с дата она являлась пайщиком указанного кооператива, заключила с ним несколько договоров, которые были исполнены. дата она заключила с кооперативом договор на ------ рубль на 12 месяцев под 29 % годовых. По истечении срока договора деньги ей не вернули, кооператив закрылся. Ее показания подтверждают изъятые выемкой документы:------ - ФИО12 №44, показавшего при допросе следователю, что с дата он являлся пайщиком указанного кооператива, заключил с ним договор, который был исполнен. В последующем он заключил с кооперативом несколько договоров: ------ По истечении сроков договоров оставшиеся ------ рублей ему не вернули, кооператив оказался закрыт. Его показания подтверждают изъятые выемкой документы: ------ - ФИО12 №5, показавшей, что с дата она являлась пайщиком указанного кооператива, заключила с ним несколько договоров, которые были исполнены. дата она заключила с кооперативом договор на ------ рублей на 6 месяцев под 24 % годовых. По истечении срока договора деньги ей не вернули, кооператив закрылся. Ее показания подтверждают изъятые выемкой документы: ------ - ФИО12 №125,показавшей при допросе следователю, что с декабря 2012 года она являлась пайщиком указанного кооператива, заключила с ним несколько договоров, которые были исполнены. дата она заключила с кооперативом договор на ------ рублей на 1 год. По истечении срока договора ей выплатили ------ рублей, оставшиеся деньги ей не вернули, кооператив закрылся. Ее показания подтверждают изъятые выемкой документы: ------ - ФИО12 №163, показавшей, что с дата она являлась пайщиком указанного кооператива, заключила с ним несколько договоров, которые были исполнены. дата она заключила с кооперативом договор на ------ рубля на 12 месяцев под 29 % годовых. По истечении срока договора деньги ей не вернули, кооператив закрылся. Ее показания подтверждают изъятые выемкой документы: ------ - ФИО12 №155,показавшей, что с декабря 2012 года она являлась пайщиком указанного кооператива, заключила с ним несколько договоров, которые были исполнены. В последующем она заключила с кооперативом несколько договоров: ------. По истечении сроков договоров деньги ей не вернули, кооператив закрылся. Ее показания подтверждают изъятые выемкой документы: ------ - ФИО12 №54, показавшей, что с дата она являлась пайщиком указанного кооператива, заключила с ним договор, который был исполнен. дата она заключила с кооперативом договор на ------ рублей, по которому в январе 2014 года дополнительно внесла ------ рублей, а всего ------ рублей. По истечении срока договора деньги ей не вернули, кооператив закрылся. Ее показания подтверждают изъятые выемкой документы: ------ - ФИО12 №121, показавшей, что она являлась пайщиком указанного кооператива, заключила с ним договор, который был исполнен. дата она заключила с кооперативом договор на ------ рублей на 12 месяцев под 31 % годовых. По истечении срока договора деньги ей не вернули, кооператив закрылся. Ее показания подтверждают изъятые выемкой документы:------ - ФИО12 №76, показавшего, что с 14 ФИО12 №158 2013 года он являлся пайщиком указанного кооператива, заключил с ним несколько договоров, которые были исполнены. дата он заключил с кооперативом договор на ------ рублей на 1 год. По истечении срока договора деньги ему не вернули, кооператив оказался закрыт. Его показания подтверждают изъятые выемкой документы: ------ - ФИО12 №16, показавшей, что с 16 ФИО12 №158 2013 года она являлась пайщиком указанного кооператива, заключила с ним несколько договоров, которые были исполнены. дата она заключила с кооперативом договор на ------ рублей на 6 месяцев под 24 % годовых. По истечении срока договора деньги ей не вернули, кооператив закрылся. Ее показания подтверждают изъятые выемкой документы:------ - ФИО12 №124, показавшего, что с ФИО12 №158 2013 года он являлся пайщиком указанного кооператива, заключил с ним договор, который был исполнен. 21 ФИО12 №158 2014 года он заключил с кооперативом договор на 100 000 рублей на 12 месяцев под 29 % годовых. По истечении срока договора деньги ему не вернули, кооператив оказался закрыт. Его показания подтверждают изъятые выемкой документы: ------ - ФИО12 №89, показавшего, что с 22 ФИО12 №158 2013 года он являлся пайщиком указанного кооператива, заключил с ним договор, который был исполнен. 22 ФИО12 №158 2014 года он заключил с кооперативом договор на ------ на 12 месяцев под 29 % годовых. По истечении срока договора деньги ему не вернули, кооператив оказался закрыт. Его показания подтверждают изъятые выемкой документы: ------ - ФИО12 №25, показавшей, что с 27 ФИО12 №158 2013 года она являлась пайщиком указанного кооператива, заключила с ним несколько договоров, которые были исполнены. дата она заключила с кооперативом договор на ------ рублей на 12 месяцев под 26 % годовых. По истечении срока договора деньги ей не вернули, кооператив закрылся. Ее показания подтверждают изъятые выемкой документы: ------ - ФИО12 №168, показавшей следователю при допросе, что с дата она являлась пайщиком указанного кооператива, заключила с ним несколько договоров, которые были исполнены. В последующем она заключила с кооперативом несколько договоров: ------. По истечении сроков договоров деньги ей не вернули, кооператив закрылся. Ее показания подтверждают изъятые выемкой документы------ - ФИО12 №32, показавшего, что с дата он являлся пайщиком указанного кооператива, заключил с ним договор, который был исполнен. дата он заключил с кооперативом договор на ------ рублей на 12 месяцев под 29 % годовых, по которому дата дополнительно внес ------ рублей, а всего ------ рублей. По истечении срока договора деньги ему не вернули, кооператив оказался закрыт. Его показания подтверждают изъятые выемкой документы:------ - ФИО12 №139, показавшей, что с дата она являлась пайщиком указанного кооператива, заключила с ним договор, который был исполнен. дата она заключила с кооперативом договор на ------ рублей на 12 месяцев под 26 % годовых. По истечении срока договора деньги ей не вернули, кооператив закрылся. Ее показания подтверждают изъятые выемкой документы: ------ - ФИО12 №165, показавшего, что с мая 2013 года он являлся пайщиком указанного кооператива, заключил с ним несколько договоров, которые были исполнены. дата он заключил с кооперативом договор на ------ рублей на 3 месяца под 18 % годовых. По истечении срока договора деньги ему не вернули, кооператив оказался закрыт. Его показания подтверждают изъятые выемкой документы: ------ - ФИО12 №7, показавшего, что с дата он являлся пайщиком указанного кооператива, заключил с ним договор, который был исполнен. В последующем он заключил с кооперативом несколько договоров: дата – договор на ------ рублей сроком на 12 месяцев под 29 % годовых; дата – договор на ------ рублей также сроком на 12 месяцев под 29% годовых, из которых дата ему досрочно вернули ------ рублей. По истечении сроков договоров оставшиеся ------ рублей ему не вернули, кооператив оказался закрыт. Его показания подтверждают изъятые выемкой документы: ------ - ФИО12 №150, показавшего, что с дата он являлся пайщиком указанного кооператива, заключил с ним договор, который был исполнен. дата он заключил с кооперативом договор на ------ рублей на 1 год под 26 % годовых, по которому дополнительно внес: дата – ------ рублей, дата – ------ рублей, дата – ------ рублей, дата – ------ рублей, дата – ------ рублей, а всего ------ рублей. По истечении срока договора деньги ему не вернули, кооператив оказался закрыт. Его показания подтверждают изъятые выемкой документы: ------ - ФИО12 №175, показавшей, что с дата она являлась пайщиком указанного кооператива, заключила с ним несколько договоров, которые были исполнены. дата она заключила с кооперативом договор на ------ рублей на 6 месяцев под 24 % годовых. По истечении срока договора деньги ей не вернули, кооператив закрылся. Ее показания подтверждают изъятые выемкой документы:------ - ФИО12 №34, показавшей, что с дата она являлась пайщиком указанного кооператива, заключила с ним договор, который был исполнен. дата она заключила с кооперативом договор на ------ рублей на 6 месяцев под 23 % годовых, по которому дата ей досрочно были возвращены ------ рублей. По истечении срока договора оставшиеся ------ рублей ей не вернули, кооператив закрылся. Ее показания подтверждают изъятые выемкой документы: ------ - ФИО12 №26, показавшей, что с 2013 года она являлась пайщиком указанного кооператива, заключила с ним договор, который был исполнен. дата она заключила с кооперативом договор на ------ рублей на 1 год под 28 % годовых. По истечении срока договора деньги ей не вернули, кооператив закрылся. Ее показания подтверждают изъятые выемкой документы:------ - ФИО12 №52, показавшего, что с августа 2013 года он являлся пайщиком указанного кооператива, заключил с ним договор, который был исполнен. дата он заключил с кооперативом договор на ------ рублей на 12 месяцев под 29 % годовых. По истечении срока договора деньги ему не вернули, кооператив оказался закрыт. Его показания подтверждают изъятые выемкой документы:------ - ФИО12 №51, показавшего, что с августа 2013 года он являлся пайщиком указанного кооператива, заключил с ним несколько договоров, которые были исполнены. дата он заключил с кооперативом договор на ------ рублей на 6 месяцев под 24 % годовых. По истечении срока договора деньги ему не вернули, кооператив оказался закрыт. Его показания подтверждают изъятые выемкой документы: ------ - ФИО12 №21, показавшего, что с дата он являлся пайщиком указанного кооператива, заключил с ним несколько договоров, которые были исполнены. дата он заключил с кооперативом договор на ------ рублей на 3 месяца под 21 % годовых. По истечении срока договора деньги ему не вернули, кооператив оказался закрыт. Его показания подтверждают изъятые выемкой документы:------ - ФИО12 №131, показавшей, что с сентября 2013 года она являлась пайщиком указанного кооператива, заключила с ним договор, который был исполнен. дата она заключила с кооперативом договор на ------ рублей на 12 месяцев под 29 % годовых, из которых дата досрочно получила ------ рублей. По истечении срока договора оставшиеся ------ рублей ей не вернули, кооператив закрылся. Ее показания подтверждают изъятые выемкой документы: ------ - ФИО12 №91, показавшего, что с дата он являлся пайщиком указанного кооператива, заключил с ним договор, который был исполнен. дата он заключил с кооперативом договор на ------ рублей на 12 месяцев под 29 % годовых. По истечении срока договора деньги ему не вернули, кооператив оказался закрыт. Его показания подтверждают изъятые выемкой документы:------ - ФИО12 №35, показавшей, что с дата она являлась пайщиком указанного кооператива, заключила с ним договор, который был исполнен. дата она заключила с кооперативом договор на ------ рублей на 12 месяцев под 29 % годовых. По истечении срока договора деньги ей не вернули, кооператив закрылся. Ее показания подтверждают изъятые выемкой документы:------ - ФИО12 №122, показавшей, что дата она, являясь пайщиком указанного кооператива, заключила с ним договор, на ------ рублей на 12 месяцев под 29 % годовых. По истечении срока договора деньги ей не вернули, кооператив закрылся. Ее показания подтверждают изъятые выемкой документы:------ - ФИО12 №74, показавшего, что с августа 2013 года он являлся пайщиком указанного кооператива, заключил с ним несколько договоров, которые были исполнены. дата он заключил с кооперативом договор на ------ рублей на 3 месяца под 20 % годовых. По истечении срока договора деньги ему не вернули, кооператив оказался закрыт. Его показания подтверждают изъятые выемкой документы------ - ФИО12 №137, показавшей, что с дата она являлась пайщиком указанного кооператива, заключила с ним договор, который был исполнен. дата она заключила с кооперативом договор на ------ рублей на 6 месяцев под 24 % годовых. По истечении срока договора деньги ей не вернули, кооператив закрылся. Ее показания подтверждают изъятые выемкой документы:------ - ФИО12 №22, показавшей, что с дата она являлась пайщиком указанного кооператива, заключила с ним несколько договоров, которые были исполнены. дата она заключила с кооперативом договор на ------ копеек на 6 месяцев под 22 % годовых. По истечении срока договора деньги ей не вернули, кооператив закрылся. Ее показания подтверждают изъятые выемкой документы:------ - ФИО12 №82, показавшего, что с дата он являлся пайщиком указанного кооператива, заключил с ним договор, который был исполнен. дата он заключил с кооперативом договор на ------ рублей на 12 месяцев под 26 % годовых. По истечении срока договора деньги ему не вернули, кооператив оказался закрыт. Его показания подтверждают изъятые выемкой документы:------ - ФИО12 №65, показавшего при допросе следователю,что с дата он являлся пайщиком указанного кооператива, заключил с ним договор, который был исполнен. дата он заключил с кооперативом договор на ------ рублей на 12 месяцев под 29 % годовых. По истечении срока договора деньги ему не вернули, кооператив оказался закрыт. Его показания подтверждают изъятые выемкой документы:------ - ФИО12 №107, показавшего, что с дата он являлся пайщиком указанного кооператива, заключил с ним договор на ------ рублей, который в 2014 году по просьбе ФИО5 он согласился продлить. До настоящего времени деньги ему не вернули, кооператив оказался закрыт. Его показания подтверждают изъятые выемкой документы: ------ - ФИО12 №85, показавшего, что с дата он являлся пайщиком указанного кооператива, заключил с ним несколько договоров, которые были исполнены. дата он заключил с кооперативом договор на ------ рублей на 12 месяцев под 29 % годовых, по которому дополнительно внес: ------ По истечении срока договора деньги ему не вернули, кооператив оказался закрыт. Его показания подтверждают изъятые выемкой документы: ------ - ФИО12 №147, показавшей, что дата она стала пайщиком указанного кооператива и заключила с ним договор, в соответствии с которым внесла ------ рублей на 12 месяцев под 28 % годовых. По истечении срока договора деньги ей не вернули, кооператив закрылся. Ее показания подтверждают изъятые выемкой документы: ------ - ФИО12 №158, показавшей, что с января 2014 года она являлась пайщиком указанного кооператива, заключила с ним договор, который был исполнен. дата она заключила с кооперативом договор на ------ рублей на 6 месяцев. По истечении срока договора деньги ей не вернули, кооператив закрылся. Ее показания подтверждают изъятые выемкой документы: ------ - ФИО12 №103, показавшего, что с 2011 года он являлся пайщиком указанного кооператива, заключил с ним несколько договоров, которые были исполнены. дата он заключил с кооперативом договор на ------ рублей на 12 месяцев под 29 % годовых. По истечении срока договора деньги ему не вернули, кооператив оказался закрыт. Его показания подтверждают изъятые выемкой документы:------ - ФИО12 №11, показавшей, что 04 ФИО12 №158 2014 года она стала пайщиком указанного кооператива и заключила с ним договор, в соответствии с которым внесла ------ рублей на 12 месяцев под 29 % годовых, также дата заключила договор на ------ рублей на 12 месяцев под 26 % годовых, а всего внесла в кооператив ------ рублей. По истечении сроков договоров деньги ей не вернули, кооператив закрылся. Ее показания подтверждают изъятые выемкой документы: ------ - ФИО12 №67, показавшей, что с ФИО12 №158 2014 года она являлась пайщиком указанного кооператива, заключила с ним договор, который был исполнен. дата она заключила с кооперативом договор на ------ рублей на 6 месяцев под 24 % годовых. По истечении срока договора деньги ей не вернули, кооператив закрылся. Ее показания подтверждают изъятые выемкой документы: ------ - ФИО12 №9, показавшего, что с ФИО12 №158 2014 года он являлся пайщиком указанного кооператива, заключил с ним несколько договоров, которые были исполнены. дата он заключил с кооперативом договор на ------ рублей на 6 месяцев под 25 % годовых. По истечении срока договора деньги ему не вернули, кооператив оказался закрыт. Его показания подтверждают изъятые выемкой документы: ------ - ФИО12 №167, показавшей, что с дата она являлась пайщиком указанного кооператива, заключила с ним несколько договоров, которые были исполнены. дата она заключила с кооперативом договор на ------ рублей на 3 месяца под 20 % годовых, дата дополнительно внесла ------ рублей, а всего внесла ------ рублей. По истечении срока договора деньги ей не вернули, кооператив закрылся. Ее показания подтверждают изъятые выемкой документы:------ - ФИО12 №151, показавшего, что с дата он являлся пайщиком указанного кооператива, заключил с ним договор на ------ рублей на 1 год под 26 % годовых. По истечении срока договора деньги ему не вернули, кооператив оказался закрыт. Его показания подтверждают изъятые выемкой документы:------ - ФИО12 №80, показавшей, что с дата она являлась пайщиком указанного кооператива, заключила с ним договор на ------ рублей на 12 месяцев под 29 % годовых. По истечении срока договора деньги ей не вернули, кооператив закрылся. Ее показания подтверждают изъятые выемкой документы: ------ - ФИО12 №45, показавшего,что с дата он являлся пайщиком указанного кооператива, заключил с ним договор, который был исполнен. дата он заключил с кооперативом договор на ------ рублей на 1 год под 29 % годовых. По истечении срока договора деньги ему не вернули, кооператив оказался закрыт. Его показания подтверждают изъятые выемкой документы: ------ - ФИО6, показавшего,что с дата он являлся пайщиком указанного кооператива, заключил с ним договор на ------. По истечении срока договора деньги ему не вернули, кооператив оказался закрыт. Его показания подтверждают изъятые выемкой документы: ------ - ФИО12 №113, показавшего,что с дата он являлся пайщиком указанного кооператива, заключил с ним договор, который был исполнен. дата он заключил с кооперативом договор на ------ рублей на 12 месяцев под 29 % годовых. По истечении срока договора деньги ему не вернули, кооператив оказался закрыт. Его показания подтверждают изъятые выемкой документы: ------ - ФИО12 №17, показавшего,что с дата он являлся пайщиком указанного кооператива, заключил с ним договор, который был исполнен. дата он заключил с кооперативом договор на ------ рублей на 3 месяца под 20 % годовых. По истечении срока договора деньги ему не вернули, кооператив оказался закрыт. Его показания подтверждают изъятые выемкой документы: ------ - ФИО12 №105, показавшей, что с дата она являлась пайщиком указанного кооператива, заключила с ним несколько договоров, которые были исполнены. дата она заключила с кооперативом договор на ------ рублей на 3 месяца под 20 % годовых. По истечении срока договора деньги ей не вернули, кооператив закрылся. Ее показания подтверждают изъятые выемкой документы:------ - ФИО12 №64, показавшего, что с дата он являлся пайщиком указанного кооператива, заключил с ним несколько договоров, которые были исполнены. дата он заключил с кооперативом договор на ------ рублей на 1 год под 28 % годовых. По истечении срока договора деньги ему не вернули, кооператив оказался закрыт. Его показания подтверждают изъятые выемкой документы: ------ - ФИО12 №174, показавшей при допросе следователю, что с дата она являлась пайщиком указанного кооператива, заключила с ним договор на ------ рублей на 12 месяцев под 29 % годовых. По истечении срока договора деньги ей не вернули, кооператив закрылся. Ее показания подтверждают изъятые выемкой документы:------ - ФИО12 №130, показавшего,что с дата он являлся пайщиком указанного кооператива, заключил с ним договор, который был исполнен. дата он заключил с кооперативом договор на ------ рублей на 3 месяца, дата внес дополнительно ------ рублей, а всего ------ рублей. По истечении срока договора деньги ему не вернули, кооператив оказался закрыт. Его показания подтверждают изъятые выемкой документы:------ - ФИО12 №78, показавшего,что с дата он являлся пайщиком указанного кооператива, заключил с ним договор на ------ рублей на 6 месяцев под 24 % годовых. По истечении срока договора деньги ему не вернули, кооператив оказался закрыт. Его показания подтверждают изъятые выемкой документы: ------ - ФИО12 №41, показавшего,что с дата он являлся пайщиком указанного кооператива, заключил с ним договор на ------ рублей на 3 месяца под 20 % годовых. По истечении срока договора деньги ему не вернули, кооператив оказался закрыт. Его показания подтверждают изъятые выемкой документы: ------ - ФИО12 №102, показавшего,что с дата он являлся пайщиком указанного кооператива, заключил с ним договор на ------ рублей на 6 месяцев под 24 % годовых. По истечении срока договора деньги ему не вернули, кооператив оказался закрыт. Его показания подтверждают изъятые выемкой документы: ------ - ФИО12 №13, показавшей, что с дата она являлась пайщиком указанного кооператива, заключила с ним договор на ------ рублей на 6 месяцев под 24 % годовых. По истечении срока договора деньги ей не вернули, кооператив закрылся. Ее показания подтверждают изъятые выемкой документы:------ - ФИО12 №73,показавшей при допросе следователю, что с дата она являлась пайщиком указанного кооператива, заключила с ним договор на ------ рублей на 6 месяцев под 24 % годовых. По истечении срока договора деньги ей не вернули, кооператив закрылся. Ее показания подтверждают изъятые выемкой в СПСК «------» дата документы: ------ - ФИО12 №156, показавшей, что с дата она являлась пайщиком указанного кооператива, заключила с ним договор на ------ рублей на 12 месяцев под 29 % годовых. По истечении срока договора деньги ей не вернули, кооператив закрылся. Ее показания подтверждают изъятые выемкой документы: ------ - ФИО12 №95, показавшей при допросе следователю, что с дата она являлась пайщиком указанного кооператива, заключила с ним договор на ------ рублей на 6 месяцев под 24 % годовых. По истечении срока договора деньги ей не вернули, кооператив закрылся. Ее показания подтверждают изъятые выемкой документы:------ - ФИО12 №160, показавшего,что в 2012 году уже вкладывал деньги в указанный кооператив, который был исполнен. дата он вновь вступил в указанный кооператив, заключил с ним договор на ------ рублей на 12 месяцев под 29 % годовых. По истечении срока договора деньги ему не вернули, кооператив оказался закрыт. Его показания подтверждают изъятые выемкой документы: ------ - ФИО12 №55, показавшей, что с дата она являлась пайщиком указанного кооператива, заключила с ним договор на ------ рублей на 6 месяцев под 20 % годовых, из которых досрочно получила обратно: ------ По истечении срока договора оставшиеся ------ рублей ей не вернули, кооператив закрылся. Ее показания подтверждают изъятые выемкой документы:------ - ФИО12 №138, показавшего,что с дата он являлся пайщиком указанного кооператива, заключил с ним договор на ------ рублей на 12 месяцев под 25 % годовых. По истечении срока договора деньги ему не вернули, кооператив оказался закрыт. Его показания подтверждают изъятые выемкой документы: ------ - ФИО12 №19, показавшего, что с дата он являлся пайщиком указанного кооператива, заключил с ним договор на ------ рублей на 12 месяцев. По истечении срока договора деньги ему не вернули, кооператив оказался закрыт. Его показания подтверждают изъятые выемкой документы: ------ - ФИО12 №29, показавшего, что с дата он являлся пайщиком указанного кооператива, заключил с ним договор на ------ рублей на 6 месяцев под 24 % годовых. По истечении срока договора деньги ему не вернули, кооператив оказался закрыт. Его показания подтверждают изъятые выемкой документы: ------ 2) путем исследования показаний потерпевших, в том числе оглашенных, о заключении ими договоров о передаче личных сбережений с СПСК «------» в офисе, расположенном по адресу: адрес, адрес, на основании которых ими были переданы денежные средства, которые им не возвращены, и протоколов осмотра документов, изъятых у потерпевших: - ФИО12 №31, показавшей, что с января 2014 года она являлась пайщиком указанного кооператива, заключила с ним несколько договоров, которые были исполнены. дата она заключила с кооперативом договор на ------ рублей на 3 месяца под 18 % годовых. По истечении срока договора деньги ей не вернули, кооператив закрылся. Ее показания подтверждают изъятые выемкой документы: ------ - ФИО12 №30 показавшей, что с дата она являлась пайщиком указанного кооператива, заключила в тот день с ним 2 договора: ------. По истечении срока первого договора деньги ей вернули, а по истечении срока второго договора – нет, кооператив оказался закрыт. Ее показания подтверждают изъятые выемкой документы: ------ - ФИО12 №38, показавшей, что с дата она являлась пайщиком указанного кооператива, заключила в тот день с ним договор на ------. руб. на 1 год под 28 % годовых, дополнительно внесла по нему дата ------ рублей и дата – еще ------ рублей, а всего ------ рублей. По истечении срока договора деньги ей не вернули, кооператив оказался закрыт. Ее показания подтверждают изъятые выемкой документы: ------ - ФИО4, показавшей при допросе следователю, что с дата она являлась пайщиком указанного кооператива, заключила в тот день с ним договор на ------ рублей на 12 месяцев под 29 % годовых, дополнительно внесла по нему 17 ФИО12 №158 20дата рублей и дата – еще ------ рублей, а всего ------ рублей. Также дата она заключила с кооперативом еще один договор на ------ рублей на 12 месяцев под 29 % годовых. По истечении сроков договоров деньги ей не вернули, кооператив оказался закрыт. Ее показания подтверждают изъятые выемкой документы: ------ - ФИО12 №77, показавшей, что с дата она являлась пайщиком указанного кооператива, заключила в тот день с ним договор на ------ рублей на 12 месяцев под 29 % годовых, дополнительно внесла по нему дата ------ рублей, а всего ------ рублей. По истечении срока договора деньги ей не вернули, кооператив оказался закрыт. Ее показания подтверждают изъятые выемкой документы: ------ - ФИО12 №90, показавшего, что 03 ФИО12 №158 2014 года он заключил с указанным кооперативом договор на ------ рублей на 12 месяцев под 29 % годовых. Денежные средства он вкладывал свои, однако документы на членство в кооперативе и договор были оформлены на имя его деда ФИО342 – пенсионера, поскольку размер процентов по вкладу для пенсионеров был выше. По истечении срока договора деньги ему не вернули, кооператив оказался закрыт. Его показания подтверждают изъятые выемкой документы: ------ - ФИО12 №23, показавшей, что с 05 ФИО12 №158 2014 года она являлась пайщиком указанного кооператива, заключила в тот день с ним договор на ------ рублей на 12 месяцев под 29 % годовых, дополнительно внесла по нему: ------ заключила договор на сумму ------ рублей на 12 месяцев под 29 % годовых, дата дополнительно внесла по нему ------ рублей, а всего внесла в кооператив ------ рублей. По истечении сроков договоров деньги ей не вернули, кооператив оказался закрыт. Ее показания подтверждают изъятые выемкой документы: ------ - ФИО12 №166, показавшего, что с 07 ФИО12 №158 2014 года он являлся пайщиком указанного кооператива, заключил в тот день с ним договор на ------ рублей на 1 год под 29 % годовых. По истечении срока договора деньги ему не вернули, кооператив оказался закрыт. Его показания подтверждают изъятые выемкой документы: ------ - ФИО12 №133, показавшей, что с24 ФИО12 №158 2014 года она являлась пайщиком указанного кооператива, заключила в тот день с ним договор на ------ рублей на 12 месяцев под 29 % годовых, дата заключила договор на ------ рублей на 12 месяцев под 29 % годовых, а всего ------ рублей. По истечении сроков договоров деньги ей не вернули, кооператив оказался закрыт. Ее показания подтверждают изъятые выемкой документы: ------ - ФИО12 №1, показавшего, что с 27 ФИО12 №158 2014 года являлся пайщиком указанного кооператива, заключил с ним договор, который был исполнен, и он заключил с ним еще договоры: дата на ------ рублей на 6 месяцев под 24 % годовых, дата на ------ рублей на 6 месяцев, а всего внес ------ рублей. По истечении сроков договоров деньги ему не вернули, кооператив оказался закрыт. Его показания подтверждают изъятые выемкой документы: ------ - ФИО12 №53, показавшего, что с дата он являлся пайщиком указанного кооператива, заключил в тот день с ним договор на ------ рублей на 1 год под 29 % годовых, дата внес дополнительно ------ рублей. По истечении срока договора деньги ему не вернули, кооператив оказался закрыт. Его показания подтверждают изъятые выемкой документы: ------ - ФИО12 №18, показавшего, чтос дата он являлся пайщиком указанного кооператива, заключил с ним в тот же день договор, который по истечению срока был исполнен. После этого он заключил с кооперативом еще несколько договоров: дата два договора на ------ рублей на 6 месяцев под 24 % годовых и на ------ рублей на 6 месяцев под 24 % годовых; дата на ------ рублей на 6 месяцев под 24% годовых; дата на ------ рублей на 3 месяца под 20% годовых, а всего внес в кооператив ------ рублей. По истечении сроков договоров деньги ему не вернули, кооператив оказался закрыт. Его показания подтверждают изъятые выемкой документы:------ - ФИО12 №4, показавшей, что с дата являлась пайщиком указанного кооператива, в тот же день заключила договор с указанным кооперативом, по которому внесла ------ рублей на 1 год под 29 % годовых, внесла по этому договору дополнительно: ------. По истечении срока договора деньги ей не вернули, кооператив оказался закрыт. Ее показания подтверждают изъятые выемкой документы: ------ - ФИО12 №42, показавшей, чтос дата она являлась пайщиком указанного кооператива, заключала с ним дважды договоры, которые по истечению срока были исполнены. После этого дата она заключила с кооперативом договор на ------ рублей на 3 месяца под 20 % годовых. По истечении срока договора деньги ей не вернули, кооператив оказался закрыт. Ее показания подтверждают изъятые выемкой документы: ------ - ФИО12 №170, показавшей, что с дата она являлась пайщиком указанного кооператива, в тот же день заключила с ним договор, передала ------ рублей на 1 год под 29 % годовых, внесла по этому договору дополнительно: ------ По истечении срока договора деньги ей не вернули, кооператив оказался закрыт. Ее показания подтверждают изъятые выемкой документы: ------ - ФИО12 №120, показавшего, что с дата он являлся пайщиком указанного кооператива и в тот же день заключил с ним договор, в соответствии с которым передал ------ рублей на 12 месяцев под 29 % годовых, в последующем дополнительно внес по нему: ------. По истечении срока договора деньги ему не вернули, кооператив оказался закрыт. Его показания подтверждают изъятые выемкой документы: ------ - ФИО12 №159, показавшего, что с дата он являлся пайщиком указанного кооператива, заключил с ним в тот же день договор, который по истечению срока был исполнен. После этого дата он заключил договор на ------ рублей на 6 месяцев под 24 % годовых. По истечении срока договора деньги ему не вернули, кооператив оказался закрыт. Его показания подтверждают изъятые выемкой документы: ------ - ФИО12 №162, показавшей, чтос дата она являлась пайщиком указанного кооператива, в тот же день заключила с ним договор по которому передала ------ рублей на 12 месяцев под 28 % годовых. По истечении срока договора деньги ей не вернули, кооператив оказался закрыт. Ее показания подтверждают изъятые выемкой документы: ------ - ФИО12 №123, показавшего, что с дата он являлся пайщиком указанного кооператива, заключил с ним в тот же день договор, который по истечению срока был исполнен. После этого дата он заключил договор на ------ рублей на 3 месяцев под 20 % годовых. По истечении срока договора деньги ему не вернули, кооператив оказался закрыт. Его показания подтверждают изъятые выемкой документы: ------ - ФИО12 №69, показавшей, что с дата она являлась пайщиком указанного кооператива, в тот же день заключила с кооперативом договор на ------ рублей на 6 месяцев под 24 % годовых. По истечении срока договора деньги ей не вернули, кооператив оказался закрыт. Ее показания подтверждают изъятые выемкой документы: ------ - ФИО12 №169, показавшего, что с дата он являлся пайщиком указанного кооператива и заключил в тот же день с кооперативом договор, передал ------ рублей на 1 год под 29 % годовых. По истечении срока договора деньги ему не вернули, кооператив оказался закрыт. Его показания подтверждают изъятые выемкой документы: ------ - ФИО12 №143, показавшего при допросе следователю, что с дата он являлся пайщиком указанного кооператива и заключил в тот же день с кооперативом договор, передал ------ рублей, дополнительно внес по нему дата ------ рублей, а всего ------ рублей. По истечении срока договора деньги ему не вернули, кооператив оказался закрыт. Его показания подтверждают изъятые выемкой документы: ------ - ФИО12 №128, показавшей, что с дата она являлась пайщиком указанного кооператива, в тот же день заключила с кооперативом договор на ------ рублей на 1 год под 29 % годовых. По истечении срока договора деньги ей не вернули, кооператив оказался закрыт. Ее показания подтверждают изъятые выемкой документы: ------ - ФИО12 №132, показавшей при допросе следователю,что с дата она являлась пайщиком указанного кооператива, в тот же день заключила с кооперативом договор на ------ рублей на 12 месяцев под 25 % годовых. По истечении срока договора деньги ей не вернули, кооператив оказался закрыт. Ее показания подтверждают изъятые выемкой документы: ------ - ФИО12 №118, показавшего, что с дата он являлся пайщиком указанного кооператива и заключил в тот же день с кооперативом договор, передал ------ рублей на 1 год под 29 % годовых. По истечении срока договора деньги ему не вернули, кооператив оказался закрыт. Его показания подтверждают изъятые выемкой документы: ------ - ФИО12 №111, показавшего при допросе следователю, что с дата он являлся пайщиком указанного кооператива и заключил в тот же день с кооперативом договор, передал ------ рублей под проценты. По истечении срока договора деньги ему не вернули, кооператив оказался закрыт. Его показания подтверждают изъятые выемкой документы: ------ - ФИО12 №140, показавшей при допросе следователю, что с дата она являлась пайщиком указанного кооператива и заключила в тот же день с кооперативом договор, передала ------ рублей на 12 месяцев под 29 % годовых, дополнительно внесла по нему дата ------ рублей, а всего ------ рублей. По истечении срока договора деньги ей не вернули, кооператив оказался закрыт. Ее показания подтверждают изъятые выемкой документы: ------ - ФИО12 №114, показавшей, что с дата она являлась пайщиком указанного кооператива и заключила в тот же день с кооперативом договор, передала ------ рублей на 12 месяцев под 29 % годовых, дополнительно внесла по нему: ------ По истечении срока договора деньги ей не вернули, кооператив оказался закрыт. Ее показания подтверждают изъятые выемкой документы: ------ - ФИО12 №146, показавшего, что с дата он являлся пайщиком указанного кооператива и заключил в тот же день с кооперативом договор, передал ------ рублейна 6 месяцев под 22 % годовых. По истечении срока договора деньги ему не вернули, кооператив оказался закрыт. Его показания подтверждают изъятые выемкой документы: ------ - ФИО12 №93, показавшей, что с дата она являлась членом указанного кооператива и заключила в тот же день с кооперативом договор, который досрочно расторгла дата. Затем в тот же день дата она снова заключила с кооперативом договор, передала ------ рублей на 12 месяцев под 29 % годовых. По истечении срока договора деньги ей не вернули, кооператив оказался закрыт. Ее показания подтверждают изъятые выемкой документы: ------ - ФИО1, показавшего, что с дата он являлся пайщиком указанного кооператива и заключил в тот же день с кооперативом договор, передал ------ рублейна 3 месяца под 20 % годовых. По истечении срока договора деньги ему не вернули, кооператив оказался закрыт. Его показания подтверждают изъятые выемкой документы: ------ - ФИО12 №96, показавшего, что он являлся пайщиком указанного кооператива, в ноябре-декабре 2014 года заключил с кооперативом договор, передал ------ рублейна 6 месяцев под 24 % годовых. По истечении срока договора деньги ему не вернули, кооператив оказался закрыт. Его показания подтверждают изъятые выемкой документы: ------ - ФИО12 №50, показавшего, что с дата он являлся пайщиком указанного кооператива и заключил в тот же день с кооперативом договор, передал ------ рублейна 6 месяцев под 22 % годовых. По истечении срока договора деньги ему не вернули, кооператив оказался закрыт. Его показания подтверждают изъятые выемкой документы: ------ - ФИО12 №24, показавшей, что с дата она являлась пайщиком указанного кооператива и заключила в тот же день с кооперативом договор, передала ------ рублейна 6 месяцев под 22 % годовых. По истечении срока договора деньги ей не вернули, кооператив оказался закрыт. Ее показания подтверждают изъятые выемкой документы: ------ - ФИО12 №117, показавшей, что с дата она являлась пайщиком указанного кооператива и заключила в тот же день с кооперативом договор -----, передала ------ рублейна 6 месяцев под 24 % годовых. По истечении срока договора деньги ей не вернули, кооператив оказался закрыт. Ее показания подтверждают изъятые в ходе осмотра места происшествия документы: ------ - ФИО12 №8, показавшего, что с дата он являлся пайщиком указанного кооператива и заключил в тот же день с кооперативом договор, передал ------ рублейна 6 месяцев под 24 % годовых. По истечении срока договора деньги ему не вернули, кооператив оказался закрыт. Его показания подтверждают изъятые выемкой документы: ------ - ФИО12 №40, показавшего, что с дата он являлся пайщиком указанного кооператива и заключил в тот же день с кооперативом договор, передал ------ рублейна 12 месяцев под 29 % годовых. По истечении срока договора деньги ему не вернули, кооператив оказался закрыт. Его показания подтверждают изъятые выемкой документы: ------ - ФИО12 №106, показавшего, что с дата он являлся пайщиком указанного кооператива и заключил в тот же день с кооперативом договор, передал ------ рублейна 6 месяцев под 24 % годовых. По истечении срока договора деньги ему не вернули, кооператив оказался закрыт. Его показания подтверждают изъятые выемкой документы: ------ Соответствующие заявления вышеуказанных потерпевших в правоохранительные органы о привлечении к уголовной ответственности лиц, причастных к хищению их денежных средств, также подкрепляют эти доказательства ----- Обстоятельства хищения в отношении ФИО343 через обособленное подразделение СПСК «------» в адрес также подтверждаются показаниями свидетеля ФИО12 №171, показавшего, что его отец ФИО343 был пайщиком указанного кооператива, дата вложил в него по договору ------ рублей на 3 месяца, по истечении срока договора получил проценты и дата, добавив еще ------ рублей, оформил новый договор на 3 месяца на ------ рублей. дата его отец скончался. По истечении срока договора деньги ему как наследнику не вернули, кооператив оказался закрыт. Его показания подтверждают изъятые выемкой документы: ------ Обстоятельства хищения в отношении ФИО12 №95 также подтвердил в суде свидетель ФИО353, показавший, что его супруга ФИО12 №95 в настоящее время не может давать подробные показания в силу перенесенного инфаркта. дата он присутствовал при заключении супругой договора с кооперативом, она внесла ------ рублей на 6 месяцев под 24 % годовых. Эти деньги им не вернули, кооператив закрылся. Хищение денежных средств потерпевшей ФИО341 подтверждается ее заявлением в полицию от дата, в котором она просит привлечь к уголовной ответственности директора СПСК «------», который обманным путем завладел принадлежащими ей денежными средствами в сумме ------ рублей, вложенных ею в СПСК «------/, а также договором о передаче личных сбережений пайщика ----- на ------ рублей на 12 месяцев под 29 % годовых, квитанциями к ----- от 19 ФИО12 №158 2014 года на ------ рублей и ------ изъятыми в СПСК «------» в ходе осмотра места происшествия дата ----- Вышеприведенные показания потерпевших и вину подсудимого в совершении хищения при установленных судом обстоятельствах подтверждают также и исследованные судом письменные документы СПСК «------», изъятые в ходе осмотров места происшествия дата по адресу: адрес и дата по адресу: адрес, адрес 1) документы головного офиса в адрес: - подшивки отчетов кассира с приходными и расходными ордерами, кассовых книг за период с января 2011 года по январь 2015 года; - папки с данными о движении денежных средств по расчетному счету за период с 2010 года по 2013 годы; - папки с договорами за 2010-2013 годы; - папки со счетами покупок и продаж за 2013 год; - папка с авансовыми отчетами за 2013 год; - папка с путевыми листами за 2013 год; - папка с финансово-экономическими показателями; - папки с договорами сбережений за период 2011-2015 годы; - папка с дополнительными соглашениями за 2011-2012 годы. 2) документы обособленного подразделения в адрес: - папка с договорами СПСК «------» за 2014 год; - папки с данными о движении денежных средств по расчетному счету за 2014 год; - папка с сводами начислений, удержаний, выплат за январь-ноябрь 2014 года; - папка с актами сверок; - папка с авансовыми отчетами за 2014 год; - папка с отчетами СПСК «------» за 2014 год; - подшивка с договорами займа СПСК «------» в КПК «------»; - подшивка с договорами займа физлиц в СПСК «------»; - подшивки с дополнительными соглашениями к договору займа ----- от дата за 2011-2014 годы; - договоры о передаче личных сбережений пайщика с дата по дата; - подшивка с расходными и приходными кассовыми ордерами за период с дата /----- Вышеуказанная совокупность бухгалтерской документации была предметом экспертного исследования в ходе предварительного расследования и по ней дано заключение эксперта ----- (----- от 09 ФИО12 №158 2016 года, согласно которому, за период с дата по дата в СПСК «------» поступили денежные средства в размере ------ При этом в офис в адрес поступило денежных средств на общую сумму ------., в том числе взносы по договорам сбережений ------ коп.; в офис в адрес поступило денежных средств на общую сумму ------ коп., в том числе взносы по договорам сбережений ------ рублей. Расход денежных средств в СПСК «------» составил ------ коп., в том числе: возврат по договорам сбережений ------ коп., компенсация по договорам сбережений ------ коп. Из них по офису в адрес расход составил ------., в том числе: возврат по договорам сбережений ------., компенсация по договорам сбережений ------ коп.; по офису в адрес расход составил ------ коп., в том числе: возврат по договорам сбережений ------ компенсация по договорам сбережений ------ коп. Задолженность перед пайщиками по договорам сбережений составила ------ СПСК «------» за период с дата по дата выдано займов пайщикам на ------ коп., в том числе директору СПСК ------» ФИО5 – ------., из которых ФИО5 не вернул в СПСК «------» - ------ Нарушений порядка получения вышеуказанных доказательств стороной обвинения в ходе предварительного расследования суд не усматривает, оценивая указанные доказательства, как по отдельности, так и в их совокупности, суд находит их отвечающими требованиям относимости и допустимости к предмету доказывания по рассматриваемому делу. Таким образом, вышеуказанная совокупность доказательств бесспорно свидетельствует о том, что ФИО5, являясь руководителем СПСК «------», используя свои служебные полномочия, заключив от имени кооператива вышеуказанные договоры с гражданами через уполномоченных им доверенностями работников кооператива, на основании которых потерпевшие внесли свои денежные средства в кооператив, рассчитывая на добросовестное исполнение кооперативом своих обязательств по возврату денег и выплате процентов, фактически обманул их и ввел в заблуждение. Так, сам факт хищения денежных средств потерпевших и фактические обстоятельства, при которых каждый из потерпевших под воздействием обмана и злоупотребления их доверием передал кооперативу свои денежные средства, размер этих средств, подтверждается описанными в настоящем приговоре показаниями этих потерпевших и представленными ими документами, а также изъятыми в кооперативе документами. С учетом указанных доказательств оснований сомневаться в достоверности показаний потерпевших у суда не имеется. Элемент мошенничества в виде обмана подтверждается показаниями потерпевших и свидетелей, приведенными в настоящем приговоре, из которых следует, что потерпевшим при заключении договоров и внесении денег в кооператив сообщались недостоверные сведения о его стабильном функционировании, осуществлении приносящей доход деятельности по купле-продаже зерна, а также о страховании вкладов граждан. При этом показаниями самого подсудимого, свидетелей, в том числе работников кооператива, судом установлено, что какого-либо страхования вкладов граждан не было. Как следует из показаний самого подсудимого, свидетелей-работников кооператива, полученные от граждан денежные средства использовались на торгово-закупочную деятельность, осуществляемую ФИО5, в том числе и через учрежденные им коммерческие структуры, и не покрывал расходы кооператива на выплату процентов по вкладам. При этом, как установлено судом, с целью обмана пайщиков-вкладчиков, в договорах с ними были прописаны условия о целевом использовании вкладов на формирование фонда взаимопомощи пайщиков кооператива, а сами денежные средства в значительном объеме ФИО5 получал по договору займа на льготных условиях, не обеспечивавших рентабельность деятельности кооператива. Элемент мошенничества в виде злоупотребления доверием потерпевших подтверждается заключением договоров с ними, в которых были прописаны обязательства кооператива по возврату вкладов и выплате процентов. При этом из показаний свидетелей-работников СПСК «------» следует, что фактически у кооператива отсутствовала достаточная доходность, позволявшая исполнить принятые обязательства по выплате процентов и возврату вкладов. Вышеприведенное заключение эксперта подтверждает указанные обстоятельства. Расхождение выводов эксперта о задолженности кооператива перед пайщиками (указана большая сумма), нежели установленная судом общая сумма похищенного у потерпевших, не свидетельствует о недостоверности выводов эксперта, поскольку усматривается, что объем предъявленного ФИО5 обвинения учитывает не всех пайщиков кооператива, которым не возвращены денежные средства. Отсутствие у СПСК «------» достаточного самостоятельного имущества (кроме офисной техники и мебели) и дебиторской задолженности, сопоставимых по общей стоимости с размером обязательств, также указывает на отсутствие обеспеченности исполнения обязательств по возврату вкладов и выплате процентов по ним. При этом указываемые подсудимым 2 автомобиля «Камаз», как следует из его же показаний и показаний свидетелей, фактически кооперативу не принадлежали, поскольку были приобретены по договору лизинга, то есть их собственником являлся лизингодатель, а в последующем, после выкупа кооперативом одного из этих автомобилей (выплате всех лизинговых платежей), СПСК «------» фактически вынужден был передать его другому кооперативу в счет погашения своих долговых обязательств. Вопреки доводам подсудимого о том, что он не похищал денежные средства потерпевших, вышеприведенные в настоящем приговоре доказательства свидетельствуют о том, что полученные от граждан по вкладам денежные средства ФИО5, пользуясь своим служебным положением, по собственному усмотрению направлял на осуществление собственной торгово-закупочной деятельности, в том числе и через созданные им коммерческие структуры. Отсутствие у СПСК «------» дебиторской задолженности опровергает доводы подсудимого, что полученные от граждан денежные средства он вложил в приобретение зерна. Также судом из показаний свидетелей-работников СПСК «------» установлено, что уже с середины лета-начала осени 2014 года, то есть на момент заключения большинства договоров с потерпевшими, кооператив уже испытывал существенные затруднения с возвратом вкладов и выплате процентов по ним, однако, заведомо зная об этом, то есть неисполнимости обязательств кооперативом, ФИО5, руководя кооперативом, продолжал заключать новые договоры о привлечении вкладов с гражданами. Само по себе то обстоятельство, что многие потерпевшие при заключении этих договоров фактически не передавали денежных средств в кооператив, не свидетельствует об отсутствии признака хищения. Так, из показаний таких потерпевших следует, что на момент заключения этих договоров у них были ранее заключенные договоры с истекшим сроком исполнения, по которым у кооператива имелась обязанность выплатить денежные средства. Однако при этом гражданам не предлагалось забрать свои деньги, а они сами пожелали вложить свои деньги на новый срок, находясь под обманом и введенные в заблуждение о финансовой стабильности СПСК «------». При этом также кооперативом оформлялись расходные кассовые документы о получении гражданами своих вложений по предыдущим договорам и приходные кассовые документы о приеме денег от граждан по новым договорам. Соответственно, обеими сторонами при заключении договоров презюмировалась добросовестность исполнения предыдущего договора. При таких обстоятельствах указанное не противоречит положениям гражданского законодательства о зачете взаимных требований и применительно к рассматриваемому делу позволяет установить фактическое вложение денег гражданами по заключенным ими договорам. Довод подсудимого о невозможности исполнения обязательств по возврату вкладов одномоментным востребованием вкладов гражданами несостоятелен и опровергается данными договоров о сроках их исполнения. При этом в ходе судебного следствия установлено, что факты досрочного востребования пайщиками своих вкладов были единичными. Вмененный подсудимому квалифицирующий признак совершения хищения с использованием служебного положения нашел свое подтверждение наличием у ФИО5 в СПСК «------ управленческих, организационно-распорядительных и административно-хозяйственных функций, основанных на полномочиях единоличного исполнительного органа. Квалифицирующий признак совершения мошенничества в особо крупном размере подтвержден общей суммой похищенных у потерпевших средств с учетом примечания 4 к ст. 158 УК РФ . В то же время, по результатам судебного следствия, в том числе на основании подробного изучения письменных документов, судом установлены следующие неточности обвинения, не влияющие на окончательные выводы суда о квалификации, но требующие уточнения. Так, по потерпевшему ФИО12 №144 обвинением указано, что он внес в СПСК «------» сумму в общем размере ------ рублей, в том числе по договору ----- от дата указанный потерпевший в числе прочих дополнительно внес дата 14000 рублей, 17 ФИО12 №158 2014 года ------ рублей, дата ------ рублей. Однако указанный потерпевший в ходе судебного следствия такие сведения не сообщил, равно их нет в его оглашенных показаниях, данных в предварительном расследовании, которые он подтвердил. Также в суде ФИО12 №144 поддержал свой иск на сумму ------ рублей. Соответственно, эти обстоятельства суд исключает из обвинения и признает доказанным, что у ФИО12 №144 похищено ------ рублей. Аналогично, по потерпевшей ФИО12 №68 обвинением указано, что по договору ----- от дата она дополнительно внесла дата ------ рублей, а всего внесла в кооператив ------ рублей, которые ФИО5 похитил. Однако в ходе предварительного расследования ФИО12 №68 не указывала такой суммы, в суде также подтвердила оглашенные показания и поддержала свой иск на ------ рублей. Соответственно, эти обстоятельства суд исключает из обвинения и признает доказанным, что у ФИО12 №68 похищено ------ рублей. Указанные обстоятельства влекут уточнение общей суммы хищения по СПСК «------». При этом путем арифметических действий (суммирования) всех похищенных у потерпевших по данному эпизоду преступления сумм судом установлено, что размер хищения составляет ------ рублей ------ копейки. По потерпевшей ФИО12 №14 обвинением указано, что дата она в числе прочих также заключила договор ----- на ------ рублей на 3 месяца, а общая сумма внесенных ею в СПСК «------» денежных средств составила ------ рублей, которые ФИО5 похитил. При суммировании указанных в обвинении по ФИО12 №14 данных следует, что якобы общая сумма внесенных ею в СПСК «------» денежных средств составила ------ рублей. В ходе предварительного расследования и в суде указанная потерпевшая не сообщила обстоятельств заключения дата договора ----- ------ рублей, а равно поддержала свои два иска на общую сумму ------ рублей. При указанных обстоятельствах указание на заключение данного договора также подлежит исключению из обвинения, что, однако, не влияет на общую сумму хищения. Также органом предварительного расследования необоснованно вменено подсудимому совершение мошенничества с причинением значительного ущерба гражданину. Наличие вышеуказанного признака мошенничества в особо крупном размере исключает одновременное наличие признака мошенничества с причинением значительного ущерба гражданину. Само по себе то обстоятельство, что конкретному из потерпевших в результате хищения был причинен значительный ущерб, не свидетельствует о необходимости применения этого квалифицирующего признака, поскольку ФИО5 предъявлено обвинение в совершении всех хищений, объединенных единым умыслом, что нашло свое подтверждение в ходе судебного следствия. Вопреки доводам стороны защиты о необходимости квалификации содеянного (в случае его доказанности) по соответствующей части ст. 159.4 УК РФ , таких оснований суд не усматривает. Так, из вышеприведенных доказательств судом установлено, что вклады граждан принимались по договорам, заключенным кооперативом, который не относится к коммерческим организациям. Кроме того, заключение вышеуказанных договоров гражданами-пайщиками с кооперативом было обусловлено не осуществлением коммерческой деятельности кооперативом, а формированием фонда взаимопомощи, то есть для осуществления уставных задач кооператива, о чем прямо было указано в договорах. При указанных обстоятельствах содеянное ФИО5 по указанному эпизоду суд квалифицирует по ч.4 ст. 159 УК РФ как хищение чужого имущества путем обмана и злоупотребления доверием (мошенничество) в особо крупном размере, совершенное лицом с использованием своего служебного положения.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Незаконное использование объектов авторского права. В судебном заседании подсудимый ФИО5 показал, что в январе 2014 года в торговом предприятии адрес по выбору Свидетель №3 он для использования в деятельности обособленного подразделения СПСК «------» в адрес приобрел ноутбук, который сначала привезли в головной офис кооператива в адрес. Здесь он поручил ФИО12 №2 и Свидетель №3 подготовить ноутбук для использования в деятельности кооператива, а также найти компьютерщика для обслуживания компьютерной техники кооператива. Его заместитель Свидетель №1 нашла знакомого, он съездил за ним в адрес. Этим лицом, насколько ему известно в настоящее время, является свидетель ФИО282 Д., с которым он ранее знаком не был. В присутствии работников кооператива он попросил Свидетель №5 привести ноутбук в рабочее состояние для использования в офисе кооператива в адрес, не указывая, какие именно программы должны быть установлены на нем. В последующем данный ноутбук был передан в офис СПСК «------» в адрес и использовался в его деятельности. Об установке на него нелицензионных программ компании «1С» ему стало известно только от следователя. Он знал, что учет денежных средств в офисе СПСК «------» в адрес ведется на компьютере в бухгалтерской программе «1С». Также знал, что на вышеуказанном ноутбуке в офисе СПСК «------» в адрес ведется какой-то учет, но какой именно, не знал. Оценив представленные суду доказательства в их совокупности, суд находит показания ФИО5 ложными, направленными на избежание уголовной ответственности. Так, дата в ходе осмотра места происшествия – помещения офиса ----- в адрес, в котором располагались обособленные подразделения КПК «------» и СПСК «------», в числе прочего был изъят ноутбук марки «ASUS» ----- В последующем изъятый ноутбук осмотрен следователем, установлен его серийный номер ----- и назначена экспертиза по нему ----- Как следует из заключения эксперта ----- от дата, при экспертном исследовании на накопителе на жестких магнитных дисках (НЖМД) вышеуказанного ноутбука «------», изъятого из офиса филиала СПСК «------» в адрес, обнаружены установленная дата в 22:01 операционная система «Widows 8 SingleLanguage» и установленная дата в 10:05 коммерческая программа «1С:Предприятие 7.7 (сетевая версия) (7.70.027)», с компонентами: «Бухгалтерский учет», «Оперативный учет», «Расчет», «Управление распределенными ИБ», имеющая признаки преодоления систем защиты от нелицензионного использования, поскольку она работоспособна без аппаратного ключа защиты HASP. Как следует из исследовательской части заключения, вышеуказанные компоненты содержат базу данных СПСК «------», что свидетельствует об их использовании в деятельности указанной организации. Фототаблицы, сопровождающие описание хода исследования, содержат снимки области экрана ноутбука («скриншоты»), в том числе на одном из них (рис. 4) запечатлены сведения о программе, защите авторских прав и ее правообладателе (указаны - 1С:Предприятие 7.7 (сетевая версия) (7.70.027); Copyright© «1С», 1996-1999; Разработка: фирма «1С»), а также в графе сведений о принадлежности лицензии на указанный экземпляр программного продукта имеются записи «Организация не указана. Пользователь не указан» ----- При дополнительном осмотре следователем дата указанного ноутбука марки «ASUS», серийный номер ----- на «рабочем столе» операционной системы выявлен ярлык программы «1С», при запуске программа «1С» запускается без запроса пароля, в ней имеется база данных СПСК «------» ----- Из письменного ответа представителя фирмы ООО «1С» ФИО12 №126 от дата на запрос правоохранительных органов следует, что программа «1С: Предприятие 7.7 (сетевая версия)» с компонентами «Бухгалтерский учет», «Оперативный учет», «Расчет», «Управление распределенными ИБ» является двумя программными продуктами: 1) «1С: Предприятие 7.7. (сетевая версия). Комплексная поставка»; 2) «1С: Предприятие 7.7. Управление распределенными информационными базами». Компоненты «Бухгалтерский учет», «Оперативный учет», «Расчет» входят в комплексную поставку. Компонент «Управление распределенными ИБ» не входит в комплексную поставку, а является самостоятельным программным продуктом. Признаком контрафактности вышеуказанных продуктов является отсутствие аппаратного ключа защиты к программе, лицензионного договора, акта передачи неисключительных прав конечному пользователю, регистрационной карточки, бухгалтерских документов, подтверждающих приобретение программы. Стоимость права пользования лицензионными программами составляет: «1С: Предприятие 7.7. (сетевая версия). Комплексная поставка» ------ рублей; «1С: Предприятие 7.7. Управление распределенными информационными базами» ------ рублей. Общий размер вреда, причиненного ООО «1С» незаконными действиями работников СПСК «------» составляет ------ Допрошенный в суде представитель потерпевшего ООО «1С» ФИО12 №126, подтверждая свои оглашенные показания, данные в ходе предварительного расследования ----- и сообщив суду сведения, аналогичные содержанию вышеуказанного ответа на запрос, суду показал, что ООО «1С» разработана и совершенствуется система программ для ЭВМ «1С: Предприятие», предназначенных для автоматизации организаций различных форм собственности и направлений деятельности. ООО «1С» распространяет свои программные продукты через сеть региональных дистрибьюторов (фирмы, поддерживающие региональные дистрибьюторские сети), и партнерскую сеть (фирмы-партнеры, заключающие с ООО «1С» специализированные договоры, позволяющие распространять определенный ассортимент продуктов фирмы «1С»). Без заключения специального соглашения непосредственно с ООО «1С», для дальнейшего распространения (перепродажи) может приобретаться лишь небольшой ассортимент программных продуктов системы «1С: Предприятие» - так называемый «дилерский ассортимент». Для приобретения продукта ООО «1С», не входящего в «дилерский ассортимент», необходимо обратиться в фирму-дистрибьютор или фирму-партнер, у которой имеется договор на распространение программы «1С», заключаемые напрямую с ООО «1С». Таким образом, ООО «1С» контролирует распространение разрабатываемых, производимых и издаваемых им лицензионных программных продуктов. Для защиты своих программных продуктов ООО «1С» использует разные способы, в том числе программы серии «1С: Предприятие» до версии 8.3 были оснащены защитой от незаконного использования посредством аппаратного ключа защиты - «HASP-ключа», то есть электронного ключа, который подключается к LPT или USB порту компьютера, разрешающего использование программы при каждом ее запуске. Возможность запуска такой программы без аппаратного ключа является признаком контрафактности данного экземпляра программы. Для установки и использования контрафактной копии программы нарушители используют различные программы-взломщики, предназначенные для обхода устройств защиты программы от копирования и неправомерного использования. Каждый программный продукт имеет свой индивидуальный регистрационный номер, поставляется в фирменной коробке (программа, как правило, содержится в виде дистрибутива на CD диске) с соответствующим оформлением, соответствующим комплектом документации, в том числе регистрационной карточкой программного продукта (которую необходимо для регистрации продукта заполнить и отослать в фирму «1С»), в которой указан регистрационный номер данного программного продукта, в комплекте большинства программных продуктов имеется лицензионные соглашения, являющиеся документом, регулирующим правила пользования программного продукта конечным пользователем, правомерно приобретшим и обладающим изготовленным и введенным в гражданский оборот экземпляром программного продукта, исключительные имущественные права на который принадлежат ООО «1С». СПСК «------» не является лицензионным пользователем вышеуказанных программных продуктов, правообладателем которых является ООО «1С». В результате незаконного использования контрафактных экземпляров программных продуктов ООО «1С» причиняется материальный ущерб вследствие неполучения доходов от реализации легальных экземпляров программ, а также вследствие падения спроса на лицензионное программное обеспечение из-за возможности приобретения «пиратских» программ по низким ценам. Кроме того, использованием контрафактных экземпляров программных продуктов, помимо причинения материального ущерба, наносится значительный вред деловой репутации правообладателей. Таким образом, вышеуказанные заключение эксперта, показания представителя потерпевшего и его письменный ответ на запрос в совокупности с протоколом осмотра места происшествия бесспорно свидетельствуют о том, что вышеуказанные программные продукты «1С: Предприятие 7.7. (сетевая версия). Комплексная поставка» и «1С: Предприятие 7.7. Управление распределенными информационными базами», выявленные на ноутбуке, использовавшемся в деятельности обособленного подразделения СПСК «------» в адрес, являются контрафактными и их использование этим кооперативом является незаконным, противоречащим положениям ч.1 ст. 44 Конституции РФ и ст.ст. 1225 , 1229 , 1259 , 1261 Гражданского кодекса РФ, чем нарушены исключительные права потерпевшего на эти программные продукты. Факт непосредственного нахождения вышеуказанных контрафактных программ на компьютерах СПСК «------» и их использования в деятельности этого кооператива помимо вышеуказанных данных подтверждаются и исследованными в суде показаниями свидетелей-работников кооператива: Свидетель №4, Свидетель №3, ФИО339, потерпевшей ФИО12 №2 В частности, допрошенная в суде свидетель Свидетель №4, подтверждая свои оглашенные показания -----, суду показала, что с 2011 года неофициально составляла для КПК «------» отчеты для сдачи в контролирующие органы, а также с мая по декабрь 2014 года – такие же услуги СПСК «------», за что ей ежемесячно выплачивалось вознаграждение в размере около ------. руб. Офисы КПК «------» и СПСК «------» находились по адресу: адрес. В обоих кооперативах использовалась бухгалтерская программа фирмы «1С», причем в КПК «------» была лицензионная программа версии 7.7. Также оба кооператива имели обособленные подразделения в адрес, которые находились в одном помещении, где находились компьютер и ноутбук. На последнем была установлена бухгалтерская программа фирмы «1С», была ли она лицензионная, ей неизвестно. Свидетель Свидетель №3, подтверждая свои оглашенные показания ----- суду показала, что с октября 2011 года по дата она работала в СПСК «------» на должности инспектора-кассира, директором которого был ФИО5 Офис кооператива располагался по адресу: адрес, адрес. В офисе кооператива было два компьютера, на одном из которых работала она, на втором – бухгалтеры: сначала ФИО354, затем ФИО374 На этих компьютерах была установлена лицензионная программа «1С», так как ежедневно при входе в эту программу она вводила пароль и также ежегодно приобреталось лицензионное обеспечение для продления работы программы. В конце января 2014 года, когда открылось обособленное подразделение СПСК «------» в адрес, по предложению директора СПСК «------» ФИО5 совместно с ним в магазине электроники она выбрала ноутбук марки «------» для офиса в адрес. В тот же день ноутбук был оплачен, который сотрудники магазина доставили в офис на следующий день. В последующем на ноутбук была установлена программа для ведения бухгалтерского учета «1С», о чем она знает из отчетов, приходивших в головной офис СПСК «------» из обособленного подразделения в Новочебоксарске. Она ни лично, ни с чьей либо помощью никаких программ на данный ноутбук не устанавливала. Предполагает, что программу мог установить ФИО210, которого пригласила Свидетель №1 После установки программ директор СПСК «------» ФИО5 отвез ноутбук в адрес. Допрошенная в суде свидетель ФИО339, подтверждая свои оглашенные показания /----- сообщила, что с января 2012 года по дата работала в КПК «------», а с февраля 2014 года по дата – также в СПСК «------», в обоих случаях инспектором-кассиром обособленных подразделений этих кооперативов в адрес по адресу: адрес, адрес Директором обоих кооперативов был ФИО5 На основании выданной ей директором доверенности в ее должностные обязанности входили прием денежных вкладов от граждан и их выдача по истечении сроков, выдача займов, оформление документов, в том числе заключение договоров и сопутствующих кассовых документов. В конце января – начале февраля 2014 года, когда открылось обособленное подразделение СПСК «------» в адрес, ФИО5 привез ей новый ноутбук марки «Asus», с установленным на нем программным обеспечением, в том числе бухгалтерской программой «1С», в которой она вела весь учет по СПСК «------». Сама она ни лично, ни с помощью третьих лиц никаких программ на ноутбук не устанавливала, сторонних специалистов для установки программ не приглашала. Единственный раз по приглашению ФИО5 приезжал специалист по имени ФИО210, помог настроить распечатку документов с ноутбука на принтер. Программа «1С» на ноутбуке запускалась без пароля. О том, что эта программа была нелицензионная, она не знала. Когда в офис приезжал ФИО5, она в числе прочих показывала ему документы СПСК «------», составленные в программе «1С», у него вопросов по поводу использования такой программы не возникало, он знал о таком использовании. По предъявленной на обозрение фототаблице к заключению эксперта ----- показала, что именно такой ноутбук был в ее пользовании и на нем была установлена программа «1С». В ее и понятых присутствии сотрудники полиции изъяли этот ноутбук. Потерпевшая ФИО12 №2 при допросе в суде подтвердила свои оглашенные показания, данные в ходе предварительного расследования -----, согласно которым с июня 2010 года по апрель 2014 года она оказывала услуги по ведению бухгалтерского учета СПСК «------», хотя официально она там трудоустроена не была. На системных блоках компьютеров, используемых в СПСК «------», были установлены компьютерные программы «1С:Предприятие» версии 7.7, а затем версии 8.2, на которых она составляла бухгалтерскую отчетность. Ежегодно указанные программы обновлялись сотрудниками ООО «------», которые сами приходили в офис СПСК «------» и производили обновление. Вопросами приобретения компьютерных программ и их обновления в СПСК «------» занимался сам директор ФИО5, так как с ним согласовывалось выделение для этого денежных средств. Версия 8.2 была установлена в связи с тем, что установку такой версии требовали налоговые органы и, кроме того, версия 7.7 уже не имела официальных обновлений. В январе 2014 года для обособленного подразделения СПСК «------» в адрес был приобретен ноутбук, который был поставлен на баланс СПСК «------», и заместитель директора Свидетель №1 по просьбе ФИО5 пригласила молодого парня, который установил компьютерные программы на данный ноутбук, какие именно, не знает. Ранее, когда для СПСК «------» приобретались лицензионные копии компьютерных программ, указанные программы учитывались на балансе кооператива. Она не помнит, чтобы программы, установленные на указанный ноутбук, ставились на баланс СПСК «------». В адрес работала инспектор-кассир ФИО339, которая в течение рабочего дня в программе «1С» составлялась приходные и расходные кассовые ордеры. В конце рабочего дня ФИО339 ежедневно по электронной почте присылала отчет и данные программы «1С», которые она обрабатывала с учетом данных по адрес. Кроме того, совокупность указанных показаний свидетелей и потерпевшей подтверждает, что использование нелицензионного программного обеспечения, указанного в заключении эксперта, на компьютере СПСК «------» осуществлялось с ведома и по воле руководителя этого кооператива ФИО5 Доводы стороны защиты о незнании ФИО5 о факте установки этих программ на ноутбук также опровергаются и показаниями свидетеля ФИО355, оглашенными в суде, из которых следует, что в конце января 2014 года она приглашала в офис СПСК «------» молодого парня по имени ФИО210, который приходил к ним в офис и по просьбе ФИО5 устанавливал программы на приобретенный СПСК «------» ноутбук, который затем был передан в обособленное подразделение СПСК «------» в адрес для использования в работе ФИО339 Какие программы были установлены ФИО210 и откуда он их получил, ей неизвестно /----- Допрошенный в суде свидетель ФИО282 Д.Г., подтверждая свои оглашенные показания, данные следователю /-----/, показал, что в октябре 2012 года познакомился с Свидетель №1, которая на тот момент работала в СПСК «------» и ей было известно о том, что он ведет занятия в компьютерном кружке, поэтому она обращалась к нему с просьбой отремонтировать и установить программы на компьютере ее внука. В январе 2014 года Свидетель №1 по телефону попросила его установить программы на ноутбуке, приобретенном СПСК «------», на что он согласился и на следующий день к нему домой приехал ранее незнакомый ему директор СПСК «------» ФИО5, который на своем автомобиле привез его в офис данного кооператива в адрес. В офисе находился ноутбук, на который он по просьбе ФИО5 установил какие-то программы. Устанавливал ли он при этом на ноутбук программу «1С Предприятие 7.7», не помнит. Также он осуществил обновление программы «1С» на стационарных компьютерах, установленных в офисе СПСК «------». Через некоторое время по просьбе ФИО5 он настроил доступ к модему и принтеру в офисе в адрес. Таким образом, сведения о времени установки вышеуказанных контрафактных программ, указанные в заключении эксперта (дата, то есть на следующий день после приобретения ноутбука), в совокупности с вышеприведенными доказательствами позволяют достоверно установить, что именно по инициативе и с ведома ФИО5 на ноутбук были установлены эти программы. В то же время в ходе предварительного расследования не установлено, у кого именно и когда были приобретены вышеуказанные контрафактные экземпляры программных продуктов, поскольку сама по себе их установка Свидетель №5 не свидетельствует, что он же и сбыл их ФИО5 Указанное не исключает ответственность виновного лица за нарушение авторских прав путем установки и использования контрафактных программ. Довод защитника о недоказанности факта их сбыта как исключающих уголовную ответственность приобретателя за приобретение, суд находит основанным на неправильном толковании уголовного закона, поскольку в данном случае приобретение вменяется ФИО5 не как самостоятельный состав преступления, а в совокупности с использованием. Из совокупности показаний самого ФИО5, копии протокола ----- общего организационного собрания членов СПСК «------» от дата о назначении ФИО5 исполнительным директором этого кооператива, копии приказа СПСК «------» от дата о назначении ФИО5 исполнительным директором СПСК «------» и возложении на него ведение бухгалтерского учета ----- судом установлено, что ФИО5 является единоличным исполнительным органом указанного кооператива – исполнительным директором с момента учреждения указанного кооператива в 2010 году по момент выявления использования контрафактных программных продуктов дата, единолично осуществляет руководство данной организацией и выполняет административно-хозяйственные и управленческие функции в данной коммерческой организации. Соответственно, совокупность вышеуказанных доказательств также позволяет сделать вывод, что ФИО5 является лицом, несущим ответственность за использование в деятельности данного кооператива вышеуказанных нелицензионных программ. Довод стороны защиты о недоказанности размера ущерба, суд находит несостоятельным. Так, вышеуказанные показания представителя потерпевшего и его письменный ответ в правоохранительные органы подтверждают стоимость лицензионного программного обеспечения, контрафактные аналоги которого были установлены на компьютерах СПСК «------». В силу вышеуказанных положений ст.ст. 1225 , 1229 , 1259 , 1261 Гражданского кодекса РФ исключительные права на программное обеспечение принадлежат его автору (обладателю исключительных прав) и способы реализации (отчуждения) этих прав определяет только он, в том числе и стоимость отчуждения. При этом суд также учитывает, что стоимость программного обеспечения для целей его отчуждения (продажи), как результат интеллектуального труда, не может определяться принудительно кем-либо, в том числе на основании размера расходов по его созданию, а определяется исключительно самим автором, в том числе исходя и из представляющей для него ценности указанного результата интеллектуального труда. Указанная позиция подтверждается и разъяснениями Пленума Верховного Суда РФ в п.25 Постановления от дата ----- «О практике рассмотрения судами уголовных дел о нарушении авторских, смежных, изобретательских и патентных прав, а также о незаконном использовании товарного знака», согласно которым стоимость прав на использование объектов интеллектуальной собственности может быть установлена путем проведения экспертизы лишь в случаях, когда их стоимость еще не определена правообладателем. При этом следует исходить из розничной стоимости оригинальных (лицензионных) экземпляров на момент совершения преступления. Как следует из показаний представителя потерпевшего, а равно является общеизвестным обстоятельством и не требует доказывания, правообладателями программного обеспечения устанавливается единая ценовая политика (одинаковая цена) на конкретный вид программного обеспечения независимо от способа его распространения (непосредственно производителем, в том числе через сеть Интернет, либо через посредников-дистрибьюторов). Само по себе то обстоятельство, что какое-либо программное обеспечение продается иными лицами, нежели уполномоченными на то производителем, по более низкой цене, никоим образом не свидетельствует о неправильности сведений о стоимости лицензионного программного обеспечения, указанного представителем потерпевшего исходя из вышеуказанного исключительного права автора определять стоимость своего товара. Также то обстоятельство, что какое-либо программное обеспечение с течением времени уходит из гражданского оборота (в том числе и в связи с выходом более нового), не свидетельствует об утрате его товарной стоимости как результата интеллектуального труда, которая, как указано выше, определяется его автором, а равно в любом случае не предоставляет кому либо права использовать этот результат без согласия обладателя исключительных прав. Поскольку незаконное использование объектов авторского права – программных продуктов, в рассматриваемом случае, как установлено судом, включает в себя не только их установку на компьютеры (что само по себе уже образует преступление), но и последующее их использование, моментом окончания преступления будет являться момент обнаружения такого незаконного использования – дата. Соответственно, потерпевшим – правообладателем обоснованно размер ущерба определен на указанную дату. Помимо незаконного использования объектов авторского права при вышеуказанных обстоятельствах ФИО5 вменено одновременно незаконное использование теми же самыми действиями и смежных прав того же правообладателя, что суд находит необоснованным и подлежащим исключению из обвинения с учетом положений ст. 1304 ГК РФ , определяющих содержание смежных прав. С учетом совокупности вышеуказанных выводов содеянное ФИО5 суд квалифицирует по п. «г» ч.3 ст. 146 УК РФ как незаконное использование объектов авторского права в крупном размере лицом с использованием своего служебного положения. При этом наличие квалифицирующего признака «в крупном размере» установлено судом в соответствии с примечанием к статье 146 УК РФ , а наличие квалифицирующего признака «лицом с использованием своего служебного положения» - исходя из полномочий ФИО5 как единоличного исполнительного органа СПСК «------». Органом предварительного расследования ФИО5 также инкриминировано совершение преступления, предусмотренного ч.4 ст. 159 УК РФ , - мошенничества, то есть хищения чужого имущества путем обмана и злоупотребления доверием, совершенного в особо крупном размере. Согласно обвинительному заключению ФИО5, являясь исполнительным директором Сельскохозяйственного потребительского сбытового кооператива «------», в дневное время дата, находясь в офисе указанного кооператива, расположенного по адресу: адрес адрес, зная о наличии у ранее знакомого ему ФИО12 №63 значительной суммы денежных средств, а именно вклада на сумму ------ рублей в СПСК «------», возымел преступный умысел на хищение имущества последнего путем мошенничества. С целью осуществления своих преступных намерений, ФИО5 обратился к ФИО12 №63 и попросил передать ему лично в займ денежные средства в сумме ------ рублей сроком на 1 год с последующей компенсацией за пользование в сумме ------ рублей под предлогом пополнения своих оборотных средств для осуществления предпринимательской деятельности. При этом ФИО5 не имел намерений в последующем исполнить и вернуть заемные денежные средства и проценты по ним, а имел лишь корыстные намерения похитить чужое имущество. Воспользовавшись доверием ФИО12 №63, убедив его в благополучии своего финансового состояния, скрыв факт тяжелого финансового состояния СПСК «------», ФИО5 обещал вернуть ФИО12 №63 заемные денежные средства и проценты по ним в срок, тем самым обманул последнего и ввел в заблуждение относительно своих истинных корыстных преступных намерений. ФИО188 А.С., введенный в заблуждение, доверяя ФИО5 и не зная о тяжелом финансовом состоянии СПСК «------», а также в силу обмана со стороны ФИО5 полагая, что последний действительно является благополучным предпринимателем и вернет денежные средства и проценты по ним строго в оговоренные сроки, согласился передать ФИО5 в заем денежные средства в сумме ------ рублей, о чем в тот же день дата между ФИО12 №63 и ФИО5 был заключен и подписан договор займа. В тот же день, дата, после подписания договора займа ФИО188 А.С., находясь в офисе СПСК «------» по вышеуказанному адресу, передал ФИО5 наличные денежные средства в сумме ------ рублей. В свою очередь ФИО5, получив денежные средства путем обмана и злоупотребления доверием, не имея намерений их возвратить, умышленно, из корыстных побуждений, осознавая преступность своего деяния, предвидя наступление общественно-опасных последний и желая их наступления, похитил чужое имущество, чем причинил ФИО12 №63 материальный ущерб в особо крупном размере на сумму ------ рублей. Обвинение в указанном виде утверждено прокурором, а также поддержано государственным обвинителем в судебном заседании. Однако, проведя судебное следствие, на основании исследования и анализа представленных суду доказательств, суд находит указанное обвинение недоказанным. Так, не соглашаясь с обвинением в указанном хищении денежных средств, подсудимый ФИО5 показал, что ФИО188 А.С. около 2-3 лет являлся одним из пайщиков СПСК «------», вложившим свои денежные средства, и по истечении срока договора дата пришел в кооператив. В день обращения ФИО12 №63 были выплачены проценты по вкладу за вычетом налога на доходы физических лиц (далее также – НДФЛ), который кооператив как налоговый агент исчислял, удерживал и перечислял в доход соответствующего бюджета. ФИО188 А.С. сообщил ему о своем намерении и дальше получать проценты по своему вкладу, но не хотел уменьшать свой доход по процентам на сумму НДФЛ. Высказав указанное, ФИО188 А.С. предложил ему как физическому лицу лично заключить договор займа сроком на 1 год на условиях выплаты процентов в том же размере, что и в СПСК «------». Учитывая, что кооперативу было выгодно и далее использовать деньги ФИО12 №63 в обороте, он согласился на предложение последнего. Затем по его (ФИО376) просьбе работник кооператива Свидетель №3 напечатала договор займа между ним и ФИО12 №63 на сумму ------ млн. руб. сроком в 1 год, взяв за образец договор о передаче личных сбережений пайщиков, использовавшийся в СПСК «------». При этом размер процентов за пользование займом, подлежащий выплате по истечении срока договора, был определен в фиксированной денежной сумме около ------ тыс. руб. При подписании им и ФИО12 №63 указанного договора одновременно в СПСК «------» были оформлены расходный кассовый ордер о получении ФИО12 №63 суммы своего вклада и приходный кассовый ордер о получении такой же суммы кооперативом от него (ФИО376) в счет возврата кредита. Фактически денежные средства ФИО12 №63 из кассы кооператива не выдавались, ему ФИО12 №63 денежные средства по договору займа не передавались, а равно он не вносил эту сумму в кассу кооператива, поскольку на тот момент в кассе такой суммы денежных средств в наличии не было. При этом настаивает, что финансовое положение кооператива позволяло возвратить ФИО12 №63 сумму вклада в течение нескольких дней. Заключая договор займа с ФИО12 №63, он рассчитывал вовремя вернуть ему ФИО385, поскольку его доход от работы в трех кооперативах (КПК «------», СПСК «------», СПСК «------») составлял около ------ тыс. руб. в месяц. Наличие у него на тот момент кредитных обязательств в СПСК «------» и в кооперативе «------» не препятствовало этому. Показания ФИО12 №63 против него расценивает как оговор, усматривая, что ФИО12 №63 это выгодно. Доводы подсудимого об отсутствии факта хищения суд находит подтвержденными представленными суду доказательствами. Так, потерпевший ФИО188 А.С., подтверждая свои оглашенные показания /-----, показал, что до апреля 2014 года он был пайщиком СПСК «------», офис которого располагался по адресу: адрес, адрес неоднократно вкладывал в него свои сбережения и познакомился с директором этого кооператива ФИО5, с которым периодически общался. В апреле 2014 года у него закончился срок действия очередного договора и он решил забрать свои сбережения. дата он пришел в офис СПСК «------», где Свидетель №3 выдала ему ------ млн. руб. В это время ФИО5 предложил передать ему лично полученные им денежные средства сроком на 1 год с компенсацией в ------ рублей. Он хотел и дальше вкладывать свои денежные средства, но не хотел терять на уплате налога на доходы физических лиц, поэтому согласился на предложение ФИО5 и в тот же день они подписали договор, подготовленный Свидетель №3, после чего он передал ФИО5 свои денежные средства в сумме ------ рублей. В апреле 2015 года он узнал, что офис СПСК «------» закрылся, неоднократно пытался обращаться к ФИО5 по поводу возврата денег, но тот деньги ему не вернадрес им гражданский иск -----/ поддерживает в полном объеме. Оценивая показания указанного потерпевшего, суд находит их достоверными лишь относительно заключения договора между ним и ФИО5, но не в части показаний об инициаторе заключения договора и факте передачи самих денег ФИО12 №63 ФИО5 по этому договору. Так, в своем заявлении в полицию от дата ФИО188 А.С. указал, что просит помочь в возврате денег, вложенных в кооператив «------» лично директору ФИО5, который заключил договор займа и не возвращает полученные денежные средства ----- Как следует из протокола от дата, при осмотре изъятого выемкой у ФИО12 №63 договора о передаче личных сбережений пайщика ----- от дата установлено, что согласно указанному договору ФИО188 А.С. передает ФИО5 сбережения в размере ------ рублей путем личной передачи денег сроком на 12 месяцев с дата по дата с компенсацией в сумме ------ рублей по истечении срока договора /т----- Также свидетель Свидетель №3, подтверждая свои оглашенные показания ----- суду показала, что с октября 2011 года по дата она работала в СПСК «------» на должности инспектора-кассира, директором которого был ФИО5 Офис кооператива располагался по адресу: адрес, адрес. В числе прочих в ее должностные обязанности входило заключение договоров приема вкладов граждан и выдача займов гражданам на основании доверенности. дата в указанный офис пришел вкладчик СПСК «------» ФИО188 А.С., у которого истек срок действия договора и он собирался забрать свои денежные средства в сумме ------ рублей. В кассе кооператива такой суммы не было. Обсудив что-то между собой ФИО188 А.С. и ФИО5 подошли к ней, последний попросил ее составить договор займа между ним и ФИО12 №63 с указанием в договоре процентов в фиксированной сумме, подлежащих выплате по истечению срока договора. Она подготовила такой договор, затем ФИО12 №63 были оформлены расходные кассовые ордеры о возврате ему кооперативом денежных средств, после чего они с ФИО5 подписали указанный договор. Фактически никаких денег ФИО12 №63 из кассы СПСК «------» не выдавалось, он ФИО5 деньги не передавал. Она не слышала, что ФИО5 предложил ФИО12 №63 оформить договор на лучших условиях лично с ним. Потерпевшая ФИО12 №2, подтверждая и уточняя свои оглашенные показания ----- показала, что с июня 2010 года по апрель 2014 года она оказывала услуги по ведению бухгалтерского учета СПСК «------», хотя официально она там трудоустроена не была. дата она находилась в офисе СПСК «------», расположенном по адресу: адрес, офис -----. Помимо нее там также находились заведующая отделением Свидетель №3 и директор СПСК «------» ФИО5 В тот день в офис СПСК «------» обратился пайщик ФИО188 А.С., у которого истек срок действия договора о передаче личных сбережений, по которому он должен был получить крупную сумму денег около ------ млн. руб. Насколько она помнит, ФИО188 А.С. обратился к ФИО5 и сказал, что может оставить свои сбережения, если ФИО5 заключит договор с ним лично как физическое лицо, поскольку ФИО188 А.С. не хотел, чтобы с начисленных ему процентов был удержан налог на доходы физических лиц. ФИО5 согласился на условия ФИО12 №63, так как не хотел выводить такую сумму из оборота кооператива. В кассе кооператива на тот момент имелись денежные средства для выдачи пайщикам, но были ли она достаточными для выдачи ФИО12 №63, сказать затрудняется. ФИО188 А.С. получил из кассы часть суммы процентов, но ему были оформлены расходные документы, согласно которым он якобы получил из кассы СПСК «------» также всю сумму вклада, а ФИО5 якобы полученные от ФИО12 №63 по договору денежные средства были оформлены как возврат подотчетной суммы в кассу кооператива, поскольку ФИО5 брал в кооперативе деньги под отчет на закупку зерна. Текст договора между ФИО12 №63 и ФИО5 по просьбе последнего был составлен Свидетель №3 Исходя из содержания договора, заключенного между ФИО12 №63 и ФИО5, поименованного как договор о передаче личных сбережений пайщика, путем его толкования на основании буквального значения содержащихся в нем слов и выражений согласно положениям ст. 431 ГК РФ , суд приходит к выводу, что он представляет собой договор займа. В силу положений п.1 ст. 807 ГК РФ договор займа считается заключенным с момента передачи денег или других вещей. При этом согласно п.2 этой же статьи в подтверждение договора займа и его условий может быть представлена расписка заемщика или иной документ, удостоверяющие передачу ему займодавцем определенной денежной суммы или определенного количества вещей. Согласно тексту договора между ФИО12 №63 и ФИО5, он не содержит указания на удостоверение факта передачи денег на момент подписания договора, напротив, из содержания п.3.1 следует, что договор вступает в силу с момента передачи денег. Совокупность вышеуказанных показаний свидетеля Свидетель №3 и потерпевшей ФИО12 №2, оснований сомневаться в которых у суда не имеется, также свидетельствует о том, что, несмотря на подписание договора между ФИО12 №63 и ФИО5, фактической передачи денег между ними не было. Из их же показаний следует, что инициатива заключения договора между ФИО5 и ФИО12 №63 исходила от последнего, а не наоборот. Обратные показания потерпевшего ФИО12 №63, в том числе и о якобы имевшем место факте передачи им денег ФИО5 при подписании договора, суд находит ложными, направленными на получение своих денег именно с ФИО5, а не с СПСК «------», поскольку последний фактически прекратил свое существование и не способен исполнить обязательства. Таким образом, в отсутствие доказательств фактической передачи денег ФИО12 №63 ФИО5, вышеупомянутый договор между ними является незаключенным, само по себе его подписание сторонами не подтверждает исполнение займодавцем (ФИО389) обязательства по передаче денег заемщику (ФИО7). Согласно разъяснениям Пленума Верховного Суда РФ в п.4 Постановления от дата ----- «О судебной практике по делам о мошенничестве, присвоении и растрате» мошенничество, то есть хищение чужого имущества, совершенное путем обмана или злоупотребления доверием, признается оконченным с момента, когда указанное имущество поступило в незаконное владение виновного или других лиц и они получили реальную возможность (в зависимости от потребительских свойств этого имущества) пользоваться или распорядиться им по своему усмотрению. Соответственно, отсутствие самого факта передачи денег ФИО12 №63 ФИО5 по вышеупомянутому договору между ними исключает наличие объективной стороны преступления, инкриминированного ФИО5, поскольку имуществом потерпевшего на основании этого договора, вопреки указанному в обвинении, он не завладел. Неполучение ФИО12 №63 при вышеуказанных обстоятельствах своих денежных средств в СПСК «------», полагающихся ему к возврату по договору, заключенному с этим кооперативом, не влечет иного вывода о виновности ФИО5, поскольку обвинение, предъявленное ему, не содержит описания объективной стороны мошенничества путем хищения денежных средств ФИО12 №63, вложенных последним в кооператив. Установление наличия факта хищения денежных средств ФИО12 №63, вложенных в кооператив (в том числе возможно и ФИО7 же), выходит за пределы предъявленного ФИО5 обвинения, в котором не указаны, когда, где, какую именно сумму внес потерпевший в СПСК «------» и когда этой суммой завладел ФИО5, что необходимо для определения места и времени совершения преступления. Самостоятельное установление судом указанных обстоятельств выходит за пределы обвинения. В соответствии с ч.4 ст. 302 УПК РФ обвинительный приговор не может быть основан на предположениях и постановляется лишь при условии, что в ходе судебного разбирательства виновность подсудимого в совершении преступления подтверждена совокупностью исследованных судом доказательств. На основании совокупности указанных выводов суд приходит к окончательному выводу о недоказанности обвинения, что ФИО5 мошенническим способом похитил сумму предоставленных лично ему ФИО12 №63 денег, а равно суд приходит к выводу об отсутствии как такового хищения (по описанию, приведенному в обвинительном заключении), соответственно ФИО5 по этому обвинению подлежит оправданию в связи с отсутствием события преступления. В связи с указанным оправданием ФИО5 имеет право на реабилитацию, а гражданский иск потерпевшего ФИО12 №63 к ФИО5 подлежит отказу в удовлетворении, поскольку его удовлетворение в силу положений ст. 1064 ГК РФ возможно лишь при доказанности факта хищения ФИО5 по предъявленному обвинению. Решая вопрос о вменяемости ФИО5, суд учитывает, что на учете у врачей психиатра и нарколога он не состоит, его поведение в судебном заседании адекватно ситуации. При указанных данных суд находит ФИО5 вменяемым и способным нести уголовную ответственность. Доказательств, свидетельствующих об обратном, суду не представлено. Решая вопрос о наказании виновного, суд в соответствии со ст.ст. - 63 УК РФ принимает во внимание характер содеянного, степень его общественной опасности, мотивы и способы совершения преступных действий, иные конкретные обстоятельства дела наряду с данными о его личности, а также обстоятельства, влияющие на вид и размеры наказания. Так, ФИО5 совершены умышленные тяжкие преступления. Оценивая его личность, суд принимает во внимание, что он не судим -----, разведен, имеет на иждивении двоих детей, в том числе одного малолетнего ----- участковым полиции по месту проживания характеризуется посредственно, отмечается привлечение к административной ответственности за потребление алкогольной продукции в запрещенных местах и появление в общественных местах в состоянии опьянения /----- Смягчающим наказание ФИО5 обстоятельством по каждому из совершенных им преступных деяний согласно п. «г» ч.1 ст. 61 УК РФ суд признает наличие на его иждивении вышеуказанного малолетнего ребенка, а согласно ч.2 ст. 61 УК РФ – также наличие на иждивении несовершеннолетнего ребенка. Иных смягчающих его наказание обстоятельств судом не установлено. Обстоятельств, отягчающих его наказание, предусмотренных ст. 63 УК РФ , не имеется. Оснований, предусмотренных ч.6 ст. 15 УК РФ для снижения категории совершенных им преступлений с учетом условий применения данной нормы, суд не усматривает. Учитывая обстоятельства совершения преступлений, их тяжесть и последствия, данные о личности виновного, наличие смягчающих наказание обстоятельств и отсутствие отягчающих, влияние назначенного наказания на исправление осужденного и условия жизни его семьи в их совокупности, суд считает единственно возможным достижение целей наказания назначением ФИО5 наказания в виде лишения свободы за каждое из совершенных им преступлений. Оснований для назначения дополнительного наказания в виде штрафа и в виде ограничения свободы, исходя из материального положения виновного и данных о его личности, суд не усматривает. В соответствии с ч.3 ст. 69 УК РФ путем частичного сложения наказаний окончательное наказание ФИО5 суд также назначает в виде лишения свободы без дополнительного наказания. Оснований для применения в отношении виновного положений ст.ст. и 73 УК РФ , с учетом условий их применения, изложенных в данных нормах, суд не усматривает. При этом, учитывая все вышеуказанные данные, послужившие основанием назначения наказания в виде лишения свободы, суд не усматривает достаточных оснований для замены ФИО5 этого наказания принудительными работами в соответствии с ч.2 ст. 53.1 УК РФ . В соответствии с п. «б» ч.1 ст. 58 УК РФ наказание подлежит отбытию ФИО5 в исправительной колонии общего режима. С учетом этих обстоятельств, в соответствии с ч.2 ст. 97 УПК РФ в целях обеспечения исполнения наказания суд считает необходимым сохранить до вступления приговора в законную силу в отношении ФИО5 меру пресечения в виде его содержания под стражей. С учетом положений ч.3 ст. 72 УК РФ и ч.10 ст. 110 УПК РФ в срок отбытия наказания осужденным подлежит зачету срок его задержания и содержания под стражей в период с дата по дата. Потерпевшими-гражданами (по эпизодам хищений через КПК «------» и СПСК ------») в ходе предварительного расследования по делу заявлены гражданские иски. С учетом установленных фактов и размеров хищений, гражданские иски потерпевших о возмещении ущерба в соответствии с положениями ст. 1064 ГК РФ и ст. 44 УПК РФ суд находит подлежащими удовлетворению в размере ущерба, причиненного преступлением. Поскольку признание факта хищения имущества в результате преступления исключает наличие гражданско-правовых отношений между сторонами, каких-либо оснований для уплаты процентов за пользование вкладом не имеется. Указанное не лишает потерпевших права обращения в порядке гражданского судопроизводства с требованием о взыскании убытков или процентов, начисляемых на неосновательное обогащение. Разрешение вопроса об убытках в рамках уголовного процесса положениями ст. 44 УПК РФ не предусмотрено, в связи с чем такие требования суд оставляет без рассмотрения. Также исходя из факта причинения имущественного вреда потерпевшим в результате преступных действий подсудимого, положений ст.ст. , 1099 - 1101 ГК РФ , оснований для удовлетворения требований потерпевших о возмещении морального вреда не имеется, в указанной части они подлежат отказу. Имеющиеся решения судов по искам потерпевших к КПК «------» и СПСК «------», вынесенные в порядке гражданского судопроизводства на основании договоров, не препятствуют удовлетворению гражданских исков этих же потерпевших о взыскании ущерба, причиненного преступлением, непосредственно с ФИО5 как причинителя вреда, поскольку признание факта хищения имущества в результате преступления исключает наличие гражданско-правовых отношений между сторонами и, соответственно, является основанием для пересмотра этих решений по вновь открывшимся обстоятельствам. Производство по гражданским искам потерпевших ФИО12 №10, ФИО12 №31, ФИО12 №36 прекратить в связи с их отказом от них, заявленным в судебном заседании. В ходе предварительного расследования следователем были приняты меры в обеспечение гражданских исков: - на основании постановления Ленинского районного суда адрес от дата наложен арест на денежные средства на расчетном счете СПСК «------» ----- - на основании постановления Ленинского районного суда адрес от дата наложен арест на наличные денежные средства КПК «------ /-----. С учетом удовлетворения исков потерпевших указанные аресты подлежат сохранению до исполнения приговора суда в части удовлетворения гражданских исков потерпевших. Вопрос о судьбе вещественных доказательств разрешить в соответствии с ч. 3 ст. 81 УПК РФ . На основании изложенного, руководствуясь ст.ст. - 309 УПК РФ , суд приговорил: Оправдать ФИО7 ФИО430 по предъявленному обвинению в совершении преступления, предусмотренного частью 4 статьи Уголовного кодекса РФ (в отношении ФИО12 №63), на основании пункта 1 части 2 статьи 302 Уголовно-процессуального кодекса РФ, т.е. за отсутствием события преступления. Признать за ФИО5 право на реабилитацию, разъяснив ему право на обращение в суд по вопросу возмещения имущественного ущерба и морального вреда, связанного с уголовным преследованием, а также восстановления иных имущественных прав реабилитированного в соответствии с положениями главы 18 УПК РФ и направить ему соответствующее извещение. ФИО7 ФИО431 признать виновным в совершении двух преступлений, предусмотренных частью 4 статьи Уголовного кодекса РФ (через КПК «------» и СПСК «------») и преступления, предусмотренного пунктом «г» части 3 статьи Уголовного кодекса РФ, и назначить ему наказание: - за преступление, предусмотренное частью 4 статьи Уголовного кодекса РФ (хищение через КПК «------»), - в виде лишения свободы сроком 3 (три) года; - за преступление, предусмотренное частью 4 статьи Уголовного кодекса РФ (хищение через СПСК «------»), - в виде лишения свободы сроком 6 (шесть) лет; - за преступление, предусмотренное пунктом «г» части 3 статьи Уголовного кодекса РФ, - в виде лишения свободы сроком 1 (один) год 6 (шесть месяцев). В соответствии с ч.3 ст. Уголовного кодекса РФ по совокупности преступлений путем частичного сложения наказаний окончательное наказание ФИО5 назначить в виде 7 (семи) лет 6 (шести) месяцев лишения свободы с отбыванием в исправительной колонии общего режима. Срок наказания ФИО5 исчислять с дата. Зачесть ФИО5 в срок наказания срок задержания и содержания под стражей с дата по дата. Меру пресечения в виде заключения под стражу в отношении ФИО5 до вступления приговора в законную силу оставить без изменения. Взыскать с ФИО7 ФИО433 в счет возмещения ущерба, причиненного преступлением в пользу потерпевших:</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 ------ ------ ------ ------ ------------ ------ ------ ------ ------ ------ ------ ------ ------ ------ ------ ------ ------ ------ ------ ------ ------ ------ ------ ------ ------ ------ ------ ------ ------ ------ ------ ------ ------ ------ ------ ------</w:t>
      </w:r>
    </w:p>
    <w:p>
      <w:pPr>
        <w:pStyle w:val="Heading3"/>
      </w:pPr>
      <w:r>
        <w:rPr>
          <w:rFonts w:ascii="Times New Roman" w:hAnsi="Times New Roman" w:eastAsia="Times New Roman" w:cs="Times New Roman"/>
          <w:b/>
          <w:i w:val="0"/>
          <w:sz w:val="22"/>
        </w:rPr>
        <w:t>Пункт 37. Правовой анализ</w:t>
      </w:r>
    </w:p>
    <w:p>
      <w:pPr>
        <w:spacing w:after="120" w:before="160"/>
        <w:ind w:firstLine="720"/>
        <w:jc w:val="both"/>
      </w:pPr>
      <w:r>
        <w:rPr>
          <w:rFonts w:ascii="Times New Roman" w:hAnsi="Times New Roman" w:eastAsia="Times New Roman" w:cs="Times New Roman"/>
          <w:b/>
          <w:i w:val="0"/>
          <w:sz w:val="22"/>
        </w:rPr>
        <w:t xml:space="preserve">37. </w:t>
      </w:r>
      <w:r>
        <w:rPr>
          <w:rFonts w:ascii="Times New Roman" w:hAnsi="Times New Roman" w:eastAsia="Times New Roman" w:cs="Times New Roman"/>
          <w:b w:val="0"/>
          <w:i w:val="0"/>
          <w:sz w:val="22"/>
        </w:rPr>
        <w:t>------ ------ ------ ------ ------ ------ ------ ------ ------ ------ ------ ------ ------ ------ ------ ------ ------ ------ ------ ------ ------ ------ ------ ------ ------ ------ ------ ------ ------ ------ ------ ------ ------ ------ ------ ------ ------ ------ ------ ------ ------ ------ ------ ------ ------ ------ ------ ------</w:t>
      </w:r>
    </w:p>
    <w:p>
      <w:pPr>
        <w:pStyle w:val="Heading3"/>
      </w:pPr>
      <w:r>
        <w:rPr>
          <w:rFonts w:ascii="Times New Roman" w:hAnsi="Times New Roman" w:eastAsia="Times New Roman" w:cs="Times New Roman"/>
          <w:b/>
          <w:i w:val="0"/>
          <w:sz w:val="22"/>
        </w:rPr>
        <w:t>Пункт 85. Правовой анализ</w:t>
      </w:r>
    </w:p>
    <w:p>
      <w:pPr>
        <w:spacing w:after="120" w:before="160"/>
        <w:ind w:firstLine="720"/>
        <w:jc w:val="both"/>
      </w:pPr>
      <w:r>
        <w:rPr>
          <w:rFonts w:ascii="Times New Roman" w:hAnsi="Times New Roman" w:eastAsia="Times New Roman" w:cs="Times New Roman"/>
          <w:b/>
          <w:i w:val="0"/>
          <w:sz w:val="22"/>
        </w:rPr>
        <w:t xml:space="preserve">85. </w:t>
      </w:r>
      <w:r>
        <w:rPr>
          <w:rFonts w:ascii="Times New Roman" w:hAnsi="Times New Roman" w:eastAsia="Times New Roman" w:cs="Times New Roman"/>
          <w:b w:val="0"/>
          <w:i w:val="0"/>
          <w:sz w:val="22"/>
        </w:rPr>
        <w:t>------ ------ ------ ------ ------ ------ ------ ------ ------ ------ ------ ------ ------ ------ ------ ------ ------ ------ ------ ------ ------ ------ ------ ------ ------ ------ ------ ------ ------ ------ ------ ------ ------ ------ ------ ------ ------ ------ ------ ------ ------ ------ ------ ------ ------ ------ ------ ------ ------ ------</w:t>
      </w:r>
    </w:p>
    <w:p>
      <w:pPr>
        <w:pStyle w:val="Heading3"/>
      </w:pPr>
      <w:r>
        <w:rPr>
          <w:rFonts w:ascii="Times New Roman" w:hAnsi="Times New Roman" w:eastAsia="Times New Roman" w:cs="Times New Roman"/>
          <w:b/>
          <w:i w:val="0"/>
          <w:sz w:val="22"/>
        </w:rPr>
        <w:t>Пункт 135. Правовой анализ</w:t>
      </w:r>
    </w:p>
    <w:p>
      <w:pPr>
        <w:spacing w:after="120" w:before="160"/>
        <w:ind w:firstLine="720"/>
        <w:jc w:val="both"/>
      </w:pPr>
      <w:r>
        <w:rPr>
          <w:rFonts w:ascii="Times New Roman" w:hAnsi="Times New Roman" w:eastAsia="Times New Roman" w:cs="Times New Roman"/>
          <w:b/>
          <w:i w:val="0"/>
          <w:sz w:val="22"/>
        </w:rPr>
        <w:t xml:space="preserve">135. </w:t>
      </w:r>
      <w:r>
        <w:rPr>
          <w:rFonts w:ascii="Times New Roman" w:hAnsi="Times New Roman" w:eastAsia="Times New Roman" w:cs="Times New Roman"/>
          <w:b w:val="0"/>
          <w:i w:val="0"/>
          <w:sz w:val="22"/>
        </w:rPr>
        <w:t>------ ------ ------ ------ ------ ------ ------ ------ ------ ------ ------ ------ ------ ------ ------ ------ ------ ------ ------ ------ ------ ------ ------ ------ ------ ------ ------ ------ ------ ------ ------ ------ ------ ------ Производство по гражданским искам потерпевших ФИО12 №10, ФИО12 №31, ФИО12 №36 прекратить в связи с их отказом от них. В удовлетворении гражданского иска ФИО12 №63 отказать. Сохранить до исполнения приговора суда в части удовлетворения гражданских исков потерпевших аресты на имущество, наложенные: - на основании постановления Ленинского районного суда адрес от дата на денежные средства на расчетном счете СПСК «------»; - на основании постановления Ленинского районного суда адрес от дата на наличные денежные средства КПК «------» в сумме ------ коп. Судьбу вещественных доказательств по вступлении приговора в законную силу разрешить следующим образом: - все письменные документы, упакованные в коробки, хранящиеся при деле, - хранить при деле; - ноутбук черного цвета марки «------; системный блок черного цвета марки «IRBIS», серийный -----; системный блок черного цвета марки «INWIN», серийный -----; системный блок черного цвета марки «Velton»; системный блок черного цвета марки «INWIN», серийный -----, хранящиеся при уголовном деле ----- - как оборудование, использовавшееся при совершении преступлений, передать в соответствующее подразделение службы судебных приставов для обращения взыскания по гражданским искам потерпевших. Приговор может быть обжалован и опротестован в апелляционном порядке в Судебную коллегию по уголовным делам Верховного Суда Чувашской Республики через Ленинский районный суд адрес в течение десяти суток со дня его вынесения, а осужденным, содержащимся под стражей – в тот же срок со дня вручения копии приговора. В случае подачи апелляционной жалобы осужденный вправе ходатайствовать в своей апелляционной жалобе о своем участии в рассмотрении дела судом апелляционной инстанции. При принесении другими участниками уголовного процесса апелляционного представления или апелляционной жалобы, осужденный вправе ходатайствовать об участии в суде апелляционной инстанции в своих возражениях на указанные жалобы, представления, поданные в пределах установленных судом для этого сроков. Судья Е.А. ФИО238 Суд: Ленинский районный суд г. Чебоксары (Чувашская Республика ) (подробнее) Судьи дела: Егоров Евгений Анатольевич (судья) (подробнее) Судебная практика по: Моральный вред и его компенсация, возмещение морального вреда Судебная практика по применению норм ст. 151, 1100 ГК РФ Ответственность за причинение вреда, залив квартиры Судебная практика по применению нормы ст. 1064 ГК РФ По мошенничеству Судебная практика по применению нормы ст. 159 УК РФ По кражам Судебная практика по применению нормы ст. 158 УК РФ Меры пресечения Судебная практика по применению нормы ст. 110 УПК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