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следователя СО ЛУ МВД РФ в аэропорту Домодедово ФИО4 о прекращении уголовного дела в отношении подозреваемого ФИО1 Геннадьевича в совершении преступления, предусмотренного п. «в» ч.2 ст. 158 УК РФ по основаниям, предусмотренным ст. 25.1 УПК РФ и назначении меры уголовно-правового характера в виде судебного штрафа,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Геннадьевича, подозреваемого в совершении преступления, предусмотренного п. «в» ч.2 ст. 158 УК РФ и освободить его от уголовной ответственности на основании ст. 76.2 УК РФ с назначением судебного штрафа в размере 10.000 (десяти тысяч) рублей.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ФИО1 уплатить судебный штраф в течение 30 дней с момента вступления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ФИО1, что в случае неуплаты им судебного штрафа в установленный судом срок, суд по представлению судебного пристава-исполнителя в порядке, установленном ч.ч. 2, 3, 6, 7 ст. 399 УПК РФ , отменяет постановление о прекращении уголовного дела и назначении меры уголовно-правового характера в виде судебного штрафа и направляет материалы руководителю следственного органа для привлечения к уголовной ответственности по соответствующей статье УК РФ, а дальнейшее производство по уголовному делу осуществляется в общем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DVD-R-диск с видеозаписями, хранить при деле в течение всего срока его хранения. Постановление может быть обжаловано в апелляционном порядке Московский областной суд через Домодедовский городской суд в течение 10 дней с момента его оглашения. Судья Пищукова О.В. Суд: Домодедовский городской суд (Московская область) (подробнее) Судьи дела: Пищукова О.В. (судья) (подробнее) Последние документы по делу: Приговор от 28 ноября 2017 г. по делу № 1-288/2017 Приговор от 26 ноября 2017 г. по делу № 1-288/2017 Приговор от 20 ноября 2017 г. по делу № 1-288/2017 Постановление от 19 ноября 2017 г. по делу № 1-288/2017 Приговор от 26 октября 2017 г. по делу № 1-288/2017 Постановление от 15 октября 2017 г. по делу № 1-288/2017 Приговор от 10 октября 2017 г. по делу № 1-288/2017 Приговор от 15 сентября 2017 г. по делу № 1-288/2017 Приговор от 3 сентября 2017 г. по делу № 1-288/2017 Постановление от 29 августа 2017 г. по делу № 1-288/2017 Постановление от 22 августа 2017 г. по делу № 1-288/2017 Приговор от 10 августа 2017 г. по делу № 1-288/2017 Приговор от 2 августа 2017 г. по делу № 1-288/2017 Приговор от 19 июля 2017 г. по делу № 1-288/2017 Приговор от 12 июля 2017 г. по делу № 1-288/2017 Приговор от 27 июня 2017 г. по делу № 1-288/2017 Приговор от 6 июня 2017 г. по делу № 1-288/2017 Постановление от 9 мая 2017 г. по делу № 1-288/2017 Приговор от 18 апреля 2017 г. по делу № 1-288/2017 Приговор от 26 марта 2017 г. по делу № 1-288/2017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