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случаях: 1) оспаривания исполнительного документа или судебного акта, на основании которого выдан исполнительный документ; 2) оспаривания в суде акта органа или должностного лица, уполномоченного рассматривать дела об административных правонарушениях; 3) нахождения должника в длительной служебной командировке; 4) принятия к производству заявления об оспаривании постановления, действий (бездействия) судебного пристава-исполнителя или отказа в совершении действий; 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 6) в иных случаях, предусмотренных статьей 40 настоящего Федерального закона. Исполнительное производство подлежит приостановлению судебным приставом-исполнителем полностью или частично в случаях: 1) 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 2) утраты должником дееспособности; 3)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 либо просьбы взыскателя, находящегося в таких же условиях; 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законом "О банках и банковской деятельности" не приостанавливается; 5) применения арбитражным судом в отношении должника-организации процедуры банкротства в порядке, установленном статьей 96 настоящего Федерального закона; 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статьей 69.1 настоящего Федерального закона; 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 7) 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пункте 4 части 1 статьи 94 настоящего Федерального закона; 8) отсутствия у должника - иностранного государства имущества, на которое может быть обращено взыскание.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Исполнительное производство может быть приостановлено судебным приставом-исполнителем полностью или частично в случаях: 1) нахождения должника на лечении в стационарном лечебном учреждении; 2) розыска должника, его имущества или розыска ребенка; 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частью 6 статьи 33 настоящего Федерального закона.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Положение о сроке рассмотрения обращений предусмотрено в абзаце 7 пункта 14.4 Приказа Федеральной службы судебных приставов России отДД.ММ.ГГГГ № «Об утверждении Регламента Федеральной службы судебных приставов», в соответствии с которым письменные обращения, поступившие в Федеральную службу судебных приставов России в соответствии с ее компетенцией, рассматриваются в течение 30 дней со дня регистрации письменного обращения. В силу ст. 64.1 ФЗ «Об исполнительном производстве» заявления, ходатайства лиц, участвующих в исполнительном производстве, рассматриваются должностными лицами службы судебных приставов в соответствии с их полномочиями, предусмотренными настоящим Федеральным законом. 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 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 По смыслу указанной нормы, а также в соответствии с пунктом 1.4 Методических рекомендаций по определению порядка рассмотрения заявлений, ходатайств лиц, участвующих в исполнительном производстве, утвержденных ФССП РоссииДД.ММ.ГГГГ №, должностным лицом службы судебных приставов в соответствии со статьей 64.1 Федерального закона «Об исполнительном производстве» подлежат рассмотрению заявления (ходатайства), связанные с совершением исполнительных действий, применением мер принудительного исполнения, об исправлении допущенных им в постановлении описок или явных арифметических ошибок, о зачете встречных однородных требований, об отмене постановления об окончании исполнительного производства, о ведении исполнительного производства группой принудительного исполнения и по иным вопросам, относящимся к компетенции указанных должностных лиц. Принимая во внимание, что в заявлении, поданном на имя старшего судебного пристава-исполнителя &lt;адрес&gt; отдела судебных приставов г. ФИО3 по &lt;адрес&gt; ФИО4 А.П. указано в качестве основания для приостановления исполнительного производства указано подача кассационной жалобы в президиум Волгоградского областного суда, судебным приставом-исполнителем &lt;адрес&gt; отдела судебных приставов г. ФИО3 по &lt;адрес&gt; ФИО6 правомерно рекомендовано обратиться за разрешением названного вопроса в суд. В связи с чем, судом не установлено наличие бездействия со стороны судебного пристава-исполнителя &lt;адрес&gt; отдела судебных приставов г. ФИО3 по &lt;адрес&gt; ФИО6, а также со стороны старшего судебного приставом-исполнителем &lt;адрес&gt; отдела судебных приставов г. ФИО3 по &lt;адрес&gt; ФИО4 А.П. при разрешении заявления о приостановлении исполнительного производства в отношении ФИО2 Сроки рассмотрения обращения ФИО2 соблюдены. Федеральным законом № 118-ФЗ "О судебных приставах" установлено, что старший судебный пристав организует работу подразделения судебных приставов; организует и контролирует деятельность находящихся в его подчинении судебных приставов по обеспечению установленного порядка деятельности судов; осуществляет иные полномочия, предусмотренные настоящим Федеральным законом, Федеральным законом "Об исполнительном производстве", а также принятыми в соответствии с ними иными нормативными правовыми актами (абзацы 1, 3, 14 пункта 2 статьи 10). В силу указанных норм право обращения административного истца к старшему судебному приставу порождает обязанность уполномоченного органа рассмотреть вопрос по существу и направить ответ на обращение. Полномочия начальника - старшего судебного пристава &lt;адрес&gt; отдела судебных приставов г. ФИО3 по &lt;адрес&gt; ФИО4 А.П. определены должностным регламентом. В силу предоставленных полномочий, поступившее от ФИО2 ДД.ММ.ГГГГ заявление было переданы начальником отдела – старшим судебным приставом ФИО4 А.П. для разрешения по существу и ответа судебному приставу-исполнителю на исполнении у которого находиться исполнительное производство в отношении заявителя – ФИО6 Таким образом, контроль за обеспечением рассмотрения обращения граждан, своевременности направления заявителю ответа по результатам рассмотрения со стороны начальника отдела – старшего судебного приставаФИО9 соблюден, оснований полагать, что им допущено бездействие не имеется. При этом прав, свобод и законных интересов административного истца ФИО2, в том числе его права на частную собственность при разрешении заявления не допущено. Одной из задач исполнительного производства является правильное и своевременное исполнение судебных актов, что следует из содержания ст. 2 Федерального закона от ДД.ММ.ГГГГ "Об исполнительном производстве" N 229-ФЗ. В соответствии со ст. 6-ФКЗ "О судебной системе в РФ" и ч. 2 ст. ГПК РФ, вступившие в законную силу судебные постановления (определения, решения)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граждан, организаций и подлежат неукоснительному исполнению на всей территории Российской Федерации. Ссылаясь на неясность решения суда, как на препятствие к его исполнению, административный истец ФИО2 указывает на то, что неоднократно обращался с просьбами обратиться с заявлением о разъяснении решения суда. При этом допустимых и достаточных доказательств тому в материалы дела не представил и в судебном заседании не привел. Согласно ст. 202 ГПК РФ в случае неясности решения суд, принявший его, по заявлению лиц, участвующих в деле, судебного пристава-исполнителя вправе разъяснить решение суда, не изменяя его содержания.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 Применительно приведенной выше норме возможность обратится за разъяснением решения суда имеется как у участников гражданского судопроизводства так и у судебного пристава-исполнителя, при этом возможность обращения за разъяснением не вменено судебному приставу-исполнителю в обязанность и не является его исключительным правом. В пункте 16 постановления Пленума Верховного Суда Российской Федерации от ДД.ММ.ГГГГ N 23 "О судебном решении" указано, что поскольку статья Гражданского процессуального кодекса Российской Федерации предоставляет суду возможность разъяснить решение, не изменяя его содержания, суд не может под видом разъяснения изменить, хотя бы частично, существо решения, а должен только изложить его же в более полной и ясной форме. Таким образом, разъяснение решения является одним из способов устранения его недостатков. Оно производится в случае неясности, противоречивости и нечеткости решения. При этом суд не может под видом разъяснения решения изменить или разрешить вопросы, которые не были предметом судебного разбирательства. Из пояснений судебного пристава-исполнителя &lt;адрес&gt; отдела судебных приставов г. ФИО3 по &lt;адрес&gt; ФИО6 следует, что неясностей в решении суда при его исполнении у нее не возникло, в связи с чем она не обращалась в суд за разъяснением решения суда. Поскольку обращение с заявлением в порядке ст. 202 ГПК РФ является правом, а не обязанностью судебного пристава-исполнителя, при этом данным правом обладает в равной степени и административный истец ФИО2 суд приходит к выводу об отсутствии бездействия на стороне административного ответчика судебного пристава-исполнителя &lt;адрес&gt; отдела судебных приставов г. ФИО3 по &lt;адрес&gt; ФИО6 по обращения в суд с заявлением о разъяснении решения суда. Утверждение административного ответчика о том, что расстояние от стены гаража до межи, разделяющей земельные участки его и заинтересованного лица ФИО7 составляет менее 1 метра, в связи с чем требования административного ответчика судебного пристава-исполнителя ФИО6 нарушают его право частной собственности, а исполнение требований исполнительного документа и решения нанесет ущерб его имуществу сводиться к несогласию с существом вступившего в законную силу ДД.ММ.ГГГГ решения Дзержинского районного суда от ДД.ММ.ГГГГ и не подтверждают незаконность бездействий административных ответчиков. Исходя из положений статьи 227 КАС РФ , для признания незаконными постановлений должностных лиц службы судебных приставов, их действий (бездействия) необходимо наличие совокупности двух условий - несоответствие оспариваемых постановлений, действий (бездействия) нормативным правовым актам и нарушение прав, свобод и законных интересов административного истца. По данной категории административных дел на административного истца возложена обязанность доказывания нарушения своих прав, свобод и законных интересов, а обязанность по доказыванию соответствия оспариваемых постановлений должностных лиц службы судебных приставов, их действий (бездействия) нормативным правовым актам - на должностные лица службы судебных приставов, принявших оспариваемые постановления либо совершившие оспариваемые действия (бездействие). Если суд признает оспариваемые постановления должностных лиц службы судебных приставов, их действия (бездействия) не соответствующими нормативным правовым актам и нарушающими права, свободы и законные интересы административного истца, он принимает решение об удовлетворении полностью или в части заявленных требований о признании оспариваемых постановлений, действий (бездействия) незаконными и обязывает административного ответчика устранить нарушение прав, свобод и законных интересов административного истца или препятствия к их осуществлению (ч. 2 ст. 227 КАС РФ ). Как разъяснено в Постановлении Пленума Верховного Суда РФ от дата N 50 "О применении судами законодательства при рассмотрении некоторых вопросов, возникающих в ходе исполнительного производства", бездействие судебного пристава-исполнителя может быть признано незаконным, если он имел возможность совершить необходимые исполнительные действия и применить необходимые меры принудительного исполнения, направленные на полное, правильное и своевременное исполнение требований исполнительного документа в установленный законом срок, однако не сделал этого, чем нарушил права и законные интересы стороны исполнительного производства. В силу части 1 статьи Кодекса административного судопроизводства Российской Федерации, суд принимает решение по заявленным административным истцом требованиям. Суд может выйти за пределы заявленных требований (предмета административного искового заявления или приведенных административным истцом оснований и доводов) в случаях, предусмотренных настоящим Кодексом. Для признания незаконными действий (бездействия) судебного пристава необходимо установить совокупность условий, а именно: какие конкретно должностные обязанности были им нарушены, и нарушение каких прав административного истца повлекло при их неисполнении. Административным истцом в административном исковом заявлении заявлены требование о признании незаконным бездействия судебного пристава-исполнителя &lt;адрес&gt; отдела судебных приставов г. ФИО3 по &lt;адрес&gt; ФИО6, старшего судебного пристава &lt;адрес&gt; отдела судебных приставов г. ФИО3 по &lt;адрес&gt; ФИО4 А.П. Принимая во внимание, что предусмотренная законом совокупность вышеназванных условий отсутствует, суд приходит к выводу об отказе в удовлетворении заявленных ФИО2 требований. На основании изложенного, руководствуясь ст. ст. - Кодекса административного судопроизводства Российской Федерации, суд Р Е Ш И Л: В удовлетворении административного искового заявления ФИО2 к судебному приставу-исполнителю &lt;адрес&gt; отдела судебных приставов г. ФИО3 по &lt;адрес&gt; ФИО6, старшему судебному приставу &lt;адрес&gt; отдела судебных приставов г. ФИО3 по &lt;адрес&gt; ФИО4 А.П. о признании незаконным бездействия старшего судебного пристава &lt;адрес&gt; отдела судебных приставов г. ФИО3 А.П., судебного пристава-исполнителя &lt;адрес&gt; отдела судебных приставов г. ФИО3 по &lt;адрес&gt; ФИО6, выразившиеся в нарушении его права частной собственности, нарушении межевой границы между участками, обязании снести кирпичный забор на принадлежащей ему территории, не направлении ответа на его обращение, в непринятии мер к приостановлению исполнительного производства, в непринятии мер по получению разъяснения суда, возложении обязанности на старшего судебного пристава &lt;адрес&gt; отдела судебных приставов г. ФИО3 А.П., судебного пристава-исполнителя &lt;адрес&gt; отдела судебных приставов г. ФИО3 по &lt;адрес&gt; ФИО6, устранить нарушение права частной собственности, нарушении межевой границы между участками, воздержаться от обязании снести кирпичный забор на принадлежащей ему территории, направить ответ на обращение, принять меры к приостановлению исполнительного производства, принять меры к получению разъяснения отказать. Решение может быть обжаловано в апелляционном порядке в Волгоградский областной суд через Дзержинский районный суд г. ФИО3 в течение месяца со дня принятия решения судом в окончательной форме. Справка мотивированный текст решения изготовлен ДД.ММ.ГГГГ. Судья Е.А. Абакумова Суд: Дзержинский районный суд г. Волгограда (Волгоградская область) (подробнее) Судьи дела: Абакумова Екатерина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