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мая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марте 2016 года, точные дата и время не установлены, ФИО1 и неустановленное лицо, имея умысел на получение денежных средств от незаконного сбыта наркотических средств, вступили в преступный сговор, направленный на незаконный сбыт наркотических средств в крупном размере группой лиц по предварительному сговору, с использованием информационно-телекоммуникационных сетей (включая сеть «Интернет»), распределив при этом между собой роли в совершении преступлений. В соответствии с распределением ролей, неустановленное лицо осуществляло руководство, планирование и координацию деятельности участников группы, связанной с незаконными приобретением, хранением, перевозкой и сбытом наркотических средств; в целях конспирации при незаконных сбытах наркотических средств определяло метод сбытов посредством «закладок», а именно помещения наркотических средств в тайники; осуществляло сбор денежных средств, полученных преступным путем, обеспечивало их хранение; устанавливало стоимость реализуемых наркотических средств; организовывало розничный сбыт имеющихся у группы наркотических средств; налаживало новые каналы сбыта; вовлекало новых участников группы, поддерживало взаимоотношения с неустановленными лицами, обеспечивающими бесперебойную поставку наркотических средств для деятельности преступной группы. ФИО1 в соответствии с распределением ролей получала от неустановленного лица наркотические средства с целью последующего сбыта; осуществляла их незаконное хранение, перевозку с целью последующего сбыта и упаковку для удобства последующего сбыта, участвовала в непосредственном сбыте наркотических средств на территории г.Иваново; осуществляла организацию тайников на территории г.Иваново, в которые помещала наркотические средства с целью дальнейшего незаконного сбыта; передавала посредством информационно-телекоммуникационных сетей (включая сеть «Интернет»), через ресурс сети Интернет обмена электронными сообщениями «Telegram» адреса тайников с наркотическими средствами неустановленному лицу с условным именем «АкваИваново»; получала часть денежных средств, вырученных от реализации наркотических средств. Реализуя свой преступный умысел, направленный на незаконный сбыт наркотических средств группой лиц по предварительному сговору в крупном размере с использованием информационно-телекоммуникационных сетей (включая сеть «Интернет»), действуя в соответствии с распределенными ролями в совершении преступления, неустановленное лицо в период до 12 часов 00 минут 26 ноября 2016 года организовало и осуществило в целях последующего незаконного сбыта незаконное приобретение при неустановленных обстоятельствах у неустановленного лица и сокрытие в тайнике, расположенном в снегу у д.11 на ул.1-я ФИО3 г.Иваново, вещества, содержащего в своем составе N-(1-карбамоил-2-метилпропил)-1-(циклогексилметил)-1H-индазол-3-карбоксамид, которое является производным наркотического средства N-(1-карбамоил-2-метилпропил)-1-пентил-1H-индазол-3-карбоксамид, массой не менее 1,30 грамма, что является крупным размером, находящегося в свертке из полимерного материала. Продолжая реализацию совместного преступного умысла, направленного на незаконный сбыт наркотических средств, ФИО1 26 ноября 2016 года в 12 часов 00 минут получила сообщение через ресурс сети Интернет обмена электронными сообщениями «Telegram» от пользователя с условным именем «АкваИваново» адрес «закладки» с наркотическим средством, предназначенным для последующего незаконного сбыта, расположенной в снегу у д.11 на ул.1-я ФИО3 г.Иваново, с указанием количества и вида наркотического средства. Реализуя совместный преступный умысел, направленный на незаконный сбыт наркотических средств, ФИО1 26 ноября 2016 года примерно в 14 часов 00 минут, точное время не установлено, из указанного тайника незаконно забрала с целью последующего незаконного сбыта посредством организации «закладок» вещество, содержащее в своем составе N-(1-карбамоил-2-метилпропил)-1-(циклогексилметил)-1H-индазол-3-карбоксамид, которое является производным наркотического средства N-(1-карбамоил-2-метилпропил)-1-пентил-1H-индазол-3-карбоксамид, массой не менее 1,30 грамма, что является крупным размером, находящееся в пакете из полимерного материала. Продолжая свои преступные действия и действуя в рамках единого с неустановленным лицом умысла, направленного на незаконный сбыт наркотических средств, ФИО1 примерно в 15 часов 00 минут 26 ноября 2016 года прибыла к д.130 по ул.К-вых г.Иваново, для помещения наркотических средств в тайники, с целью последующего незаконного сбыта неопределенному кругу лиц. При этом ФИО1 незаконно с целью последующего незаконного сбыта хранила при себе наркотическое вещество в крупном размере, находящееся в пакете из полимерного материала с фиксирующей застежкой. Продолжая свою преступную деятельность и действуя в интересах всех участников преступной группы, ФИО1 26 ноября 2016 года примерно в 15 часов 00 минут поместила вещество, содержащее в своем составе N-(1-карбамоил-2-метилпропил)-1-(циклогексилметил)-1H-индазол-3-карбоксамид, которое является производным наркотического средства N-(1-карбамоил-2-метилпропил)-1-пентил-1H-индазол-3-карбоксамид, массой 1,30 грамма, находящееся в пакете из полимерного материала с фиксирующей застежкой, в тайник, находящийся слева от угла д.130 по ул.К-вых г.Иваново, между забором и кустом в снегу, которое продолжила незаконно хранить с целью последующего незаконного сбыта вплоть до момента сбыта наркотического средства. В период времени с 15 часов 00 минут 26.11.2016 года до 11 часов 28.11.2016 года ФИО1, находясь по месту жительства по адресу: &lt;...&gt; передала неустановленному лицу адрес тайника с наркотическим средством посредством электронной информационно-телекоммуникационной сети Интернет, через ресурс обмена электронными сообщениями «Telegram», используя мобильный телефон. Продолжая реализацию своего преступного умысла и действуя в интересах всех участников преступной группы с целью незаконного сбыта наркотических средств в крупном размере, неустановленное лицо посредством сети Интернет в период с 11 часов 00 минут до 14 часов 00 минут 28.11.2016 года сообщило Свидетель №4 адрес места нахождения тайника с наркотическим веществом, организованного ФИО1 у д.130 по ул.К-вых г.Иваново. При этом, 28 ноября 2016 года в период с 11 часов 00 минут до 14 часов 00 минут Свидетель №4 произвел оплату за приобретаемое им наркотическое средство посредством перечисления денежных средств в сумме 600 рублей на неустановленный номер «киви-кошелька» через терминал, расположенный в магазине «Как Раз» по адресу: &lt;...&gt;. 28 ноября 2016 года в период с 11 часов 00 минут до 14 часов 00 минут из оборудованного ФИО1 тайника у д.130 по ул.К-вых г.Иваново, Свидетель №4 умышленно незаконно для личного употребления приобрел вещество, содержащее в своем составе N-(1-карбамоил-2-метилпропил)-1-(циклогексилметил)-1H-индазол-3-карбоксамид, которое является производным наркотического средства N-(1-карбамоил-2-метилпропил)-1-пентил-1H-индазол-3-карбоксамид, массой 1,30 грамма, что является крупным размером, которое стал незаконно хранить при себе без цели сбыта для личного употребления вплоть до момента обнаружения и изъятия его сотрудниками ОУР ОП № 5 МО МВД России «Ивановский». 28 ноября 2016 года в 16 часов 55 минут во 2-м подъезде д.27 по ул.Машиностроительная г.Кохма Ивановской области сотрудниками ОУР ОП № 5 МО МВД России «Ивановский» Свидетель №4 был задержан. В период с 17 часов 00 минут до 17 час 30 минут ДД.ММ.ГГГГ в ходе личного досмотра Свидетель №4 на месте задержания у него был обнаружен и изъят пакетик из полимерного материала с фиксирующей застежкой с веществом, содержащим в своем составе N-(1-карбамоил-2-метилпропил)-1-(циклогексилметил)-1H-индазол-3-карбоксамид, которое является производным наркотического средства N-(1-карбамоил-2-метилпропил)-1-пентил-1H-индазол-3-карбоксамид, массой не менее 1,30 грамма, что относится к крупному размеру наркотических средств. Таким образом, ФИО1 и неустановленное лицо, действуя в составе группы лиц по предварительному сговору, выполнив распределенные роли в разработанной преступной схеме совершили незаконный сбыт Свидетель №4 наркотических средств в крупном размере с использованием информационно-телекоммуникационных сетей (включая сеть «Интернет»). Согласно ст.2 Федерального Закона РФ "О наркотических средствах и психотропных веществах" от 08.01.1998 г. (в действующей редакции) на территории России запрещен оборот наркотических средств и психотропных веществ, включенных в Список I перечня наркотических средств, психотропных веществ и их прекурсоров, подлежащих контролю в РФ. Согласно Перечню наркотических средств, психотропных веществ и их прекурсоров, подлежащих контролю в РФ, утвержденного Постановлением Правительства РФ № 681 от 30.06.1998 года (в действующей редакции) N-(1-карбамоил-2-метилпропил)-1-пентил-1H-индазол-3-карбоксамид и его производные относится к наркотическим средствам, оборот которых на территории РФ запрещен. Согласно примечанию 2 к ст. 228 УК РФ , значительный, крупный и особо крупный размеры наркотических средств и психотропных веществ для целей настоящей статьи, а также для целей ст. 228.1 , и 229.1 УК РФ утверждаются Правительством РФ. Согласно Постановления Правительства РФ № 1002 от 1 октября 2012 года «Об утверждении значительного, крупного и особо крупного размеров наркотических средств и психотропных веществ для целей статей , 228.1 , и 229.1 Уголовного кодекса Российской Федерации» (в действующей редакции) значительным размером для наркотического средства N-(1- карбамоил-2-метилпропил)-1-пентил-1Н-индазол-3-карбоксамид и его производных признается его масса более 0,05 грамма, крупным размером признается его масса более 0,25 грамма, особо крупным размером масса более 500 грамм. Совершив незаконный сбыт наркотических средств, с использованием информационно-телекоммуникационных сетей (включая сеть «Интернет»), группой лиц по предварительному сговору, в крупном размере, ФИО1 нарушила Федеральный Закон «О наркотических средствах и психотропных веществах» № 3-ФЗ от 08.01.1998 г. (в действующей редакции).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марте 2016 года, точные дата и время не установлены, ФИО1 и неустановленное лицо, имея умысел на получение денежных средств от незаконного сбыта наркотических средств, вступили в преступный сговор, направленный на незаконный сбыт наркотических средств в крупном размере, группой лиц по предварительному сговору, с использованием информационно-телекоммуникационных сетей (включая сеть «Интернет»), распределив при этом между собой роли в совершении преступлений. В соответствии с распределением ролей, неустановленное лицо осуществляло руководство, планирование и координацию деятельности участников группы, связанной с незаконными приобретением, хранением, перевозкой и сбытом наркотических средств; в целях конспирации при незаконных сбытах наркотических средств определяло метод сбыта посредством «закладок», а именно помещения наркотических средств в тайники; осуществляло сбор денежных средств, полученных преступным путем, обеспечивало их хранение; устанавливало стоимость реализуемых наркотических средств; организовывало розничный сбыт имеющихся у группы наркотических средств; налаживало новые каналы сбыта; вовлекало новых участников группы, поддерживало взаимоотношения с неустановленными лицами, обеспечивающими бесперебойную поставку наркотических средств для деятельности преступной группы. ФИО1 в соответствии с распределением ролей получала от неустановленного лица наркотические средства с целью последующего сбыта; осуществляла их незаконное хранение, перевозку с целью последующего сбыта и упаковку для удобства последующего сбыта, участвовала в непосредственном сбыте наркотических средств на территории г.Иваново; осуществляла организацию тайников на территории г.Иваново, в которые помещала наркотические средства с целью дальнейшего незаконного сбыта; передавала посредством информационно-телекоммуникационных сетей (включая сеть «Интернет»), через ресурс сети Интернет обмена электронными сообщениями «Telegram» адреса тайников с наркотическими средствами неустановленному лицу с условным именем «АкваИваново»; получала часть денежных средств, вырученных от реализации наркотических средств. Реализуя свой преступный умысел, направленный на незаконный сбыт с использованием информационно-телекоммуникационных сетей (включая сеть «Интернет») наркотических средств группой лиц по предварительному сговору в крупном размере, действуя в соответствии с распределенными ролями в совершении преступления, неустановленное лицо в период до 27 ноября 2016 года, точные дата и время не установлены, организовало и осуществило при неустановленных обстоятельствах у неустановленного лица незаконное приобретение и сокрытие в тайнике, расположенном на ул.1-я ФИО3 г.Иваново, точное место не установлено, вещества, содержащего в своем составе ?–Пирролидиновалерофенон (?-PVP), который является производным наркотического средства N-метилэфедрон, массой не менее 4,83 грамма, что является крупным размером, находящегося в пакетах из полимерного материала, в целях последующего незаконного сбыта. Продолжая реализацию совместного преступного умысла, направленного на незаконный сбыт наркотических средств, ФИО1 27 ноября 2016 года примерно в 11 часов 00 минут получила сообщение через ресурс сети Интернет обмена электронными сообщениями «Telegram» от неустановленного лица с условным именем «АкваИваново» адрес «закладки» с наркотическим средством, предназначенным для последующего незаконного сбыта, расположенной на ул.1-я ФИО3 г.Иваново, с указанием количества и вида наркотического средства. Реализуя совместный преступный умысел, направленный на незаконный сбыт наркотических средств, ФИО1 27 ноября 2016 года в период времени с 11 часов 00 минут до 13 часов 00 минут, точное время не установлено, из указанного тайника забрала с целью последующего незаконного сбыта посредством организации «закладок» вещество, содержащее в своем составе ?–Пирролидиновалерофенон (?-PVP), которое является производным наркотического средства N-метилэфедрон, массой не менее 4,83 грамма, что является крупным размером, находящееся в пакетах из полимерного материала. Указанное наркотическое средство ФИО1 незаконно хранила при себе по месту своего жительства по адресу: &lt;...&gt; с целью последующего незаконного сбыта лицам, потребляющим наркотические средства, вплоть до момента обнаружения и изъятия наркотических средств из незаконного оборота сотрудниками УНК УМВД России по Ивановской области. Продолжая свои преступные действия и действуя в рамках единого с неустановленным лицом умысла, направленного на незаконный сбыт наркотических средств, ФИО1 в период времени с 09 часов 00 минут до 10 часов 00 минут 29 ноября 2016 года, точное время не установлено, прибыла на ул.Кавалерийскую г.Иваново, для помещения наркотических средств в тайники с целью последующего незаконного сбыта неопределенному кругу лиц, обмотав при этом не менее 14 пакетов из полимерного материла с вышеуказанным наркотическим средством фрагментами бумаги. При этом ФИО1 незаконно, с целью последующего незаконного сбыта хранила при себе вещество, содержащее в своем составе ?–Пирролидиновалерофенон (?-PVP), которое является производным наркотического средства N-метилэфедрон массой не менее 4,83 грамма, что является крупным размером, находящееся не менее чем в 14 пакетах из полимерного материала, завернутых во фрагменты бумаги. Продолжая свою преступную деятельность и действуя в интересах всех участников преступной группы, ФИО1 29 ноября 2016 года в период времени с 09 часов 00 минут до 10 часов 00 минут, точное время не установлено, поместила вещество, содержащее в своем составе ?–Пирролидиновалерофенон (?-PVP), который является производным наркотического средства N-метилэфедрон, массой 0,30 грамма, что является значительным размером, находящееся в пакете из полимерного материала, завернутом во фрагмент бумаги, в тайник, находящийся в снегу у дерева, расположенного в 3-х метрах от левого торца д.8-А по ул.Кавалерийской г.Иваново, которое продолжила незаконно хранить с целью последующего незаконного сбыта наркотических средств группой лиц по предварительному сговору с использованием информационно-телекоммуникационных сетей (включая сеть «Интернет») вплоть до момента изъятия наркотического средства из незаконного оборота сотрудниками УМВД России по Ивановской области 29 ноября 2016 года в период времени с 14 часов 01 минут до 14 часов 14 минут в ходе проведения осмотра места происшествия. Продолжая свою преступную деятельность и действуя в интересах всех участников преступной группы, ФИО1 29 ноября 2016 года в период времени с 09 часов 00 минут до 10 часов 00 минут поместила вещество, содержащее в своем составе ?–Пирролидиновалерофенон (?-PVP), который является производным наркотического средства N-метилэфедрон, массой 0,27 грамма, что является значительным размером, находящееся в пакете из полимерного материала, завернутом во фрагмент бумаги, в тайник, находящийся в снегу за скамейкой напротив куста справа от подъезда № 4 д.8-А по ул.Кавалерийской г.Иваново, которое продолжила незаконно хранить с целью последующего незаконного сбыта наркотических средств группой лиц по предварительному сговору с использованием информационно-телекоммуникационных сетей (включая сеть «Интернет») вплоть до момента изъятия наркотического средства из незаконного оборота сотрудниками УМВД России по Ивановской области 29 ноября 2016 года в период времени с 14 часов 16 минут до 14 часов 23 минут в ходе проведения осмотра места происшествия. Продолжая свою преступную деятельность и действуя в интересах всех участников преступной группы, ФИО1 29 ноября 2016 года в период времени с 09 часов 00 минут до 10 часов 00 минут поместила вещество, содержащее в своем составе ?–Пирролидиновалерофенон (?-PVP), который является производным наркотического средства N-метилэфедрон массой не менее 0,30 грамма, что является значительным размером, находящееся в пакете из полимерного материала, завернутом во фрагмент бумаги, в тайник, находящийся под трубой в 1,5 метрах слева от входа в десятый подъезда д.23 по ул.Котовского г.Иваново, которое продолжила незаконно хранить с целью последующего незаконного сбыта наркотических средств группой лиц по предварительному сговору с использованием информационно-телекоммуникационных сетей (включая сеть «Интернет») вплоть до момента изъятия наркотического средства из незаконного оборота сотрудниками УМВД России по Ивановской области 29 ноября 2016 года в период времени с 14 часов 30 минут до 14 часов 37 минут в ходе проведения осмотра места происшествия. Продолжая свою преступную деятельность и действуя в интересах всех участников преступной группы, ФИО1 29 ноября 2016 года в период времени с 09 часов 00 минут до 10 часов 00 минут поместила вещество, содержащее в своем составе ?–Пирролидиновалерофенон (?-PVP), который является производным наркотического средства N-метилэфедрон, массой 0,28 грамма, что является значительным размером, находящееся в пакете из полимерного материала, завернутом во фрагмент бумаги, в тайник, находящийся в снегу за восьмой перекладиной слева декоративного забора, расположенного слева от седьмого подъезда д.23 по ул.Котовского г.Иваново, которое продолжила незаконно хранить с целью последующего незаконного сбыта наркотических средств группой лиц по предварительному сговору с использованием информационно-телекоммуникационных сетей (включая сеть «Интернет») вплоть до момента изъятия наркотического средства из незаконного оборота сотрудниками УМВД России по Ивановской области 29 ноября 2016 года в период времени с 14 часов 38 минут до 14 часов 45 минут в ходе проведения осмотра места происшествия. Продолжая свою преступную деятельность и действуя в интересах всех участников преступной группы, ФИО1 29 ноября 2016 года в период времени с 09 часов 00 минут до 10 часов 00 минут поместила вещество, содержащее в своем составе ?–Пирролидиновалерофенон (?-PVP), который является производным наркотического средства N-метилэфедрон, массой 0,30 грамма, что является значительным размером, находящееся в пакете из полимерного материала, завернутом во фрагмент бумаги, в тайник, находящийся в снегу за бетонной перегородкой, расположенной слева от входа в четвертый подъезд д.23 по ул.Котовского г.Иваново, которое продолжила незаконно хранить с целью последующего незаконного сбыта наркотических средств группой лиц по предварительному сговору с использованием информационно-телекоммуникационных сетей (включая сеть «Интернет») вплоть до момента изъятия наркотического средства из незаконного оборота сотрудниками УМВД России по Ивановской области 29 ноября 2016 года в период времени с 14 часов 46 минут до 14 часов 51 минуты в ходе проведения осмотра места происшествия. Продолжая свою преступную деятельность и действуя в интересах всех участников преступной группы, ФИО1 29 ноября 2016 года в период времени с 09 часов 00 минут до 10 часов 00 минут поместила вещество, содержащее в своем составе ?–Пирролидиновалерофенон (?-PVP), который является производным наркотического средства N-метилэфедрон, массой 0,29 грамма, что является значительным размером, находящееся в пакете из полимерного материала, завернутом во фрагмент бумаги, в тайник, находящийся в снегу рядом с металлической трубой под деревом, расположенном в 3-х метрах от правого торца д.14 по ул.Кавалерийской г.Иваново, которое продолжила незаконно хранить с целью последующего незаконного сбыта наркотических средств группой лиц по предварительному сговору с использованием информационно-телекоммуникационных сетей (включая сеть «Интернет») вплоть до момента изъятия наркотического средства из незаконного оборота сотрудниками УМВД России по Ивановской области 29 ноября 2016 года в период времени с 14 часов 53 минут до 15 часов 01 минуты в ходе проведения осмотра места происшествия. Продолжая свою преступную деятельность и действуя в интересах всех участников преступной группы, ФИО1 29 ноября 2016 года в период времени с 09 часов 00 минут до 10 часов 00 минут поместила вещество, содержащее в своем составе ?–Пирролидиновалерофенон (?-PVP), который является производным наркотического средства N-метилэфедрон, массой 0,30 грамма, что является значительным размером, находящееся в пакете из полимерного материала, завернутом во фрагмент бумаги, в тайник, находящийся в снегу под ковриком, находящимся на металлической трубе, расположенной справа от входа в подъезд № 3 д.14 по ул.Кавалерийской г.Иваново, которое продолжила незаконно хранить с целью последующего незаконного сбыта наркотических средств группой лиц по предварительному сговору с использованием информационно-телекоммуникационных сетей (включая сеть «Интернет») вплоть до момента изъятия наркотического средства из незаконного оборота сотрудниками УМВД России по Ивановской области 29 ноября 2016 года в период времени с 15 часов 02 минут до 15 часов 10 минут в ходе проведения осмотра места происшествия. Продолжая свою преступную деятельность и действуя в интересах всех участников преступной группы, ФИО1 29 ноября 2016 года в период времени с 09 часов 00 минут до 10 часов 00 минут, поместила вещество, содержащее в своем составе ?–Пирролидиновалерофенон (?-PVP), который является производным наркотического средства N-метилэфедрон массой 0,30 грамма, что является значительным размером, находящееся в пакете из полимерного материала, завернутом во фрагмент бумаги, в тайник, находящийся в углублении между верхней и нижней досками сиденья скамейки, расположенной справа от входа в подъезд № 1 д.14 по ул.Кавалерийской г.Иваново, которое продолжила незаконно хранить с целью последующего незаконного сбыта наркотических средств группой лиц по предварительному сговору с использованием информационно-телекоммуникационных сетей (включая сеть «Интернет») вплоть до момента изъятия наркотического средства из незаконного оборота сотрудниками УМВД России по Ивановской области 29 ноября 2016 года в период времени с 15 часов 11 минут до 15 часов 18 минут в ходе проведения осмотра места происшествия. Продолжая свою преступную деятельность и действуя в интересах всех участников преступной группы, ФИО1 29 ноября 2016 года в период времени с 09 часов 00 минут до 10 часов 00 минут, поместила вещество, содержащее в своем составе ?–Пирролидиновалерофенон (?-PVP), который является производным наркотического средства N-метилэфедрон, массой 0,29 грамма, что является значительным размером, находящееся в пакете из полимерного материала, завернутом во фрагмент бумаги, в тайник, находящийся в снегу под верхней ступенькой, расположенной справа от входа в подъезд № 1 д.16 по ул.Кавалерийской г.Иваново, которое продолжила незаконно хранить с целью последующего незаконного сбыта наркотических средств группой лиц по предварительному сговору с использованием информационно-телекоммуникационных сетей (включая сеть «Интернет») вплоть до момента изъятия наркотического средства из незаконного оборота сотрудниками УМВД России по Ивановской области 29 ноября 2016 года в период времени с 15 часов 19 минут до 15 часов 26 минут в ходе проведения осмотра места происшествия. Продолжая свою преступную деятельность и действуя в интересах всех участников преступной группы, ФИО1 29 ноября 2016 года в период времени с 09 часов 00 минут до 10 часов 00 минут поместила вещество, содержащее в своем составе ?–Пирролидиновалерофенон (?-PVP), который является производным наркотического средства N-метилэфедрон, массой 0,29 грамма, что является значительным размером, находящееся в пакете из полимерного материала, завернутом во фрагмент бумаги, в тайник, находящийся в снегу, расположенном между автомобильной покрышкой и кустом, находящимися в 4-х метрах от входа в подъезд №6 д.16 по ул.Кавалерийской г.Иваново, которое продолжила незаконно хранить с целью последующего незаконного сбыта наркотических средств группой лиц по предварительному сговору с использованием информационно-телекоммуникационных сетей (включая сеть «Интернет») вплоть до момента изъятия наркотического средства из незаконного оборота сотрудниками УМВД России по Ивановской области 29 ноября 2016 года в период времени с 15 часов 27 минут до 15 часов 33 минут в ходе проведения осмотра места происшествия. Продолжая свою преступную деятельность и действуя в интересах всех участников преступной группы, ФИО1 29 ноября 2016 года в период времени с 09 часов 00 минут до 10 часов 00 минут, поместила вещество, содержащее в своем составе ?–Пирролидиновалерофенон (?-PVP), который является производным наркотического средства N-метилэфедрон, массой 0,28 грамма, что является значительным размером, находящееся в пакете из полимерного материала, завернутом во фрагмент бумаги, в тайник, находящийся в снегу под металлической урной, находящейся на пешеходной аллее в 10 метрах от левого торца д.42 по ул.Кавалерийской г.Иваново, которое продолжила незаконно хранить с целью последующего незаконного сбыта наркотических средств группой лиц по предварительному сговору с использованием информационно-телекоммуникационных сетей (включая сеть «Интернет») вплоть до момента изъятия наркотического средства из незаконного оборота сотрудниками УМВД России по Ивановской области 29 ноября 2016 года в период времени с 15 часов 35 минут до 15 часов 44 минут в ходе проведения осмотра места происшествия. Продолжая свою преступную деятельность и действуя в интересах всех участников преступной группы, ФИО1 29 ноября 2016 года в период времени с 09 часов 00 минут до 10 часов 00 минут поместила вещество, содержащее в своем составе ?–Пирролидиновалерофенон (?-PVP), который является производным наркотического средства N-метилэфедрон, массой 0,27 грамма, что является значительным размером, находящееся в пакете из полимерного материала, завернутом во фрагмент бумаги, в тайник, находящийся в снегу под бетонным столбом, расположенном в 2-х метрах от правого торца д.1 по пр.Текстильщиков г.Иваново, которое продолжила незаконно хранить с целью последующего незаконного сбыта наркотических средств группой лиц по предварительному сговору с использованием информационно-телекоммуникационных сетей (включая сеть «Интернет») вплоть до момента изъятия наркотического средства из незаконного оборота сотрудниками УМВД России по Ивановской области 29 ноября 2016 года в период времени с 15 часов 52 минут до 16 часов 01 минут в ходе проведения осмотра места происшествия. Продолжая свою преступную деятельность и действуя в интересах всех участников преступной группы, ФИО1 29 ноября 2016 года в период времени с 09 часов 00 минут до 10 часов 00 минут поместила вещество, содержащее в своем составе ?–Пирролидиновалерофенон (?-PVP), который является производным наркотического средства N-метилэфедрон, массой 0,27 грамма, что является значительным размером, находящееся в пакете из полимерного материала, завернутом во фрагмент бумаги, в тайник, находящийся в снегу под листом железа, расположенном на фундаменте у основания стены левого торца д.3 по пр.Текстильщиков г.Иваново, которое продолжила незаконно хранить с целью последующего незаконного сбыта наркотических средств группой лиц по предварительному сговору с использованием информационно-телекоммуникационных сетей (включая сеть «Интернет») вплоть до момента изъятия наркотического средства из незаконного оборота сотрудниками УМВД России по Ивановской области 29 ноября 2016 года в период времени с 16 часов 02 минут до 16 часов 13 минут в ходе проведения осмотра места происшествия. 29 ноября 2016 года в 10 часов 00 минут у д.14 по ул.Любимова г.Иваново ФИО1 была задержана сотрудниками УНК УМВД России по Ивановской области. В ходе проведения личного досмотра у ФИО1, в период с 10 часов 30 минут до 11 часов 05 минут 29 ноября 2016 года в кабинете Дежурной части ОП № 1 УМВД России по г.Иваново, расположенного по адресу: &lt;...&gt; сотрудниками УНК УМВД России по Ивановской области был обнаружен и изъят пакет из полимерного материала, завернутом во фрагмент бумаги, с веществом, содержащим в своем составе ?–Пирролидиновалерофенон (?-PVP), который является производным наркотического средства N-метилэфедрон, массой 1,09 грамма, что является крупным размером, которое последняя незаконно хранила при себе с целью последующего незаконного сбыта наркотических средств группой лиц по предварительному сговору с использованием информационно-телекоммуникационных сетей (включая сеть «Интернет»). Таким образом, ФИО1 и неустановленное лицо, действуя в составе группы лиц по предварительному сговору, совершили действия, непосредственно направленные на незаконный сбыт наркотических средств, совершенные с использованием информационно-телекоммуникационных сетей (включая сеть «Интернет») в крупном размере. Их преступный умысел не был доведен до конца по независящим от них обстоятельствам, в связи с изъятием наркотических средств из незаконного оборота сотрудниками полиции. Согласно ст.2 Федерального Закона РФ "О наркотических средствах и психотропных веществах" от 08.01.1998 г. (в действующей редакции) на территории РФ запрещен оборот наркотических средств и психотропных веществ, включенных в Список I перечня наркотических средств, психотропных веществ и их прекурсоров, подлежащих контролю в РФ. Согласно Перечню наркотических средств, психотропных веществ и их прекурсоров, подлежащих контролю в РФ, утвержденного Постановлением Правительства РФ № 681 от 30.06.1998 года (в действующей редакции) N-метилэфедрон и его производные относится к наркотическим средствам, оборот которых на территории РФ запрещен. Согласно примечанию 2 к ст. 228 УК РФ , значительный, крупный и особо крупный размеры наркотических средств и психотропных веществ для целей настоящей статьи, а также для целей ст. 228.1 , и 229.1 УК РФ утверждаются Правительством РФ. Согласно Постановления Правительства РФ № 1002 от 1 октября 2012 года «Об утверждении значительного, крупного и особо крупного размеров наркотических средств и психотропных веществ для целей ст. , 228.1 , и 229.1 УК РФ » (в действующей редакции) значительным размером N-метилэфедрона и его производных признаётся масса свыше 0,2 грамм, крупным размером масса свыше 1 грамма, особо крупным размером масса свыше 200 грамм. Совершив покушение на незаконный сбыт наркотических средств, совершенный с использованием информационно-телекоммуникационных сетей (включая сеть «Интернет») группой лиц по предварительному сговору в крупном размере, ФИО1 нарушила Федеральный Закон «О наркотических средствах и психотропных веществах» № 3-ФЗ от 08.01.1998 г. (в действующей редакции). Подсудимая ФИО1 свою вину в предъявленном обвинении признала в полном объёме, поддержала показания, данные в ходе предварительного следствия, отказавшись от дачи показаний в судебном заседании, воспользовавшись ст. 51 Конституции РФ. В ходе предварительного следствия ФИО1 показала, что когда она развелась с мужем в феврале 2016 года, она осталась жить одна с ребенком на съемной квартире. Ей нужна была работа, она подала объявление на сайт «Авито». Примерно в начале марта 2016 года ей позвонил мужчина, предложил делать закладки со спайсами. Она знала, что это вещество является наркотиком, который запрещен, и это может повлечь уголовную ответственность. Она согласилась на эту работу, так как ей нужны были деньги, найти нормальную работу она не смогла. По указанию мужчины она скачала на телефон программу «Телеграмм», связалась с определенным абонентом. После определенных процедур ей дали контакт с ником «Куратор», в переписке он ей представился Сержем. Он ей дал адрес оператора с ником «АкваИваново». Примерно в начале апреля 2016 года оператор с ником «АкваИваново» ей прислал адрес с тайником на 5 кладов. Она нашла тайник, где были свертки из полиэтилена с веществом. На следующий день она разнесла их по «закладкам», адреса она записывала в блокнот, а затем сообщениями в «Телеграмм» скинула оператору. Таким образом, с апреля 2016 года по 29 ноября 2016 года она делала закладки наркотических средств на территории г.Иваново. Наркотики для мелких закладок она забирала из крупных тайников, они всегда были расфасованы примерно по 0,5–1 грамму. Как только она раскладывала очередную партию и отправляла адреса с закладками, ей присылали адрес нового тайника. Позже она стала фотографировать места, куда она положила закладку, на телефон и отправляла фото с описанием адреса оператору. Планшет и ноутбук для общения с оператором она не использовала. Деньги за работу ей перечисляли на банковскую карту, которую она оформила для перечисления алиментов от бывшего мужа. Лично ни с кем из операторов и кураторов она не знакома, этих людей никогда не видела. В ее телефоне, который у нее изъят сотрудниками полиции, имеется переписка с оператором и куратором, а также адреса и фото сделанных ей закладок. 26 ноября 2016 года она находилась дома по месту своего жительства, через программу «Телеграмм» от оператора пришло сообщение об очередной партии с наркотическим средством «спайс», «соль», «кристаллы» в количестве 75 пакетов, которая находится в тайнике у д.11 по ул.1-я ФИО3 г.Иваново. Она согласно предварительной договоренности с неизвестным лицом и выполняя свою роль, должна была разложить наркотики в более мелкие тайники. Она забрала наркотики из тайника и направилась пешком к своему дому, по пути делая «закладки» Следуя по пешеходной дорожке, расположенной с левого торца д.130 по ул.К-вых г.Иваново и проходя мимо куста, находящегося третьим по счету от торца дома, она поместила в снег один из пакетов с веществом растительного происхождения. Место сделанного тайника она сразу записывала в блокнот, а также в сотовый телефон. Всю партию наркотических средств, полученных 26 ноября 2016 года, она разложила в период до 19 часов. Записанные адреса с «закладками» наркотических средств она отправила оператору, использующего них «Kurator Kurator». Он должен был сообщить сведения о тайниках лицам, употребляющих наркотические средства. Ей известно, что сотрудниками полиции был задержан молодой человек, который приобрел наркотическое средство «спайс» из сделанного ею тайника. 27 ноября 2016 года утром в «Телеграмме» от оператора ей пришел адрес с тайником на ул.1-я ФИО3 г.Иваново. она забрала 75 пакетиков с наркотическим веществом из тайника. Из них 45 «закладок» она сделала сразу в районе ул.ФИО3 г.Иваново, адреса сообщила оператору. 28 ноября 2016 года она сделала 15 «закладок» в районе ул.Кавалерийская и ул.К-вых г.Иваново, адреса передала оператору. 29 ноября 2016 года около 09 часов 00 минут она отвела сына в детский сад и пошла делать закладки с наркотиками. Первую она сделала у д.8-А по ул.Кавалерийская с левого торца дома под деревом, далее у 4-го подъезда д.8-А по ул.Кавалерийская за скамейкой в снегу, затем за д.8-А по ул. Кавалерийская в третьей металлической трубе. Затем у д.23 по ул.Котовского у подъезда № 10 слева от входа в подъезд под краном. Затем у д.23 по ул.Котовского седьмой подъезд слева от входа в подъезд деревянный заборчик за второй красной перекладной; у 4-го подъезда д.23 по ул.Котовского за бетонной перегородкой в снегу. На ул.Кавалерийская у д.14 правый угол дома с торца под железной трубой в снегу; у 3-го подъезда д.14 ул.Кавалерийская справа от входа в подъезд на трубе висит коврик под ним в снегу; у первого подъезда д.14 улице Кавалерийская справа от входа скамейка между ее досок на сиденье. На ул.Кавалерийская д.16 первый подъезд под верхней ступенькой крыльца. На ул.Кавалерийская д.16 6 подъезд слева от входа в подъезд под балконом в снегу. На ул.Кавалерийская д.42, если идти по переходу на аллее под урной. Далее на пр.Текстильщиков д.1 у 3-го подъезда справа в кустах. На пр.Текстильщиков д.1 у первого угла дома у бетонного столбы в снегу. На пр.Текстильщиков д.3 левый угол дома у фундамента. Все 15 закладок с наркотиками находились в маленьких полиэтиленовых пакетах, которые она поместила в маленькие зеленые бумажки-стикеры для удобства. Когда она подходила к дому, в котором она проживает, к ней подошли сотрудниками полиции, пояснили, что она подозревается в незаконном хранении наркотических средств, доставили её в дежурную часть отдела полиции №1 г.Иваново, Ее личный досмотр проводил сотрудник полиции – женщина. Понятым и ей сотрудник полиции разъяснила цель и суть проведения личного досмотра и составления протокола, права и обязанности. В ходе досмотра у нее в правом кармане под подкладкой был обнаружен сверток с наркотиком, стикеры, сотовый телефон марки «Самсунг». В пакете, который был у нее с собой, была обнаружена записная книжка с записями адресов с закладками. Адреса тех 15 закладок, которые она заложила в этот день, записаны в записной книжке. Все указанные предметы были у нее изъяты, упакованы. По результатам личного досмотра был составлен протокол. Обнаруженный у нее наркотик был из последнего тайника, который она забирала 27 ноября 2016 года. В ходе проверки показаний на месте ФИО1 указала место у торца д.130 по ул.К-вых г.Иваново, куда 26.11.2016 года поместила в тайник один пакет с веществом растительного происхождения (т.1 л.д.84-90) Вина ФИО1, кроме её признательных показаний, подтверждается совокупностью собранных и исследованных в судебном заседании доказательств по делу.</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Свидетель Свидетель №1 показал, что в ноябре 2016 года проводил оперативно-розыскные мероприятия в отношении Свидетель №4, в отношении которого имелась оперативная информация о причастности к незаконному обороту наркотических средств. Свидетель №4 был принят под наблюдение на ул.Машиностроительная г.Кохма, зашел в подъезд д.28, долго не выходил. В связи с этим, он решил провести задержание. Свидетель №4 находился в подъезде с признаками наркотического опьянения, поэтому был проведен личный досмотр задержанного. В присутствии понятых у Свидетель №4 был обнаружен пакетик с веществом растительного происхождения. Пакетик изъят, по результатам досмотра составлен протокол. Свидетель №4 позже пояснил, что приобрел вещество для себя через «закладку». Свидетель Свидетель №2 дал показания, в целом аналогичные показаниям Свидетель №1 В ходе предварительного следствия он указывал, что оперативно-розыскные мероприятия проводились 28.11.2016 года. Личный досмотр ФИО9 проводили во 2 подъезде д.27 по ул.Машиностроительная г.Кохма, где тот был задержан (т.1 л.д.69-71). Свидетель №2 подтвердил, что в ходе предварительного следствия давал более точную информацию. Свидетель Свидетель №3 в ходе предварительного следствия подтвердил своё участие в качестве понятого при личном досмотре ФИО9, соблюдение установленной процедуры, присутствие второго понятого. В ходе личного досмотра в одежде ФИО9 был обнаружен пакет с застежкой с веществом растительного происхождения. Протокол досмотра он подписал, содержание протокола соответствует проводимым действиям (т.1 л.д.75-77). Свидетель Свидетель №4 в ходе предварительного следствия указал, что наркотик «спайс» он приобретал через программу «Телеграмм», которая установлена у него в сотовом телефоне. С помощью этой программы он у незнакомого человека заказывает нужное количество «спайса». Покупку наркотика он оплачивает через номер Киви кошелька, который ему присылают на телефон. Спустя некоторое время после оплаты заказа, ему на программу «Телеграмм» приходит смс сообщение с указанием адреса, где находится его заказ. Так, 28.11.2016 года в 11 часов 00 минут по своему месту жительства заказал себе «спайс» для личного употребления в количестве 1 грамм за 600 рублей, хотя знает, что оборот наркотических средств запрещен. Он поехал в г.Иваново, оплатил покупку наркотика через Киви-кошелек в магазине «Как Раз» в д.104 на пр.Строителей г.Иваново. Ему пришло сообщение, что его заказ находится по адресу: «слева от угла д.130 по ул.К-вых г.Иваново, между забором и третьим по счету кустом в снегу». Он показал данное место в ходе проверки показаний на месте. Он нашел наркотическое средство с 11 часов 00 минут до 14 часов 00 минут 28.11.2016 года и поехал в г.Кохма домой. В 16 часов 00 минут он зашел во второй подъезд д.27 по ул.Машиностроительная г.Кохма Ивановской области, употребил часть купленного им наркотика «спайс». В это момент он был задержан сотрудниками ОУР ОП № 5 МО МВД России «Ивановский». В период времени с 17 часов 00 минут до 17 час 30 минут 28 ноября 2016 года в присутствии понятых у него в куртке был обнаружен и изъят пакетик из полимерного материала с фиксирующей застежкой с наркотическим средством «спайс» массой 1,30 грамма. Наркотик он заказывал для личного употребления без цели сбыта (т.1 л.д.132-134). В ходе проверки показаний на месте подозреваемый Свидетель №4 указал место у торца д.130 по ул.К-вых г.Иваново, где он забрал из тайника пакет с наркотическим веществом (т.1 л.д.118-123). Данное место точно совпадает с местом, указанным ФИО2 в ходе проверки показаний на месте. В материалах дела имеются постановления о представлении результатов оперативно-розыскной деятельности органу дознания, следователю, прокурору, в суд от 29.11.2016 года, постановления о рассекречивании сведений, составляющих государственную тайну, их носителей от 29.11.2016 года (т.1 л.д.46-47, 48-49). Согласно выписке из записки осведомителя от 28.11.2016 года, Свидетель №4 через закладку приобрел «спайс», намеревается его употребить (т.1 л.д.49). Согласно рапорту оперуполномоченного Свидетель №1 от 28.11.2016 года в связи с информацией в отношении Свидетель №4, который будет хранить при себе «спайс», требуется проведение оперативно-розыскных мероприятий для его изобличения в преступной деятельности (л.д.52). Согласно постановлению от ДД.ММ.ГГГГ разрешено проведение ОРМ «наблюдение» за Свидетель №4 (т.1 л.д.50) Согласно рапорту оперуполномоченного Свидетель №1 о результатах наблюдения, в 16:20 на ул.Машиностроительная г.Кохма замечен Свидетель №4, который вошел во 2 подъезд д.27, вел себя подозрительно, долго не выходил, в связи с чем принято решение о его задержании (т.1 л.д.51). Согласно протоколу личного досмотра от 28.11.2016 года в период времени с 17 часов 00 минут до 17 часов 30 минут у Свидетель №4 в одежде обнаружен пакет с замком с веществом растительного происхождения, который изъят. От Свидетель №4 никаких пояснений не поступило (т.1 л.д.53-55). Согласно справке об исследовании №2/817и от 28 ноября 2016 года, вещество, изъятое в ходе личного досмотра Свидетель №4, является наркотическим средством N-(1-карбамоил-2-метилпропил)-1-(циклогексилметил)-1H-индазол-3-карбоксамид, которое является производным наркотического средства N-(1-карбамоил-2-метилпропил)-1-пентил-1H-индазол-3-карбоксамид. Масса вещества на момент начала проведения исследования составила 1,30 грамма. В процессе исследования израсходовано 0,02 гр. вещества (т.1 л.д.58). В ходе следствия конверт, в котором находилось вещество, изъятое при личном досмотре Свидетель №4, изъят, осмотрен, признан и приобщен к делу в качестве вещественного доказательства (т.1 л.д.92-94, 102-106, 107-108). Согласно заключению эксперта №2/1519 от 16 декабря 2016 года, вещество, изъятое в ходе в ходе личного досмотра Свидетель №4, является наркотическим средством N-(1-карбамоил-2-метилпропил)-1-(циклогексилметил)-1H-индазол-3-карбоксамид, которое является производным наркотического средства N-(1-карбамоил-2-метилпропил)-1-пентил-1H-индазол-3-карбоксамид. Масса вещества составила 1,28 грамма. В процессе исследования израсходовано 0,02 гр. вещества (т.1 л.д.98-100). В ходе выемки у оперуполномоченного Свидетель №7 сотовый телефон, ежедневник, изъятые при личном досмотре ФИО1, изъяты, осмотрены, признаны и приобщены к делу в качестве вещественного доказательства (т.1 л.д.276-278, т.2 л.д.159-169, 170-180, 258-259, 260). У Вальковой изъяты образцы почерка (т.2 л.д.184). Согласно заключению сравнительной почерковедческой экспертизы, рукописные буквенно-цифровые записи в ежедневнике и тетради, изъятых по делу, выполнены ФИО1 (т.2 л.д.189-190). Ежедневник и тетрадь осмотрены, признаны и приобщены к делу в качестве вещественного доказательства (т.2 л.д.193-244, 245-246). Согласно пояснениям ФИО1 записи построены по следующему принципу: сначала указывается вид, количество и вес полученного через закладку вещества, его местонахождение. Потом указывается куда каждое вещество помещалось в тайник. При осмотре телефона «Самсунг», изъятого у ФИО1, осмотре фототаблицы с перепиской с данного телефона в судебном заседании, установлено, что в переписке неустановленный абонент (оператор) даёт указания ФИО1 забрать «клад» в конкретном месте, ФИО1 направляет сведения о месте нахождения тайников, сопровождаемые фотографиями, отчитывается по остаткам наркотических средств. В переписке используется обозначение наркотиков «сп», «ск», «кр», «м» (меф). На фотографиях указано место тайника, вид наркотического средства и его порядковый номер в раскладке для соотношения с текстовым сообщением. Также ФИО1 общается с абонентом, которого называет куратор Серж. С ним решает вопросы оплаты работы, возмещение текущих расходов, проблемы с оператором, возможность самой стать оператором. Телефон приобщен к делу в качестве вещественного доказательства (т.3 л.д.1-369, 370-371). В частности, 26.11.2016 года ФИО1 получила сведения о приготовленном для неё тайнике у д.11 по ул.ФИО3 г.Иваново (т.3 л.д.14 оборот). ФИО1 27.11.2016 года направила оператору сведения о сделанных ею тайниках, в том числе адрес: «К-вых 130. Левый угол дома справа от угла забора 3 куст. Между забором и кустом в снегу» (т.3 л.д.16 оборот) Согласно информации ПАО «Сбербанк» по счету карты, изъятой у ФИО1 в ходе личного досмотра, проводились операции: с 10.03.2016 года по 30.11.2016 года систематически поступали крупные денежные средства, кроме алиментов и пособий на ребенка. Общая сумма денежных средств, поступивших на карту, превышает 1,5 млн. рублей (т.4 л.д.110-129). В отношении неустановленного лица в отдельное производство выделено уголовное дело по п.«г» ч.4 ст. 228.1 УК РФ , ч.3 ст. , п.«г» ч.4 ст. 228.1 УК РФ (т.1 л.д.25-26). Проанализировав и оценив в совокупности представленные доказательства, суд приходит к выводу о доказанности вины подсудимой в совершении указанного преступления. В судебном заседании установлено, что основанием для проведения оперативно-розыскных мероприятий в отношении Свидетель №4 послужил рапорт оперуполномоченного о наличии оперативной информации об осуществлении подсудимым незаконного хранения наркотических средств, в связи с чем было принято решение о проведении оперативно-розыскных мероприятий в отношении Свидетель №4, которые привели к его задержанию и изъятию наркотического средства. Оперативная информация о причастности Свидетель №4 к незаконному обороту наркотических средств нашла подтверждение в рассекреченных результатах оперативно-розыскной деятельности, результатах личного досмотра Свидетель №4 и его показаниях, Результаты оперативно-розыскных мероприятий и сформированные на их основе вещественные доказательства - наркотические средства, приобретенные Свидетель №4 через «закладку», получены в соответствии с требованиями закона, предоставлены органам следствия в соответствии с требованиями закона, что позволяет использовать их в процессе доказывания. Материалы ОРМ, показания Свидетель №4 подтверждают, что 28.11.2016 года наркотические средства Свидетель №4 приобрел, забрав из тайника, находившегося у торца д.130 по ул.К-вых г.Иваново. Информацию о тайнике он получил через Интернет, заплатив за наркотики деньги путем перевода на Киви-кошелек. Факт изъятия наркотических средств у Свидетель №4 подтверждается протоколом его личного досмотра. Состав и вес наркотического средства, которое было приобретено Свидетель №4, установлен в ходе химической экспертизы. Оснований не доверять результатам экспертизы не имеется. Место приобретения Свидетель №4 указал в ходе проверки показаний на месте. Оснований не доверять показаниям Свидетель №4 у суда не имеется. Фактически одновременно проводились оперативно-розыскные мероприятия в отношении ФИО1, в отношении которой имелась информация, что она занимается распространением наркотических средств через «закладки» совместно с неустановленными лицами. Результаты оперативно-розыскных мероприятий подтвердили данную информацию. ФИО1 признаёт, что действуя совместно с неустановленными лицами, выполняя свою роль в совершении преступления, она 26.11.2016 года получила партию наркотиков и поместила её в тайники, в том числе она делала «закладку», которую приобрел Свидетель №4 Эти показания она подтвердила в ходе проверки показаний на месте, указав то же место, где Свидетель №4 забрал наркотические средства. Показания ФИО1 объективно подтверждаются данными её электронной переписки с «оператором», которому она передала данные о месте нахождения тайника для дальнейшего сбыта находящегося в нем наркотического средства потребителям. Поэтому у суда не имеется оснований считать показания ФИО1 недостоверными, признаков самооговора не имеется. О наличии у ФИО1 умысла на незаконный оборот наркотических средств, сформировавшегося независимо от деятельности сотрудников оперативных подразделений, свидетельствуют не только её показания в ходе предварительного следствия, но и сведения из её переписки с куратором и оператором, из которой следует, что она длительное время до проведения в отношении неё оперативных мероприятий была вовлечена в незаконный оборот наркотических средств. В связи с этим, действия сотрудников полиции нельзя рассматривать как провокационные. Проведенные оперативно-розыскные мероприятия не могли провоцировать ФИО1 на совершение вменяемого преступления. Суд, оценивая собранные по делу доказательства, считает необходимым квалифицировать действия подсудимой ФИО1 по сбыту наркотических средств Свидетель №4 по п.«г» ч.4 ст. 228.1 УК РФ , так как она совершила незаконный сбыт наркотических средств группой лиц по предварительному сговору, в крупном размере, с использованием информационно-телекоммуникационных сетей (включая сеть «Интернет»). Масса наркотического средства, помещенного подсудимой ФИО1 в тайник и приобретенного в этом тайнике Свидетель №4, превышает установленный Постановлением Правительства РФ №1002 от 01 октября 2012 года крупный размер. На основании анализа показаний ФИО1 о её роли в совершении преступления, результатов ОРМ, в ходе которых были изъяты наркотики, результатов осмотра сотового телефона подсудимой, записей в её ежедневнике, суд приходит к выводу, что между ФИО1 и неустановленными лицами существовал предварительный сговор на распространение наркотических средств. В рамках существовавшей договоренности ФИО1 раскладывала по тайникам наркотические средства, которые получала от соучастников преступления, имея от этого материальную выгоду. Неустановленные лица - соучастники преступлений обеспечивали поступление наркотических средств к ФИО1 и организовывали получение потребителями наркотических средств спрятанных в тайник упаковок с наркотическими средствами. ФИО1 общался с соучастниками преступления с использованием электронных и информационно-коммуникационных сетей, в том числе «Интернет», через данные сети получала указания, сведения о местонахождении наркотиков, передавала данные о сделанных тайниках. Деньги за незаконную деятельность она также получала с использованием электронных и информационно-коммуникационных сетей.</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Свидетель Свидетель №7 показала, что в УНК УМВД России по &lt;адрес&gt; поступила оперативная информация в отношении ФИО1, которая занимается незаконным оборотом наркотических средств посредством тайников-«закладок», а именно 29.11.2016 года имеет намерение делать тайники-«закладки» наркотических средств на территории г.Иваново в районе ул. Кавалерийской. С разрешения начальника УНК УМВД России по Ивановской области ей совместно с сотрудниками УНК УМВД России по Ивановской области Свидетель №8, Свидетель №10, Свидетель №9 было запланировано проведение ОРМ – наблюдение с целью изобличения ФИО1 в преступной деятельности. 29.11. 2016 года около 8 часов 00 минут наблюдение было начато от места жительства ФИО1: &lt;...&gt;. Примерно в 08 часов 40 минут ФИО1 вышла из подъезда с ребенком, отвезла его в сад и направилась в сторону д.8-а по ул.Кавалерийской г. Иваново. Далее ФИО1 подошла к дереву, расположенному у угла д.8-а по ул.Кавалерийской г.Иваново и что-то положила около него. Затем ФИО1 проследовала к четвертому подъезду дома и что-то положила около лавки, расположенной справа от подъезда. Далее ФИО1 проследовала к правому торцу д.8-а по ул.Кавалерийской и что-то положила у прикопанной металлической трубы. После этого ФИО1 проследовала к д.23 по ул.Котовского г.Иваново. Подойдя к 10 подъезду д.23 по ул. Котовского ФИО1 что-то положила слева у подъезда у стены. Затем ФИО1 подошла к седьмому подъезду д.23 по ул. Котовского и что-то положила около забора. Затем ФИО1 проследовала к д.14 по ул.Кавалерийской и обойдя дом, что-то положила справа с торца дома. Далее ФИО1 проследовала к третьему подъезду и что-то положила справа от подъезда у трубы. Затем ФИО1 подошла к первому подъезду д.14 по ул.Кавалерийской и что-то положила у лавки, расположенной справа от входа в подъезд. Далее ФИО1 проследовала к д.16 по ул.Кавалерийская, подошла к первому подъезду и что-то положила под крыльцо подъезда. Затем ФИО1 проследовала к шестому подъезду д.16 по ул.Кавалерийской и что-то положила у вкопанного в снег баллона, расположенного слева от подъезда. Далее ФИО1 проследовала к проезжей части пр.Текстильщиков к пешеходному переходу, остановилась у мусорного контейнера, расположенного на аллее, и что-то положила рядом с ним. Затем ФИО1 проследовала по пр.Текстильщиков в сторону ТЦ «Дружба», подошла к углу д.1 по пр.Текстильщиков г.Иваново и что-то положила у столба. Затем ФИО1 проследовала к д.3 по пр. Текстильщиков и что-то положила с угла дома ближе к фундаменту. Потом ФИО1 поехала домой, она приняла решение о задержании ФИО1 Личный досмотр ФИО1 она проводила 29.11.2016 года в период с 10 часов 30 минут до 11 часов 05 минут в дежурной части ОП №1 г.Иваново. Перед началом проведения личного досмотра она разъяснила ФИО1 и понятым права и обязанности. В ходе осмотра в правом кармане куртки досматриваемой было обнаружено: упаковка стикеров светло-зеленого цвета и один сверток, обернутый листом стикера светло-зеленого цвета, в котором находился пакет из полимерного материала прозрачного цвета, содержащий порошкообразное вещество светлого цвета. ФИО1 пояснила, что это наркотическое средство «СК», которое она раскладывает через закладки. Также в ходе досмотра ФИО1 был обнаружен и изъят сотовый телефон марки «Samsung», с экрана которого были сделаны снимки, так как в памяти указанного сотового телефона имелись адреса закладок наркотических средств, которые со слов ФИО1 она делала на протяжении около 6 месяцев. В ходе осмотра содержимого пакета, находящегося при ФИО1, был обнаружен и изъят ежедневник, в котором имелись рукописные записи в виде адресов, сделанные ФИО1, которые означали адреса сделанных ею ранее закладок. По факту проведения личного досмотра она составила соответствующий протокол (т.2 л.д.166-170). Свидетели ФИО4, ФИО5., ФИО6 дали показания об участии в наблюдении за ФИО1, аналогичные показаниям Свидетель №7 Свидетель Свидетель №6 в судебном заседании подтвердил своё участие в проведении личного досмотра ФИО1 в качестве понятой, указав на соблюдение установленной процедуры, подтвердила изъятие телефона, ежедневника, свертка, в котором находился пакет с порошком. ФИО1 указывала, что изъятое вещество её, предназначено для помещения в «закладки». В ходе предварительного следствия Свидетель №6 указала, что 29 ноября 2016 года примерно в 10 часов её пригласили в помещение дежурной части отдела полиции, расположенного по адресу: &lt;...&gt; для участия в качестве понятого при личном досмотре девушки. После разъяснения прав и обязанностей участвующим лицам в правом кармане куртки досматриваемой было обнаружено: упаковка стикеров светло-зеленого цвета и один сверток, обернутый одним листом стикера светло-зеленого цвета. В свертке находился пакет из полимерного материала прозрачного цвета с застежкой, содержащий порошкообразное вещество светлого цвета. Сотрудница полиции спросила ФИО1, что это за вещество, на что ФИО1 ответила, что это наркотическое средство «СК», которое она раскладывает через закладки. Также в ходе досмотра ФИО1 был обнаружен и изъят сотовый телефон марки «Samsung», с экрана которого были сделаны снимки, так как в памяти указанного сотового телефона имелись адреса закладок наркотических средств. В пакете ФИО1 был обнаружен и изъят ежедневник, в котором имелись рукописные записи в виде адресов, сделанные со слов ФИО1 ею, которые означали адреса сделанных ею ранее закладок наркотических средств. Ход личного досмотра был зафиксирован в соответствующем протоколе (т.1 л.д.163-165). Свидетель №6 подтвердила правильность данных показаний. Свидетель Свидетель №5 в ходе предварительного следствия дала показания, аналогичные показаниям Свидетель №6 В материалах дела имеются постановления о представлении результатов оперативно-розыскной деятельности органу дознания, следователю, прокурору, в суд от 01.12.2016 года, постановления о рассекречивании сведений, составляющих государственную тайну, их носителей от 01.12.2016 года (т.1 л.д.145-146, 147). Согласно выписке из записки осведомителя, ФИО1 29.11.2016 года намерена делать «закладки» наркотических средств в районе ул.Кавалерийской (т.1 л.д.150) Согласно рапорту оперуполномоченного УНК УМВД России по Ивановской области Свидетель №7 от ДД.ММ.ГГГГ, с целью изобличения ФИО1, занимающейся сбытом наркотиков, требуется проведение ОРМ. Разрешение получено (т.1 л.д.151). Согласно рапорту оперуполномоченного УНК УМВД России по Ивановской области Свидетель №7 от ДД.ММ.ГГГГ, она совместно с Свидетель №8, Свидетель №10, Свидетель №9 проводила ОРМ «наблюдение» за ФИО1 с момента выхода из дома до момента задержания. В рапорте указаны места, где ФИО1 что-то оставляла в различных местах на ул.Кавалерийской, ул.Котовского, пр.Текстильщиков (т.1 л.д.148-149). Согласно сообщению «02» от 29.11.2016 года, у д.14 на ул.Любимова г.Иваново задержана девушка с неизвестным веществом (т.1 л.д.135) Согласно протоколу личного досмотра от 29 ноября 2016 года в период времени с 10 часов 30 минут до 11 часов 05 минут у ФИО1 в кабинете дежурной части ОП №1 УМВД России по г.Иваново в куртке обнаружены: телефон, стикеры зеленого цвета, пакет, завернутый в стикер. На телефоне сделаны снимки с экрана. В пакете обнаружен ежедневник с записями. Указанные предметы изъяты (т.1 л.д.139). Согласно справке об исследовании № 2/820и от 29 ноября 2016 года, представленное на исследование порошкообразное вещество, изъятое в ходе личного досмотра ФИО1, содержит ?–Пирролидиновалерофенон (?-PVP), который является производным наркотического средства N-метилэфедрон массой 1,09 грамма. В процессе исследования израсходовано 0,01 грамма вещества (т.1 л.д.142). Согласно заключению эксперта №2/206 от 06 февраля 2017 года, представленное на исследование порошкообразное вещество, изъятое в ходе личного досмотра ФИО1, содержит ?–Пирролидиновалерофенон (?-PVP), который является производным наркотического средства N-метилэфедрон массой 1,08 грамма. В процессе исследования израсходовано 0,01 грамм вещества (т.2 л.д.9-10). Согласно сообщению «02» от 29.11.2016 года, в 15 адресах г.Иваново обнаружены закладки с наркотическими веществами (т.1 л.д.137) В ходе осмотра места происшествия участка местности у д.8«а» по ул.Кавалерийской г.Иваново с участием ФИО1 в снегу под деревом, расположенном в 3 метрах от левого торца дома был обнаружен пакет с замком с веществом внутри, завернутый в фрагмент бумаги (т.1 л.д.183-186) Согласно заключению эксперта №2/204 от 13 февраля 2017 года, представленное на исследование порошкообразное вещество, изъятое в ходе осмотра места происшествия, содержит ?–Пирролидиновалерофенон (?-PVP), который является производным наркотического средства N-метилэфедрон, массой 0,30 грамма. В процессе исследования израсходовано 0,01 грамм вещества (т.2 л.д.20-21). В ходе осмотра места происшествия участка местности у д.8«а» по ул.Кавалерийской г.Иваново с участием ФИО1 в снегу за скамейкой напротив куста с права от подъезда №4 был обнаружен пакет с замком с веществом внутри, завернутый в фрагмент бумаги (т.1 л.д.188-191). Согласно заключению эксперта №2/205 от 15 февраля 2017 года, представленное на исследование порошкообразное вещество, изъятое в ходе осмотра места происшествия, содержит ?–Пирролидиновалерофенон (?-PVP), который является производным наркотического средства N-метилэфедрон, массой 0,27 грамма. В процессе исследования израсходовано 0,01 грамм вещества (т.2 л.д.31-32). В ходе осмотра места происшествия участка местности у д.8«а» по ул.Кавалерийской г.Иваново с участием ФИО1 в третьей трубе справа от торца дома ничего не обнаружено (т.1 л.д.193-195). В ходе осмотра места происшествия участка местности у д.23 по ул.Котовского г.Иваново с участием ФИО1 под краном, расположенном в 1,5 метрах слева от подъезда №10 был обнаружен пакет с замком с веществом внутри, завернутый в фрагмент бумаги (т.1 л.д.198-201) Согласно заключению эксперта №2/203 от 07 февраля 2017 года, представленное на исследование порошкообразное вещество, изъятое в ходе осмотра места происшествия, содержит ?–Пирролидиновалерофенон (?-PVP), который является производным наркотического средства N-метилэфедрон, массой 0,30 грамма. В процессе исследования израсходовано 0,01 грамм вещества (т.2 л.д.42-44). В ходе осмотра места происшествия участка местности у д.23 по ул.Котовского г.Иваново с участием ФИО1 в снегу за восьмой перекладиной забора слева от подъезда №7 был обнаружен пакет с замком с веществом внутри, завернутый в фрагмент бумаги (т.1 л.д.203-206). Согласно заключению эксперта №2/202 от 07 февраля 2017 года, представленное на исследование порошкообразное вещество, изъятое в ходе осмотра места происшествия, содержит ?–Пирролидиновалерофенон (?-PVP), который является производным наркотического средства N-метилэфедрон, массой 0,28 грамма. В процессе исследования израсходовано 0,01 грамм вещества (т.2 л.д.54-56). В ходе осмотра места происшествия участка местности у д.23 по ул.Котовского г.Иваново с участием ФИО1 за бетонной перегородкой слева от подъезда №4 был обнаружен пакет с замком с веществом внутри, завернутый в фрагмент бумаги (т.1 л.д.208-211) Согласно заключению эксперта №2/201 от 02 февраля 2017 года, представленное на исследование порошкообразное вещество, изъятое в ходе осмотра места происшествия, содержит ?–Пирролидиновалерофенон (?-PVP), который является производным наркотического средства N-метилэфедрон, массой 0,30 грамма. В процессе исследования израсходовано 0,01 грамм вещества (т.2 л.д.66-67). В ходе осмотра места происшествия участка местности у д.14 по ул.Кавалерийской г.Иваново с участием ФИО1 в снегу рядом с трубой под деревом в 3 метрах от правого торца дома был обнаружен пакет с замком с веществом внутри, завернутый в фрагмент бумаги (т.1 л.д.213-216). Согласно заключению эксперта №2/200 от 02 февраля 2017 года, представленное на исследование порошкообразное вещество, изъятое в ходе осмотра места происшествия, содержит ?–Пирролидиновалерофенон (?-PVP), который является производным наркотического средства N-метилэфедрон, массой 0,29 грамма. В процессе исследования израсходовано 0,01 грамм вещества (т.2 л.д.77-78). В ходе осмотра места происшествия участка местности у д.14 по ул.Кавалерийской г.Иваново с участием ФИО1 в снегу под ковриком, висящем на заборе справа от подъезда №3 был обнаружен пакет с замком с веществом внутри, завернутый в фрагмент бумаги (т.1 л.д.218-221). Согласно заключению эксперта №2/199 от 15 февраля 2017 года, представленное на исследование порошкообразное вещество, изъятое в ходе осмотра места происшествия, содержит ?–Пирролидиновалерофенон (?-PVP), который является производным наркотического средства N-метилэфедрон, массой 0,30 грамма. В процессе исследования израсходовано 0,01 грамм вещества (т.2 л.д.88-89). В ходе осмотра места происшествия участка местности у д.14 по ул.Кавалерийской г.Иваново с участием ФИО1 между верхней и нижней досками сиденья скамейки справа от подъезда №1 был обнаружен пакет с замком с веществом внутри, завернутый в фрагмент бумаги (т.1 л.д.223-226). Согласно заключению эксперта №2/198 от 16 февраля 2017 года, представленное на исследование порошкообразное вещество, изъятое в ходе осмотра места происшествия, содержит ?–Пирролидиновалерофенон (?-PVP), который является производным наркотического средства N-метилэфедрон, массой 0,30 грамма. В процессе исследования израсходовано 0,01 грамм вещества (т.2 л.д.99-100). В ходе осмотра места происшествия участка местности у д.16 по ул.Кавалерийской г.Иваново с участием ФИО1 в снегу в углублении верхней ступеньки справа у подъезда №1 был обнаружен пакет с замком с веществом внутри, завернутый в фрагмент бумаги (т.1 л.д.228-231). Согласно заключению эксперта №2/197 от 10 февраля 2017 года, представленное на исследование порошкообразное вещество, изъятое в ходе осмотра места происшествия, содержит ?–Пирролидиновалерофенон (?-PVP), который является производным наркотического средства N-метилэфедрон, массой 0,29 грамма. В процессе исследования израсходовано 0,01 грамм вещества (т.2 л.д.110-111). В ходе осмотра места происшествия участка местности у д.16 по ул.Кавалерийской г.Иваново с участием ФИО1 в снегу между автомобильной покрышкой и кустом в 4 метрах от подъезда №6 был обнаружен пакет с замком с веществом внутри, завернутый в фрагмент бумаги (т.1 л.д.233-236). Согласно заключению эксперта №2/196 от 10 февраля 2017 года, представленное на исследование порошкообразное вещество, изъятое в ходе осмотра места происшествия, содержит ?–Пирролидиновалерофенон (?-PVP), который является производным наркотического средства N-метилэфедрон, массой 0,29 грамма. В процессе исследования израсходовано 0,01 грамм вещества (т.2 л.д.122-124). В ходе осмотра места происшествия участка местности у д.42 по ул.Кавалерийской г.Иваново с участием ФИО1 в снегу под металлической урной на пешеходной аллее в 10 метрах от левого торца дома был обнаружен пакет с замком с веществом внутри, завернутый в фрагмент бумаги (т.1 л.д.238-241). Согласно заключению эксперта №2/195 от 14 февраля 2017 года, представленное на исследование порошкообразное вещество, изъятое в ходе осмотра места происшествия, содержит ?–Пирролидиновалерофенон (?-PVP), который является производным наркотического средства N-метилэфедрон, массой 0,28 грамма. В процессе исследования израсходовано 0,01 грамм вещества (т.2 л.д.134-135). В ходе осмотра места происшествия участка местности у д.1 по пр.Текстильщиков г.Иваново с участием ФИО1 в снегу под кустом в 1 метре справа от подъезда №3 ничего не обнаружено (т.1 л.д.243-246). В ходе осмотра места происшествия участка местности у д.1 по пр.Текстильщиков г.Иваново с участием ФИО1 в снегу под бетонным столбом в 2 метрах от правого торца дома был обнаружен пакет с замком с веществом внутри, завернутый в фрагмент бумаги (т.1 л.д.248-251). Согласно заключению эксперта №2/194 от 10 февраля 2017 года, представленное на исследование порошкообразное вещество, изъятое в ходе осмотра места происшествия, содержит ?–Пирролидиновалерофенон (?-PVP), который является производным наркотического средства N-метилэфедрон, массой 0,27 грамма. В процессе исследования израсходовано 0,01 грамм вещества (т.2 л.д.145-146). В ходе осмотра места происшествия участка местности у д.3 по пр.Текстильщиков г.Иваново с участием ФИО1 под листом железа у основания стены левого торца дома был обнаружен пакет с замком с веществом внутри, завернутый в фрагмент бумаги (т.1 л.д.253-256). Согласно заключению эксперта №2/193 от 13 февраля 2017 года, представленное на исследование порошкообразное вещество, изъятое в ходе осмотра места происшествия, содержит ?–Пирролидиновалерофенон (?-PVP), который является производным наркотического средства N-метилэфедрон, массой 0,27 грамма. В процессе исследования израсходовано 0,01 грамм вещества (т.2 л.д.156-157). В ходе обыска жилого помещения - &lt;...&gt; 29 ноября 2016 года обнаружены и изъяты тетрадь с рукописными записями, ноутбук, планшет (т.1 л.д.259-264). Постановлением Ленинского районного суда от 01.12.2016 года производство обыска по адресу: &lt;...&gt; признано законным (т.1 л.д.273). В ходе выемки у оперуполномоченного Свидетель №7 конверты, в которых находились пакет с веществом, сотовый телефон, ежедневник, изъятые при личном досмотре ФИО1, а также протокол личного досмотра ФИО1 изъяты, осмотрены, признаны и приобщены к делу в качестве вещественного доказательства. Также осмотрены и приобщены к делу в качестве вещественных доказательств пакеты с веществами, изъятые в ходе осмотров мест происшествия (т.1 л.д.276-278, т.2 л.д.159-169, 170-180, 258-259, 260). У Вальковой изъяты образцы почерка (т.2 л.д.184) Согласно заключению сравнительной почерковедческой экспертизы, рукописные буквенно-цифровые записи в ежедневнике и тетради, изъятых по делу, выполнены ФИО1 (т.2 л.д.189-190). Ежедневник и тетрадь осмотрены, признаны и приобщены к делу в качестве вещественного доказательства (т.2 л.д.193-244, 245-246). Согласно пояснениям ФИО1 записи построены по следующему принципу: сначала указывается вид, количество и вес полученного через закладку вещества, его местонахождение. Потом указывается куда каждое вещество помещалось в тайник. Изъятые в ходе обыска ноутбук, планшет осмотрены, признаны и приобщены к делу в качестве вещественного доказательства (т.2 л.д.247-249, 252-254). Данных, касающихся рассматриваемого дела, на них не имеется. При осмотре телефона «Самсунг», изъятого у ФИО1, осмотре фототаблицы с перепиской с данного телефона в судебном заседании, установлено, что в переписке неустановленный абонент (оператор) даёт указания ФИО1 забрать «клад» в конкретном месте, ФИО1 направляет сведения о месте нахождения тайников, сопровождаемые фотографиями, отчитывается по остаткам наркотических средств. В переписке используется обозначение наркотиков «сп», «ск», «кр», «м» (меф). На фотографиях указано место тайника, вид наркотического средства и его порядковый номер в раскладке для соотношения с текстовым сообщением. Также ФИО1 общается с абонентом, которого называет куратор Серж. С ним решает вопросы оплаты работы, возмещение текущих расходов, проблемы с оператором, возможность самой стать оператором. Телефон приобщен к делу в качестве вещественного доказательства (т.3 л.д.1-369, 370-371) Согласно информации ПАО «Сбербанк» по счету карты, изъятой у ФИО1 в ходе личного досмотра проводились операции: с 10.03.2016 года по 30.11.2016 года систематически поступали крупные денежные средства, кроме алиментов и пособий на ребенка. Общая сумма денежных средств, поступивших на карту, превышает 1,5 млн. рублей (т.4 л.д.110-129). В отношении неустановленного лица в отдельное производство выделено уголовное дело по п.«г» ч.4 ст. 228.1 УК РФ , ч.3 ст. , п.«г» ч.4 ст. 228.1 УК РФ (т.1 л.д.25-26) Проанализировав и оценив в совокупности собранные и исследованные в судебном заседании доказательства по делу, суд приходит к выводу о доказанности вины подсудимой в совершении указанного преступления. В судебном заседании установлено, что основанием для проведения оперативно-розыскных мероприятий в отношении ФИО1 29 ноября 2016 года послужило наличие оперативной информации об осуществлении ею незаконных действий по организации тайников с наркотическими средствами, в связи с чем было принято решение о проведении комплекса оперативно-розыскных мероприятий, направленных на её задержание. Оперативная информация о причастности ФИО1 к незаконному обороту наркотических средств нашла подтверждение в рассекреченных результатах оперативно-розыскной деятельности, в результатах досмотра подсудимой, результатах осмотра мест сделанных ею тайников. Оснований для признания собранных и исследованных в судебном заседании доказательств недопустимыми не имеется. Результаты оперативно-розыскных мероприятий получены в соответствии с требованиями уголовно-процессуального законодательства. ФИО1 признала, что на момент задержания при ней находились остатки неразложенных по тайникам наркотических средств, предназначенных для сбыта. Также ФИО1 указала места, где в день задержания дела тайники с наркотическими средствами. Факт изъятия наркотических средств подтверждается протоколом личного досмотра и протоколами осмотров мест происшествия. Состав наркотических веществ и их масса установлена в ходе химических экспертиз. Оснований не доверять результатам экспертиз не имеется. Изъятие наркотического средства у подсудимой проведено в присутствии понятых, что зафиксировано в соответствующем протоколе. Замечаний по процедуре изъятия наркотических средств ни у кого не имелось. Понятые Свидетель №5, Свидетель №6 подтвердили своё участие в личном досмотре и правильность фиксации его результатов. Оснований для признания недопустимыми и недостоверными собранных и исследованных в судебном заседании доказательств не имеется. Изъятие наркотического средства произошло после задержания ФИО1, когда у сотрудников правоохранительных органов имелась достаточные основания считать, что при ней имеются наркотические средства. Задержание подсудимой проводилось с целью обнаружения и изъятия наркотических средств. Данные о причастности ФИО1 к незаконному обороту наркотических средств подтверждены данными из её телефона, ежедневника и тетради, изъятой при обыске по месту её жительства. Обыск квартиры признан законным вступившим силу судебным решением. ФИО1 указала, что, действуя по предварительному сговору с неустановленными лицами, наркотические средства получила через тайник в г.Иваново. Она признала, что по предварительному сговору с неустановленными лицами занималась сбытом наркотических средств, выполняя отведенную ей роль: раскладывала пакеты с наркотическим средством по тайникам. При этом она понимала, что в пакетах находятся наркотики и эти пакеты должны будут забрать другие лица. ФИО1 указала, что в рамках существовавшей договоренности до задержания в течении определенного времени раскладывала пакеты с наркотическими средствами по тайникам. Это подтверждено результатами осмотра сотового телефона, где содержалась переписка ФИО1 с неустановленными абонентами, в том числе сведения о сделанных тайниках, а также аналогичными сведениями из ежедневника и тетради. Наркотики из тайников, сделанных ФИО1 в день задержания, были изъяты в ходе предварительного следствия. Подсудимая в связи с задержанием не успел передать соучастнику преступления сведения о данных тайниках, что позволило в дальнейшем изъять наркотики. Изъятие наркотиков из тайников, их приобщение к материалам дела проведено в соответствии с действующим законодательством. Суд приходит к выводу, что показания подсудимой согласуются с иными доказательствами, исследованными в судебном заседании, поэтому суд считает показания ФИО1 достоверными. Суд признаёт доказанным, что все изъятые в ходе личного досмотра и из тайников наркотические средства находились в распоряжении ФИО1, и она занималась их сбытом путём организации тайников. Это подтверждается при анализе записей и фотографий, содержащихся в блокноте и сотовом телефоне, изъятом у ФИО1, где содержатся сведения о сделанных тайниках, переданные неустановленному лицу, а также обстоятельствами изъятия части наркотических средств из уже организованных ФИО1 тайников. На основании анализа показаний ФИО1 о её роли в совершении преступления, результатов оперативно-розыскных и следственных мероприятий, в ходе которых были изъяты наркотики, результатов осмотра сотового телефона подсудимой, записей в её ежедневнике и тетради, суд приходит к выводу, что между ФИО1 и неустановленными лицами существовал предварительный сговор на распространение наркотических средств. В рамках существовавшей договоренности ФИО1 раскладывала по тайникам наркотические средства, которые получала от соучастников преступления, имея от этого материальную выгоду. Неустановленные лица - соучастники преступлений обеспечивали поступление наркотиков к ФИО1 и организовывали получение потребителями наркотических средств спрятанных в тайниках наркотических средств, организовывали передачу ФИО1 части денежных средств от незаконной деятельности. Указанные ФИО1 обстоятельства осуществления деятельности по получению, дальнейшему хранению в целях сбыта, помещению наркотиков в тайники в г.Иваново указывают, что умысел на незаконный оборот наркотических средств сформировался у неё независимо от деятельности сотрудников оперативных подразделений. Оперативные сотрудники не предпринимали никаких действий для побуждения ФИО1 заняться незаконной деятельностью. Суд учитывает показания ФИО1 о причинах, побудивших её заняться незаконным оборотом наркотических средств, но не может признать, что эти обстоятельства исключают преступность её деяния. ФИО1 и её ребенок не находились в таких тяжёлых жизненных обстоятельствах, которые оправдывали бы её незаконные действия или рассматривались как смягчающие наказание. У ФИО1 имелись иные способы решения материальных затруднений. Суд, оценивая собранные по делу доказательства, считает необходимым квалифицировать действия подсудимой ФИО1 по ч.3 ст. , п.«г» ч.4 ст. 228.1 УК РФ , так как она совершила покушение на незаконный сбыт наркотических средств группой лиц по предварительному сговору, в крупном размере, с использованием информационно-телекоммуникационных сетей (включая сеть «Интернет»). Преступление не доведено ФИО1 и неустановленными лицами до конца по независящим от них обстоятельствам, так как наркотические средства, предназначенные для сбыта, были изъяты в ходе личного досмотра и в тайниках до передачи потребителям. Масса наркотических средств, который ФИО1 желала сбыть, действуя в сговоре с другими лицами, превышает установленный Постановлением Правительства РФ №1002 от 01 октября 2012 года крупный размер. ФИО1 общалась с соучастниками преступления с использованием электронных и информационно-коммуникационных сетей, в том числе «Интернет», через данные сети получала указания, сведения о местонахождении наркотиков, передавала данные о сделанных тайниках. Деньги за незаконную деятельность она также получала с использованием электронных и информационно-коммуникационных сетей. При назначении вида и размера наказания подсудимой суд учитывает характер и степень общественной опасности совершенных преступлений, личность подсудимой, обстоятельства, смягчающие наказание, влияние назначаемого наказания на исправление подсудимой и условия жизни её семьи. Свидетель ФИО7 показал, что является сожителем ФИО1, проживает с ней и её малолетним сыном. ФИО1 занимается воспитанием сына, он их содержит. Также им помогают родители. Ребенок предпочитает находиться с матерью. Биологический отец участия в жизни ребенка не принимает, выплачивает алименты. Характеризует ФИО1 с положительной стороны. О причастности ФИО1 к незаконному обороту наркотиков ему ничего не известно. ФИО1 совершила два особо тяжких преступления. Ранее к уголовной или административной ответственности не привлекалась (т.4 л.д.56, 57). УУП характеризуется удовлетворительно, жалоб на неё не поступало, соседями характеризуется положительно (т.4 л.д.66, 69, 82, 83). По месту обучения в школе характеризовалась положительно (т.4 л.д.81), неоднократно награждалась за участие в спортивных мероприятиях, в мероприятиях Всероссийского детско-юношеского движения «Школа безопасности» (т.4 л.д.90-103). Разведена, имеет малолетнего ребенка (т.4 л.д.88, 89). По месту регистрации проживает мать. На учете в наркологическом и психиатрическом диспансере не состоит, хронических заболеваний не имеет (т.4 л.д.59, 60, 62, 64). Согласно заключению комиссии судебно-психиатрических экспертов №204 от 01 февраля 2017 года ФИО1 хроническим, временным психическим расстройством, слабоумием или иным болезненным состоянием психики в период, относящийся к совершению деяния, в отношении которого обвиняется, не страдала и не страдает в настоящее время. Во время совершения деяния, в отношении которого обвиняется, могла осознавать фактический характер и общественную опасность своих действий и руководить ими, и не лишена такой способности в настоящее время. В применении к ней принудительных мер медицинского характера не нуждается. Признаков наркомании или алкогольной зависимости не выявлено (т.4 л.д.73-76). Суд, оценивая поведение подсудимой, соглашается с выводами экспертов и считает ФИО1 вменяемой. Как обстоятельство, смягчающее наказание подсудимой по обоим преступлениям, суд учитывает полное признание вины, активное способствование расследованию преступлений, изобличению и уголовному преследованию других лиц, причастных к незаконному обороту наркотических средств, изъятию иных наркотических средств, наличие на иждивении малолетнего ребенка. Обстоятельств, отягчающих наказание ФИО1, не установлено. Принимая во внимание тяжесть преступления, количество изъятых наркотических средств и данные об обстоятельствах осуществления ею незаконной деятельности, учитывая всю совокупность обстоятельств по делу и данных о личности подсудимой, суд приходит к выводу, что для достижения целей исправления подсудимой и предупреждения совершения новых преступлений, ей необходимо назначить наказание в виде реального лишения свободы. Суд не усматривает оснований для применения ст. 73 УК РФ или отсрочки наказания. С учетом фактических обстоятельств преступлений и их общественной опасности суд не усматривает оснований для применения положений ч.6 ст. 15 УК РФ . При назначении наказания суд учитывает положения ч.1 ст. 62 УК РФ , а по неоконченному преступлению также ч.3 ст. 66 УК РФ . Совокупность обстоятельств, смягчающих наказание, положительных сведений о личности ФИО1, поведения виновной после совершения преступлений, выразившееся в активном сотрудничестве с правоохранительными органами, суд расценивает как исключительные обстоятельства, дающие основания для назначения подсудимой наказания за совершенные преступления ниже низшего предела, то есть с применением ст. 64 УК РФ . В соответствии с п.«б» ч.1 ст. 58 УК РФ ФИО1 должна отбывать наказание в исправительной колонии общего режима. С учетом материального положения ФИО1, не имеющей в настоящее время заработка, наличии у неё малолетнего ребенка, суд считает возможным не назначать подсудимой дополнительное наказание в виде штрафа. С учетом данных об отсутствии связи преступления с профессиональной работой ФИО1 суд не усматривает необходимости в назначении дополнительного наказания в виде лишения права занимать определенные должности или заниматься определенной деятельностью. Вещественные доказательства: - мобильный телефон марки «Samsung» - конфисковать в доход государства в соответствии с п.1 ч.3 ст. 81 УПК РФ , как оборудование для совершения преступления; - конверты, содержащие наркотические средства и первоначальную упаковку – уничтожить в соответствии с п.2 ч.3 ст. 81 УПК РФ , - ежедневник с рукописными записями; тетрадь с рукописными записями - уничтожить в соответствии с п.3 ч.3 ст. 81 УПК РФ , - протокол личного досмотра ФИО2 - хранить при уголовном деле в соответствии с п.5 ч.3 ст. 81 УПК РФ , - планшетный компьютер «Samsung»; ноутбук «LENOVO» с мышью, зарядным устройством в сумке для ноутбука - выдать ФИО2 по принадлежности в соответствии с п.6 ч.3 ст. 81 УПК РФ . Руководствуясь ст. ст. - 309 УПК РФ , суд П Р И Г О В О Р И Л : Признать ФИО1 виновной в совершении преступлений, предусмотренных п.«г» ч.4 ст. 228.1 УК РФ , ч.3 ст. , п.«г» ч.4 ст. 228.1 УК РФ и назначить ей наказание: - по п.«г» ч.4 ст. 228.1 УК РФ с применением положений ст. 64 УК РФ в виде лишения свободы сроком на 6 лет; - по ч.3 ст. , п.«г» ч.4 ст. 228.1 УК РФ с применением положений ст. 64 УК РФ в виде лишения свободы сроком на 5 лет. На основании ч.3 ст. 69 УК РФ по совокупности преступлений, путем частичного сложения назначенных наказаний назначить ФИО1 окончательное наказание в виде лишения свободы сроком на 7 лет. Для отбывания наказания в виде лишения свободы назначить ФИО1 исправительную колонию общего режима. Срок отбытия наказания ФИО1 исчислять с 15 мая 2017 года. До вступления приговора в законную силу в отношении ФИО1 избрать меру пресечения в виде заключения под стражу в ФКУ СИЗО-1 УФСИН России по Ивановской области, взяв под стражу в зале суда. Вещественные доказательства: - мобильный телефон марки «Samsung» - конфисковать в доход государства; - 1. свёрток из фрагмента бумаги, внутри которого находится пакет с веществом, содержащим в своём составе ?–Пирролидиновалерофенон (?-PVP) и являющимся наркотическим средством – производным N-метилэфедрона массой 0,29 грамма; 2. свёрток из фрагмента бумаги, внутри которого находится пакет с веществом, содержащим в своём составе ?–Пирролидиновалерофенон (?-PVP) и являющимся наркотическим средством – производным N-метилэфедрона массой 0,26 грамма; 3. свёрток из фрагмента бумаги, внутри которого находится пакет с веществом, содержащим в своём составе ?–Пирролидиновалерофенон (?-PVP) и являющимся наркотическим средством – производным N-метилэфедрона массой 0,29 грамма; 4. свёрток из фрагмента бумаги, внутри которого находится пакет с веществом, содержащим в своём составе ?–Пирролидиновалерофенон (?-PVP) и являющимся наркотическим средством – производным N-метилэфедрона массой 0,27 грамма; 5. свёрток из фрагмента бумаги, внутри которого находится пакет с веществом, содержащим в своём составе ?–Пирролидиновалерофенон (?-PVP) и являющимся наркотическим средством – производным N-метилэфедрона массой 0,29 грамма; 6. свёрток из фрагмента бумаги, внутри которого находится пакет с веществом, содержащим в своём составе ? –Пирролидиновалерофенон (?-PVP) и являющимся наркотическим средством – производным N-метилэфедрона массой 0,28 грамма; 7. свёрток из фрагмента бумаги, внутри которого находится пакет с веществом, содержащим в своём составе ?–Пирролидиновалерофенон (?-PVP) и являющимся наркотическим средством – производным N-метилэфедрона массой 0,29 грамма; 8. свёрток из фрагмента бумаги, внутри которого находится пакет с веществом, содержащим в своём составе ?–Пирролидиновалерофенон (?-PVP) и являющимся наркотическим средством – производным N-метилэфедрона массой 0,29 грамма; 9. свёрток из фрагмента бумаги, внутри которого находится пакет с веществом, содержащим в своём составе ?–Пирролидиновалерофенон (?-PVP) и являющимся наркотическим средством – производным N-метилэфедрона массой 0,29 грамма; 10. свёрток из фрагмента бумаги, внутри которого находится пакет с веществом, содержащим в своём составе ?–Пирролидиновалерофенон (?-PVP) и являющимся наркотическим средством – производным N-метилэфедрона массой 0,28 грамма; 11. свёрток из фрагмента бумаги, внутри которого находится пакет с веществом, содержащим в своём составе ?–Пирролидиновалерофенон (?-PVP) и являющимся наркотическим средством – производным N-метилэфедрона массой 0,27 грамма; 12. свёрток из фрагмента бумаги, внутри которого находится пакет с веществом, содержащим в своём составе ?–Пирролидиновалерофенон (?-PVP) и являющимся наркотическим средством – производным N-метилэфедрона массой 0,26 грамма; 13. свёрток из фрагмента бумаги, внутри которого находится пакет с веществом, содержащим в своём составе ?–Пирролидиновалерофенон (?-PVP) и являющимся наркотическим средством – производным N-метилэфедрона массой 0,26 грамма; 14. свёрток из фрагмента бумаги, внутри которого находится пакет с веществом, содержащим в своём составе ?–Пирролидиновалерофенон (?-PVP) и являющимся наркотическим средством – производным N-метилэфедрона массой 1,07 грамма; 15. пакет с веществом N-(1-карбамоил-2-метилпропил)-1-(циклогексилметил)-1Н-индазол-3-карбоксамид, который является производным наркотического средства N-(1-карбамоил-2-метилпропил)-1-пентил-1Н-индазол-3-карбоксамид массой 1,26 грамма, – уничтожить, - ежедневник с рукописными записями; тетрадь с рукописными записями - уничтожить, - протокол личного досмотра ФИО2 - хранить при уголовном деле, - планшетный компьютер «Samsung»; ноутбук «LENOVO» с мышью, зарядным устройством в сумке для ноутбука - выдать ФИО2 по принадлежности. Приговор может быть обжалован в Ивановский областной суд через Ленинский районный суд &lt;адрес&gt; в течение 10 суток со дня его провозглашения, осужденным в тот же срок и в том же порядке со дня вручения ему копии приговора. Осужденный вправе ходатайствовать об участии в заседании суда апелляционной инстанции. Такое ходатайство может быть заявлено в течении 10 суток со дня вручения копии приговора - в апелляционной жалобе, или в тот же срок после вручения копии апелляционной жалобы или представления прокурора, затрагивающих его интересы, - в отдельном ходатайстве или возражениях на жалобу или представление. Судья Иванов А.А. Суд: Ленинский районный суд г. Иваново (Ивановская область) (подробнее) Судьи дела: Иванов Андрей Александрович (судья) (подробнее) Последние документы по делу: Постановление от 7 сентября 2017 г. по делу № 1-86/2017 Постановление от 17 августа 2017 г. по делу № 1-86/2017 Приговор от 7 августа 2017 г. по делу № 1-86/2017 Приговор от 24 июля 2017 г. по делу № 1-86/2017 Приговор от 15 июня 2017 г. по делу № 1-86/2017 Постановление от 17 мая 2017 г. по делу № 1-86/2017 Приговор от 14 мая 2017 г. по делу № 1-86/2017 Приговор от 14 мая 2017 г. по делу № 1-86/2017 Приговор от 3 мая 2017 г. по делу № 1-86/2017 Показать все документы по этому делу Судебная практика по: Контрабанда Судебная практика по применению норм ст. 200.1, 200.2, 226.1, 229.1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