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Оплата стоимости товара-17542 рубля будет производиться в день обращения ФИО1 в торговом салоне ООО «Евросеть-Ритейл» по месту приобретения товара с вступившим в законную силу определением суда об утверждении мирового соглашения. Денежные средства, компенсирующие стоимость юридических услуг будут перечислены на расчетный счет ФИО1 в течение 10 рабочих дней с момента вступления определения об утверждении мирового соглашения в законную силу после предоставления ФИО1 банковских реквизитов в торговый салон по месту покупки товара.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 остальных исковых требований ФИО1 отказывается. Производство по делу прекратить. Определение может быть обжаловано в Тверской областной суд через Осташковский городской суд в течение пятнадцати дней со дня вынесения определения судом первой инстанции. Федеральный судья: В.Л.Ежелый. Суд: Осташковский городской суд (Тверская область) (подробнее) Ответчики: ООО "Евросеть-Ритейл" (подробнее) Судьи дела: Ежелый Валерий Леонидович (судья) (подробнее) Последние документы по делу: Решение от 26 июля 2017 г. по делу № 2-79/2017 Решение от 13 июля 2017 г. по делу № 2-79/2017 Решение от 20 июня 2017 г. по делу № 2-79/2017 Решение от 28 мая 2017 г. по делу № 2-79/2017 Решение от 23 мая 2017 г. по делу № 2-79/2017 Определение от 14 мая 2017 г. по делу № 2-79/2017 Определение от 11 мая 2017 г. по делу № 2-79/2017 Решение от 11 мая 2017 г. по делу № 2-79/2017 Решение от 24 апреля 2017 г. по делу № 2-79/2017 Решение от 4 апреля 2017 г. по делу № 2-79/2017 Решение от 15 марта 2017 г. по делу № 2-79/2017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