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 позднее 00 часов 56 минут (здесь и далее указано местное время Алтайского края) ДД.ММ.ГГГГ у ФИО4, содержащегося в &lt;данные изъяты&gt;, из корыстных побуждений, возник преступный умысел, направленный на совершение хищения чужого имущества путем обмана. С целью реализации своего преступного умысла, ФИО4 разработал план совершения преступления, согласно которому он должен был, используя имеющиеся при себе сотовые телефоны, случайным набором цифр позвонить какому-либо лицу в ...., и, изменив голос, обманывая и вводя в заблуждение потерпевшего, в зависимости от ситуации, представиться родственником и сообщить, что находится в полиции, поскольку совершил дорожно-транспортное происшествие – на автомобиле сбил человека. При необходимости, в зависимости от ситуации, ФИО4 намеревался, изменив голос, представиться потерпевшему сотрудником полиции и сообщить о том, что для урегулирования вопроса с пострадавшими, чтобы не возбуждать в отношении родственника уголовное дело, срочно необходимо перечислить денежные средства на счета абонентских номеров сим-карт, которые он должен был сообщить потерпевшему в ходе телефонного разговора. В случае, если у потерпевшего не было возможности самостоятельно перечислить денежные средства, ФИО4, продолжая вводить в заблуждение потерпевшего, должен был в ходе разговора узнать анкетные данные, абонентский номер мобильного телефона и домашний адрес потерпевшего, таким образом, выясняя, куда необходимо подъехать за денежными средствами. Затем Гусев должен был сообщить потерпевшему, что вскоре к нему домой придет мужчина, которому потерпевший должен передать денежные средства, либо попросить потерпевшего передать денежные средства мужчине возле своего дома. Далее ФИО4 посредством мобильной связи должен был связаться с водителем такси одной из известных ему фирм .... и, не посвящая его в свои преступные намерения, под благовидным предлогом, сообщить последнему адрес, где необходимо забрать денежные средства. После передачи потерпевшим денежных средств, ФИО4 намеревался убедить водителя такси проследовать к любому терминалу оплаты, где перечислить денежные средства на названные ФИО4 счета абонентских номеров сим-карт сотовых телефонов. После поступления денежных средств на указанные ФИО4 счета абонентских номеров сим-карт сотовых телефонов, похищенными денежными средствами ФИО4 намеревался распорядиться по своему усмотрению. Реализуя свой преступный умысел, осознавая общественно-опасный и противоправный характер своих действий, предвидя неизбежность наступления общественно-опасных последствий в виде причинения имущественного ущерба собственнику и желая их наступления, руководствуясь корыстными побуждениями, ФИО4 в указанное время ДД.ММ.ГГГГ, находясь в &lt;данные изъяты&gt;, используя имевшийся у него при себе сотовый телефон с сим-картой с абонентским номером &lt;данные изъяты&gt;, случайным набором цифр на сотовом телефоне набрал абонентский номер телефона &lt;данные изъяты&gt;, находившийся в пользовании ФИО15 №7, проживавшей по адресу: ...., и, изменив голос, с целью введения последней в заблуждение, представился её внуком и сообщил заведомо ложные сведения о том, что он попал в дорожно-транспортное происшествие, сбил человека, таким образом, обманывая и вводя в заблуждение ФИО5 относительно своих преступных намерений. Затем, изменив голос, ФИО98 представился сотрудником полиции и сообщил потерпевшей заведомо ложные сведения о том, что её внук совершил дорожно-транспортное происшествие, в результате которого сбил человека, и необходимы денежные средства в сумме 50 000 рублей, для того, чтобы её внуку избежать уголовной ответственности, таким образом, обманывая и вводя в заблуждение ФИО5 относительно преступных намерений. ФИО5, введенная ФИО98 в заблуждение, не догадываясь о его преступных намерениях, не предполагая обмана со стороны ФИО98, поверила в достоверность его слов и пояснила, что у нее нет названной ФИО98 суммы денежных средств. ФИО98 убедившись, что у потерпевшей в наличии нет названной им суммы денежных средств, прервал телефонный разговор и положил трубку телефона. ФИО5, в целях проверить сообщенную ей ФИО98 информацию о якобы произошедшем с участием её внука дорожно-транспортном происшествии, набрала абонентский номер мобильного телефона внука, во время разговора с которым выяснила, что сообщенная ей информация является ложной, догадалась о преступных намерениях ФИО98. Таким образом, свой преступный умысел ФИО8 довести до конца не смог по независящим от него обстоятельствам. В случае доведения ФИО98 своего преступного умысла до конца, потерпевшей ФИО15 №7 был бы причинен значительный материальный ущерб в сумме 50 000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не позднее 02 часов 20 минут ДД.ММ.ГГГГ у ФИО8, содержащегося в &lt;данные изъяты&gt;, из корыстных побуждений, возник преступный умысел, направленный на совершение хищения чужого имущества путем обмана. С целью реализации своего преступного умысла, ФИО98 разработал план совершения преступления, согласно которому он должен был, используя имеющиеся при себе сотовые телефоны, случайным набором цифр позвонить какому-либо лицу в ...., и, изменив голос, обманывая и вводя в заблуждение потерпевшего, в зависимости от ситуации, представиться родственником и сообщить, что находится в полиции, поскольку совершил дорожно-транспортное происшествие – на автомобиле сбил человека. При необходимости, в зависимости от ситуации, ФИО98 намеревался, изменив голос, представиться потерпевшему сотрудником полиции и сообщить о том, что для урегулирования вопроса с пострадавшими, чтобы не возбуждать в отношении родственника уголовное дело, срочно необходимо перечислить денежные средства на счета абонентских номеров сим-карт, которые он должен был сообщить потерпевшему в ходе телефонного разговора. В случае, если у потерпевшего не было возможности самостоятельно перечислить денежные средства, ФИО98, продолжая вводить в заблуждение потерпевшего, должен был в ходе разговора узнать анкетные данные, абонентский номер мобильного телефона и домашний адрес потерпевшего, таким образом, выясняя, куда необходимо подъехать за денежными средствами. Затем ФИО98 должен был сообщить потерпевшему, что вскоре к нему домой придет мужчина, которому потерпевший должен передать денежные средства, либо попросить потерпевшего передать денежные средства мужчине возле своего дома. Далее ФИО98 посредством мобильной связи должен был связаться с водителем такси одной из известных ему фирм .... и, не посвящая его в свои преступные намерения, под благовидным предлогом, сообщить последнему адрес, где необходимо забрать денежные средства. После передачи потерпевшим денежных средств, ФИО98 намеревался убедить водителя такси проследовать к любому терминалу оплаты, где перечислить денежные средства на названные ФИО98 счета абонентских номеров сим-карт сотовых телефонов. После поступления денежных средств на указанные ФИО98 счета абонентских номеров сим-карт сотовых телефонов, похищенными денежными средствами ФИО98 намеревался распорядиться по своему усмотрению. Реализуя свой преступный умысел, осознавая общественно-опасный и противоправный характер своих действий, предвидя неизбежность наступления общественно-опасных последствий в виде причинения имущественного ущерба собственнику и желая их наступления, руководствуясь корыстными побуждениями, ФИО98 в указанное время ДД.ММ.ГГГГ, находясь в ...., расположенном по указанному адресу, используя имевшийся у него при себе сотовый телефон с сим-картой с абонентским номером &lt;данные изъяты&gt;, случайным набором цифр на сотовом телефоне набрал абонентский номер телефона &lt;данные изъяты&gt;, находившийся в пользовании ФИО15 №18, проживавшей по адресу: .... и, изменив голос, с целью введения последней в заблуждение, представился её сыном и сообщил заведомо ложные сведения о том, что он попал в дорожно-транспортное происшествие, сбил человека, таким образом, обманывая и вводя в заблуждение ФИО46 относительно своих преступных намерений. После чего ФИО4, продолжая свои преступные действия, пояснил, что необходимы денежные средства в сумме 100 000 рублей, чтобы ему избежать уголовной ответственности, таким образом, обманывая и вводя в заблуждение ФИО6 относительно своих преступных намерений. ФИО46, введенная ФИО98 в заблуждение, не догадываясь о его преступных намерениях, не предполагая обмана со стороны ФИО98, поверила в достоверность его слов и пояснила, что она может передать денежные средства в сумме 2 000 рублей. ФИО98 с предложенной суммой не согласился и, убедившись, что у потерпевшей в наличии нет названной им суммы денежных средств, прервал телефонный разговор и положил трубку телефона. ФИО6 в целях проверить сообщенную ей ФИО98 информацию о якобы произошедшем с участием ее сына дорожно-транспортном происшествии, набрала абонентский номер мобильного телефона сына, в ходе разговора с которым догадалась о преступных намерениях. Таким образом, свой преступный умысел ФИО8 довести до конца не смог по независящим от него обстоятельствам. В случае доведения ФИО98 своего преступного умысла до конца, потерпевшей ФИО15 №18 был бы причинен значительный материальный ущерб в сумме 100 000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не позднее 06 часов 18 минут ДД.ММ.ГГГГ у ФИО8, содержащегося в &lt;данные изъяты&gt;, из корыстных побуждений, возник преступный умысел, направленный на совершение хищения чужого имущества путем обмана. С целью реализации своего преступного умысла, ФИО98 разработал план совершения преступления, согласно которому он должен был, используя имеющиеся при себе сотовые телефоны, случайным набором цифр позвонить какому-либо лицу в ...., и, изменив голос, обманывая и вводя в заблуждение потерпевшего, в зависимости от ситуации, представиться родственником и сообщить, что находится в полиции, поскольку совершил дорожно-транспортное происшествие – на автомобиле сбил человека. При необходимости, в зависимости от ситуации, ФИО4 намеревался, изменив голос, представиться потерпевшему сотрудником полиции и сообщить о том, что для урегулирования вопроса с пострадавшими, чтобы не возбуждать в отношении родственника уголовное дело, срочно необходимо перечислить денежные средства на счета абонентских номеров сим-карт, которые он должен был сообщить потерпевшему в ходе телефонного разговора. В случае, если у потерпевшего не было возможности самостоятельно перечислить денежные средства, ФИО4, продолжая вводить в заблуждение потерпевшего, должен был в ходе разговора узнать анкетные данные, абонентский номер мобильного телефона и домашний адрес потерпевшего, таким образом, выясняя, куда необходимо подъехать за денежными средствами. Затем Гусев должен был сообщить потерпевшему, что вскоре к нему домой придет мужчина, которому потерпевший должен передать денежные средства, либо попросить потерпевшего передать денежные средства мужчине возле своего дома. Далее ФИО4 посредством мобильной связи должен был связаться с водителем такси одной из известных ему фирм .... и, не посвящая его в свои преступные намерения, под благовидным предлогом, сообщить последнему адрес, где необходимо забрать денежные средства. После передачи потерпевшим денежных средств, ФИО4 намеревался убедить водителя такси проследовать к любому терминалу оплаты, где перечислить денежные средства на названные ФИО4 счета абонентских номеров сим-карт сотовых телефонов. После поступления денежных средств на указанные ФИО4 счета абонентских номеров сим-карт сотовых телефонов, похищенными денежными средствами ФИО4 намеревался распорядиться по своему усмотрению. Реализуя свой преступный умысел, осознавая общественно-опасный и противоправный характер своих действий, предвидя неизбежность наступления общественно-опасных последствий в виде причинения имущественного ущерба собственнику и желая их наступления, руководствуясь корыстными побуждениями, ФИО4 в указанное время ДД.ММ.ГГГГ, находясь в &lt;данные изъяты&gt;, используя имевшийся у него при себе сотовый телефон с сим-картой с абонентским номером &lt;данные изъяты&gt;, случайным набором цифр на сотовом телефоне набрал абонентский номер телефона &lt;данные изъяты&gt;, находившийся в пользовании ФИО15 №12, проживавшей по адресу: .... и, изменив голос, с целью введения последней в заблуждение, представился её сыном и сообщил заведомо ложные сведения о том, что он попал в дорожно-транспортное происшествие, сбил человека, таким образом, обманывая и вводя в заблуждение ФИО7 относительно своих преступных намерений. После чего ФИО4, продолжая свои преступные действия, пояснил, что необходимы денежные средства в сумме 100 000 рублей, чтобы ему избежать уголовной ответственности, таким образом, обманывая и вводя в заблуждение ФИО15 №12 относительно своих преступных намерений. ФИО7, введенная ФИО4 в заблуждение, не догадываясь о его преступных намерениях, не предполагая обмана со стороны ФИО4, поверила в достоверность его слов и пояснила, что она может передать денежные средства в сумме 1 000 рублей. ФИО4 с предложенной суммой не согласился и, убедившись, что у потерпевшей в наличии нет названной им суммы денежных средств, прервал телефонный разговор и положил трубку телефона. ФИО7, в целях проверить сообщенную ей ФИО4 информацию о якобы произошедшем с участием ее сына дорожно-транспортном происшествии, набрала абонентский номер мобильного телефона сына, в ходе разговора с которым догадалась о преступных намерениях. Таким образом, свой преступный умысел ФИО4 довести до конца не смог по независящим от него обстоятельствам. В случае доведения ФИО4 своего преступного умысла до конца, потерпевшей №12 был бы причинен значительный материальный ущерб в сумме 100 000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Кроме того, не позднее 06 часов 32 минут ДД.ММ.ГГГГ у ФИО4, содержащегося в &lt;данные изъяты&gt;, из корыстных побуждений, возник преступный умысел, направленный на совершение хищения чужого имущества путем обмана. С целью реализации своего преступного умысла, ФИО4 разработал план совершения преступления, согласно которому он должен был, используя имеющиеся при себе сотовые телефоны, случайным набором цифр позвонить какому-либо лицу в ...., и, изменив голос, обманывая и вводя в заблуждение потерпевшего, в зависимости от ситуации, представиться родственником и сообщить, что находится в полиции, поскольку совершил дорожно-транспортное происшествие – на автомобиле сбил человека. При необходимости, в зависимости от ситуации, ФИО4 намеревался, изменив голос, представиться потерпевшему сотрудником полиции и сообщить о том, что для урегулирования вопроса с пострадавшими, чтобы не возбуждать в отношении родственника уголовное дело, срочно необходимо перечислить денежные средства на счета абонентских номеров сим-карт, которые он должен был сообщить потерпевшему в ходе телефонного разговора. В случае, если у потерпевшего не было возможности самостоятельно перечислить денежные средства, ФИО4, продолжая вводить в заблуждение потерпевшего, должен был в ходе разговора узнать анкетные данные, абонентский номер мобильного телефона и домашний адрес потерпевшего, таким образом, выясняя, куда необходимо подъехать за денежными средствами. Затем Гусев должен был сообщить потерпевшему, что вскоре к нему домой придет мужчина, которому потерпевший должен передать денежные средства, либо попросить потерпевшего передать денежные средства мужчине возле своего дома. Далее ФИО4 посредством мобильной связи должен был связаться с водителем такси одной из известных ему фирм .... и, не посвящая его в свои преступные намерения, под благовидным предлогом, сообщить последнему адрес, где необходимо забрать денежные средства. После передачи потерпевшим денежных средств, ФИО4 намеревался убедить водителя такси проследовать к любому терминалу оплаты, где перечислить денежные средства на названные ФИО4 счета абонентских номеров сим-карт сотовых телефонов. После поступления денежных средств на указанные ФИО4 счета абонентских номеров сим-карт сотовых телефонов, похищенными денежными средствами ФИО4 намеревался распорядиться по своему усмотрению. Реализуя свой преступный умысел, направленный на хищение чужого имущества путем обмана, осознавая общественно-опасный и противоправный характер своих действий, предвидя неизбежность наступления общественно-опасных последствий в виде причинения имущественного ущерба собственнику и желая их наступления, руководствуясь корыстными побуждениями, ФИО98 около 06 часов 32 минут ДД.ММ.ГГГГ, находясь в &lt;данные изъяты&gt;, используя имевшийся у него при себе сотовый телефон с сим-картой с абонентским номером &lt;данные изъяты&gt; случайным набором цифр на сотовом телефоне набрал абонентский номер телефона &lt;данные изъяты&gt;, находившийся в пользовании ФИО15 №8, проживавшей по адресу: ...., и, изменив голос, с целью введения последней в заблуждение, представился её сыном и сообщил заведомо ложные сведения о том, что он попал в дорожно-транспортное происшествие, сбил человека, таким образом, обманывая и вводя в заблуждение ФИО15 №8 относительно своих преступных намерений. Затем, изменив голос, ФИО4 представился сотрудником полиции и сообщил потерпевшей заведомо ложные сведения о том, что её сын совершил дорожно-транспортное происшествие, в результате которого сбил человека, и необходимы денежные средства в сумме 100 000 рублей, для того, чтобы её сыну избежать уголовной ответственности, таким образом, обманывая и вводя в заблуждение ФИО15 №8 относительно своих преступных намерений. ФИО9, введенная ФИО4 в заблуждение, не догадываясь о его преступных намерениях, не предполагая обмана со стороны ФИО4, поверила в достоверность его слов и пояснила, что у неё нет названной им суммы денежных средств. ФИО4, убедившись, что у потерпевшей в наличии нет названной им суммы денежных средств, прервал телефонный разговор и положил трубку телефона. ФИО9, в целях проверить сообщенную ей информацию о якобы произошедшем с участием ее сына дорожно-транспортном происшествии, набрала абонентский номер мобильного телефона сына, в ходе разговора с которым догадалась о преступных намерениях ФИО4. Таким образом, свой преступный умысел ФИО4 довести до конца не смог по независящим от него обстоятельствам. В случае доведения ФИО4 своего преступного умысла до конца, потерпевшей №8 был бы причинен значительный материальный ущерб в сумме 100 000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Кроме того, не позднее 23 часов 52 минут ДД.ММ.ГГГГ у ФИО4, содержащегося в &lt;данные изъяты&gt;, из корыстных побуждений, возник преступный умысел, направленный на совершение хищения чужого имущества путем обмана. С целью реализации своего преступного умысла, ФИО4 разработал план совершения преступления, согласно которому он должен был, используя имеющиеся при себе сотовые телефоны, случайным набором цифр позвонить какому-либо лицу в ...., и, изменив голос, обманывая и вводя в заблуждение потерпевшего, в зависимости от ситуации, представиться родственником и сообщить, что находится в полиции, поскольку совершил дорожно-транспортное происшествие – на автомобиле сбил человека. При необходимости, в зависимости от ситуации, ФИО4 намеревался, изменив голос, представиться потерпевшему сотрудником полиции и сообщить о том, что для урегулирования вопроса с пострадавшими, чтобы не возбуждать в отношении родственника уголовное дело, срочно необходимо перечислить денежные средства на счета абонентских номеров сим-карт, которые он должен был сообщить потерпевшему в ходе телефонного разговора. В случае, если у потерпевшего не было возможности самостоятельно перечислить денежные средства, ФИО4, продолжая вводить в заблуждение потерпевшего, должен был в ходе разговора узнать анкетные данные, абонентский номер мобильного телефона и домашний адрес потерпевшего, таким образом, выясняя, куда необходимо подъехать за денежными средствами. Затем Гусев должен был сообщить потерпевшему, что вскоре к нему домой придет мужчина, которому потерпевший должен передать денежные средства, либо попросить потерпевшего передать денежные средства мужчине возле своего дома. Далее ФИО4 посредством мобильной связи должен был связаться с водителем такси одной из известных ему фирм .... и, не посвящая его в свои преступные намерения, под благовидным предлогом, сообщить последнему адрес, где необходимо забрать денежные средства. После передачи потерпевшим денежных средств, ФИО4 намеревался убедить водителя такси проследовать к любому терминалу оплаты, где перечислить денежные средства на названные ФИО4 счета абонентских номеров сим-карт сотовых телефонов. После поступления денежных средств на указанные ФИО4 счета абонентских номеров сим-карт сотовых телефонов, похищенными денежными средствами ФИО4 намеревался распорядиться по своему усмотрению. Реализуя свой преступный умысел, направленный на хищение чужого имущества путем обмана, осознавая общественно-опасный и противоправный характер своих действий, предвидя неизбежность наступления общественно-опасных последствий в виде причинения имущественного ущерба собственнику и желая их наступления, руководствуясь корыстными побуждениями, ФИО4 около 23 часов 52 минут ДД.ММ.ГГГГ, находясь в &lt;данные изъяты&gt;, используя имевшийся у него при себе сотовый телефон с сим-картой с абонентским номером &lt;данные изъяты&gt;, случайным набором цифр на сотовом телефоне набрал абонентский номер телефона &lt;данные изъяты&gt;, находившийся в пользовании ФИО15 №13, проживавшей по адресу: ....5, и, изменив голос, с целью введения последней в заблуждение, представился её внуком и сообщил заведомо ложные сведения о том, что он попал в дорожно-транспортное происшествие, сбил человека, таким образом, обманывая и вводя в заблуждение ФИО15 №13 относительно своих преступных намерений. Затем, изменив голос, ФИО98, представился сотрудником полиции и сообщил потерпевшей заведомо ложные сведения о том, что её внук совершил дорожно-транспортное происшествие, в результате которого сбил человека, и необходимы денежные средства в сумме 90 000 рублей, для того, чтобы её внуку избежать уголовной ответственности, таким образом, обманывая и вводя в заблуждение ФИО15 №13 относительно своих преступных намерений. ФИО10, введенная ФИО4 в заблуждение, не догадываясь о его преступных намерениях, не предполагая обмана со стороны ФИО4, поверила в достоверность его слов и пояснила, что она может передать денежные средства в сумме 3 000 рублей. ФИО4 с предложенной суммой не согласился и, убедившись, что у потерпевшей в наличии нет названной им суммы денежных средств, прервал телефонный разговор и положил трубку телефона. ФИО10, в целях проверить сообщенную ей ФИО4 информацию о якобы произошедшем с участием её внука дорожно-транспортном происшествии, набрала абонентский номер мобильного телефона внука, в ходе разговора с которым догадалась о преступных намерениях ФИО4. Свой преступный умысел Гусев довести до конца не смог по независящим от него обстоятельствам. В случае доведения ФИО4 своего преступного умысла до конца, потерпевшей ФИО15 №13 был бы причинен значительный материальный ущерб в сумме 90 000 рублей.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Кроме того, не позднее 02 часов 30 минут ДД.ММ.ГГГГ у ФИО4, содержащегося в &lt;данные изъяты&gt;, из корыстных побуждений, возник преступный умысел, направленный на совершение хищения чужого имущества путем обмана. С целью реализации своего преступного умысла, ФИО4 разработал план совершения преступления, согласно которому он должен был, используя имеющиеся при себе сотовые телефоны, случайным набором цифр позвонить какому-либо лицу в ...., и, изменив голос, обманывая и вводя в заблуждение потерпевшего, в зависимости от ситуации, представиться родственником и сообщить, что находится в полиции, поскольку совершил дорожно-транспортное происшествие - на автомобиле сбил человека. При необходимости, в зависимости от ситуации, ФИО4 намеревался, изменив голос, представиться потерпевшему сотрудником полиции и сообщить о том, что для урегулирования вопроса с пострадавшими, чтобы не возбуждать в отношении родственника уголовное дело, срочно необходимо перечислить денежные средства на счета абонентских номеров сим-карт, которые он должен был сообщить потерпевшему в ходе телефонного разговора. В случае, если у потерпевшего не было возможности самостоятельно перечислить денежные средства, ФИО4, продолжая вводить в заблуждение потерпевшего, должен был в ходе разговора узнать анкетные данные, абонентский номер мобильного телефона и домашний адрес потерпевшего, таким образом, выясняя, куда необходимо подъехать за денежными средствами. Затем Гусев должен был сообщить потерпевшему, что вскоре к нему домой придет мужчина, которому потерпевший должен передать денежные средства, либо попросить потерпевшего передать денежные средства мужчине возле своего дома. После чего ФИО4 посредством мобильной связи должен был связаться с водителем такси одной из известных ему фирм .... и, не посвящая его в свои преступные намерения, под благовидным предлогом, сообщить последнему адрес, где необходимо забрать денежные средства. После передачи потерпевшим денежных средств, ФИО4 намеревался убедить водителя такси проследовать к любому терминалу оплаты, где перечислить денежные средства на названные ФИО4 счета абонентских номеров сим-карт сотовых телефонов. После поступления денежных средств на указанные ФИО4 счета абонентских номеров сим-карт сотовых телефонов, похищенными денежными средствами ФИО4 намеревался распорядиться по своему усмотрению. Реализуя свой преступный умысел, осознавая общественно-опасный и противоправный характер своих действий, предвидя неизбежность наступления общественно-опасных последствий в виде причинения имущественного ущерба собственнику и желая их наступления, руководствуясь корыстными побуждениями, ФИО4 в указанное время ДД.ММ.ГГГГ, находясь в &lt;данные изъяты&gt;, используя имевшийся у него при себе сотовый телефон с сим-картой с абонентским номером &lt;данные изъяты&gt;, случайным набором цифр на сотовом телефоне набрал абонентский номер телефона &lt;данные изъяты&gt;, находившийся в пользовании ФИО15 №2, проживавшей по адресу: ...., и, изменив голос, с целью введения последней в заблуждение, представился её сыном и сообщил заведомо ложные сведения о том, что он попал в дорожно-транспортное происшествие, сбил человека, таким образом, обманывая и вводя в заблуждение ФИО93 относительно своих преступных намерений. Затем, изменив голос, ФИО4, представился сотрудником полиции и сообщил потерпевшей заведомо ложные сведения о том, что ее сын совершил дорожно-транспортное происшествие, в результате которого сбил человека, и необходимы денежные средства в сумме 300 000 рублей, для того, чтобы ее сыну избежать уголовной ответственности, таким образом, обманывая и вводя в заблуждение ФИО93 относительно своих преступных намерений. ФИО93, введенная ФИО4 в заблуждение, не догадываясь о его преступных намерениях, не предполагая обмана со стороны ФИО4, поверила в достоверность его слов и пояснила, что она может передать денежные средства в сумме 70 000 рублей. ФИО4 с предложенной суммой согласился, сказав, что этого будет достаточно. После чего ФИО4, продолжая свои преступные действия, попросил ФИО93 назвать ее домашний адрес, что последняя и исполнила. Затем ФИО98 сообщил потерпевшей о том, что в ближайшее время к ней за деньгами подъедет мужчина, которому она должна передать денежные средства. При этом, продолжая разговаривать с потерпевшей, ФИО4 тем самым пресекал возможные попытки ФИО93 проверить сообщенные ей заведомо ложные сведения. Продолжая свои преступные действия, ФИО98 около 02 часов 38 минут ДД.ММ.ГГГГ для оформления заявки автомобиля такси позвонил с абонентского номера &lt;данные изъяты&gt; на абонентский номер &lt;данные изъяты&gt;, где произвел заявку на автомобиль по адресу: ..... После чего ФИО4 около 02 часов 42 минут ДД.ММ.ГГГГ позвонил с абонентского номера &lt;данные изъяты&gt; на абонентский № ранее незнакомому ФИО27, который работал водителем в службе такси «&lt;данные изъяты&gt;», и, не посвящая последнего в свои преступные планы, попросил забрать за денежное вознаграждение по адресу: ...., денежные средства, якобы у своей матери, пояснив, что сам это сделать не сможет, на что ФИО27 согласился. Затем ФИО27, не догадываясь о преступных намерениях ФИО4, подъехал к дому по адресу: ...., и прошел в ..... Около 02 часов 50 минут ДД.ММ.ГГГГ ФИО93, введенная в заблуждение ФИО98 относительно его преступных намерений, находясь в своей квартире по указанному адресу, по указанию ФИО98 передала ФИО27 денежные средства в сумме 70 000 рублей. Затем ФИО27 по указанию ФИО4 проследовал к платежному терминалу, расположенному по адресу: ...., где в период с 04 часов 12 минут до 04 часов 17 минут ДД.ММ.ГГГГ перечислил полученные от ФИО116 денежные средства в сумме 10000 рублей на счет абонентского номера сим-карты &lt;данные изъяты&gt; названный ему ФИО4. Затем ФИО27 также по указанию ФИО4 проследовал к платежному терминалу, расположенному по адресу: ...., где около 04 часов 29 минут ДД.ММ.ГГГГ перечислил полученные от ФИО118 денежные средства в сумме 500 рублей на указанный ему ФИО4 банковский счет №, привязанный к находившемуся в распоряжении ФИО4 абонентскому номеру &lt;данные изъяты&gt; После чего ФИО11, действуя по указанию ФИО4, проследовал к платежному терминалу, расположенному по адресу: ...., где в период времени с 05 часов 07 минут до 05 часов 12 минут ДД.ММ.ГГГГ перечислил полученные им от ФИО93 денежные средства в общей сумме 42000 рублей на счета абонентских номеров сим-карт, которые ему назвал ФИО4, а именно: на счет абонентского номера &lt;данные изъяты&gt; - денежные средства в сумме 8 000 рублей, на счет абонентского номера &lt;данные изъяты&gt; - денежные средства в сумме 34000 рублей. Затем по указанию ФИО4 ФИО27 проследовал к платежному терминалу, расположенному по адресу: ...., где около 05 часов 13 минут ДД.ММ.ГГГГ перечислил полученные от ФИО93 денежные средства в сумме 4500 рублей на счет абонентского номера сим-карты №, названный ему ФИО4, а денежные средства в сумме 3000 рублей оставил себе в качестве вознаграждения. В дальнейшем, похищенными путем обмана денежными средствами ФИО4 распорядился по своему усмотрению, причинив потерпевшей ФИО15 №2 значительный материальный ущерб на общую сумму 70 000 рублей.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Кроме того, не позднее 04 часов 50 минут ДД.ММ.ГГГГ у ФИО4, содержащегося в &lt;данные изъяты&gt; из корыстных побуждений, возник преступный умысел, направленный на совершение хищения чужого имущества путем обмана. С целью реализации своего преступного умысла, ФИО4 разработал план совершения преступления, согласно которому Гусев должен был, используя имеющиеся при себе сотовые телефоны, случайным набором цифр позвонить какому-либо лицу в ...., и, изменив голос, обманывая и вводя в заблуждение потерпевшего, в зависимости от ситуации, представиться родственником и сообщить, что находится в полиции, поскольку совершил дорожно-транспортное происшествие - на автомобиле сбил человека. При необходимости, в зависимости от ситуации, ФИО4 намеревался, изменив голос, представиться потерпевшему сотрудником полиции и сообщить о том, что для урегулирования вопроса с пострадавшими, чтобы не возбуждать в отношении родственника уголовное дело, срочно необходимо перечислить денежные средства на счета абонентских номеров сим-карт, которые он должен был сообщить потерпевшему в ходе телефонного разговора. В случае, если у потерпевшего не было возможности самостоятельно перечислить денежные средства, ФИО4, продолжая вводить в заблуждение потерпевшего, должен был в ходе разговора узнать анкетные данные, абонентский номер мобильного телефона и домашний адрес потерпевшего, таким образом, выясняя, куда необходимо подъехать за денежными средствами. Затем Гусев должен был сообщить потерпевшему, что вскоре к нему домой придет мужчина, которому потерпевший должен передать денежные средства, либо попросить потерпевшего передать денежные средства мужчине возле своего дома. После чего ФИО4 посредством мобильной связи должен был связаться с водителем такси одной из известных ему фирм .... и, не посвящая его в свои преступные намерения, под благовидным предлогом, сообщить последнему адрес, где необходимо забрать денежные средства. После передачи потерпевшим денежных средств, ФИО4 намеревался убедить водителя такси проследовать к любому терминалу оплаты, где перечислить денежные средства на названные ФИО4 счета абонентских номеров сим-карт сотовых телефонов. После поступления денежных средств на указанные ФИО4 счета абонентских номеров сим-карт сотовых телефонов, похищенными денежными средствами ФИО4 намеревался распорядиться по своему усмотрению. Реализуя свой преступный умысел, осознавая общественно-опасный и противоправный характер своих действий, предвидя неизбежность наступления общественно-опасных последствий в виде причинения имущественного ущерба собственнику и желая их наступления, руководствуясь корыстными побуждениями, ФИО98 около 04 часов 50 минут ДД.ММ.ГГГГ, находясь в &lt;данные изъяты&gt;, используя имевшийся у него при себе сотовый телефон с сим-картой с абонентским номером &lt;данные изъяты&gt; случайным набором цифр на сотовом телефоне набрал абонентский номер телефона &lt;данные изъяты&gt;, находившийся в пользовании ФИО15 №14, проживавшей по адресу: ...., и, изменив голос, с целью введения последней в заблуждение, представился сотрудником полиции и сообщил заведомо ложные сведения о том, что её внук попал в дорожно-транспортное происшествие, сбил человека, и необходимы денежные средства в сумме 100 000 рублей, для того, чтобы её внуку избежать уголовной ответственности, таким образом, обманывая и вводя в заблуждение ФИО15 №14 относительно своих преступных намерений. ФИО15 №14, введенная ФИО4 в заблуждение, не догадываясь о его преступных намерениях, не предполагая обмана со стороны ФИО4, поверила в достоверность его слов и пояснила, что она может передать денежные средства в сумме 50 000 рублей. ФИО4 с предложенной суммой согласился, сказав, что этого будет достаточно. Однако, ФИО15 №14, в целях проверить сообщенную ей ФИО4 информацию о якобы произошедшем с участием её внука дорожно-транспортном происшествии, набрала абонентский номер мобильного телефона внука, во время разговора с которым выяснила, что сообщенная ей информация является ложной, догадалась о преступных намерениях ФИО4 и прервала телефонный разговор с ФИО4, положив трубку. Таким образом, свой преступный умысел ФИО4 довести до конца не смог по независящим от него обстоятельствам. В случае доведения ФИО4 своего преступного умысла до конца, потерпевшей №14 бы причинен значительный материальный ущерб в сумме 50 000 рублей.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Кроме того, не позднее 05 часов 01 минуты ДД.ММ.ГГГГ у ФИО4, содержащегося в &lt;данные изъяты&gt;, из корыстных побуждений, возник преступный умысел, направленный на совершение хищения чужого имущества путем обмана. С целью реализации своего преступного умысла, ФИО4 разработал план совершения преступления, согласно которому Гусев должен был, используя имеющиеся при себе сотовые телефоны, случайным набором цифр позвонить какому-либо лицу в ...., и, изменив голос, обманывая и вводя в заблуждение потерпевшего, в зависимости от ситуации, представиться родственником и сообщить, что находится в полиции, поскольку совершил дорожно-транспортное происшествие - на автомобиле сбил человека. При необходимости, в зависимости от ситуации, ФИО4 намеревался, изменив голос, представиться потерпевшему сотрудником полиции и сообщить о том, что для урегулирования вопроса с пострадавшими, чтобы не возбуждать в отношении родственника уголовное дело, срочно необходимо перечислить денежные средства на счета абонентских номеров сим-карт, которые он должен был сообщить потерпевшему в ходе телефонного разговора. В случае, если у потерпевшего не было возможности самостоятельно перечислить денежные средства, ФИО4, продолжая вводить в заблуждение потерпевшего, должен был в ходе разговора узнать анкетные данные, абонентский номер мобильного телефона и домашний адрес потерпевшего, таким образом, выясняя, куда необходимо подъехать за денежными средствами. Затем Гусев должен был сообщить потерпевшему, что вскоре к нему домой придет мужчина, которому потерпевший должен передать денежные средства, либо попросить потерпевшего передать денежные средства мужчине возле своего дома. После чего ФИО4 посредством мобильной связи должен был связаться с водителем такси одной из известных ему фирм .... и, не посвящая его в свои преступные намерения, под благовидным предлогом, сообщить последнему адрес, где необходимо забрать денежные средства. После передачи потерпевшим денежных средств, ФИО4 намеревался убедить водителя такси проследовать к любому терминалу оплаты, где перечислить денежные средства на названные ФИО4 счета абонентских номеров сим-карт сотовых телефонов. После поступления денежных средств на указанные ФИО4 счета абонентских номеров сим-карт сотовых телефонов, похищенными денежными средствами ФИО4 намеревался распорядиться по своему усмотрению. Реализуя свой преступный умысел, осознавая общественно-опасный и противоправный характер своих действий, предвидя неизбежность наступления общественно-опасных последствий в виде причинения имущественного ущерба собственнику и желая их наступления, руководствуясь корыстными побуждениями, ФИО4 в указанное время ДД.ММ.ГГГГ, находясь в &lt;данные изъяты&gt;, используя имевшийся у него при себе сотовый телефон с сим-картой с абонентским номером &lt;данные изъяты&gt;, случайным набором цифр на сотовом телефоне набрал абонентский номер телефона №, находившийся в пользовании ФИО28, проживавшей по адресу: .... и, изменив голос, с целью введения последней в заблуждение, представился сотрудником полиции и сообщил заведомо ложные сведения о том, что её сын попал в дорожно-транспортное происшествие, сбил человека, таким образом, обманывая и вводя в заблуждение ФИО15 №15 относительно своих преступных намерений. Затем, изменив голос, ФИО4, представился её сыном и сообщил потерпевшей заведомо ложные сведения о том, что он совершил дорожно-транспортное происшествие, в результате которого сбил человека. Затем, вновь изменив голос, ФИО4 от имени сотрудника полиции пояснил, что необходимы денежные средства в сумме 500 000 рублей, для того, чтобы ее сыну избежать уголовной ответственности, таким образом, обманывая и вводя в заблуждение ФИО15 №15 относительно своих преступных намерений. ФИО15 №15, введенная ФИО4 в заблуждение, не догадываясь о его преступных намерениях, не предполагая обмана со стороны ФИО4, поверила в достоверность его слов и пояснила, что она может передать денежные средства в сумме 290 000 рублей. ФИО4 с предложенной суммой согласился, сказав, что этого будет достаточно. После чего ФИО4, продолжая свои преступные действия, попросил ФИО15 №15 назвать абонентский номер ее мобильного телефона, что последняя и исполнила. Затем ФИО4, используя имевшийся у него при себе сотовый телефон с сим-картой с абонентским номером &lt;данные изъяты&gt;, около 08 часов 13 минут ДД.ММ.ГГГГ набрал указанный ФИО15 абонентский номер ее мобильного телефона и убедил потерпевшую проследовать к ближайшему платежному терминалу, где самостоятельно перечислить денежные средства на счета абонентских номеров сим-карт, которые он должен был сообщить ей в ходе телефонного разговора. Неоднократно разговаривая с потерпевшей, ФИО4, тем самым пресекал возможные попытки ФИО15 №15 проверить сообщенные ей заведомо ложные сведения. Однако ФИО15 №15 в целях проверить сообщенную ей ФИО4 информацию о якобы произошедшем с участием её сына дорожно-транспортном происшествии набрала абонентский номер мобильного телефона сына, во время разговора с которым выяснила, что сообщенная ей информация является ложной, догадавшись о преступных намерениях ФИО4, прервала телефонный разговор с ФИО4, положив трубку. Свой преступный умысел Гусев довести до конца не смог по независящим от него обстоятельствам. В случае доведения ФИО4 своего преступного умысла до конца, потерпевшей ФИО15 Н.П. был бы причинен материальный ущерб в сумме 290 000 рублей, что является крупным размером.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Кроме того, не позднее 05 часов 46 минут ДД.ММ.ГГГГ у ФИО4, содержащегося в &lt;данные изъяты&gt;, из корыстных побуждений возник преступный умысел, направленный на совершение хищения чужого имущества путем обмана. С целью реализации своего преступного умысла, ФИО4 разработал план совершения преступления, согласно которому он должен был, используя имеющиеся при себе сотовые телефоны, случайным набором цифр позвонить какому-либо лицу в ...., и, изменив голос, обманывая и вводя в заблуждение потерпевшего, в зависимости от ситуации, представиться родственником и сообщить, что находится в полиции, поскольку совершил дорожно-транспортное происшествие - на автомобиле сбил человека. При необходимости, в зависимости от ситуации, ФИО4 намеревался, изменив голос, представиться потерпевшему сотрудником полиции и сообщить о том, что для урегулирования вопроса с пострадавшими, чтобы не возбуждать в отношении родственника уголовное дело, срочно необходимо перечислить денежные средства на счета абонентских номеров сим-карт, которые он должен был сообщить потерпевшему в ходе телефонного разговора. В случае, если у потерпевшего не было возможности самостоятельно перечислить денежные средства, ФИО4, продолжая вводить в заблуждение потерпевшего, должен был в ходе разговора узнать анкетные данные, абонентский номер мобильного телефона и домашний адрес потерпевшего, таким образом, выясняя, куда необходимо подъехать за денежными средствами. Затем Гусев должен был сообщить потерпевшему, что вскоре к нему домой придет мужчина, которому потерпевший должен передать денежные средства, либо попросить потерпевшего передать денежные средства мужчине возле своего дома. После чего ФИО4 посредством мобильной связи должен был связаться с водителем такси одной из известных ему фирм .... и, не посвящая его в свои преступные намерения, под благовидным предлогом, сообщить последнему адрес, где необходимо забрать денежные средства. После передачи потерпевшим денежных средств, ФИО4 намеревался убедить водителя такси проследовать к любому терминалу оплаты, где перечислить денежные средства на названные ФИО4 счета абонентских номеров сим-карт сотовых телефонов. После поступления денежных средств на указанные ФИО4 счета абонентских номеров сим-карт сотовых телефонов, похищенными денежными средствами ФИО4 намеревался распорядиться по своему усмотрению. Реализуя свой преступный умысел, осознавая общественно-опасный и противоправный характер своих действий, предвидя неизбежность наступления общественно-опасных последствий в виде причинения имущественного ущерба собственнику и желая их наступления, руководствуясь корыстными побуждениями, ФИО4 в указанное время ДД.ММ.ГГГГ, находясь в &lt;данные изъяты&gt;, используя имевшийся у него при себе сотовый телефон с сим-картой с абонентским номером &lt;данные изъяты&gt;, случайным набором цифр на сотовом телефоне набрал абонентский номер телефона №, находившийся в пользовании ФИО15 №3, проживавшей по адресу: ...., и, изменив голос, с целью введения последней в заблуждение, представился её сыном и сообщил заведомо ложные сведения о том, что он попал в дорожно-транспортное происшествие, сбил человека, и необходимы денежные средства в сумме 300 000 рублей, для того, чтобы ему избежать уголовной ответственности, таким образом, обманывая и вводя в заблуждение ФИО94 относительно своих преступных намерений. ФИО94, введенная ФИО4 в заблуждение, не догадываясь о его преступных намерениях, не предполагая обмана со стороны ФИО4, поверила в достоверность его слов и пояснила, что она может передать денежные средства в сумме 60 000 рублей. ФИО4 с предложенной суммой согласился, сказав, что этого будет достаточно. После чего ФИО4, продолжая свои преступные действия, попросил ФИО94 назвать абонентский номер ее мобильного телефона, что последняя и исполнила. Затем ФИО98, используя имевшийся у него при себе сотовый телефон с сим-картой с абонентским номером &lt;данные изъяты&gt;, около 06 часов 06 минут ДД.ММ.ГГГГ набрал абонентский номер мобильного телефона № находящийся в пользовании ФИО94. После чего ФИО4, продолжая свои преступные действия, попросил ФИО94 назвать ее домашний адрес, что последняя и исполнила. Затем ФИО4 сообщил потерпевшей о том, что в ближайшее время к ней за деньгами подъедет мужчина, которому она должна передать денежные средства. При этом, продолжая разговаривать с потерпевшей, ФИО4, тем самым, пресекал возможные попытки ФИО94 проверить сообщенные ей заведомо ложные сведения. Продолжая свои преступные действия, ФИО4 около 06 часов 04 минут ДД.ММ.ГГГГ для оформления заявки автомобиля такси позвонил с абонентского номера № на абонентский номер №, где произвел заявку на автомобиль по адресу: ..... После чего ФИО4 около 06 часов 06 минут ДД.ММ.ГГГГ позвонил с абонентского № на абонентский номер № ранее незнакомому ФИО29, который работал водителем в службе такси «&lt;данные изъяты&gt;», и, не посвящая последнего в свои преступные планы, попросил забрать за денежное вознаграждение по адресу: ...., денежные средства якобы у своей матери, пояснив, что сам это сделать не сможет, на что ФИО29 согласился. Затем ФИО29, не догадываясь о преступных намерениях ФИО4, подъехал к дому по адресу: ..... Около 06 часов 10 минут ДД.ММ.ГГГГ ФИО94, введенная в заблуждение ФИО4 относительно его преступных намерений, находясь у дома по адресу: ...., по указанию ФИО4 передала ранее незнакомому ей ФИО29 денежные средства в сумме 60 000 рублей. Затем ФИО29 по указанию ФИО4 проследовал к платежному терминалу, расположенному по адресу: ...., где в период времени с 06 часов 41 минуты до 06 часов 44 минут ДД.ММ.ГГГГ перечислил полученные им от ФИО94 денежные средства в общей сумме 55000 рублей на счета абонентских номеров сим-карт, которые ему назвал ФИО4, а именно: на счет абонентского № - денежные средства в сумме 40 000 рублей, на счет абонентского № денежные средства в сумме 15000 рублей, а денежные средства в сумме 5 000 рублей оставил себе в качестве вознаграждения. В дальнейшем, ФИО4 похищенными путем обмана денежными средствами распорядился по своему усмотрению, причинив потерпевшей ФИО15 №3 значительный материальный ущерб на общую сумму 60 000 рублей.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Кроме того, не позднее 06 часов 35 минут ДД.ММ.ГГГГ у ФИО4, содержащегося в &lt;данные изъяты&gt;, из корыстных побуждений возник преступный умысел, направленный на совершение хищения чужого имущества путем обмана. С целью реализации своего преступного умысла, ФИО4 разработал план совершения преступления, согласно которому он должен был, используя имеющиеся при себе сотовые телефоны, случайным набором цифр позвонить какому-либо лицу в ...., и, изменив голос, обманывая и вводя в заблуждение потерпевшего, в зависимости от ситуации, представиться родственником и сообщить, что находится в полиции, поскольку совершил дорожно-транспортное происшествие – на автомобиле сбил человека. При необходимости, в зависимости от ситуации, ФИО4 намеревался, изменив голос, представиться потерпевшему сотрудником полиции и сообщить о том, что для урегулирования вопроса с пострадавшими, чтобы не возбуждать в отношении родственника уголовное дело, срочно необходимо перечислить денежные средства на счета абонентских номеров сим-карт, которые он должен был сообщить потерпевшему в ходе телефонного разговора. В случае, если у потерпевшего не было возможности самостоятельно перечислить денежные средства, ФИО4, продолжая вводить в заблуждение потерпевшего, должен был в ходе разговора узнать анкетные данные, абонентский номер мобильного телефона и домашний адрес потерпевшего, таким образом, выясняя, куда необходимо подъехать за денежными средствами. Затем Гусев должен был сообщить потерпевшему, что вскоре к нему домой придет мужчина, которому потерпевший должен передать денежные средства, либо попросить потерпевшего передать денежные средства мужчине возле своего дома. После чего ФИО4 посредством мобильной связи должен был связаться с водителем такси одной из известных ему фирм .... и, не посвящая его в свои преступные намерения, под благовидным предлогом, сообщить последнему адрес, где необходимо забрать денежные средства. После передачи потерпевшим денежных средств, ФИО4 намеревался убедить водителя такси проследовать к любому терминалу оплаты, где перечислить денежные средства на названные ФИО4 счета абонентских номеров сим-карт сотовых телефонов. После поступления денежных средств на указанные ФИО4 счета абонентских номеров сим-карт сотовых телефонов, похищенными денежными средствами ФИО4 намеревался распорядиться по своему усмотрению. Реализуя свой преступный умысел, осознавая общественно-опасный и противоправный характер своих действий, предвидя неизбежность наступления общественно-опасных последствий в виде причинения имущественного ущерба собственнику и желая их наступления, руководствуясь корыстными побуждениями, ФИО4 в указанное время ДД.ММ.ГГГГ, находясь в &lt;данные изъяты&gt;, используя имевшийся у него при себе сотовый телефон с сим-картой с абонентским номером &lt;данные изъяты&gt;, случайным набором цифр на сотовом телефоне набрал абонентский номер телефона &lt;данные изъяты&gt;, находившийся в пользовании ФИО15 №16, проживавшей по адресу: ...., и, изменив голос, с целью введения последней в заблуждение, представился её сыном и сообщил заведомо ложные сведения о том, что он попал в дорожно-транспортное происшествие, сбил человека, и пояснил, что ему необходимы денежные средства в сумме 500 000 рублей, для того, чтобы избежать уголовной ответственности, таким образом, обманывая и вводя в заблуждение ФИО15 №16 относительно своих преступных намерений. Затем, изменив голос, ФИО4 представился сотрудником полиции и сообщил потерпевшей заведомо ложные сведения о том, что её сын совершил дорожно-транспортное происшествие, в результате которого сбил человека и необходимы денежные средства в сумме 500 000 рублей, для того, чтобы ее сыну избежать уголовной ответственности, таким образом, обманывая и вводя в заблуждение ФИО15 №16 относительно своих преступных намерений. ФИО15 №16, введенная ФИО4 в заблуждение, не догадываясь о его преступных намерениях, не предполагая обмана со стороны ФИО4, поверила в достоверность его слов и пояснила, что она может передать денежные средства в сумме 12 000 рублей. ФИО4 с предложенной суммой не согласился, сказав, что данной суммы будет недостаточно, и, не желая прекращать свои преступные действия, продолжил убеждать ФИО15 №16, что для решения проблемы с ее сыном необходимы денежные средства в сумме 500000 рублей. Неоднократно разговаривая с потерпевшей, ФИО4 тем самым пресекал возможные попытки ФИО15 №16 проверить сообщенные ей заведомо ложные сведения. Однако ФИО15 №16 с целью проверить сообщенную ей ФИО4 информацию о якобы произошедшем с участием её сына дорожно-транспортном происшествии, набрала абонентский номер мобильного телефона сына, во время разговора с которым выяснила, что сообщенная ей информация является ложной, догадалась о преступных намерениях ФИО4. В это время ФИО4, оставаясь на связи с ФИО15 №16, услышал её телефонный разговор с сыном и, осознавая, что ФИО15 №16 догадалась о его преступных намерениях, прервал с ней телефонный разговор, положив трубку. Таким образом, свой преступный умысел ФИО4 довести до конца не смог по независящим от него обстоятельствам. В случае доведения ФИО4 своего преступного умысла до конца, потерпевшей №16 был бы причинен материальный ущерб в сумме 500 000 рублей, что является крупным размером.</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Кроме того, не позднее 03 часов 07 минут ДД.ММ.ГГГГ у ФИО4, содержащегося в &lt;данные изъяты&gt;, из корыстных побуждений возник преступный умысел, направленный на совершение хищения чужого имущества путем обмана. С целью реализации своего преступного умысла ФИО4 разработал план совершения преступления, согласно которому он должен был, используя имеющиеся при себе сотовые телефоны, случайным набором цифр позвонить какому-либо лицу в ...., и, изменив голос, обманывая и вводя в заблуждение потерпевшего, в зависимости от ситуации, представиться родственником и сообщить, что находится в полиции, поскольку совершил дорожно-транспортное происшествие - на автомобиле сбил человека. При необходимости, в зависимости от ситуации, ФИО4 намеревался, изменив голос, представиться потерпевшему сотрудником полиции и сообщить о том, что для урегулирования вопроса с пострадавшими, чтобы не возбуждать в отношении родственника уголовное дело, срочно необходимо перечислить денежные средства на счета абонентских номеров сим-карт, которые он должен был сообщить потерпевшему в ходе телефонного разговора. В случае, если у потерпевшего не было возможности самостоятельно перечислить денежные средства, ФИО4, продолжая вводить в заблуждение потерпевшего, должен был в ходе разговора узнать анкетные данные, абонентский номер мобильного телефона и домашний адрес потерпевшего, таким образом, выясняя, куда необходимо подъехать за денежными средствами. Затем Гусев должен был сообщить потерпевшему, что вскоре к нему домой придет мужчина, которому потерпевший должен передать денежные средства, либо попросить потерпевшего передать денежные средства мужчине возле своего дома. После чего ФИО4 посредством мобильной связи должен был связаться с водителем такси одной из известных ему фирм .... и, не посвящая его в свои преступные намерения, под благовидным предлогом, сообщить последнему адрес, где необходимо забрать денежные средства. После передачи потерпевшим денежных средств, ФИО4 намеревался убедить водителя такси проследовать к любому терминалу оплаты, где перечислить денежные средства на названные ФИО4 счета абонентских номеров сим-карт сотовых телефонов. После поступления денежных средств на указанные ФИО4 счета абонентских номеров сим-карт сотовых телефонов, похищенными денежными средствами ФИО4 намеревался распорядиться по своему усмотрению. Реализуя свой преступный умысел, осознавая общественно-опасный и противоправный характер своих действий, предвидя неизбежность наступления общественно-опасных последствий в виде причинения имущественного ущерба собственнику и желая их наступления, руководствуясь корыстными побуждениями, ФИО4 в указанное время ДД.ММ.ГГГГ, находясь в &lt;данные изъяты&gt;, используя имевшийся у него при себе сотовый телефон с сим-картой с абонентским №, случайным набором цифр на сотовом телефоне набрал абонентский номер телефона №, находившийся в пользовании ФИО15 №9, проживавшей по адресу: ...., и, изменив голос, с целью введения последней в заблуждение, представился её супругом и сообщил заведомо ложные сведения о том, что он попал в дорожно-транспортное происшествие, сбил человека, и пояснил, что необходимы денежные средства в сумме 500 000 рублей, чтобы ему избежать уголовной ответственности, таким образом, обманывая и вводя в заблуждение ФИО71 относительно своих преступных намерений. Затем, изменив голос, ФИО4, представился сотрудником полиции и сообщил потерпевшей заведомо ложные сведения о том, что её супруг совершил дорожно-транспортное происшествие, в результате которого сбил человека и необходимы денежные средства в сумме 500 000 рублей, чтобы ее супругу избежать уголовной ответственности, таким образом, обманывая и вводя в заблуждение ФИО71 относительно своих преступных намерений. Однако ФИО71 с целью проверить сообщенную ей ФИО4 информацию о якобы произошедшем с участием её супруга дорожно-транспортном происшествии, набрала абонентский номер мобильного телефона супруга, во время разговора с которым выяснила, что сообщенная ей информация является ложной, и догадалась о преступных намерениях ФИО4. В это время ФИО4, оставаясь на связи с ФИО71, услышал её телефонный разговор с супругом и, осознавая, что ФИО71 догадалась о его преступных намерениях, прервал с ней телефонный разговор, положив трубку. Таким образом, свой преступный умысел ФИО4 довести до конца не смог по независящим от него обстоятельствам. В случае доведения ФИО4 своего преступного умысла до конца, потерпевшей ФИО15 №9 был бы причинен материальный ущерб в сумме 500 000 рублей, что является крупным размером.</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Кроме того, не позднее 08 часов 38 минут ДД.ММ.ГГГГ у ФИО4, содержащегося в &lt;данные изъяты&gt;, расположенном по указанному адресу, из корыстных побуждений возник преступный умысел, направленный на совершение хищения чужого имущества путем обмана. С целью реализации своего преступного умысла, ФИО4 разработал план совершения преступления, согласно которому он должен был, используя имеющиеся при себе сотовые телефоны, случайным набором цифр позвонить какому-либо лицу в ...., и, изменив голос, обманывая и вводя в заблуждение потерпевшего, в зависимости от ситуации, представиться родственником и сообщить, что находится в полиции, поскольку совершил дорожно-транспортное происшествие - на автомобиле сбил человека. При необходимости, в зависимости от ситуации, ФИО4 намеревался, изменив голос, представиться потерпевшему сотрудником полиции и сообщить о том, что для урегулирования вопроса с пострадавшими, чтобы не возбуждать в отношении родственника уголовное дело, срочно необходимо перечислить денежные средства на счета абонентских номеров сим-карт, которые он должен был сообщить потерпевшему в ходе телефонного разговора. В случае, если у потерпевшего не было возможности самостоятельно перечислить денежные средства, ФИО4, продолжая вводить в заблуждение потерпевшего, должен был в ходе разговора узнать анкетные данные, абонентский номер мобильного телефона и домашний адрес потерпевшего, таким образом, выясняя, куда необходимо подъехать за денежными средствами. Затем Гусев должен был сообщить потерпевшему, что вскоре к нему домой придет мужчина, которому потерпевший должен передать денежные средства, либо попросить потерпевшего передать денежные средства мужчине возле своего дома. После чего ФИО4 посредством мобильной связи должен был связаться с водителем такси одной из известных ему фирм .... и, не посвящая его в свои преступные намерения, под благовидным предлогом, сообщить последнему адрес, где необходимо забрать денежные средства. После передачи потерпевшим денежных средств, ФИО4 намеревался убедить водителя такси проследовать к любому терминалу оплаты, где перечислить денежные средства на названные ФИО4 счета абонентских номеров сим-карт сотовых телефонов. После поступления денежных средств на указанные ФИО4 счета абонентских номеров сим-карт сотовых телефонов, похищенными денежными средствами ФИО4 намеревался распорядиться по своему усмотрению. Реализуя свой преступный умысел, осознавая общественно-опасный и противоправный характер своих действий, предвидя неизбежность наступления общественно-опасных последствий в виде причинения имущественного ущерба собственнику и желая их наступления, руководствуясь корыстными побуждениями, ФИО4 в указанное время ДД.ММ.ГГГГ, находясь в &lt;данные изъяты&gt;, используя имевшийся у него при себе сотовый телефон с сим-картой с абонентским номером &lt;данные изъяты&gt;, случайным набором цифр на сотовом телефоне набрал абонентский номер телефона №, находившийся в пользовании ФИО15 №4, проживавшей по адресу: ...., и, изменив голос, с целью введения последней в заблуждение, представился её сыном и сообщил заведомо ложные сведения о том, что он попал в дорожно-транспортное происшествие, сбил человека, таким образом, обманывая и вводя в заблуждение ФИО95 относительно своих преступных намерений. Затем, изменив голос, ФИО98, представился сотрудником полиции и сообщил потерпевшей заведомо ложные сведения о том, что ее сын совершил дорожно-транспортное происшествие, в результате которого сбил человека, и необходимы денежные средства в сумме 500 000 рублей, для того, чтобы ее сыну избежать уголовной ответственности, таким образом, обманывая и вводя в заблуждение ФИО95 относительно своих преступных намерений. ФИО95, введенная ФИО4 в заблуждение, не догадываясь о его преступных намерениях, не предполагая обмана со стороны ФИО4, поверила в достоверность его слов и пояснила, что она может передать денежные средства в сумме 175 000 рублей. ФИО98 с предложенной суммой согласился, сказав, что этого будет достаточно. После чего ФИО98, продолжая свои преступные действия, попросил ФИО95 назвать абонентский номер её мобильного телефона, что последняя и исполнила. Затем ФИО98, используя имевшийся у него при себе сотовый телефон с сим-картой с абонентским номером &lt;данные изъяты&gt;, около 08 часов 45 минут ДД.ММ.ГГГГ набрал абонентский номер мобильного телефона &lt;данные изъяты&gt;, находившийся в пользовании ФИО95 и, не желая прекращать свои преступные действия, убедил ФИО95 проследовать к ближайшему отделению банка, где самостоятельно снять со счета имеющиеся у нее денежные средства. При этом неоднократно разговаривая с потерпевшей, ФИО98, тем самым пресекал возможные попытки ФИО95 проверить сообщенные ей заведомо ложные сведения. Около 10 часов 00 минут ДД.ММ.ГГГГ ФИО95, введенная в заблуждение ФИО98 относительно его преступных намерений, по указанию последнего проследовала к отделению ОАО «&lt;данные изъяты&gt;», расположенному по адресу: ...., где сняла со своего счета денежные средства в сумме 175550 рублей. После чего ФИО4, продолжая свои преступные действия, попросил ФИО95 назвать адрес её местонахождения, что последняя и исполнила. Затем ФИО4 сообщил потерпевшей о том, что в ближайшее время к ней за деньгами подъедет мужчина, которому она должна передать денежные средства. Продолжая свои преступные действия, ФИО4 около 10 часов 14 минут ДД.ММ.ГГГГ для оформления заявки автомобиля такси позвонил с абонентского номера &lt;данные изъяты&gt; на абонентский номер &lt;данные изъяты&gt;, где произвел заявку на автомобиль. После чего около 10 часов 31 минуты ДД.ММ.ГГГГ на оставленный в заявке абонентский № ФИО4 перезвонил ранее незнакомый ФИО31, который работал водителем в службе такси «&lt;данные изъяты&gt;», и уточнил адрес заявки на автомобиль на .... После чего около 10 часов 31 минуты ДД.ММ.ГГГГ ФИО4 позвонил с абонентского номера &lt;данные изъяты&gt; на абонентский № ФИО295, и, не посвящая последнего в свои преступные планы, попросил забрать за денежное вознаграждение по адресу: ...., денежные средства, якобы у своей матери, пояснив, что сам это сделать не сможет, на что Бугров согласился. Затем ФИО31, не догадываясь о преступных намерениях ФИО4, подъехал к дому по адресу: ...., где в это время из &lt;данные изъяты&gt; вышла ранее незнакомая ему ФИО95, которая села в салон автомобиля-такси «&lt;данные изъяты&gt;» (государственный регистрационный знак «№») под управлением ФИО31, и около 10 часов 40 минут ДД.ММ.ГГГГ ФИО95, введенная в заблуждение ФИО4 относительно его преступных намерений, в указанном автомобиле, припаркованном у дома по адресу: ...., по указанию ФИО4 передала ранее незнакомому ей ФИО31 денежные средства в сумме 175 550 рублей, после чего вышла из автомобиля. Затем ФИО31 по указанию ФИО4 проследовал к платежному терминалу, расположенному: ...., где в период времени с 11 часов 18 минут до 12 часов 44 минут ДД.ММ.ГГГГ перечислил полученные от ФИО95 денежные средства в общей сумме 170000 рублей на счета абонентских номеров сим-карт, которые ему назвал ФИО98, а именно: на счет абонентского № - денежные средства в сумме 60 000 рублей, на счет абонентского номера № - денежные средства в сумме 60000 рублей, на счет абонентского номера № - денежные средства в сумме 50000 рублей, а денежные средства в сумме 5550 рублей оставил себе в качестве вознаграждения. В дальнейшем, ФИО4 похищенными путем обмана денежными средствами распорядился по своему усмотрению, причинив тем самым потерпевшей ФИО15 №4 значительный материальный ущерб на общую сумму 175 550 рублей.</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Кроме того, не позднее 05 часов 12 минут ДД.ММ.ГГГГ у ФИО4, содержащегося в &lt;данные изъяты&gt;, из корыстных побуждений возник преступный умысел, направленный на совершение хищения чужого имущества путем обмана. С целью реализации своего преступного умысла ФИО4 разработал план совершения преступления, согласно которому он должен был, используя имеющиеся при себе сотовые телефоны, случайным набором цифр позвонить какому-либо лицу в ...., и, изменив голос, обманывая и вводя в заблуждение потерпевшего, в зависимости от ситуации, представиться родственником и сообщить, что находится в полиции, поскольку совершил дорожно-транспортное происшествие - на автомобиле сбил человека. При необходимости, в зависимости от ситуации, ФИО4 намеревался, изменив голос, представиться потерпевшему сотрудником полиции и сообщить о том, что для урегулирования вопроса с пострадавшими, чтобы не возбуждать в отношении родственника уголовное дело, срочно необходимо перечислить денежные средства на счета абонентских номеров сим-карт, которые он должен был сообщить потерпевшему в ходе телефонного разговора. В случае, если у потерпевшего не было возможности самостоятельно перечислить денежные средства, ФИО4, продолжая вводить в заблуждение потерпевшего, должен был в ходе разговора узнать анкетные данные, абонентский номер мобильного телефона и домашний адрес потерпевшего, таким образом, выясняя, куда необходимо подъехать за денежными средствами. Затем Гусев должен был сообщить потерпевшему, что вскоре к нему домой придет мужчина, которому потерпевший должен передать денежные средства, либо попросить потерпевшего передать денежные средства мужчине возле своего дома. После чего ФИО4, посредством мобильной связи, должен был связаться с водителем такси одной из известных ему фирм .... и, не посвящая его в свои преступные намерения, под благовидным предлогом, сообщить последнему адрес, где необходимо забрать денежные средства. После передачи потерпевшим денежных средств, ФИО4 намеревался убедить водителя такси проследовать к любому терминалу оплаты, где перечислить денежные средства на названные ФИО4 счета абонентских номеров сим-карт сотовых телефонов. После поступления денежных средств на указанные ФИО4 счета абонентских номеров сим-карт сотовых телефонов, похищенными денежными средствами ФИО4 намеревался распорядиться по своему усмотрению. Реализуя свой преступный умысел, осознавая общественно-опасный и противоправный характер своих действий, предвидя неизбежность наступления общественно-опасных последствий в виде причинения имущественного ущерба собственнику и желая их наступления, руководствуясь корыстными побуждениями, ФИО4 в указанное время ДД.ММ.ГГГГ, находясь в &lt;данные изъяты&gt;, расположенном по указанному адресу, используя имевшийся у него при себе сотовый телефон с сим-картой с абонентским №, случайным набором цифр на сотовом телефоне набрал абонентский номер телефона №, находившийся в пользовании ФИО15 №10, проживавшей по адресу: ...., и, изменив голос, с целью введения последней в заблуждение, представился её внуком и сообщил заведомо ложные сведения о том, что он попал в дорожно-транспортное происшествие, сбил человека, и необходимы денежные средства в сумме 150 000 рублей, чтобы ему избежать уголовной ответственности, таким образом, обманывая и вводя в заблуждение ФИО15 №10 относительно своих преступных намерений. Затем, изменив голос, ФИО4, представился сотрудником полиции и сообщил потерпевшей заведомо ложные сведения о том, что ее внук совершил дорожно-транспортное происшествие, в результате которого сбил человека, таким образом, обманывая и вводя в заблуждение ФИО15 №10 относительно своих преступных намерений. ФИО12, введенная ФИО4 в заблуждение, не догадываясь о его преступных намерениях, не предполагая обмана со стороны ФИО4, поверила в достоверность его слов и пояснила, что она может передать денежные средства в сумме 70 000 рублей. ФИО4 с предложенной суммой согласился, сказав, что этого будет достаточно. После чего ФИО4, продолжая свои преступные действия, попросил ФИО15 №10 назвать её домашний адрес, что последняя и исполнила. Затем ФИО4 сообщил потерпевшей о том, что в ближайшее время к ней за деньгами подъедет мужчина, которому она должна передать денежные средства. При этом, продолжая разговаривать с потерпевшей, ФИО4 тем самым пресекал возможные попытки ФИО15 №10 проверить сообщенные ей заведомо ложные сведения. Продолжая свои преступные действия, ФИО4 около 05 часов 48 минут ДД.ММ.ГГГГ позвонил с абонентского № на абонентский № малознакомому ФИО27, который работал водителем в службе такси «&lt;данные изъяты&gt;», и, не посвящая последнего в свои преступные планы, попросил забрать за денежное вознаграждение по адресу: ...., денежные средства, на что ФИО27 согласился. Затем ФИО27, не догадываясь о преступных намерениях ФИО4, подъехал к дому по адресу: ..... Около 06 часов 00 минут ДД.ММ.ГГГГ ФИО27, введенная в заблуждение ФИО4 относительно его преступных намерений, находясь квартире по адресу: .... по указанию ФИО4 передала ранее незнакомому ей ФИО27 денежные средства в сумме 70 000 рублей. Однако ФИО27, догадавшись о преступных намерениях ФИО4, обратился к сотрудникам полиции и выдал полученные им от ФИО27 денежные средства в сумме 70000 рублей. Таким образом, свой преступный умысел ФИО4 довести до конца не смог по независящим от него обстоятельствам. В случае доведения ФИО4 своего преступного умысла до конца, потерпевшей ФИО15 №10 был бы причинен значительный материальный ущерб в сумме 70 000 рублей.</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Кроме того, не позднее 06 часов 03 минут ДД.ММ.ГГГГ у ФИО8, содержащегося в &lt;данные изъяты&gt;, из корыстных побуждений возник преступный умысел, направленный на совершение хищения чужого имущества путем обмана. С целью реализации своего преступного умысла ФИО4 разработал план совершения преступления, согласно которому он должен был, используя имеющиеся при себе сотовые телефоны, случайным набором цифр позвонить какому-либо лицу в ...., и, изменив голос, обманывая и вводя в заблуждение потерпевшего, в зависимости от ситуации, представиться родственником и сообщить, что находится в полиции, поскольку совершил дорожно-транспортное происшествие – на автомобиле сбил человека. При необходимости, в зависимости от ситуации, ФИО4 намеревался, изменив голос, представиться потерпевшему сотрудником полиции и сообщить о том, что для урегулирования вопроса с пострадавшими, чтобы не возбуждать в отношении родственника уголовное дело, срочно необходимо перечислить денежные средства на счета абонентских номеров сим-карт, которые он должен был сообщить потерпевшему в ходе телефонного разговора. В случае, если у потерпевшего не было возможности самостоятельно перечислить денежные средства, ФИО4, продолжая вводить в заблуждение потерпевшего, должен был в ходе разговора узнать анкетные данные, абонентский номер мобильного телефона и домашний адрес потерпевшего, таким образом, выясняя, куда необходимо подъехать за денежными средствами. Затем Гусев должен был сообщить потерпевшему, что вскоре к нему домой придет мужчина, которому потерпевший должен передать денежные средства, либо попросить потерпевшего передать денежные средства мужчине возле своего дома. После чего ФИО4 посредством мобильной связи должен был связаться с водителем такси одной из известных ему фирм .... и, не посвящая его в свои преступные намерения, под благовидным предлогом, сообщить последнему адрес, где необходимо забрать денежные средства. После передачи потерпевшим денежных средств, ФИО4 намеревался убедить водителя такси проследовать к любому терминалу оплаты, где перечислить денежные средства на названные ФИО4 счета абонентских номеров сим-карт сотовых телефонов. После поступления денежных средств на указанные ФИО4 счета абонентских номеров сим-карт сотовых телефонов, похищенными денежными средствами ФИО4 намеревался распорядиться по своему усмотрению. Реализуя свой преступный умысел, осознавая общественно-опасный и противоправный характер своих действий, предвидя неизбежность наступления общественно-опасных последствий в виде причинения имущественного ущерба собственнику и желая их наступления, руководствуясь корыстными побуждениями, ФИО4 в указанное время ДД.ММ.ГГГГ, находясь в &lt;данные изъяты&gt;, используя имевшийся у него при себе сотовый телефон с сим-картой с абонентским номером №, случайным набором цифр на сотовом телефоне набрал абонентский номер телефона №, находившийся в пользовании ФИО15 №11, проживавшей по адресу: &lt;данные изъяты&gt;, и, изменив голос, с целью введения последней в заблуждение, представился её сыном и сообщил заведомо ложные сведения о том, что он попал в дорожно-транспортное происшествие, сбил человека, и необходимы денежные средства в сумме 500 000 рублей, для того, чтобы ему избежать уголовной ответственности, таким образом, обманывая и вводя в заблуждение ФИО15 №11 относительно своих преступных намерений. Затем, изменив голос, ФИО4, представился сотрудником полиции и сообщил потерпевшей заведомо ложные сведения о том, что её сын совершил дорожно-транспортное происшествие, в результате которого сбил человека, таким образом, обманывая и вводя в заблуждение ФИО15 №11 относительно своих преступных намерений. ФИО11, введенная ФИО4 в заблуждение, не догадываясь о его преступных намерениях, не предполагая обмана со стороны ФИО4, поверила в достоверность его слов и пояснила, что она может передать денежные средства в сумме 40 000 рублей. ФИО4 с предложенной суммой не согласился, сказав, что этого будет недостаточно, и, не желая прекращать свои преступные действия, продолжал убеждать ФИО15 №11 в необходимости одолжить названную им сумму денежных средств у знакомых, настаивая, что для решения проблемы с ее сыном необходимы денежные средства в сумме 500000 рублей. В это время ФИО15 №11 с целью проверить сообщенную ей ФИО4 информацию о якобы произошедшем с участием её сына дорожно-транспортном происшествии, набрала абонентский номер мобильного телефона сына, во время разговора с которым выяснила, что сообщенная ей информация является ложной, догадалась о преступных намерениях ФИО4 и прервала с ним телефонный разговор, положив трубку. Таким образом, свой преступный умысел ФИО4 довести до конца не смог по независящим от него обстоятельствам. В случае доведения ФИО4 своего преступного умысла до конца, потерпевшей ФИО15 №11 был бы причинен материальный ущерб в сумме 500 000 рублей, что является крупным размером.</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Кроме того, не позднее 01 часа 02 минут ДД.ММ.ГГГГ у ФИО8, содержащегося в &lt;данные изъяты&gt;, из корыстных побуждений возник преступный умысел, направленный на совершение хищения чужого имущества путем обмана. С целью реализации своего преступного умысла ФИО4 разработал план совершения преступления, согласно котором он должен был, используя имеющиеся при себе сотовые телефоны, случайным набором цифр позвонить какому-либо лицу в ...., и, изменив голос, обманывая и вводя в заблуждение потерпевшего, в зависимости от ситуации, представиться родственником и сообщить, что находится в полиции, поскольку совершил дорожно-транспортное происшествие – на автомобиле сбил человека. При необходимости, в зависимости от ситуации, ФИО4 намеревался, изменив голос, представиться потерпевшему сотрудником полиции и сообщить о том, что для урегулирования вопроса с пострадавшими, чтобы не возбуждать в отношении родственника уголовное дело, срочно необходимо перечислить денежные средства на счета абонентских номеров сим-карт, которые он должен был сообщить потерпевшему в ходе телефонного разговора. В случае, если у потерпевшего не было возможности самостоятельно перечислить денежные средства, ФИО4, продолжая вводить в заблуждение потерпевшего, должен был в ходе разговора узнать анкетные данные, абонентский номер мобильного телефона и домашний адрес потерпевшего, таким образом, выясняя, куда необходимо подъехать за денежными средствами. Затем Гусев должен был сообщить потерпевшему, что вскоре к нему домой придет мужчина, которому потерпевший должен передать денежные средства, либо попросить потерпевшего передать денежные средства мужчине возле своего дома. После чего ФИО4 посредством мобильной связи должен был связаться с водителем такси одной из известных ему фирм .... и, не посвящая его в свои преступные намерения, под благовидным предлогом, сообщить последнему адрес, где необходимо забрать денежные средства. После передачи потерпевшим денежных средств, ФИО4 намеревался убедить водителя такси проследовать к любому терминалу оплаты, где перечислить денежные средства на названные ФИО4 счета абонентских номеров сим-карт сотовых телефонов. После поступления денежных средств на указанные ФИО4 счета абонентских номеров сим-карт сотовых телефонов, похищенными денежными средствами ФИО4 намеревался распорядиться по своему усмотрению. Реализуя свой преступный умысел, осознавая общественно-опасный и противоправный характер своих действий, предвидя неизбежность наступления общественно-опасных последствий в виде причинения имущественного ущерба собственнику и желая их наступления, руководствуясь корыстными побуждениями, ФИО4 в указанное время ДД.ММ.ГГГГ, находясь в &lt;данные изъяты&gt;, используя имевшийся у него при себе сотовый телефон с сим-картой с абонентским номером №, случайным набором цифр на сотовом телефоне набрал абонентский номер телефона №, находившийся в пользовании ФИО15 №17, проживавшей по адресу: ...., и, изменив голос, с целью введения последней в заблуждение, представился сотрудником полиции и сообщил заведомо ложные сведения о том, что её сын попал в дорожно-транспортное происшествие, сбил человека, и необходимы денежные средства в сумме 100 000 рублей, для того, чтобы ее сыну избежать уголовной ответственности, таким образом, обманывая и вводя в заблуждение ФИО15 №17 относительно своих преступных намерений. ФИО15 №17, введенная ФИО4 в заблуждение, не догадываясь о его преступных намерениях, не предполагая обмана со стороны ФИО4, поверила в достоверность его слов и пояснила, что она может передать денежные средства в сумме 30 000 рублей. ФИО4 с предложенной суммой согласился, сказав, что этого будет достаточно. После чего ФИО4, продолжая свои преступные действия, попросил ФИО15 №17 назвать ее домашний адрес, что последняя и исполнила. Затем ФИО4 сообщил потерпевшей о том, что в ближайшее время к ней за деньгами подъедет мужчина, которому она должна передать денежные средства. При этом продолжая разговаривать с потерпевшей, ФИО4 тем самым пресекал возможные попытки ФИО15 №17 проверить сообщенные ей заведомо ложные сведения. Продолжая свои преступные действия, ФИО4 около 01 часа 12 минут ДД.ММ.ГГГГ для оформления заявки автомобиля такси позвонил с абонентского номера № на абонентский номер №, где произвел заявку на автомобиль по адресу: ..... После чего около 01 часа 25 минут ДД.ММ.ГГГГ ФИО4 позвонил с абонентского номера № на абонентский № ранее незнакомому ФИО34, который работал водителем в службе такси «&lt;данные изъяты&gt;», и, не посвящая последнего в свои преступные планы, попросил забрать за денежное вознаграждение по адресу: ...., денежные средства, якобы у своей бабушки, пояснив, что сам это сделать не сможет, на что ФИО34 согласился. Затем ФИО34, не догадываясь о преступных намерениях ФИО98, подъехал к дому по адресу: ...., и по указанию ФИО4 прошел в подъезд № указанного дома, где, поднявшись на третий этаж дома, в подъезде на лестничной площадке у .... встретил ФИО13, которая, будучи введена в заблуждение ФИО4 относительно его преступных намерений, по указанию ФИО4 передала ранее незнакомому ей ФИО34 денежные средства в сумме 30000 рублей. Затем ФИО34 по указанию ФИО4 проследовал к платежному терминалу, расположенному по адресу: ...., где в период времени с 01 часа 53 минут до 01 часа 54 минут ДД.ММ.ГГГГ перечислил на счет указанного ему ФИО4 абонентского номера сим-карты № полученные им от ФИО15 №17 денежные средства в сумме 15 000 рублей и 13000 рублей, а денежные средства в сумме 2000 рублей оставил себе в качестве вознаграждения. В дальнейшем, ФИО4 похищенными путем обмана денежными средствами распорядился по своему усмотрению, причинив потерпевшей ФИО15 №17 значительный материальный ущерб на общую сумму 30 000 рублей.</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Кроме того, не позднее 06 часов 22 минут ДД.ММ.ГГГГ у ФИО8, содержащегося в &lt;данные изъяты&gt;, из корыстных побуждений возник преступный умысел, направленный на совершение хищения чужого имущества путем обмана. С целью реализации своего преступного умысла, ФИО4 разработал план совершения преступления, согласно которому он должен был, используя имеющиеся при себе сотовые телефоны, случайным набором цифр позвонить какому-либо лицу в ...., и, изменив голос, обманывая и вводя в заблуждение потерпевшего, в зависимости от ситуации, представиться родственником и сообщить, что находится в полиции, поскольку совершил дорожно-транспортное происшествие – на автомобиле сбил человека. При необходимости, в зависимости от ситуации, ФИО4 намеревался, изменив голос, представиться потерпевшему сотрудником полиции и сообщить о том, что для урегулирования вопроса с пострадавшими, чтобы не возбуждать в отношении родственника уголовное дело, срочно необходимо перечислить денежные средства на счета абонентских номеров сим-карт, которые он должен был сообщить потерпевшему в ходе телефонного разговора. В случае, если у потерпевшего не было возможности самостоятельно перечислить денежные средства, ФИО4, продолжая вводить в заблуждение потерпевшего, должен был в ходе разговора узнать анкетные данные, абонентский номер мобильного телефона и домашний адрес потерпевшего, таким образом, выясняя, куда необходимо подъехать за денежными средствами. Затем Гусев должен был сообщить потерпевшему, что вскоре к нему домой придет мужчина, которому потерпевший должен передать денежные средства, либо попросить потерпевшего передать денежные средства мужчине возле своего дома. После чего ФИО4 посредством мобильной связи должен был связаться с водителем такси одной из известных ему фирм .... и, не посвящая его в свои преступные намерения, под благовидным предлогом, сообщить последнему адрес, где необходимо забрать денежные средства. После передачи потерпевшим денежных средств, ФИО4 намеревался убедить водителя такси проследовать к любому терминалу оплаты, где перечислить денежные средства на названные ФИО4 счета абонентских номеров сим-карт сотовых телефонов. После поступления денежных средств на указанные ФИО4 счета абонентских номеров сим-карт сотовых телефонов, похищенными денежными средствами ФИО4 намеревался распорядиться по своему усмотрению. Реализуя свой преступный умысел, осознавая общественно-опасный и противоправный характер своих действий, предвидя неизбежность наступления общественно-опасных последствий в виде причинения имущественного ущерба собственнику и желая их наступления, руководствуясь корыстными побуждениями, ФИО4 в указанное время ДД.ММ.ГГГГ, находясь в &lt;данные изъяты&gt;, используя имевшийся у него при себе сотовый телефон с сим-картой с абонентским номером &lt;данные изъяты&gt;, случайным набором цифр на сотовом телефоне набрал абонентский номер телефона &lt;данные изъяты&gt; находившийся в пользовании ФИО15 №5, проживавшей по адресу: ....22, и, изменив голос, с целью введения последней в заблуждение, представился сотрудником полиции и сообщил заведомо ложные сведения о том, что её сын попал в дорожно-транспортное происшествие, сбил человека, таким образом, обманывая и вводя в заблуждение ФИО96 относительно своих преступных намерений. Затем, изменив голос, ФИО4 представился сыном ФИО96 и сообщил потерпевшей заведомо ложные сведения о том, что он совершил дорожно-транспортное происшествие, в результате которого сбил человека, таким образом, обманывая и вводя в заблуждение ФИО96 относительно своих преступных намерений. Затем, вновь изменив голос, ФИО4, продолжил разговор с ФИО96 от имени сотрудника полиции, пояснив ей, что необходимы денежные средства в сумме 500 000 рублей, чтобы её сыну избежать уголовной ответственности, таким образом, обманывая и вводя в заблуждение ФИО96 относительно своих преступных намерений. ФИО96, введенная ФИО4 в заблуждение, не догадываясь о его преступных намерениях, не предполагая обмана со стороны ФИО4, поверила в достоверность его слов и пояснила, что она может передать денежные средства в сумме 200 000 рублей. ФИО4 с предложенной суммой согласился, сказав, что этого будет достаточно. После чего ФИО4, продолжая свои преступные действия, попросил ФИО96 назвать абонентский номер ее мобильного телефона, что последняя и исполнила. Затем ФИО4, используя имевшийся у него при себе сотовый телефон с сим-картой с абонентским номером &lt;***&gt;, около 06 часов 30 минут ДД.ММ.ГГГГ набрал абонентский номер мобильного телефона №, находившийся в пользовании ФИО96. В ходе разговора ФИО4, продолжая свои преступные действия, попросил ФИО96 назвать ее адрес, что последняя и исполнила. Затем ФИО4 сообщил потерпевшей о том, что в ближайшее время к ней за деньгами подъедет мужчина, которому она должна передать денежные средства. При этом продолжая разговаривать с потерпевшей, ФИО4 тем самым пресекал возможные попытки ФИО96 проверить сообщенные ей заведомо ложные сведения. Продолжая свои преступные действия, ФИО4 около 06 часов 36 минут ДД.ММ.ГГГГ для оформления заявки автомобиля такси позвонил с абонентского № на абонентский №, где произвел заявку на автомобиль по адресу: ..... После чего около 06 часов 46 минут ДД.ММ.ГГГГ ФИО4 позвонил с абонентского номера &lt;***&gt; на абонентский № ранее незнакомому ФИО35, который работал водителем в службе такси «&lt;данные изъяты&gt;», и, не посвящая последнего в свои преступные планы, попросил забрать за денежное вознаграждение по адресу: .... денежные средства, якобы у своей мамы, пояснив, что сам это сделать не сможет, на что ФИО302 согласился. Затем ФИО303, не догадываясь о преступных намерениях ФИО4, подъехал к дому по адресу: ...., и прошел в ...., где около 07 часов ДД.ММ.ГГГГ ФИО96, введенная в заблуждение ФИО4 относительно его преступных намерений, по указанию ФИО4 передала ранее незнакомому ей ФИО35 денежные средства в сумме 200000 рублей. Затем ФИО35 по указанию ФИО4 проследовал к платежному терминалу, расположенному по адресу: ...., где намеревался перевести денежные средства, переданные ему ФИО96, на абонентские номера, названные ему ФИО4. Однако, сомневаясь в благовидности намерений ФИО4, не стал переводить денежные средства, о чем сообщил ФИО4 по телефону. После чего ФИО4, желая довести свой преступный умысел до конца, убедил ФИО35 в благовидности своих намерений и попросил проследовать на ...., где передать полученные от ФИО96 денежные средства якобы его брату. ФИО35, введенный ФИО4 в заблуждение, убежденный в благовидности его намерений, не предполагая обмана со стороны ФИО4, поверил в достоверность его слов и проследовал по указанию ФИО4 на ..... Продолжая свои преступные действия, ФИО4 около 07 часов 17 минут ДД.ММ.ГГГГ позвонил с абонентского номера № на абонентский № малознакомому ФИО184, который работал водителем в службе такси «&lt;данные изъяты&gt;», и, не посвящая последнего в свои преступные планы, попросил проследовать на &lt;данные изъяты&gt;, где за денежное вознаграждение забрать денежные средства у ФИО35, на что ФИО184 согласился. Затем ФИО184, не догадываясь о преступных намерениях ФИО4, подъехал к автозаправочной станции, расположенной по адресу: ...., где около 07 часов 30 минут ДД.ММ.ГГГГ ФИО35, введенный в заблуждение ФИО4 относительно его преступных намерений, по его указанию передал непосвященному в его преступные намерения ФИО184 полученные от ФИО96 денежные средства в сумме 192000 рублей, а денежные средства в сумме 8000 рублей оставил себе в качестве вознаграждения. Затем ФИО14 по указанию ФИО98 проследовал к платежному терминалу, расположенному по адресу: ...., где в период времени с 09 часов 20 минут до 09 часов 39 минут ДД.ММ.ГГГГ перечислил полученные им от ФИО35 и принадлежащие ФИО96 денежные средства в общей сумме 190000 рублей на счета абонентских номеров сим-карт, которые ему назвал ФИО4, а именно: на счет абонентского номера №– 50 000 рублей, на счет абонентского номера №– 50000 рублей, на счет абонентского номера № – 25000 рублей, на счет абонентского номера № – 35000 рублей, на счет абонентского номера № – 30000 рублей, а денежные средства в сумме 2000 рублей оставил себе в качестве вознаграждения. В дальнейшем, ФИО4 похищенными путем обмана денежными средствами распорядился по своему усмотрению, причинив тем самым потерпевшей ФИО15 №5 значительный материальный ущерб на общую сумму 200 000 рублей.</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Кроме того, не позднее 07 часов 15 минут ДД.ММ.ГГГГ у ФИО8, содержащегося в &lt;данные изъяты&gt;, из корыстных побуждений возник преступный умысел, направленный на совершение хищения чужого имущества путем обмана. С целью реализации своего преступного умысла ФИО4 разработал план совершения преступления, согласно которому он должен был, используя имеющиеся при себе сотовые телефоны, случайным набором цифр позвонить какому-либо лицу в ...., и, изменив голос, обманывая и вводя в заблуждение потерпевшего, в зависимости от ситуации, представиться родственником и сообщить, что находится в полиции, поскольку совершил дорожно-транспортное происшествие – на автомобиле сбил человека. При необходимости, в зависимости от ситуации, ФИО4 намеревался, изменив голос, представиться потерпевшему сотрудником полиции и сообщить о том, что для урегулирования вопроса с пострадавшими, чтобы не возбуждать в отношении родственника уголовное дело, срочно необходимо перечислить денежные средства на счета абонентских номеров сим-карт, которые он должен был сообщить потерпевшему в ходе телефонного разговора. В случае если у потерпевшего не было возможности самостоятельно перечислить денежные средства, ФИО4, продолжая вводить в заблуждение потерпевшего, должен был в ходе разговора узнать анкетные данные, абонентский номер мобильного телефона и домашний адрес потерпевшего, таким образом, выясняя, куда необходимо подъехать за денежными средствами. Затем Гусев должен был сообщить потерпевшему, что вскоре к нему домой придет мужчина, которому потерпевший должен передать денежные средства, либо попросить потерпевшего передать денежные средства мужчине возле своего дома. После чего ФИО4 посредством мобильной связи должен был связаться с водителем такси одной из известных ему фирм .... и, не посвящая его в свои преступные намерения, под благовидным предлогом, сообщить последнему адрес, где необходимо забрать денежные средства. После передачи потерпевшим денежных средств, ФИО4 намеревался убедить водителя такси проследовать к любому терминалу оплаты, где перечислить денежные средства на названные ФИО4 счета абонентских номеров сим-карт сотовых телефонов. После поступления денежных средств на указанные ФИО4 счета абонентских номеров сим-карт сотовых телефонов, похищенными денежными средствами ФИО4 намеревался распорядиться по своему усмотрению. Реализуя свой преступный умысел, осознавая общественно-опасный и противоправный характер своих действий, предвидя неизбежность наступления общественно-опасных последствий в виде причинения имущественного ущерба собственнику и желая их наступления, руководствуясь корыстными побуждениями, ФИО4 в указанное время ДД.ММ.ГГГГ, находясь в &lt;данные изъяты&gt;, используя имевшийся у него при себе сотовый телефон с сим-картой с абонентским номером №, случайным набором цифр на сотовом телефоне набрал абонентский номер телефона №, находившийся в пользовании ФИО15 №6, проживавшей по адресу: ...., и, изменив голос, с целью введения последней в заблуждение, представился её сыном и сообщил заведомо ложные сведения о том, что он попал в дорожно-транспортное происшествие, сбил человека, и необходимы денежные средства в сумме 300 000 рублей, чтобы ему избежать уголовной ответственности, таким образом, обманывая и вводя в заблуждение ФИО97 относительно своих преступных намерений. ФИО97, введенная ФИО4 в заблуждение, не догадываясь о его преступных намерениях, не предполагая обмана со стороны ФИО4, поверила в достоверность его слов и пояснила, что она может передать денежные средства в сумме 200 000 рублей, имевшиеся на ее банковском счете. ФИО4 с предложенной суммой согласился, сказав, что этого будет достаточно. Затем, изменив голос, ФИО4, представился сотрудником полиции и сообщил потерпевшей заведомо ложные сведения о том, что её сын совершил дорожно-транспортное происшествие, в результате которого сбил человека, таким образом, обманывая и вводя в заблуждение ФИО97 относительно своих преступных намерений. После чего ФИО4, продолжая свои преступные действия, попросил ФИО97 назвать абонентский номер её мобильного телефона, что последняя и исполнила. Затем ФИО98, используя имевшийся у него при себе сотовый телефон с сим-картой с абонентским номером №, около 08 часов 03 минут ДД.ММ.ГГГГ набрал абонентский номер мобильного телефона №, находившийся в пользовании ФИО97. После чего ФИО4, не желая прекращать свои преступные действия, убедил ФИО97 проследовать к ближайшему отделению банка, где самостоятельно снять со счета имевшиеся у нее денежные средства. При этом неоднократно разговаривая с потерпевшей, ФИО4 тем самым пресекал возможные попытки ФИО97 проверить сообщенные ей заведомо ложные сведения. В ходе разговора ФИО97 сообщила ФИО4, что для снятия денежных средств со счета она проследует в отделение банка, расположенного по адресу ..... Около 09 часов ДД.ММ.ГГГГ ФИО97, введенная в заблуждение ФИО98 относительно его преступных намерений, по указанию последнего проследовала к &lt;данные изъяты&gt;, расположенному по адресу: ...., где сняла со своего счета денежные средства в сумме 250 000 рублей. Продолжая свои преступные действия, ФИО4 около 09 часов 06 минут ДД.ММ.ГГГГ позвонил с абонентского номера &lt;***&gt; на абонентский № малознакомому ФИО36, который работал водителем в службе такси «&lt;данные изъяты&gt;», и, не посвящая последнего в свои преступные планы, попросил забрать за денежное вознаграждение по адресу: ...., денежные средства, якобы у своей тети, пояснив, что сам это сделать не сможет, на что ФИО14 согласился. Затем ФИО192, не догадываясь о преступных намерениях ФИО4, подъехал к &lt;данные изъяты&gt; расположенному по адресу: ...., где встретил ранее незнакомую ему ФИО97, которая, будучи введена в заблуждение ФИО4 относительно его преступных намерений, по указанию последнего передала ранее незнакомому ей ФИО304 денежные средства в сумме 250 000 рублей. Затем ФИО193 по указанию ФИО4 проследовал к платежному терминалу, расположенному: ...., где в период времени с 11 часов 10 минут до 11 часов 26 минут ДД.ММ.ГГГГ перечислил полученные им от ФИО97 денежные средства в общей сумме 240000 рублей на счета абонентских номеров сим-карт, которые ему назвал ФИО4, а именно: на счет абонентского номера № – 40000 рублей, на счет абонентского номера № &lt;***&gt; рублей, на счет абонентского номера № – 50000 рублей, на счет абонентского номера № – 50000 рублей, на счет абонентского номера № – 60000 рублей, а денежные средства в сумме 10 000 рублей оставил себе в качестве вознаграждения. В дальнейшем ФИО4 похищенными путем обмана денежными средствами распорядился по своему усмотрению, причинив потерпевшей ФИО15 №6 материальный ущерб на общую сумму 250 000 рублей, что является крупным размером.</w:t>
      </w:r>
    </w:p>
    <w:p>
      <w:pPr>
        <w:pStyle w:val="Heading3"/>
      </w:pPr>
      <w:r>
        <w:rPr>
          <w:rFonts w:ascii="Times New Roman" w:hAnsi="Times New Roman" w:eastAsia="Times New Roman" w:cs="Times New Roman"/>
          <w:b/>
          <w:i w:val="0"/>
          <w:sz w:val="22"/>
        </w:rPr>
        <w:t>Пункт 18. Выводы</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Кроме того, не позднее 03 часов 19 минут ДД.ММ.ГГГГ у ФИО4, содержащегося в &lt;данные изъяты&gt;, из корыстных побуждений возник преступный умысел, направленный на совершение хищения чужого имущества путем обмана. С целью реализации своего преступного умысла, ФИО4 разработал план совершения преступления, согласно которому он должен был, используя имеющиеся при себе сотовые телефоны, случайным набором цифр позвонить какому-либо лицу в ...., и, изменив голос, обманывая и вводя в заблуждение потерпевшего, в зависимости от ситуации, представиться родственником и сообщить, что находится в полиции, поскольку совершил дорожно-транспортное происшествие - на автомобиле сбил человека. При необходимости, в зависимости от ситуации, ФИО4 намеревался, изменив голос, представиться потерпевшему сотрудником полиции и сообщить о том, что для урегулирования вопроса с пострадавшими, чтобы не возбуждать в отношении родственника уголовное дело, срочно необходимо перечислить денежные средства на счета абонентских номеров сим-карт, которые он должен был сообщить потерпевшему в ходе телефонного разговора. В случае, если у потерпевшего не было возможности самостоятельно перечислить денежные средства, ФИО4, продолжая вводить в заблуждение потерпевшего, должен был в ходе разговора узнать анкетные данные, абонентский номер мобильного телефона и домашний адрес потерпевшего, таким образом, выясняя, куда необходимо подъехать за денежными средствами. Затем Гусев должен был сообщить потерпевшему, что вскоре к нему домой придет мужчина, которому потерпевший должен передать денежные средства, либо попросить потерпевшего передать денежные средства мужчине возле своего дома. После чего ФИО4 посредством мобильной связи должен был связаться с водителем такси одной из известных ему фирм .... и, не посвящая его в свои преступные намерения, под благовидным предлогом, сообщить последнему адрес, где необходимо забрать денежные средства. После передачи потерпевшим денежных средств, ФИО4 намеревался убедить водителя такси проследовать к любому терминалу оплаты, где перечислить денежные средства на названные ФИО4 счета абонентских номеров сим-карт сотовых телефонов. После поступления денежных средств на указанные ФИО4 счета абонентских номеров сим-карт сотовых телефонов, похищенными денежными средствами ФИО4 намеревался распорядиться по своему усмотрению. Реализуя свой преступный умысел, осознавая общественно-опасный и противоправный характер своих действий, предвидя неизбежность наступления общественно-опасных последствий в виде причинения имущественного ущерба собственнику и желая их наступления, руководствуясь корыстными побуждениями, ФИО4 в указанное время ДД.ММ.ГГГГ, находясь в &lt;данные изъяты&gt;, используя имевшийся у него при себе сотовый телефон с сим-картой с абонентским номером №, случайным набором цифр на сотовом телефоне набрал абонентский номер телефона № находившийся в пользовании ФИО86, проживавшей по адресу: ..... Однако на телефонный звонок ответила находившаяся в квартире по вышеуказанному адресу дочь ФИО194 - ФИО15 №1 ФИО98, продолжая свои преступные действия, изменив голос, с целью введения последней в заблуждение, представился её сыном и сообщил заведомо ложные сведения о том, что он попал в дорожно-транспортное происшествие, сбил человека, таким образом, обманывая и вводя в заблуждение ФИО92 относительно своих преступных намерений. Затем, изменив голос, ФИО4, представился сотрудником полиции и сообщил потерпевшей заведомо ложные сведения о том, что её сын совершил дорожно-транспортное происшествие, в результате которого сбил человека, и необходимы денежные средства в сумме 100 000 рублей, чтобы её сыну избежать уголовной ответственности, таким образом, обманывая и вводя в заблуждение ФИО92 относительно своих преступных намерений. После чего ФИО4, продолжая свои преступные действия, попросил ФИО92 назвать абонентский номер её мобильного телефона, что последняя и исполнила. Затем ФИО4, используя имевшийся у него при себе сотовый телефон с сим-картой с абонентским номером №, около 03 часов 26 минут ДД.ММ.ГГГГ набрал абонентский номер мобильного телефона №, находившийся в пользовании ФИО92, и, изменив голос, вновь представившись ее сыном, пояснил, что необходимы денежные средства в сумме 100 000 рублей, чтобы ему избежать уголовной ответственности, таким образом, обманывая и вводя в заблуждение ФИО92 относительно своих преступных намерений. ФИО92, введенная ФИО4 в заблуждение, не догадываясь о его преступных намерениях, не предполагая обмана со стороны ФИО4, поверила в достоверность его слов и пояснила, что она может передать денежные средства в сумме 80 000 рублей, имеющиеся на счете ее банковской карты. ФИО4 с предложенной суммой согласился, сказав, что этого будет достаточно. После чего ФИО4, не желая прекращать свои преступные действия, убедил ФИО92 проследовать к ближайшему отделению банка, где самостоятельно перечислить денежные средства на счета абонентских номеров сим-карт, которые ей назовет ФИО4. При этом неоднократно разговаривая с потерпевшей, ФИО4 тем самым пресекал возможные попытки ФИО92 проверить сообщенные ей заведомо ложные сведения. Около 05 часов 27 минут ДД.ММ.ГГГГ ФИО92, введенная в заблуждение ФИО98 относительно его преступных намерений, по указанию последнего проследовала к платежному терминалу, расположенному по адресу: ...., где со счета № своей банковской карты &lt;данные изъяты&gt; перечислила на указанный ей ФИО4 счет абонентского номера сим-карты № денежные средства в сумме 20 000 рублей. После чего операции по указанной карте были прерваны по техническим причинам, о чем ФИО92 сообщила в ходе телефонного разговора ФИО4. Однако ФИО4, желая довести свой преступный умысел до конца, убедил ФИО92 проследовать к другому ближайшему платежному терминалу и перевести требуемую им сумму денежных средств в полном объеме на указанные им абонентские номера. ФИО92, не догадываясь о преступных намерениях ФИО4, не предполагая обмана с его стороны, по указанию ФИО4 намеревалась проследовать к платежному терминалу, расположенному по адресу: ..... Однако гражданский супруг ФИО92 – ФИО195, осведомленный о якобы произошедшем с участием сына ФИО92 - ФИО85, дорожно-транспортном происшествии и о намерении ФИО92 помочь сыну, достоверно зная о том, что ФИО92 направилась к платежному терминалу, чтобы перечислить денежные средства для оказания помощи сыну, с целью проверить сообщенную ФИО92 информацию, набрал абонентский номер мобильного телефона ФИО85, во время разговора с которым выяснил, что сообщенная ФИО92 информация является ложной, догадался о преступных намерениях ФИО4 и обратился в отделение полиции, сообщив сотрудникам полиции о произошедшем и указав им абонентский номер сотового телефона ФИО92. После чего на абонентский номер сотового телефона ФИО92 поступил звонок от сотрудников полиции, которые сообщили ФИО92 о преступных намерениях ФИО4 и убедили ее не перечислять по его указанию денежные средства. В это же время на абонентский номер сотового телефона ФИО92 поступил звонок от ее сына ФИО85, во время разговора с которым она выяснила, что сообщенная ей ФИО4 информация является ложной и догадалась о преступных намерениях ФИО4. Таким образом, ФИО4 свой преступный умысел, направленный на хищение путем обмана принадлежащих ФИО15 №1 денежных средств в сумме 80000 рублей, довести до конца не смог по независящим от него обстоятельствам. В случае доведения ФИО4 своего преступного умысла до конца, потерпевшей ФИО15 №1 был бы причинен значительный материальный ущерб в сумме 80 000 рублей. В судебном заседании ФИО4 свою вину в совершении данных преступлений не признал, пояснил, что, ДД.ММ.ГГГГ был этапирован в &lt;данные изъяты&gt;; находился в камере, где кроме него содержалось еще 20-25 человек; в данной камере был сотовый телефон, все находившиеся там пользовались им по очередности; он также имел такую возможность – звонил своим родственникам и знакомым; при этом личных сим-карт у него не было; в период с сентября по ДД.ММ.ГГГГ осужденные играли в карты, в том числе и он; перед игрой договорились, что все проигранные деньги будут храниться у одного участника игры; он предложил, чтобы деньги находились у его знакомой ФИО196; в связи с чем попросил последнюю оформить банковскую карту и прикрепить ее к одному из номеров телефонов, которые находились в камере; ФИО197 согласилась; всем, кто проиграл, он давал номер данной карты &lt;данные изъяты&gt;; на нее поступали денежные суммы от 5000 до 15000 рублей; ФИО198, находившийся с ним в этой камере, предложил ранее знакомому ему ФИО91 заработать деньги; ФИО37 переводил бы денежные средства ему на карту, а последний их обналичивал бы и делал передачи ФИО37; какие потом дела у них были ему неизвестно; игра длилась около 20 дней; после того как все рассчитались, некоторые осужденные, оставшиеся в выигрыше, попросили перечислить часть денежных средств их родным, на оставшуюся часть – сделать передачу через магазин &lt;данные изъяты&gt;; рассчитались все, кроме ФИО37, он остался должен 30000 рублей; его долг он оставил себе, поскольку он попросил об этом; ФИО37 был этапирован в &lt;данные изъяты&gt; ДД.ММ.ГГГГ; он был этапирован туда же ДД.ММ.ГГГГ и прибыл на &lt;данные изъяты&gt; ДД.ММ.ГГГГ и содержался там до ДД.ММ.ГГГГ, т.е. не находился на территории &lt;данные изъяты&gt;; ФИО37 в его присутствии пояснял сотрудникам полиции, что это он занимается мошенничеством и написал явку с повинной; впоследствии от явки отказался; он же никому не звонил, ни с одним из потерпевших не разговаривал; гражданские иски не признает. Несмотря на указанную позицию подсудимого, его вина в совершении преступлений нашла свое подтверждение совокупностью исследованных в ходе судебного заседания доказательств. По факту совершения покушения на хищение денежных средств, принадлежащих ФИО15 №7, подтверждается следующими исследованными в судебном заседании доказательствами, а именно: - оглашенными показаниями потерпевшей ФИО15 №7, данными в ходе предварительного расследования, согласно которым она проживает по адресу: ....; у нее есть внук ФИО199; около 00 часов 56 минут ДД.ММ.ГГГГ она находилась дома, когда ей на стационарный телефон абонентский № с абонентского номера № позвонил мужчина, который назвал ее бабушкой и сообщил, что совершил дорожно-транспортное происшествие, сбил на автомобиле молодую девушку, в связи с чем ему необходимы денежные средства; далее мужчина передал трубку якобы сотруднику полиции, который представился ФИО200, и пояснил, что ее внук совершил ДТП, и чтобы прекратить разбирательство по факту ДТП, необходимы денежные средства 50000 рублей; также этот мужчина пояснил, что никому звонить не нужно, а если нет денег – их нужно занять у соседей и продолжал настаивать, чтобы она заняла деньги, т.к. ее внуку грозить серьезной наказание; она ответила, что занимать денежные средства не станет, а утром позвонит в полицию; тогда якобы сотрудник полиции положил трубку, прервав телефонный разговор; она же позвонила своей дочери ФИО202, которая пояснила, что ФИО201 находится дома и с ним все в порядке; впоследствии она обратилась в полицию; в случае, если бы она передала требуемую сумму, ей был бы причинен значительный материальный ущерб на указанную сумму; следователем для обозрения была представлена видеозапись с участием ФИО4, прослушав которую, она уверенно узнала голос звонившего ей мужчины, который представлялся сотрудником полиции, сообщил, что ее внук совершил ДТП и требовал для решения вопроса денежные средства; - оглашенными показаниями свидетеля ФИО38, данными в ходе предварительного расследования, согласно которым ДД.ММ.ГГГГ около 01 часа 15 минут ей позвонила на сотовый телефон мама - ФИО15 №7, которая спросила, где находится ее внук ФИО203; она сообщила, что ФИО203 находится дома, спит; после чего ФИО15 №7 пояснила, что ей на стационарный телефон позвонил парень, голос которого был похож на голос внука ФИО203, парень назвал ее бабушкой, и затем трубку взял другой мужчина, который представился сотрудником полиции, сообщил, что ее внук совершил ДТП и необходимы деньги в сумме 50000 рублей; после того как ФИО15 №7 сказала, что денег у нее нет, и что позвонит в полицию, тогда мужчина положил трубку, прервав разговор; - оглашенными показаниями несовершеннолетнего свидетеля ФИО39, данными в ходе предварительного расследования, согласно которым ДД.ММ.ГГГГ в вечернее время он находился дома и около 23 часов лег спать; всю ночь он находился у себя дома; ДД.ММ.ГГГГ со слов матери узнал, что его бабушке ФИО15 №7 на стационарный телефон позвонили мошенники и сообщили, что якобы он совершил ДТП, в ходе которого сбил человека; однако он ДТП не совершал и бабушке не звонил; - оглашенными показания свидетеля ФИО40, сотрудника оперативного отдела &lt;данные изъяты&gt;, данными в ходе предварительного расследования, согласно которым учреждение расположено по адресу: ....; ДД.ММ.ГГГГ последний содержался в камере № из которой в ходе плановых и внеплавновых обысков изымались средства сотовой связи, запрещенные в пользовании; каким образом средства связи попадают в режимные объекты и камеры заключенных, ему неизвестно; - оглашенными показаниями свидетеля ФИО57, данными в ходе предварительного расследования, согласно которым ее внук ФИО4 с рождения проживал вместе с ней, поскольку отец его умер, мать находилась в местах лишения свободы; ей известно, что ФИО4 отбывал наказание в исправительной колонии &lt;данные изъяты&gt;; отбывая наказание, он звонил ей с различных абонентских номеров на принадлежащий ей абонентский №; от внука она узнала, что он знаком с ФИО206, проживающей в &lt;данные изъяты&gt;; от ФИО4 либо по его просьбе ей каких-либо денег не поступало, ФИО4 она денежные средства не переводила; - оглашенными показаниями свидетеля ФИО206, данными в ходе предварительного расследования, согласно которым она знакома с ФИО4 с ДД.ММ.ГГГГ; поскольку ФИО4 находится в местах лишения свободы; они общались по сотовому телефону на протяжении года практически каждый день; ФИО4 постоянно звонил ей с различных абонентских номеров; - оглашенными показаниями свидетеля ФИО37, данными в ходе предварительного расследования, согласно которым ранее до исправительной колонии он содержался в следственном изоляторе &lt;данные изъяты&gt;; там он познакомился и стал общаться с ФИО4, который содержался в камере №; в указанной камере имелись средства сотовой связи, в основном, данными телефонами пользовался ФИО4; сотовые телефоны в камеру передавались путем переброса, а также различными другими способами; ДД.ММ.ГГГГ ему стало известно, что ФИО4 при помощи телефона, в основном, в ночное время осуществлял звонки, при этом разговаривал очень тихо; сам ФИО4 рассказывал ему, что зарабатывает денежные средства путем звонков на стационарные номера телефонов, совершает мошенничества; схему совершения преступления ФИО4 ему не рассказывал, однако он понял схему: ФИО4 звонил на стационарные номера телефонов, при этом набирал номера телефонов наугад, то есть путем набора цифр поочередно, если трубку телефона брал пожилой человек, то ФИО4, меняя голос, представлялся сыном или внуком и говорил, что попал в дорожно-транспортное происшествие, в ходе которого сбил человека, после чего ФИО4 менял голос и разговаривал от имени сотрудника полиции, затем через службу такси, по просьбе ФИО4, водители такси забирали деньги у потерпевших по адресу и перечисляли их на номера киви-кошельков, далее с киви-кошельков ФИО4 переводил денежные средства на карту, принадлежащую его знакомой девушке ФИО211, также денежные средства переводились на пластиковые карты знакомого ФИО4 - ФИО212 и его двоюродному брату – ФИО213, который в дальнейшем приобретал продукты и делал передачи в следственный изолятор для ФИО4; с каких номеров ФИО4 осуществлял звонки на номера потерпевшим, ему неизвестно, сим-карт было много; следователем для прослушивания ему были представлены аудиозаписи, прослушав которые, он узнал на них голос ФИО4; - показаниями свидетеля ФИО59 в судебном заседании, а также оглашенными показаниями, данными им в ходе предварительного расследования, которые он подтвердил, согласно им ДД.ММ.ГГГГ он содержался в &lt;данные изъяты&gt;, где также содержался ФИО4; в камере имелись средства сотовой связи, телефонами мог пользоваться любой из содержащихся в камере, в том числе и ФИО4, который часто звонил по сотовому телефону и разговаривал; в основном использовали телефон ночью; ДД.ММ.ГГГГ он получил «тюремное письмо» с просьбой написать номер имеющейся у его супруги банковской карты, чтобы на данную карту перечислись деньги, чтобы супруга на указанные деньги приобрела продукты-передачу; он написал; вечером позвонил ей на сотовый телефон абонентский №, узнал, что деньги поступили; тогда он попросил жену приобрести продукты и сигареты; впоследствии еще раз получал такое письмо; примерно ДД.ММ.ГГГГ вечером он позвонил жене, после того как узнал, что деньги поступили, вновь попросил приобрести продукты для передачи в &lt;данные изъяты&gt;; номер карты жены №; - оглашенными показаниями свидетеля ФИО41, следователя по &lt;данные изъяты&gt;, данными в ходе предварительного расследования, согласно которым она ранее работала в должности следователя &lt;данные изъяты&gt;; в это время в ее производстве находилось уголовное дело в отношении ФИО4, обвиняемого в совершении ряда преступлений, предусмотренных ст. 159 УК РФ ; преступления ФИО4 совершал будучи осужденным, отбывая наказание в колонии, используя мобильную связь по схеме «сын попал в ДТП»; в период расследования была проведена фоноскопическая судебная экспертиза, для проведения которой были получены образцы голоса ФИО4 с участием эксперта; - оглашенными показаниями свидетеля ФИО42, данными в ходе предварительного расследования, согласно которым он состоит в должности заместителя директора ООО «&lt;данные изъяты&gt;»; офис расположен по ....; организация занимается приемом информации от клиентов по заявке автомобиля-такси, для контроля качества обслуживания разговор оператора с клиентом записывается; при этом клиент через оператора либо через приложение «&lt;данные изъяты&gt;» сам может связаться с водителем, который назначен на заказ, разговоры водителя и клиента также записываются и хранятся в главном офисе в ....; - показаниями свидетеля ФИО43, следователя, в судебном заседании, который пояснил, что в его производстве находилось данное уголовное дело; им производился допрос свидетеля ФИО37 в &lt;данные изъяты&gt;, при этом объяснение с него не отбиралось, ФИО4 не присутствовал; допрос ФИО37 производился с его слов, после допроса протокол им прочитан, после чего подписан, замечаний не было заявлено; в ходе данного следственного действия посторонние лица в кабинете не находились; давления на него при проведении следственного действия не оказывалось; в ходе допроса пояснял, что боится ФИО4, который пишет ему, в этих «посланиях» вынуждает его по нескольким эпизодам взять вину на себя, от проведения очной ставки с ФИО4 отказался; записки от ФИО4 видел лично; поскольку ФИО4 в ходе следствия отказался давать образцы голоса, было принято решение изъять образцы его голоса, полученные под видеофиксацию специалистом; сомнений, что в данном следственном действии участвует ФИО4, не имелось; он представляется, называет свои анкетные данные, четко виден его образ; личности ФИО215 и ФИО216 которые были в розыске, не были установлены; - детализацией телефонных соединений абонентского №, находившегося в пользовании ФИО217, согласно которой ДД.ММ.ГГГГ в 00 часов 56 минут (по местному времени &lt;данные изъяты&gt;) на ее абонентский номер с абонентского № поступил звонок, длительность которого составила 421 секунду; - протоколом осмотра предметов (документов), согласно которому осмотрена указанная детализация телефонных соединений абонентского №; /т.1 л.д.49-50/ постановлением о признании и приобщении вещественных доказательств, согласно которому признана и приобщена в качестве вещественного доказательства указанная детализация телефонных соединений; - детализациями данных абонентского №, находившегося в пользовании ФИО4, согласно которой имели место телефонные соединения данного абонентского номера, в том числе ДД.ММ.ГГГГ в 21 час 56 минут (по московскому времени) с абонентским №, также указаны базовые станции на стороне абонента № – ДД.ММ.ГГГГ; протоколом осмотра предметов (документов), согласно которому осмотрен оптический диск, содержащий детализацию данных абонентского №; постановлением о признании и приобщении вещественных доказательств, согласно которому признан и приобщен в качестве вещественного доказательства указанный оптический диск с детализацией данных абонентского №; - протоколом выемки, согласно которому у следователя ФИО41 изъят оптический диск с видеозаписью с участием ФИО4; - протоколом выемки, согласно которому у ФИО42 изъят оптический диск с аудиозаписями телефонных разговоров службы такси «&lt;данные изъяты&gt;»; - протоколом осмотра предметов (документов), осмотра и прослушивания фонограммы, согласно которому осмотрен оптический диск, осмотрена и прослушана находящаяся на диске видеозапись; осмотрен оптический диск, осмотрены и прослушаны фонограммы телефонных разговоров оператора службы такси «&lt;данные изъяты&gt;» при заказе автомобиля-такси; постановлением о признании и приобщении вещественных доказательств, согласно которому признаны и приобщены в качестве вещественных доказательств оптический диск с видеозаписью следственного действия с участием ФИО4, оптический диск с аудиозаписями телефонных разговоров ООО «&lt;данные изъяты&gt;»; - сведениями из &lt;данные изъяты&gt;, согласно которым ФИО4 содержался в данном учреждении с ДД.ММ.ГГГГ по ДД.ММ.ГГГГ; - сообщением из &lt;данные изъяты&gt;, согласно которому следственные действия с ФИО37 проводились только с участием следователя ФИО43 ДД.ММ.ГГГГ в период времени с 14 часов 45 минут до 17 часов 05 минут в кабинете №. По факту совершения покушения на хищение денежных средств, принадлежащих ФИО15 №18, подтверждается следующими исследованными в судебном заседании доказательствами, а именно: - оглашенными показания потерпевшей ФИО15 №18, данными в ходе предварительного расследования, согласно которым она проживает с мужем ФИО44 по ....; в ее квартире по вышеуказанному адресу установлен стационарный телефон абонентский №; ДД.ММ.ГГГГ около 02 часов 20 минут она находилась у себя дома, спала, когда на ее телефон поступил звонок с абонентского №; звонивший незнакомый мужчина, который назвал ее мамой, сообщил, что попал в беду; она не поняла сразу, кто именно звонит, и переспросила мужчину, назвав по имени сына ФИО218; мужчина подтвердил, что звонит якобы ее сын и сообщил, что на чужом автомобиле совершил ДТП, сбил насмерть девушку и ему необходимы деньги в сумме 100000 рублей, пояснив, что находится в полиции; она ответила, что у нее имеются только 2 000 рублей; этот мужчина посоветовал занять деньги, иначе его отправят в тюрьму; она ответила, что этот вопрос она сможет решить только утром, и стала расспрашивать в каком отделении полиции он находится; тогда мужчина прервал телефонный разговор и положил трубку; после этого она позвонила на телефон своему сыну ФИО219, проживающему в ....; от сына она узнала, что с ним все в порядке, ДТП он не совершал и ей не звонил; впоследствии обратилась в полицию; в случае, если бы она передала требуемые мошенниками 100000 рублей, ей был бы причинен значительный материальный ущерб на указанную сумму; следователем ей был представлен для прослушивания видеофайл с участием ФИО4, прослушав который, она узнала голос парня, который звонил ей от имени ее сына ДД.ММ.ГГГГ и требовал деньги; голос парня она узнала по интонации, тембру, манере произношения; - оглашенными показаниями свидетеля ФИО45, данными в ходе предварительного расследования, согласно которым ДД.ММ.ГГГГ около 14 часов к ней приехала в гости ФИО220, которая сообщила, что ДД.ММ.ГГГГ в ночное время ей на стационарный телефон позвонил неизвестный мужчина, который представился ее сыном ФИО219 и сообщил, что на автомобиле сбил девушку насмерть, находится в полиции и ему нужны деньги 100000 рублей, однако после того как она спросила у мужчины, в каком отделе полиции он находится, он сразу прервал разговор и положил трубку; она посетовала ей сообщить о преступлении в полицию; - оглашенными показаниями свидетеля ФИО46, данными в ходе предварительного расследования, согласно которым ДД.ММ.ГГГГ около 02.30 часов ему позвонила его мама, которая проживает по ...., спросила, где он находится, на что он ответил, что находится у себя дома; тогда она рассказала, что ей позвонил неизвестный, представился от его имени, назвавшись сыном, и сообщил, что он якобы совершил ДТП, на автомобиле сбил девушку, находится в полиции и ему нужны 100 000 рублей, чтобы его не привлекли к уголовной ответственности; - оглашенными показаниями свидетеля ФИО40, данными в ходе предварительного расследования, изложенными выше; - оглашенными показаниями свидетеля ФИО57, данными в ходе предварительного расследования, изложенными выше; - оглашенными показаниями свидетеля ФИО87, данными в ходе предварительного расследования, изложенными выше; - оглашенными показания свидетеля ФИО37, данными в ходе предварительного расследования, изложенными выше; - показаниями свидетеля ФИО59 в судебном заседании, а также оглашенными показаниями, данными им в ходе предварительного расследования, которые он подтвердил, изложенными выше; - оглашенными показаниями свидетеля ФИО41, данными в ходе предварительного расследования, изложенными выше; - оглашенными показаниями свидетеля ФИО42, данными в ходе предварительного расследования, изложенными выше; - показаниями свидетеля ФИО43, данными в судебном заседании, изложенными выше; -детализацией телефонных соединений абонентского №, находившегося в пользовании ФИО222, согласно которой ДД.ММ.ГГГГ в 02 часа 20 минут (местное время &lt;данные изъяты&gt;) с абонентского № поступил звонок на указанный абонентский номер ФИО223, длительность разговора составила 178 секунд; - протоколом осмотра предметов (документов), согласно которому осмотрена детализация телефонных соединений абонентского №; постановлением о признании и приобщении вещественных доказательств, согласно которому признана и приобщена в качестве вещественного доказательства данная детализация телефонных соединений абонентского №, находившегося в пользовании ФИО224; - детализациями данных абонентского №, находившегося в пользовании ФИО4, согласно которой имели место телефонные соединения данного абонентского номера, в том числе ДД.ММ.ГГГГ в 23 часа 20 минут (по московскому времени) с абонентским №, также указаны базовые станции на стороне абонента № – Россия, ....; протоколом осмотра предметов (документов), согласно которому осмотрен оптический диск, содержащий детализацию данных абонентского №; постановлением о признании и приобщении вещественных доказательств, согласно которому признан и приобщен в качестве вещественного доказательства указанный оптический диск с детализацией данных абонентского №; - протоколом выемки, согласно которому у следователя ФИО41 изъят оптический диск с видеозаписью с участием ФИО8; - протоколом выемки, согласно которому у ФИО42 изъят оптический диск с аудиозаписями телефонных разговоров службы такси «&lt;данные изъяты&gt;»; - протоколом осмотра предметов (документов), осмотра и прослушивания фонограммы, согласно которому осмотрен оптический диск, осмотрена и прослушана находящаяся на диске видеозапись; осмотрен оптический диск, осмотрены и прослушаны фонограммы телефонных разговоров оператора службы такси «&lt;данные изъяты&gt;» при заказе автомобиля-такси; постановлением о признании и приобщении вещественных доказательств, согласно которому признаны и приобщены в качестве вещественных доказательств оптический диск с видеозаписью следственного действия с участием ФИО8, оптический диск с аудиозаписями телефонных разговоров ООО «&lt;данные изъяты&gt;»; - сведениями из &lt;данные изъяты&gt;, согласно которым ФИО8 содержался в данном учреждении с ДД.ММ.ГГГГ по ДД.ММ.ГГГГ; - сообщением из &lt;данные изъяты&gt;, согласно которому следственные действия с ФИО37 проводились только с участием следователя ФИО43 ДД.ММ.ГГГГ в период времени с 14 часов 45 минут до 17 часов 05 минут в кабинете №. По факту совершения покушения на хищение денежных средств, принадлежащих ФИО15 №12, подтверждается следующими исследованными в судебном заседании доказательствами, а именно: - оглашенными показаниями потерпевшей ФИО15 №12, данными в ходе предварительного расследования, согласно которым она проживает по ....; ДД.ММ.ГГГГ в 06.18 часов на ее стационарный телефон № позвонил мужчина с абонентского №; мужчина, представившись ее сыном, сообщил, что совершил ДТП, сбил девушку, находится в полиции; затем он сказал, что необходимо 100000 рублей, чтобы его отпустили сотрудники полиции; она ответила, что у нее имеется 1 000 рублей и больше денег нет; после этого мужчина пояснил, что тогда он обратится к друзьям и положил трубку, прервав разговор; затем она позвонила своему сыну ФИО225 и спросила, все ли у него в порядке, на что он ответил, что у него все хорошо; впоследствии следователем ей был предъявлен видеофайл с участием ФИО4, прослушав который, она узнала голос мужчины, который звонил ей на телефон ДД.ММ.ГГГГ, представляясь от имени ее сына, требуя денежные средства; - оглашенными показаниями свидетеля ФИО47, данными в ходе предварительного расследования, согласно которым его мама ФИО15 №12 проживает по ...., у нее имеется стационарный телефон №; ДД.ММ.ГГГГ он находился у себя дома, когда около 06.30 часов ему позвонила мама, со слов которой он узнал, что мошенники требовали у нее 100000 рублей; он посоветовал ей по данному факту обратиться в полицию; - оглашенными показаниями свидетеля ФИО40, данными в ходе предварительного расследования, изложенными выше; - оглашенными показаниями свидетеля ФИО57, данными в ходе предварительного расследования, изложенными выше; - оглашенными показаниями свидетеля ФИО87, данными в ходе предварительного расследования, изложенными выше; - оглашенными показания свидетеля ФИО37, данными в ходе предварительного расследования, изложенными выше; - показаниями свидетеля ФИО59 в судебном заседании, а также оглашенными показаниями, данными им в ходе предварительного расследования, которые он подтвердил, изложенными выше; - оглашенными показаниями свидетеля ФИО41, данными в ходе предварительного расследования, изложенными выше; - оглашенными показаниями свидетеля ФИО42, данными в ходе предварительного расследования, изложенными выше; - показаниями свидетеля ФИО43, данными в судебном заседании, изложенными выше; - детализацией телефонных соединений абонентского номера №, согласно которой ДД.ММ.ГГГГ в 6 часов 18 минут (по местному времени &lt;данные изъяты&gt;) с абонентского № поступил телефонный звонок на данный абонентский номер, продолжительность разговора составила 766 секунд; - протоколом осмотра предметов (документов), согласно которому, осмотрена детализация телефонных соединений абонентского №, находившегося в пользовании ФИО226; постановлением о признании и приобщении вещественных доказательств, согласно которому признана и приобщена в качестве вещественного доказательства указанная детализация телефонных соединений; - протоколом выемки, согласно которому у следователя ФИО41 изъят оптический диск с видеозаписью с участием ФИО4; - протоколом выемки, согласно которому у ФИО42 изъят оптический диск с аудиозаписями телефонных разговоров службы такси «&lt;данные изъяты&gt;»; - протоколом осмотра предметов (документов), осмотра и прослушивания фонограммы, согласно которому осмотрен оптический диск, осмотрена и прослушана находящаяся на диске видеозапись; осмотрен оптический диск, осмотрены и прослушаны фонограммы телефонных разговоров оператора службы такси «&lt;данные изъяты&gt;» при заказе автомобиля-такси; постановлением о признании и приобщении вещественных доказательств, согласно которому признаны и приобщены в качестве вещественных доказательств оптический диск с видеозаписью следственного действия с участием ФИО8, оптический диск с аудиозаписями телефонных разговоров ООО «&lt;данные изъяты&gt;»; - сведениями из &lt;данные изъяты&gt;, согласно которым ФИО8 содержался в данном учреждении с ДД.ММ.ГГГГ по ДД.ММ.ГГГГ; - сообщением из &lt;данные изъяты&gt;, согласно которому следственные действия с ФИО37 проводились только с участием следователя ФИО43 ДД.ММ.ГГГГ в период времени с 14 часов 45 минут до 17 часов 05 минут в кабинете №. По факту совершения покушения на хищение денежных средств, принадлежащих ФИО15 №8, подтверждается следующими исследованными в судебном заседании доказательствами, а именно: - оглашенными показаниями потерпевшей ФИО15 №8, данными в ходе предварительного расследования, согласно которым она проживает по ....; ДД.ММ.ГГГГ в 06 часов 32 минуты ей на стационарный телефон № с номера №, позвонил мужчина, который представился ее сыном, сообщил, что совершил ДТП, сбил девушку насмерть, пояснив, что больше не может разговаривать, поскольку находится в полиции и передает трубку сотруднику полиции; после чего, как ей показалось, трубку взял другой мужчина, представившись сотрудником полиции, сообщил, что ее сын совершил ДТП, и чтобы помочь сыну необходимы денежные средства в сумме 100000 рублей; на что она ответила, что не имеет такой суммы денег; мужчина спросил, какая сумма у нее имеется; она стала пересчитывать имеющиеся деньги и в это время заподозрила, что, возможно, ей позвонили мошенники; она попросила мужчину передать трубку ее сыну, у которого спросила, какой код у ее домофона; после этого мужчина прервал разговор и положил трубку; затем она позвонила на телефон своему сыну, от которого узнала, что с ним все в порядке, а после этого обратилась в полицию; впоследствии ей следователем был представлен для прослушивания видеофайл с участием ФИО4, прослушав который, она уверенно узнала голос мужчины, который представлялся следователем; - оглашенными показаниями свидетеля ФИО49, данными в ходе предварительного расследования, согласно которым она проживает по ...., работает вахтовым методом; с ДД.ММ.ГГГГ находился в &lt;данные изъяты&gt;; его мама ФИО15 №8 проживает в ....; в ее квартире установлен стационарный телефон №; ДД.ММ.ГГГГ утром около 06 часов 30 минут она позвонила ему и спросила, где он находится, все ли с ним в порядке и не &lt;данные изъяты&gt; ли он; он ответил, что с ним все в порядке и находится он на &lt;данные изъяты&gt; с ее слов он узнал, что ей на стационарный телефон позвонил мужчина, представился сотрудником полиции, сообщил, что ее сын совершил ДТП, сбил человека и потребовал у нее 100000 рублей, чтобы в отношении него не возбуждали уголовное дело; он посоветовал маме по данному факту обратиться в полицию; - оглашенными показаниями свидетеля ФИО40, данными в ходе предварительного расследования, изложенными выше; - оглашенными показаниями свидетеля ФИО57, данными в ходе предварительного расследования, изложенными выше; - оглашенными показаниями свидетеля ФИО87, данными в ходе предварительного расследования, изложенными выше; - оглашенными показания свидетеля ФИО37, данными в ходе предварительного расследования, изложенными выше; - показаниями свидетеля ФИО59 в судебном заседании, а также оглашенными показаниями, данными им в ходе предварительного расследования, которые он подтвердил, изложенными выше; - оглашенными показаниями свидетеля ФИО41, данными в ходе предварительного расследования, изложенными выше; - оглашенными показаниями свидетеля ФИО42, данными в ходе предварительного расследования, изложенными выше; - показаниями свидетеля ФИО43, данными в судебном заседании, изложенными выше; - детализацией телефонных соединений абонентского №, согласно которой, ДД.ММ.ГГГГ в 06 часов 32 минуты (по местному времени &lt;данные изъяты&gt;) с абонентского № поступил звонок на данный абонентский номер; продолжительность разговора составила 2130 секунд; - протоколом осмотра предметов (документов), согласно которому, осмотрена детализация телефонных соединений абонентского №, находившегося в пользовании &lt;данные изъяты&gt;; постановлением о признании и приобщении вещественных доказательств, согласно которому признана и приобщена в качестве вещественного доказательства детализация телефонных соединений абонентского №; - детализациями данных абонентского №, находившегося в пользовании ФИО98, согласно которой имели место телефонные соединения данного абонентского номера, в том числе ДД.ММ.ГГГГ в 03 часа 33 минуты (по московскому времени) с абонентским № также указаны базовые станции на стороне абонента № – Россия, ....; протоколом осмотра предметов (документов), согласно которому осмотрен оптический диск, содержащий детализацию данных абонентского №; постановлением о признании и приобщении вещественных доказательств, согласно которому признан и приобщен в качестве вещественного доказательства указанный оптический диск с детализацией данных абонентского №; - протоколом выемки, согласно которому у следователя ФИО41 изъят оптический диск с видеозаписью с участием ФИО8; - протоколом выемки, согласно которому у ФИО42 изъят оптический диск с аудиозаписями телефонных разговоров службы такси «&lt;данные изъяты&gt;»; - протоколом осмотра предметов (документов), осмотра и прослушивания фонограммы, согласно которому осмотрен оптический диск, осмотрена и прослушана находящаяся на диске видеозапись; осмотрен оптический диск, осмотрены и прослушаны фонограммы телефонных разговоров оператора службы такси «&lt;данные изъяты&gt;» при заказе автомобиля-такси; постановлением о признании и приобщении вещественных доказательств, согласно которому признаны и приобщены в качестве вещественных доказательств оптический диск с видеозаписью следственного действия с участием ФИО8, оптический диск с аудиозаписями телефонных разговоров ООО «&lt;данные изъяты&gt;»; - сведениями из &lt;данные изъяты&gt;, согласно которым ФИО8 содержался в данном учреждении с ДД.ММ.ГГГГ по ДД.ММ.ГГГГ; - сообщением из &lt;данные изъяты&gt;, согласно которому следственные действия с ФИО37 проводились только с участием следователя ФИО43 ДД.ММ.ГГГГ в период времени с 14 часов 45 минут до 17 часов 05 минут в кабинете №. По факту совершения покушения на хищение денежных средств, принадлежащих ФИО15 №13, подтверждается следующими исследованными в судебном заседании доказательствами, а именно: - оглашенными показаниями потерпевшей ФИО15 №13, данными в ходе предварительного расследования, согласно которым она проживает по ....; в ее квартире установлен стационарный телефон абонентский №; ДД.ММ.ГГГГ в 23 часа 52 минуты ей на стационарный телефон № поступил звонок с абонентского №; позвонил мужчина и сообщил, что совершил ДТП, сбил девушку насмерть, находится в полиции; после чего, как ей показалось, трубку взял другой мужчина, который представился сотрудником полиции и пояснил, что ее внук совершил ДТП и его отправят в тюрьму, чтобы дело не довели до суда, необходимы деньги в сумме 90000 рублей; она ответила, что таких денег у нее нет, есть 3000 рублей, спросила, в случае, если она соберет деньги, то как она сможет их передать; мужчина сказал, что нужно будет перезвонить по № собрать деньги нужно в течение часа; она стала расспрашивать, в каком районе они находятся, на что мужчина ответил, что находятся в ....; в этот момент она заподозрила, что ее обманывают, поскольку знает, что ...., в связи с чем, она положила трубку; затем она позвонила ФИО227 и спросила, где находится ее внук, тот пояснил, что внук находится дома, спит; после чего она обратилась в полицию; впоследствии следователем ей был представлен для прослушивания видеофайл с участием ФИО4, прослушав который, она уверенно узнала голос мужчины, который звонил ей, представляясь сотрудником полиции, сообщил, что ее внук совершил ДТП и требовал деньги; - оглашенными показаниями свидетеля ФИО50, данными в ходе предварительного расследования, согласно которым его теща ФИО15 №13 проживает по ...., в ее квартире установлен стационарный телефон абонентский №; около 01 часа ДД.ММ.ГГГГ ему на сотовый телефон позвонил теща, судя по ее голосу, она была взволнована, сообщила, что ФИО228 попал в ДТП, сбил человека; он успокоил ФИО15 №13, сказав, что Илья находится дома и спит, а затем посоветовал ей обратиться в полицию; - оглашенными показаниями свидетеля ФИО52, данными в ходе предварительного расследования, согласно которым его бабушка ФИО15 №13 проживает по ...., в ее квартире установлен стационарный телефон №; в ночь с ДД.ММ.ГГГГ на ДД.ММ.ГГГГ он находился дома, ДТП не совершал и в полицию его не доставляли; ДД.ММ.ГГГГ от ФИО229 ему стало известно, что бабушке ФИО15 №13 на телефон позвонил неизвестный и, представившись его именем, сообщил, что сбил человека; - оглашенными показаниями свидетеля ФИО53, данными в ходе предварительного расследования, согласно которым, она проживает по ....; в ее квартире установлен стационарный телефон №; в ночь с ДД.ММ.ГГГГ на ДД.ММ.ГГГГ она с семьей находилась дома, со стационарного телефона у нее дома никто никуда не звонил; с ФИО230 она незнакома; о том, что ФИО10 позвонили неизвестные, пытались совершить мошенничество и указали ее абонентский стационарный номер телефона, ей стало известно от сотрудников полиции; - оглашенными показаниями свидетеля ФИО54, сотрудника полиции, данными в ходе предварительного расследования, согласно которым что ДД.ММ.ГГГГ он находился на суточном дежурстве; ДД.ММ.ГГГГ около 00 часов в дежурную часть &lt;данные изъяты&gt; обратилась ФИО15 №13, проживающая по ...., которая пояснила, что ей позвонил неизвестный и пояснил, что ее внук совершил ДТП, требовал денежные средства, однако деньги передавать не стала; прибыв по месту жительства ФИО10, которая разговаривала с кем-то по стационарному телефону; она передала ему трубку телефона, пояснив, что разговаривает с мошенником; он поздоровался, а звонивший положил трубку; - оглашенными показаниями свидетеля ФИО40, данными в ходе предварительного расследования, изложенными выше; - оглашенными показаниями свидетеля ФИО57, данными в ходе предварительного расследования, изложенными выше; - оглашенными показаниями свидетеля ФИО87, данными в ходе предварительного расследования, изложенными выше; - оглашенными показания свидетеля ФИО37, данными в ходе предварительного расследования, изложенными выше; - показаниями свидетеля ФИО59 в судебном заседании, а также оглашенными показаниями, данными им в ходе предварительного расследования, которые он подтвердил, изложенными выше; - оглашенными показаниями свидетеля ФИО41, данными в ходе предварительного расследования, изложенными выше; - оглашенными показаниями свидетеля ФИО42, данными в ходе предварительного расследования, изложенными выше; - показаниями свидетеля ФИО43, данными в судебном заседании, изложенными выше; - детализацией телефонных соединений абонентского №, согласно которой ДД.ММ.ГГГГ в 23 часа 52 минуты (по местному времени &lt;данные изъяты&gt;) с абонентского № поступил звонок на указанный абонентский номер, продолжительность звонка составила 403 секунды; - протоколом осмотра предметов (документов), согласно которому осмотрена детализация телефонных соединений абонентского №, находившегося в пользовании ФИО231 постановлением о признании и приобщении вещественных доказательств, согласно которому, признана и приобщена в качестве вещественного доказательства детализация телефонных соединений абонентского №, находившегося в пользовании ФИО232; - протоколом выемки, согласно которому у следователя ФИО41 изъят оптический диск с видеозаписью с участием ФИО4; - протоколом выемки, согласно которому у ФИО42 изъят оптический диск с аудиозаписями телефонных разговоров службы такси «&lt;данные изъяты&gt;»; - протоколом осмотра предметов (документов), осмотра и прослушивания фонограммы, согласно которому осмотрен оптический диск, осмотрена и прослушана находящаяся на диске видеозапись; осмотрен оптический диск, осмотрены и прослушаны фонограммы телефонных разговоров оператора службы такси «&lt;данные изъяты&gt;» при заказе автомобиля-такси; постановлением о признании и приобщении вещественных доказательств, согласно которому признаны и приобщены в качестве вещественных доказательств оптический диск с видеозаписью следственного действия с участием ФИО4, оптический диск с аудиозаписями телефонных разговоров ООО «&lt;данные изъяты&gt;»; - сведениями из &lt;данные изъяты&gt;, согласно которым ФИО4 содержался в данном учреждении с ДД.ММ.ГГГГ по ДД.ММ.ГГГГ; - сообщением из &lt;данные изъяты&gt;, согласно которому следственные действия с ФИО37 проводились только с участием следователя ФИО43 ДД.ММ.ГГГГ в период времени с 14 часов 45 минут до 17 часов 05 минут в кабинете №. По факту совершения хищения денежных средств, принадлежащих ФИО15 №2, подтверждается следующими исследованными в судебном заседании доказательствами, а именно: - оглашенными показаниями потерпевшей ФИО15 №2, данными в ходе предварительного расследования, согласно которым она проживает по ....; ее сын проживает отдельно и чаще всего звонит ей на телефон; ДД.ММ.ГГГГ в 02 часа 30 на стационарный телефон № с абонентского № позвонил мужчина, голос которого был похож на голос ее сына; мужчина, представившись ее сыном, сообщил, что совершил ДТП и находится в полиции, а затем пояснил, что передаст трубку следователю; затем, как ей показалось, трубку взял другой мужчина, который представился следователем ФИО233, который пояснил, чтобы отпустили ее сына необходимы деньги в сумме 300000 рублей; она ответила, что таких денег у нее нет, имеется 70000 рублей; тогда мужчина спросил у нее адрес ее места жительства – она сообщила; далее якобы следователь пояснил, что от его имени к ней подъедет его помощник, которому она должна передать деньги; спустя 10 минут в домой ее квартиры позвонили, она открыла дверь, в квартиру прошел ранее незнакомый парень, который сказал, что он от ФИО234; указанному парню в квартире по месту жительства по вышеуказанному адресу она передала 70000 рублей, парень взял деньги, пересчитал их и ушел; после чего она позвонила своему сыну, который пояснил, что с ним все в порядке, он находится дома со своей семьей; поняв, что ее обманули мошенники, похитили деньги, обратилась в полицию; ущерб является для нее значительным; впоследствии следователем ей был представлен для прослушивания видео файл с участием ФИО4, прослушав который, она уверенно узнала голос того мужчины, который звонил ей ДД.ММ.ГГГГ, представляясь сотрудником полиции; - оглашенными показаниями свидетеля ФИО55, данными в ходе предварительного расследования, согласно которым он проживает с женой; его мать ФИО15 №2 проживает по ....; в ее квартире установлен стационарный телефон №; ДД.ММ.ГГГГ он находился у себя дома; около 03 часов ДД.ММ.ГГГГ ему позвонила ФИО56 и спросила, где он находится и все ли с ним в порядке; он пояснил, что находится дома и с ним все в порядке; после чего со слов матери он узнал, что по указанию мужчины, который звонил ей по телефону, она передала 70000 рублей; он объяснил, что ее обманули, т.к. ДТП он не совершал, в связи с чем посоветовал обратиться в полицию; - показаниями свидетеля ФИО27, водителя такси «&lt;данные изъяты&gt;», в судебном заседании, а также оглашенными показаниями, данными в ходе предварительного расследования, которые он подтвердил, согласно им он, работая таксистом, ДД.ММ.ГГГГ выехал на работу; в 02 часа 38 минут ему поступила заявка от оператора на адрес: ....53; по пути следования на указанный адрес, ему позвонил неизвестный мужчина-клиент и сообщил, что необходимо проследовать в указанную в заявке квартиру, где якобы его мать должна передать деньги в сумме 70000 рублей, а также мужчина попросил сообщить его абонентский номер сотового телефона, что он и сделал; прибыв на адрес, поднялся в указанную квартиру, дверь которой ему открыла женщина и передала ему 70000 рублей; после чего он ушел из квартиры, по пути следования к машине, он разговаривал с этим мужчиной, который позвонил с абонентского № он попросил отправить деньги на № киви-кошелька; посредством мультикассы, расположенной на &lt;данные изъяты&gt;, он отправил на указанный номер киви-кошелька 10000 рублей; сообщил об этом мужчине; далее посредством мультикассы, расположенной на автозаправке по ...., отправил на номер киви-кошелька № 4500 рублей; затем по указанию мужчины через мультикассу, расположенную на .... у магазина «&lt;данные изъяты&gt;», отправил для проверки перевода на счет № деньги 500 рублей; после того как перевод был получен, он уже на &lt;данные изъяты&gt; через мультикассу отправил на счет кошелька № деньги в сумме 12 500 рублей; а в «&lt;данные изъяты&gt;» по .... отправил на № – 8000 рублей и на № – 34 000 рублей; при этом чеки о переводах, за исключением первого перевода на 10000 рублей, он сохранил и 3 000 рублей оставил себе в качестве вознаграждения; - оглашенными показания свидетеля ФИО40, данными в ходе предварительного расследования, изложенными выше; - оглашенными показаниями свидетеля ФИО57, данными в ходе предварительного расследования, изложенными выше; - оглашенными показаниями свидетеля ФИО87, данными в ходе предварительного расследования, согласно которым она знакома с ФИО4 с ДД.ММ.ГГГГ; поскольку ФИО4 находится в местах лишения свободы; они общались по сотовому телефону на протяжении года практически каждый день; ФИО4 постоянно звонил сам с различных номеров: № примерно ДД.ММ.ГГГГ он попросил ее, чтобы она пошла в &lt;данные изъяты&gt; и сделала пластиковую карту, сказав, что ФИО237 скинет ей денежные средства на данную пластиковую карту; она согласилась и оформила пластиковую карту на свое имя, номер карты №; к данной карте она привязала два сотовых номера, непосредственно свой номер сотового телефона, каким номером она пользовалась в тот момент, она не помнит, а также к данной карте она привязала номер сотового телефона ФИО4, какой номер ФИО4 был привязан к карте, она так же не помнит; номер карты она сообщила ФИО4; они договорились, что будут на данную карту класть денежные средства по мере поступления их и копить на собственные нужды; в конце октября 2015 года ФИО98 попросил ее подключить к данной карте «мобильный банк», чтобы видеть суммы зачисления по картам; ДД.ММ.ГГГГ в вечернее время около 19 часов на карту пришли денежные средства в сумме 14 500 рублей; ДД.ММ.ГГГГ в период с 10 часов 56 минут и в 10 часов 58 минут на карту пришли денежные зачисления: сначала в сумме 14 000 рублей, затем – 11 000 рублей; ДД.ММ.ГГГГ в период времени с 09 часов 36 минут до 10 часов 08 минут на карту пришли денежные средства в сумме 14 600 рублей, в сумме 14500 рублей, в сумме 14 500 рублей, в сумме 14 500 рублей, в сумме 14 500 рублей, в сумме 14 000 рублей, 14 000 рублей, 14 000 рублей, на общую сумму – 114 600 рублей; ДД.ММ.ГГГГ около 13 часов на карту пришли денежные средства в сумме 14 000 рублей; ДД.ММ.ГГГГ около 11 часов 25 часов на карту пришло зачисление в сумме 14 000 рублей; ДД.ММ.ГГГГ в период времени с 06 часов 24 минут до 06 часов 35 минут на карту пришли зачисления денежных средств в сумме 3 000 рублей, в сумме 14 500 рублей, в сумме 14 500 рублей, в сумме 14 500 рублей, в сумме 5 300 рублей, в сумме 14 500 рублей, в сумме 14 500 рублей, в сумме 14 500 рублей, в сумме 5 300 рублей, общая сумма составила 100 600 рублей; ФИО4 пояснял, что данные денежные средства он выигрывает в карты, а также ему возвращают долги; часть денежных средств она потратила на приобретение продуктов питания для ФИО4, часть денежных средств она скидывала на номера ФИО4 и на номера карт, которые ей продиктовал ФИО4; следователем для прослушивания был предъявлен файл с названием «№», после прослушивания которой с уверенностью узнала голос ФИО4, поскольку разговаривала с ФИО4 каждый день по телефону и хорошо знает его голос; - оглашенными показаниями свидетеля ФИО37, изложенными выше; - показаниями свидетеля ФИО59 в судебном заседании, а также оглашенными показаниями, данными им в ходе предварительного расследования, которые он подтвердил, изложенными выше; - оглашенными показаниями свидетеля ФИО58, данными в ходе предварительного расследования, согласно которым у неё в пользовании имеется пластиковая карта банка «&lt;данные изъяты&gt;», которая оформлена на её имя, номер карты №, ее она получила примерно ДД.ММ.ГГГГ; к карте подключена услуга «мобильный банк», то есть ей на сотовый телефон № приходит смс уведомление о производящих операциях с её пластиковой карты; номер карты знал её супруг ФИО59, который содержится в следственном изоляторе № ....; ДД.ММ.ГГГГ около 17 часов 32 минут ей на сотовый телефон пришло смс уведомление о том, что на принадлежащую ей пластиковую карту пришли денежные средства в сумме 10 000 рублей; после чего ей позвонил супруг, спросил, пришли ли деньги, просил, чтобы она на данные денежные средства сделала передачу продуктов питания в следственный изолятор №, где он содержался; ДД.ММ.ГГГГ около 00 часов 39 минут на принадлежащую ей пластиковую карту пришли денежные средства в сумме 1 500 рублей; ДД.ММ.ГГГГ около 13 часов 58 минут ей на сотовый телефон пришло смс уведомление, что на принадлежащую ей пластиковую карту произведено два зачисления денежных средств по 14 500 рублей, всего 29 000 рублей; в вечернее время ей на сотовый телефон позвонил её супруг, спросил про деньги, она ответила, что пришли; он вновь сказал ей, чтобы на данные денежные средства купила продуктов питания, сигарет и чая и передала все это в &lt;данные изъяты&gt;; - оглашенными показаниями свидетеля ФИО88, данными в ходе предварительного расследования, согласно которым у неё в пользовании имеется пластиковая карта «&lt;данные изъяты&gt;», номер которой №, данная карта зарегистрирована на её имя; к карте подключена услуга мобильного банка, которая привязана к абонентскому №; данной картой пользуется только она; номер своей карты она сообщила ФИО60, чтобы на принадлежащую ей пластиковую карту перечислялись денежные средства, которые она могла снять и приобрести на данные денежные средства продукты питания, в том числе табачные продукты и передавать их через передачи в следственный изолятор № ....; ДД.ММ.ГГГГ около 11 часов 01 минуты на её пластиковую карту поступили денежные средства в сумме 14 650 рублей, после чего в 11 часов 02 минуты – пришли денежные средства в сумме 14 650 рублей, около 11 часов 04 минут – денежные средства в сумме 840 рублей; ДД.ММ.ГГГГ около 12 часов 16 минут на принадлежащую ей пластиковую карту пришли денежные средства в сумме 14 650 рублей, в 12 часов 17 минут – денежные средства в сумме 14650 рублей, около 12 часов 20 минут – в сумме 9 750 рублей; на следующий день позвонила ФИО241 и сказала, что необходимо на данные средства приобрести сигареты, которые впоследствии необходимо передать в следственный изолятор, что она и сделала; приобретенные в магазине ФИО16 сигареты она оставляла там; кто забирал сигареты с магазина, она не знала; ДД.ММ.ГГГГ около 00 часов 15 минут ей пластиковую карту пришли денежные средства в сумме 14 500 рублей, около 00 часов 21 минуту – денежные средства в сумме 14 500 рублей, около 00 часов 22 минут – в сумме 14 500 рублей, и около 00 часов 24 минут – в сумме 5 300 рублей; ДД.ММ.ГГГГ около 17 часов 14 минут на карту пришли деньги в сумме 14 600 рублей, и около 17 часов 16 минут – в сумме 12 900 рублей; она сняла денежные средства с карты, которые были ей перечислены ДД.ММ.ГГГГ и ДД.ММ.ГГГГ и приобрела сигареты в магазине у ФИО242, оставив их в данном магазине; ДД.ММ.ГГГГ в период времени с 06 часов 35 минут до 07 часов 04 минут ей на её карту стали приходить денежные средства различными суммами по 14 500 рублей, по 10 400 рублей, по 5 000 рублей, по 4 500 рублей, общая сумма денежного перечисления составила 150 600 рублей; в этот день ей на принадлежащий ей сотовый телефон позвонил ранее не известный номер и ранее не известный ей голос парня, который назвал её по имени и спросил, пришли ли на её пластиковую карту денежные средства и попросил её снять данные деньги с карты, заказать на них сигарет; на следующий она в магазине к ФИО243 заказала примерно три коробки сигарет, за которые оставила денежные средства, которые ей были перечислены на её карту; заказав сигареты, она оставила денежные средства в магазине у ФИО244, от которой ей позже стало известно о том, что ту сумму денежных средств, которые ей перечислили на карту, забрали ранее не известные лица; следователем ей был предоставлен на прослушивание файл с названием: «№», прослушав который, она услышала там голос парня; с уверенностью может утверждать, что это он звонил ей на сотовый телефон примерно ДД.ММ.ГГГГ и спрашивал, пришли ли ей деньги на карту; - оглашенными показаниями свидетеля ФИО60, данными в ходе предварительного расследования, согласно которым она ДД.ММ.ГГГГ оформлена в качестве ИП, имеет магазин по адресу: ...., где осуществляет торговлю табачными изделиями; у нее имеется в пользовании банковская карта «&lt;данные изъяты&gt;», к которой подключена услуга «Мобильный банк» с привязкой к находящемуся в ее пользовании №; на данную карту ей поступают денежные средства от поставщиков продукции, а также от осужденных и их родственников, на стекле витрины ее киоска указан ее номер телефона для того, чтобы можно было сделать заказ по телефону, затем она забирает заказ и передает его клиенту; - оглашенными показаниями свидетеля ФИО41, данными в ходе предварительного расследования, изложенными выше; - оглашенными показаниями свидетеля ФИО42, данными в ходе предварительного расследования, изложенными выше; - показаниями свидетеля ФИО43 в судебном заседании, изложенными выше; - детализацией телефонных соединений абонентского номера №, согласно которой ДД.ММ.ГГГГ в 02 часа 30 минут (по местному времени &lt;данные изъяты&gt;) с абонентского № поступил звонок на данный абонентский номер, продолжительность разговора составила 994 секунды; - протоколом осмотра предметов (документов), согласно которому осмотрена указанная детализация; постановлением о признании и приобщении вещественных доказательств, согласно которому признана и приобщена в качестве вещественного доказательства указанная детализация; - детализацией №, согласно которой имеют место соединения данного абонентского номера, находившегося в пользовании ФИО11, с абонентским №, находившимся в пользовании ФИО4, в период с 02 часов 42 минут до 03 часов 43 минут ДД.ММ.ГГГГ (по местному времени &lt;данные изъяты&gt;); протокол осмотра предметов (документов), согласно которому осмотрена данная детализация номера №; постановлением о признании и приобщении вещественных доказательств, согласно которому признана и приобщена в качестве вещественного доказательства детализация указанного номера; - детализацией соединений абонентского № за период с ДД.ММ.ГГГГ 00:00 часов по ДД.ММ.ГГГГ 23:59 часов с указанием базовых станций, номеров IMEI, согласно которой имеют место соединения (исходящие звонки) абонентского № с абонентским №, находившимся в пользовании ФИО245 за период с 00:01 часов до 00:43 часов ДД.ММ.ГГГГ (по московскому времени), а также указаны базовые станции на стороне абонента № – ....; - протоколом осмотра предметов (документов), согласно которому осмотрена детализация соединений абонентского №; постановлением о признании и приобщении вещественных доказательств, согласно которому признана и приобщена в качестве вещественного доказательства детализация соединений абонентского №; - информацией о движении денежных средств по учетным записям № на оптическом диске; - протоколом осмотра предметов (документов), согласно которому осмотрен названный оптический диск, где установлено наличие транзакций по учетным записям №, в том числе ДД.ММ.ГГГГ в 00:12 терминал №, проведен платеж на сумму 14 625 рублей, в 00:17 терминал №, проведен платеж на сумму 4 875 рублей, в 01:13 часов терминал №, проведен платеж на сумму 4 500 рублей, в 01:30 проведен платеж на сумму 450 рублей, в 02:14 часов и 02:15 часов ООО «Евросеть Ритейл» проведены платежи на суммы 7 000 рублей и 1 000 рублей - на №; в 02:18 в 02:19 дважды ООО «&lt;данные изъяты&gt;» проведены платежи в суммах 15 000 рублей, 15 000 рублей и 4 000 рублей – на №; постановлением о признании и приобщении вещественных доказательств, согласно которому признан и приобщен в качестве вещественного доказательства указанный оптический диск с информацией о движении денежных средств по абонентским номерам №; - протоколом выемки, согласно которому у ФИО246 изъяты кассовые чеки о переводе денежных средств в количестве 7 штук; протоколом осмотра предметов (документов), согласно которому осмотрены изъятые у ФИО247 кассовые чеки; постановлением о признании и приобщении вещественных доказательств, согласно которому признаны и приобщены в качестве вещественных доказательств данные кассовые чеки; - выписками по счетам банковских карт «&lt;данные изъяты&gt;» №, открытой на имя ФИО88, №, открытой на имя ФИО87, за период с ДД.ММ.ГГГГ по ДД.ММ.ГГГГ, согласно которым на счет карты ФИО61 поступали денежные средства различными суммами, в том числе ДД.ММ.ГГГГ с абонентского №, на счет карты ФИО87 поступали денежные средства различными суммами, в том числе ДД.ММ.ГГГГ с абонентского номера №; - протоколом осмотра предметов (документов), согласно которому осмотрены выписки по счету банковской карты «&lt;данные изъяты&gt;» №, банковской карты «&lt;данные изъяты&gt;» № за период с ДД.ММ.ГГГГ по ДД.ММ.ГГГГ; /т.8 л.д.119-122/ постановлением о признании и приобщении вещественных доказательств, согласно которому признаны и приобщены в качестве вещественных доказательств указанные выписки по счетам названных банковских карт; - протоколом выемки, согласно которому у ФИО41 изъят оптический диск с видеозаписью с участием ФИО4; - протоколом выемки, согласно которому у ФИО42 изъят оптический диск с аудиозаписями телефонных разговоров службы такси «&lt;данные изъяты&gt;»; - протоколом осмотра предметов (документов), осмотра и прослушивания фонограммы, согласно которому осмотрен оптический диск, осмотрена и прослушана находящаяся на диске видеозапись с участием ФИО8; осмотрен оптический диск, осмотрены и прослушаны фонограммы телефонных разговоров оператора службы такси «&lt;данные изъяты&gt;» при заказе автомобиля-такси; постановлением о признании и приобщении вещественных доказательств, согласно которому осмотренное признано и приобщено в качестве вещественных доказательств; - сведениями из &lt;данные изъяты&gt;, согласно которым ФИО4 содержался в данном учреждении с ДД.ММ.ГГГГ по ДД.ММ.ГГГГ; - сообщением из &lt;данные изъяты&gt; согласно которому следственные действия с ФИО37 проводились только с участием следователя ФИО43 ДД.ММ.ГГГГ в период времени с 14 часов 45 минут до 17 часов 05 минут в кабинете №. По факту совершения покушения на хищение денежных средств, принадлежащих ФИО15 №14, подтверждается следующими исследованными в судебном заседании доказательствами, а именно: - оглашенными показаниями потерпевшей ФИО15 №14, данными в ходе предварительного расследования, согласно которым она проживает в ....; в 04 часа 50 минут ДД.ММ.ГГГГ ей на стационарный телефон поступил звонок с абонентского №; звонил незнакомый мужчина, который представился сотрудником полиции и сообщил, что ее внук совершил ДТП, сбил девушку, и чтобы его отпустили из полиции необходимы деньги; затем трубку взял, как ей показалось, другой мужчина, голос которого был похож на голос ее внука ФИО248, поскольку мужчина назвал ее бабушкой и спросил, поможет ли она ему; после этого трубку снова взял якобы сотрудник полиции и сказал, что для решения вопроса с ее внуком нужны деньги в сумме 100000 рублей; она ответила, что у нее имеется 50000 рублей; с указанной суммой якобы сотрудник полиции согласился, пояснив, что ей нужно собственноручно написать показания; при этом она никому не должна звонить; после этого она убедилась, что ей звонят мошенники и положила трубку; затем она позвонила своему внуку ФИО248 и убедилась, что тот находится дома и с ним все в порядке. Тогда она обратилась в полицию; в случае, если бы она передала мошенникам денежные средства в сумме 50000 рублей, ей был бы причинен значительный материальный ущерб; в ходе допроса следователем был представлен для прослушивания видеофайл с участием ФИО4, прослушав который, она уверено узнала голос ФИО4, как мужчины, который звонил ей, представлялся сотрудником полиции и требовал деньги; - оглашенными показаниями свидетеля ФИО62, данными в ходе предварительного расследования, согласно которым его бабушка ФИО15 №14 проживает по ....; у нее в доме установлен телефон абонентский №; ДД.ММ.ГГГГ он находился в ...., где и остался ночевать; около 05 часов ДД.ММ.ГГГГ ему позвонила бабушка, судя по голосу, она была испугана, взволнована, спросила, где он находится; он ответил, что у него все в порядке; со слов бабушки он узнал, что ей позвонили неизвестные и сообщили, что он совершил ДТП и ему нужны деньги 100000 рублей; впоследствии бабушка обратилась в полицию; - оглашенными показаниями свидетеля ФИО40, данными в ходе предварительного расследования, изложенными выше; - оглашенными показаниями свидетеля ФИО57, данными в ходе предварительного расследования, изложенными выше; - оглашенными показаниями свидетеля ФИО87, данными в ходе предварительного расследования, изложенными выше; - оглашенными показаниями свидетеля ФИО37, данными в ходе предварительного расследования, изложенными выше; - показаниями свидетеля ФИО59 в судебном заседании, а также оглашенными показаниями, данными им в ходе предварительного расследования, которые он подтвердил, изложенными выше; - оглашенными показаниями свидетеля ФИО41, данными в ходе предварительного расследования, изложенными выше; - оглашенными показаниями свидетеля ФИО42, данными в ходе предварительного расследования, изложенными выше; - показаниями свидетеля ФИО43 в судебном заседании, изложенными выше; - детализацией телефонных соединений №, находившегося в пользовании ФИО250, согласно которой ДД.ММ.ГГГГ в 04 часа 50 минут (по местному времени &lt;данные изъяты&gt;) с абонентского № поступил звонок на указанный абонентский номер ФИО250, продолжительность разговора составила 356 секунд; - протоколом осмотра предметов (документов), согласно которому осмотрена детализация телефонных соединений указанного выше абонентского №; постановлением о признании и приобщении вещественных доказательств, согласно которому признана и приобщена в качестве вещественного доказательства данная детализация телефонных соединений; - детализацией данных абонентского №, находившегося в пользовании ФИО4, согласно которой зафиксированы телефонные соединения абонентского №, в том числе ДД.ММ.ГГГГ в 01 час 50 минут (по московскому времени) с абонентским №, а также указаны базовые станции на стороне абонента №; - протоколом осмотра предметов (документов), согласно которому осмотрена указанная детализация данных абонентского №; постановлением о признании и приобщении вещественных доказательств, согласно которому признана и приобщена в качестве вещественного доказательства данная детализация; - протоколом выемки, согласно которому у ФИО41 изъят оптический диск с видеозаписью с участием ФИО4; - протоколом выемки, согласно которому у ФИО42 изъят оптический диск с аудиозаписями телефонных разговоров службы такси «&lt;данные изъяты&gt;»; - протоколом осмотра предметов (документов), осмотра и прослушивания фонограммы, согласно которому осмотрен оптический диск, осмотрена и прослушана находящаяся на диске видеозапись; осмотрен оптический диск, осмотрены и прослушаны фонограммы телефонных разговоров оператора службы такси «&lt;данные изъяты&gt;» при заказе автомобиля-такси; постановлением о признании и приобщении вещественных доказательств, согласно которому признаны и приобщены в качестве вещественных доказательств указанные оптические диски; - сведениями из &lt;данные изъяты&gt;, согласно которым ФИО4 содержался в данном учреждении с ДД.ММ.ГГГГ по ДД.ММ.ГГГГ; - сообщением из &lt;данные изъяты&gt;, согласно которому следственные действия с ФИО37 проводились только с участием следователя ФИО43 ДД.ММ.ГГГГ в период времени с 14 часов 45 минут до 17 часов 05 минут в кабинете №. По факту совершения покушения на хищение денежных средств, принадлежащих ФИО28, подтверждается следующими исследованными в судебном заседании доказательствами, а именно: - оглашенными показаниями потерпевшей ФИО28, данными в ходе предварительного расследования, согласно которым она проживает по ....; ДД.ММ.ГГГГ в 05 часов 01 минуту ей на стационарный телефон № позвонил незнакомый мужчина, который представился следователем и пояснил, что ее сын совершил ДТП и ему нужна помощь; затем он передал трубку, как ей показалось, другому мужчине, который представился ей сыном и сказал, что сбил человека и ему нужны деньги; после чего трубку снова взял, как ей показалось, мужчина якобы следователь, который пояснил, что потребуется 500 000 рублей; она ответила, что у нее имеется только 290 000 рублей; мужчина попросил ее назвать абонентский номер ее сотового телефона, она сообщила ему №, пояснив, что денежные средства у нее находится на счете в банке; мужчина сказал, что деньги со счета необходимо снять, сказав, что 290 000 рублей будет достаточно и затем положил трубку, пояснив, что перезвонит; в это время она находилась дома с внуком ФИО252, который по ее просьбе позвонил ее сыну ФИО253 и рассказал о звонке; сын пояснил, что у него все хорошо и посоветовал обратиться в полицию; около 08 часов 15 минут ДД.ММ.ГГГГ на ее сотовый телефон № поступил звонок с номера №; звонил тот же мужчина, якобы сотрудник полиции и пояснил еще раз, что нужны деньги, спросил какая сумма денег у нее точно имеется; она пояснила, что имеется 20 000 рублей; мужчина сказал, что ему нужно посоветоваться и положил трубку; после с данного абонентского номера № в 08 часов 17 минут и в 08 часов 35 минут ДД.ММ.ГГГГ ей на телефон позвонил этот же мужчина и просил ее съездить в банк и снять денежные средства со счета, на что она ответила, что не может этого сделать, так как она пожилой человек и ей сложно передвигаться; мужчина предложил ей вызвать такси, на что она отказалась, тогда он пообещал отправить за ней машину, чтобы съездить в банк, и посоветовал ей никому не звонить и ничего не рассказывать; затем разговор был прерван, она сама перезвонила на тот номер, с которого ей поступали звонки; трубку взял якобы сотрудник полиции, которому она пояснила, что заняла денежные средства в сумме 150 000 рублей у соседки; если бы она передала данному мужчине денежные средства в сумме 290 000 рублей, ей бы был причинен значительный материальный ущерб; впоследствии следователем ей для прослушивания был предъявлен видеофайл с участием ФИО8, прослушав который, она узнала голос ФИО98, как мужчины, который звонил ей, представляясь сотрудником полиции, требовал у нее деньги; - оглашенными показаниями свидетеля ФИО64, данными в ходе предварительного расследования, согласно которым ДД.ММ.ГГГГ он ночевал у своей бабушки ФИО28, которая проживает по адресу ....; утром ДД.ММ.ГГГГ около 05 часов 00 минут, он и бабушка проснулись от звонка на стационарный телефон; он слышал, как ФИО15 №15 стала разговаривать по телефону, позже со слов ее ему стало известно о том, что это звонил мужчина, который представился следователем, и пояснил, что сын бабушки попал в беду, после чего передал телефонную трубку якобы сыну бабушки и он сказал, что попал в аварию и сбил человека, который умер, и ему нужна помощь; затем следователь пояснил, что нужно 500 000 рублей, чтобы решить данный вопрос; он слышал, что бабушка пояснила, что такой суммы у нее нет, а имеется только 290 000 рублей, так же данный мужчина попросил сотовый номер бабушки и она ему его назвала, добавил, что нужно «порешать» по данному вопросу и он позднее перезвонит; в 07 часов он позвонил ФИО66 (№) и узнал, что у него все хорошо; посоветовал вызвать сотрудников полиции, что они с бабушкой и сделали; в 08 часов ДД.ММ.ГГГГ на бабушкин абонентский номер (№) поступил звонок с ранее ей не знакомого номера (№), с которого звонил все тот же мужчина который представился следователем и пояснил, что нужно ехать в банк и снимать сумму со счета, но бабушка сказала, что она старая и никуда не может ехать, он ей предложил вызвать такси, на что она отказалась, после он прекратил разговор, сказал, что перезвонит позже; минут через 10-15 ДД.ММ.ГГГГ данный мужчина снова позвонил с этого же номера и стал убеждать, что необходимо поехать в банк, а также спросил, сколько денежных средств у нее имеется дома, она пояснила, что 20 000 рублей, после чего он сказал, что перезвонит; но через некоторое время бабушка перезвонила ему сама и сказала, что у нее в наличии имеется 150 000 рублей, мужчина – следователь стал спрашивать, где она их взяла, на что бабушка пояснила, что заняла у соседки; но мужчина стал настаивать, чтобы бабушка съездила в банк и сняла денежные средства в сумме 290 000 рублей, так как 150000 рублей маленькая сумма и нужно больше денег, и что он сейчас решит вопрос и пришлет автомобиль за ней, чтобы съездить в банк и позже перезвонит; после больше звонков не было, бабушка около 11 часов ДД.ММ.ГГГГ еще раз набрала на абонентский №, но данный номер был уже не доступен; - оглашенными показаниями свидетеля ФИО66, данными в ходе предварительного расследования, согласно которым он является сыном ФИО28, которая проживает по адресу: ....; у нее установлен стационарный телефон с абонентским номером №; ДД.ММ.ГГГГ в утреннее время он узнал, что его матери звонили мошенники, убеждали ее заплатить денежные средства, для того чтобы не возбуждалось уголовное дело в отношении него; однако он ни в какое дорожно-транспортное происшествие не попадал; - оглашенными показаниями свидетеля ФИО40, данными в ходе предварительного расследования, изложенными выше; - оглашенными показаниями свидетеля ФИО57, данными в ходе предварительного расследования, изложенными выше; - оглашенными показаниями свидетеля ФИО87, данными в ходе предварительного расследования, изложенными выше; - оглашенными показания свидетеля ФИО37, данными в ходе предварительного расследования, изложенными выше; - показаниями свидетеля ФИО59 в судебном заседании, а также оглашенными показаниями, данными им в ходе предварительного расследования, которые он подтвердил, изложенными выше; - оглашенными показаниями свидетеля ФИО41, данными в ходе предварительного расследования, изложенными выше; - оглашенными показаниями свидетеля ФИО42, данными в ходе предварительного расследования, изложенными выше; - показаниями свидетеля ФИО43 в судебном заседании, изложенными выше; - детализацией данных абонентского №, находившегося в пользовании ФИО4, согласно которой зафиксированы телефонные соединения абонентского №, в том числе ДД.ММ.ГГГГ в 02 часа 01 минуту (по московскому времени) с абонентским номером №, а также указаны базовые станции на стороне абонента №; - протоколом осмотра предметов (документов), согласно которому осмотрена указанная детализация данных абонентского номера №; постановлением о признании и приобщении вещественных доказательств, согласно которому признана и приобщена в качестве вещественного доказательства данная детализация; - детализацией телефонных соединений абонентского номера №, находившегося в пользовании ФИО254, согласно которой ДД.ММ.ГГГГ в 05 часов 01 минут (по местному времени &lt;данные изъяты&gt;) с абонентского № поступил звонок на абонентский №, продолжительность разговора составила 706 секунд; - протоколом осмотра предметов (документов), согласно которому осмотрена детализация телефонных соединений указанного абонентского номера; постановлением о признании и приобщении вещественных доказательств, согласно которому признана и приобщена в качестве вещественного доказательства данная детализация телефонных соединений; - протоколом выемки, согласно которому у ФИО41 изъят оптический диск с видеозаписью с участием ФИО4; - протоколом выемки, согласно которому у ФИО42 изъят оптический диск с аудиозаписями телефонных разговоров службы такси «&lt;данные изъяты&gt;»; - протоколом осмотра предметов (документов), осмотра и прослушивания фонограммы, согласно которому осмотрен оптический диск, осмотрена и прослушана находящаяся на диске видеозапись; осмотрен оптический диск, осмотрены и прослушаны фонограммы телефонных разговоров оператора службы такси «&lt;данные изъяты&gt;» при заказе автомобиля-такси; постановлением о признании и приобщении вещественных доказательств, согласно которому признаны и приобщены в качестве вещественных доказательств указанные оптические диски; - сведениями из &lt;данные изъяты&gt;, согласно которым ФИО8 содержался в данном учреждении с ДД.ММ.ГГГГ по ДД.ММ.ГГГГ; - сообщением из &lt;данные изъяты&gt;, согласно которому следственные действия с ФИО37 проводились только с участием следователя ФИО43 ДД.ММ.ГГГГ в период времени с 14 часов 45 минут до 17 часов 05 минут в кабинете №. По факту совершения хищения денежных средств, принадлежащих ФИО15 №3, подтверждается следующими исследованными в судебном заседании доказательствами, а именно: - показаниями потерпевшей ФИО15 №3 в судебном заседании, которая пояснила, что проживает совместно с супругом по адресу ....; ДД.ММ.ГГГГ около 05 часов 30 минут она находилась дома одна; в это время раздался телефонный звонок на стационарный телефон, установленный в ее доме, с абонентским №; в трубке телефона она услышала мужской голос, ей показалось, что это голос ее сына ФИО67; мужчина стал говорить, что попал в дорожно-транспортное происшествие, то есть сбил девушку на смерть, что сейчас он находится в отделении полиции и для того, чтобы его отпустили домой, необходимо дать взятку сотрудникам полиции, сказал, что нужна сумма в 300 000 рублей; она ответила, что у нее есть 60 000 рублей, на что он сказал, что необходимо передать хотя бы данную сумму, остальную можно принести потом; также мужчина спросил у неё номер сотового телефона, она дала ему свой номер; сразу же раздался телефонный звонок на ее сотовый телефон, время было около 06 часов; звонивший мужчина стал спрашивать, где она живет, чтобы приехать и забрать деньги, так как ее сын сам приехать не сможет; она назвала ему свой адрес; после чего она стала звонить на сотовый телефон своему сыну, однако он не брал трубку; около 06 часов 30 минут ДД.ММ.ГГГГ ей на сотовый телефон вновь раздался звонок, и мужчина, с которым она разговаривала ранее, стал говорить ей, что к ее дому подъехал автомобиль такси; она вышла из дома на улицу и увидела, что около ее дома стоит ранее неизвестный ей автомобиль серого цвета, она подошла к водителю такси и передала ему денежные средства в сумме 60 000 рублей; спустя несколько минут ей на сотовый телефон позвонил ее сын, она спросила, что с ним произошло, на что он ответил, что с ним все хорошо, что он спит дома; причиненный ущерб в сумме 60 000 рублей для нее является значительным; впоследствии следователем ей для прослушивания был предоставлен видеофайл с названием «&lt;данные изъяты&gt;», прослушав который, она уверенно узнала голос парня – ФИО4, как голос мужчины, который звонил ей на стационарный телефон и представлялся ее сыном; - оглашенными показаниями свидетеля ФИО67, данными в ходе предварительного расследования, согласно которым он проживает с мамой ФИО15 №3 и отцом в частном доме по адресу: ....; в доме установлен стационарный телефон с абонентским №; ДД.ММ.ГГГГ он не ночевал дома, мама его была дома одна, поскольку отец находился на суточной смене; ДД.ММ.ГГГГ около 06 часов ему на сотовый телефон позвонила мама, ее голос был взволнован, он успокоил ее, сказал, что находится дома у своей подруги; с ее слов он узнал о том, что ей позвонил неизвестный и от его имени, сообщил, что совершил дорожно-транспортное происшествие и ему нужны деньги, она поверила и передала через таксиста 60000 рублей; он посоветовал ей обратиться в полицию, поскольку в дорожно-транспортное происшествие он не попадал, никого не сбивал; - показаниями свидетеля ФИО29, водителя такси «&lt;данные изъяты&gt;», в судебном заседании, а также оглашенными показаниями, данными в ходе предварительного расследования, которые он подтвердил, согласно им он периодически подрабатывая водителем в такси; ДД.ММ.ГГГГ примерно в 05 часов 20 минут от диспетчера такси через приложение, установленное на сотовый телефон, он получил заказ на адрес ....; следуя на данный адрес, оператор такси «&lt;данные изъяты&gt;» соединил его с клиентом-мужчиной; в ходе разговора мужчина пояснил ему, что находится в &lt;данные изъяты&gt;, и поэтому ему необходимо подъехать на вышеуказанный адрес, где ему передадут денежные средства, которые он должен будет отправить при помощи «&lt;данные изъяты&gt;»; также он попросил его продиктовать его абонентский номер сотового телефона, для того чтобы перезвонить напрямую, не через оператора такси; когда он подъехал к нужному адресу, то оповестил оператора об этом и стал ожидать; в 06 часов 11 минут ДД.ММ.ГГГГ ему поступил входящий звонок с ранее неизвестного ему абонентского №; звонок был от клиента, который уточнил, на месте ли он; затем он отменил заказ; он поехал работать, но через некоторое время этот же мужчина с того же абонентского № позвонил ему и попросил проследовать к снова дому по ....; когда он туда подъехал, к нему подошла ранее незнакомая женщина на вид 60-65 лет, рост около 155-160 см, которая передала ему деньги в сумме 60 000 рублей, вся сумма была купюрами по 5 000 рублей; с указанной денежной суммой он поехал на .... в салон сотовой связи «&lt;данные изъяты&gt;», так как знал что данный салон работает круглосуточно, для того чтобы перевести деньги на киви кошельки, как его и просил клиент; во время следования в салон сотовой связи, ему с абонентского № позвонил этот же мужчина и спросил про деньги, он заверил его, что деньги забрал; в салоне ему вновь позвонил данный мужчина с абонентского №, назвал ему номера «&lt;данные изъяты&gt;», на которые он должен был перевести денежные средства; затем он перевел денежные средства в сумме 40 000 рублей на киви кошелек №, 15000 – № и 5 000 рублей оставил себе за работу, как о том договаривались с клиентом, который вновь позвонил ему с абонентского № и сказал, что деньги ему пришли и что чеки можно выбросить; чеки он сохранил; ДД.ММ.ГГГГ в 09 часов 30 минут, а также в 10 часов 03 минуты на его сотовый телефон № вновь поступили телефонные звонки с абонентского номера №, а ДД.ММ.ГГГГ в 01 час 01 минуту с абонентского номера №, звонил тот же мужчина, интересовался таксует ли он; он ответил, что не работает, тогда тот положил трубку; впоследствии следователем для прослушивания ему был предъявлен видеофайл под названием «&lt;данные изъяты&gt;», прослушав фрагмент данного видеофайла, он уверенно узнал голос мужчины, который звонил ему на сотовый телефон ДД.ММ.ГГГГ, а также ДД.ММ.ГГГГ, ДД.ММ.ГГГГ и просил забрать, а затем перечислить ему денежные средства; - оглашенными показаниями свидетеля ФИО40, данными в ходе предварительного расследования, изложенными выше; - оглашенными показаниями свидетеля ФИО57, данными в ходе предварительного расследования, изложенными выше; - оглашенными показаниями свидетеля ФИО87, данными в ходе предварительного расследования, изложенными выше; - оглашенными показаниями свидетеля ФИО255, данными в ходе предварительного расследования, изложенными выше; - показаниями свидетеля ФИО59 в судебном заседании, а также оглашенными показаниями, данными им в ходе предварительного расследования, которые он подтвердил, изложенными выше; - оглашенными показаниями свидетеля ФИО88, данными в ходе предварительного расследования, изложенными выше; - оглашенными показаниями свидетеля ФИО60, данными в ходе предварительного расследования, изложенными выше; - оглашенными показаниями свидетеля ФИО41, данными в ходе предварительного расследования, изложенными выше; - оглашенными показаниями свидетеля ФИО42, данными в ходе предварительного расследования, изложенными выше; - показаниями свидетеля ФИО43 в судебном заседании, изложенными выше; - детализацией данных абонентского №, находившегося в пользовании ФИО15 №3, согласно которой имеют место телефонные соединения данного абонентского номера с абонентским № в 06:04, 06:06, 06:09, 06:16 часов (по местному времени &lt;данные изъяты&gt;) ДД.ММ.ГГГГ; - детализацией телефонных соединений абонентского № находившегося в пользовании ФИО15 №3, согласно которой имеют место телефонные соединения абонентского № с абонентским № в 05:46, 06:05 часов (по местному времени &lt;данные изъяты&gt;) ДД.ММ.ГГГГ; - детализацией данных абонентского №, находившегося в пользовании ФИО4, согласно которой указаны телефонные соединения абонентского №, в том числе с абонентским № в 02:46, 03:03, 03:06 часов (по московскому времени) ДД.ММ.ГГГГ, с абонентским № в 03:04, 03:06, 03:09, 03:16, 03:17, 03:13 часов (по московскому времени) ДД.ММ.ГГГГ; с абонентским № в 05:37 часов (по московскому времени) ДД.ММ.ГГГГ; - информацией о движении денежных средств по учетным записям &lt;данные изъяты&gt; по абонентским № на оптическом диске; - протоколом осмотра предметов (документов), согласно которому осмотрен названный оптический диск, где установлено наличие транзакций по учетным записям №, № в том числе в 03:51 ООО «&lt;данные изъяты&gt;» проведен платеж на сумму 15 000 рублей - на №; в 03:49 трижды ООО «&lt;данные изъяты&gt;» проведены платежи в суммах 15 000 рублей, 15 000 рублей и 10 000 рублей – на №; постановлением о признании и приобщении вещественных доказательств, согласно которому признан и приобщен в качестве вещественного доказательства указанный оптический диск; - протоколом выемки, согласно которому у ФИО29 изъяты чеки о переводе денежных средств от ДД.ММ.ГГГГ; - протоколом осмотра предметов, согласно которому осмотрены изъятые кассовые чеки: № от ДД.ММ.ГГГГ; № от ДД.ММ.ГГГГ; № от ДД.ММ.ГГГГ; № от ДД.ММ.ГГГГ; протоколом осмотра предметов, согласно которому осмотрена детализация данных абонентского №; протоколом осмотра предметов, согласно которому осмотрена детализация данных абонентского №; протоколом осмотра предметов, согласно которому осмотрена детализация данных абонентского №; постановлением о признании и приобщении в качестве вещественных доказательств, согласно которому осмотренные чеки и детализации признаны и приобщены в качестве вещественных доказательств; - выпиской по счету банковской карты «&lt;данные изъяты&gt;» №, открытой на имя ФИО256, за период с ДД.ММ.ГГГГ по ДД.ММ.ГГГГ, согласно которой на счет ее карты поступали денежные средства различными суммами, в том числе ДД.ММ.ГГГГ с абонентского №; - протоколом осмотра предметов (документов), согласно которому осмотрена выписка по счету указанной банковской карты; постановлением о признании и приобщении вещественных доказательств, согласно которому осмотренное признано и приобщено в качестве вещественных доказательств; - протоколом выемки, согласно которому у ФИО41 изъят оптический диск с видеозаписью с участием ФИО8; - протоколом выемки, согласно которому у ФИО42 изъят оптический диск с аудиозаписями телефонных разговоров службы такси &lt;данные изъяты&gt;»; - протоколом осмотра предметов (документов), осмотра и прослушивания фонограммы, согласно которому осмотрен оптический диск, осмотрена и прослушана находящаяся на диске видеозапись, произведенная с участием ФИО4; осмотрен оптический диск, осмотрены и прослушаны фонограммы телефонных разговоров оператора службы такси «&lt;данные изъяты&gt;»; постановлением о признании и приобщении вещественных доказательств, согласно которому признаны и приобщены в качестве вещественных доказательств оптический диск с видеозаписью следственного действия с участием ФИО4, оптический диск с аудиозаписями телефонных разговоров ООО «&lt;данные изъяты&gt;»; - заключением экспертов №, согласно которому приведено дословное содержание разговоров, имеющихся на оптическом диске «&lt;данные изъяты&gt;», где установлено, что в разговорах, обозначенных экспертами как спорные фонограммы 2-4, 7-9, 10-12, 16, 18, 19 принимает участие ФИО4, в том числе в фонограммах 9, 12 – по эпизоду потерпевшей ФИО94; - сведениями из &lt;данные изъяты&gt;, согласно которым ФИО4 содержался в данном учреждении с ДД.ММ.ГГГГ по ДД.ММ.ГГГГ; - сообщением из &lt;данные изъяты&gt;, согласно которому следственные действия с ФИО37 проводились только с участием следователя ФИО43 ДД.ММ.ГГГГ в период времени с 14 часов 45 минут до 17 часов 05 минут в кабинете №. По факту совершения покушения на хищение денежных средств, принадлежащих ФИО15 №16, подтверждается следующими исследованными в судебном заседании доказательствами, а именно: - оглашенными показания потерпевшей ФИО15 №16, данными в ходе предварительного расследования, согласно которым в 06 часов 35 минут ДД.ММ.ГГГГ ей на стационарный номер телефона раздался телефонный звонок; взяв трубку, она услышала мужской голос, приглушенный, жалобный, который ей говорил: «Мама, мама я попал в ДТП и сбил человека насмерть, мне грозит лишение свободы до 10 лет»; она подумала, что это её пасынок ФИО68, который постоянно проживает в ....; после чего данный мужчина сказал, что ей необходимо собрать денежные средства в сумме 500 000 рублей, чтобы его не посадили в тюрьму; после сказанного он передал телефонную трубку другому человеку; как ей показалось, второй мужчина представился как следователь, более ничего он не пояснял, анкетных данных он не называл; далее якобы следователь пояснил, что её сын действительно совершил аварию, в результате которой погиб человек, если она хочет чтобы дело прекратилось, ей необходимо собрать денежные средства в указанной сумме в течение короткого времени и добавил, что он сам подъедет к ней домой за деньгами; также данный мужчина стал говорить ей, чтобы она взяла ручку и листок бумаги, для того чтобы написать заявление; в тот момент, когда мужчина стал диктовать ей «Начальнику РОВД…..», она стала спрашивать как фамилия начальника, на что он ей ответил, что никакой фамилии писать не нужно, что необходимо поставить только ее подпись и дату, остальное сделает он сам; данный факт ее смутил, и она заподозрила, что ей на телефон звонят телефонный мошенники, которые пытаются обмануть и похитить денежные средства; тогда она стала говорить данному мужчине, что у нее нет такой суммы денег, в наличие около 12 000 рублей; мужчина продолжал требовать денежные средства в сумме 500 000 рублей; она же в это время позвонила на сотовый телефон своем пасынку, который заверил, что с ним все хорошо, он находится дома; в этот момент она услышала, что по стационарному телефону мужчина говорит ей: «Вы что там делаете? Звоните по телефону?», и трубку стационарного телефона сразу же положили; она сообщила об этом в полицию; если бы преступники довели свои действия до конца, то ей был бы причинен ущерб в сумме 500000 рублей, который для нее является значительным; впоследствии следователем ей был представлен на обозрение видеофайл с названием &lt;данные изъяты&gt;», она просмотрела данную видеозапись, на ней она увидела ранее неизвестного ей парня, который представился как ФИО8; в его голосе узнала голос того мужчины, который представлялся следователем, звоня ей на стационарный номер ДД.ММ.ГГГГ; - оглашенными показаниями свидетеля ФИО68, данными в ходе предварительного расследования, согласно которым в .... у него проживает отец ФИО69 с мачехой ФИО15 №16 по адресу: ....; в квартире у них установлен стационарный номер телефона с абонентским №; около 07 часов в конце октября 2015 ему на сотовый телефон позвонила ФИО15 №16, спросила, где он находится и все ли с ним в порядке; он ей ответил, что в настоящее время он находится дома и с ним все в порядке; с ее слов он узнал, что ей звонят мошенники, поскольку ни в какие дорожно-транспортные происшествия он не попадал; - оглашенными показаниями свидетеля ФИО40, данными в ходе предварительного расследования, изложенными выше; - оглашенными показаниями свидетеля ФИО57, данными в ходе предварительного расследования, изложенными выше; - оглашенными показаниями свидетеля ФИО87, данными в ходе предварительного расследования, изложенными выше; - оглашенными показания свидетеля ФИО37, данными в ходе предварительного расследования, изложенными выше; - показаниями свидетеля ФИО59 в судебном заседании, а также оглашенными показаниями, данными им в ходе предварительного расследования, которые он подтвердил, изложенными выше; - оглашенными показаниями свидетеля ФИО41, данными в ходе предварительного расследования, изложенными выше; - оглашенными показаниями свидетеля ФИО42, данными в ходе предварительного расследования, изложенными выше; - показаниями свидетеля ФИО43 в судебном заседании, изложенными выше; - детализацией телефонных соединений абонентского №, находившегося в пользовании ФИО257, согласно которой ДД.ММ.ГГГГ в 06 часов 35 минут (по местному времени &lt;данные изъяты&gt;) на указанный абонентский номер поступил звонок телефонный звонок с абонентского №, длительность разговора составила 370 секунд; - протоколом осмотра предметов (документов), согласно которому осмотрена детализация телефонных соединений абонентского №; постановлением о признании и приобщении вещественных доказательств, согласно которому признана и приобщена в качестве вещественного доказательства данная детализация телефонных соединений; - детализацией данных абонентского №, находившегося в пользовании ФИО4, согласно которой имели место телефонные соединения указанного абонентского номера, в том числе ДД.ММ.ГГГГ в 03 часа 36 минут (по Московскому времени) с абонентским №, также указаны базовые станции на стороне абонента №; - протоколом осмотра предметов (документов), согласно которому осмотрена названная выше детализация данных абонентского №; постановлением о признании и приобщении вещественных доказательств, согласно которому признана и приобщена в качестве вещественного доказательства указанная детализация; - протоколом выемки, согласно которому у ФИО41 изъят оптический диск с видеозаписью с участием ФИО4; - протоколом выемки, согласно которому у ФИО42 изъят оптический диск с аудиозаписями телефонных разговоров службы такси «&lt;данные изъяты&gt;»; - протоколом осмотра предметов (документов), осмотра и прослушивания фонограммы, согласно которому осмотрен оптический диск, осмотрена и прослушана находящаяся на диске видеозапись, произведенная с участием ФИО4; осмотрен оптический диск, осмотрены и прослушаны фонограммы телефонных разговоров оператора службы такси «&lt;данные изъяты&gt;» при заказе автомобиля-такси; постановлением о признании и приобщении вещественных доказательств, согласно которому признаны и приобщены в качестве вещественных доказательств оптический диск с видеозаписью следственного действия с участием ФИО4, оптический диск с аудиозаписями телефонных разговоров ООО «&lt;данные изъяты&gt;»; - сведениями из &lt;данные изъяты&gt;, согласно которым ФИО4 содержался в данном учреждении с ДД.ММ.ГГГГ по ДД.ММ.ГГГГ; - сообщением из &lt;данные изъяты&gt;, согласно которому следственные действия с ФИО37 проводились только с участием следователя ФИО43 ДД.ММ.ГГГГ в период времени с 14 часов 45 минут до 17 часов 05 минут в кабинете №. По факту совершения покушения на хищение денежных средств, принадлежащих ФИО15 №9, подтверждается следующими исследованными в судебном заседании доказательствами, а именно: - оглашенными показаниями потерпевшей ФИО15 №9, данными в ходе предварительного расследования, согласно которым ДД.ММ.ГГГГ в 03 часа 07 минут ей на стационарной номер телефона позвонил мужчина, который сообщил, что совершил дорожно-транспортное происшествие, в ходе которого сбил человека насмерть; она была в сонном состоянии, и ей данный голос показался похож на голос её супруга; после чего мужчина сказал, что передаст трубку сотруднику полиции; затем, как ей показалось, с ней стал разговаривать другой мужчина, который сообщил, что ее супругу можно помочь, для этого необходимы денежные средства в сумме 500 000 рублей; она ответила, что у неё нет таких денежных средств; тогда якобы сотрудник полиции стал убеждать ее занять деньги; в это время она, оставаясь на связи, со своего сотового телефона позвонила на сотовый телефон своему супругу, который ответил ей и пояснил, что он находится на работе, с ним все в порядке, ДТП он не совершал; после чего у звонившего мужчины она спросила, на какой номер он звонит, он назвал №; ее абонентский номер был другим, поэтому она сказала, что он набрал не тот номер и ошибся; мужчина положил трубку; в случае, если бы она передала мошенникам денежные средства в сумме 500 000 рублей, данный ущерб являлся бы для нее значительным; впоследствии ей следователем был предъявлен видеофайл с названием «&lt;данные изъяты&gt;», в ходе просмотра и прослушивания данной видеозаписи она узнала голос парня, который представился ФИО4, с данным парнем она разговаривала ДД.ММ.ГГГГ по домашнему телефону, в ходе разговора данный парень представился сотрудником полиции и требовал передать ему денежные средства в сумме 500 000 рублей; - оглашенными показаниями свидетеля ФИО71, данными в ходе предварительного расследования, согласно которым ночью ДД.ММ.ГГГГ он находился на работе в ночную смену; около 03 часов 20 минут ему на сотовый телефон позвонила его супруга и спросила, где он находится и все ли с ним в порядке; он заверил ее, что находится на работе и что с ним никаких происшествий не случилось; со слов супруги он узнал, что ей звонили мошенники и требовали перевести 500000 рублей якобы для того, чтобы он избежал уголовной ответственности за то, что сбил насмерть девушку; однако ничего подобного он не совершал; - оглашенными показаниями свидетеля ФИО40, данными в ходе предварительного расследования, изложенными выше; - оглашенными показаниями свидетеля ФИО57, данными в ходе предварительного расследования, изложенными выше; - оглашенными показаниями свидетеля ФИО87, данными в ходе предварительного расследования, изложенными выше; - оглашенными показаниями свидетеля ФИО37, данными в ходе предварительного расследования, изложенными выше; - показаниями свидетеля ФИО59 в судебном заседании, а также оглашенными показаниями, данными им в ходе предварительного расследования, которые он подтвердил, изложенными выше; - оглашенными показаниями свидетеля ФИО41, данными в ходе предварительного расследования, изложенными выше; - оглашенными показаниями свидетеля ФИО42, данными в ходе предварительного расследования, изложенными выше; - показаниями свидетеля ФИО43 в судебном заседании, изложенными выше; - детализацией телефонных соединений абонентского №, находившегося в пользовании ФИО71, согласно которой ДД.ММ.ГГГГ в 3 часа 07 минут (по местному времени &lt;данные изъяты&gt;) с абонентского № поступил звонок на ее абонентский номер, указанный выше, длительность разговора составила 1006 секунд; - протоколом осмотра предметов (документов), согласно которому осмотрена детализация телефонных соединений абонентского №; постановлением о признании и приобщении вещественных доказательств, согласно которому признана и приобщена в качестве вещественного доказательства данная детализация телефонных соединений; - детализацией данных абонентского №, находившегося в пользовании ФИО4, согласно которой имели место телефонные соединения абонентского №, в том числе ДД.ММ.ГГГГ в 00 часов 09 минут (по московскому времени) с абонентским номером №, также указаны базовые станции на стороне абонента №; - протоколом осмотра предметов (документов), согласно которому осмотрена детализация данных абонентского №49, находившегося в пользовании ФИО4; постановлением о признании и приобщении вещественных доказательств, согласно которому признана и приобщена в качестве вещественного доказательства указанная детализация; - протоколом выемки, согласно которому у ФИО41 изъят оптический диск с видеозаписью с участием ФИО4; - протоколом выемки, согласно которому у ФИО42 изъят оптический диск с аудиозаписями телефонных разговоров службы такси «&lt;данные изъяты&gt;»; - протоколом осмотра предметов (документов), осмотра и прослушивания фонограммы, согласно которому осмотрен оптический диск, осмотрена и прослушана находящаяся на диске видеозапись, произведенная с участием ФИО8; осмотрен оптический диск, осмотрены и прослушаны фонограммы телефонных разговоров оператора службы такси «&lt;данные изъяты&gt;» при заказе автомобиля-такси; - сведениями из &lt;данные изъяты&gt;, согласно которым ФИО4 содержался в данном учреждении с ДД.ММ.ГГГГ по ДД.ММ.ГГГГ; - сообщением из &lt;данные изъяты&gt;, согласно которому следственные действия с ФИО37 проводились только с участием следователя ФИО43 ДД.ММ.ГГГГ в период времени с 14 часов 45 минут до 17 часов 05 минут в кабинете №. По факту совершения хищения денежных средств, принадлежащих ФИО15 №4, подтверждается следующими исследованными в судебном заседании доказательствами, а именно: - показаниями потерпевшей ФИО15 №4 в судебном заседании, согласно которым она проживает по адресу: ....; ДД.ММ.ГГГГ в 08 часов 38 минут ей на стационарный телефон позвонил мужчина, который представился ее сыном, сказал, что у него случилось несчастье, он попал в аварию, в результате которой сбил женщину; далее с ней стал разговаривать, как ей показалось по голосу, другой мужчина; он представился следователем; она тоже представилась ему; после чего данный мужчина пояснил ей, что он готов помочь её сыну избежать уголовной ответственности за 500 000 рублей; она ему пояснила, что такой суммы денежных средств у нее нет; тогда мужчина поинтересовался, какая сумма у нее имеется; она ответила, что деньги имеются у нее на счете в банке, которые она может снять; якобы следователь спросил ее абонентский номер сотового телефона, чтобы ему было легче с ней связаться; она сообщила свой номер, а затем поехала в отделение «&lt;данные изъяты&gt;», расположенное по адресу: ....; в отделении банка она сняла денежные средства в размере 175 550 рублей, все это время она поддерживала связь с якобы следователем, звонившем ей с абонентского №; после того как она забрала денежные средства в банке, ей в очередной раз позвонил якобы следователь, которому она пояснила, что сняла указанную сумму; тот объяснил, что к ней подъедет такси синего цвета, в нем будет находиться человек, которому необходимо их передать; когда она вышла из отделения банка, то увидела автомобиль такси синего цвета, который стоял на парковке неподалеку от банка; она подошла к данному автомобилю и села на переднее сидение; поскольку она сомневалась в том, что делает, то попросила у водителя его паспорт и переписала с него данные, серию и номер паспорта, а также номер автомобиля; после чего она передала ему денежные средства; в это время ей снова позвонил якобы следователь, который сказал, чтобы она перешла на другую сторону дороги и ждала автомобиль ГИБДД, который должен отвезти ее на место происшествия, где якобы должен проходить следственный эксперимент; она все сделала, как он ей и говорил, однако автомобиль ГИБДД так и не подъехал, тогда она позвонила на номер якобы следователя, который сказал ей, чтобы она ехала домой и уничтожила все чеки из банка, а также данные, которые она записала у водителя, и ждала автомобиль ГИБДД, который подъедет к ее дому; она поехала домой и из дома снова набрала номер следователя, однако ей никто не ответил; тогда она позвонила сыну, от которого узнала, что с ним все в порядке, и ДТП он не совершал; впоследствии она сообщила о произошедшем в отдел полиции, поскольку поняла, что ее обманули; ущерб для нее является значительным; в ходе допроса ей на обозрение был предъявлен фрагмент видеозаписи, просмотрев и прослушав который, в голосе парня, представившегося как ФИО4, она уверенно узнала голос парня, который звонил ей на стационарный и сотовый телефон и от имени следователя требовал передать денежные средства; - оглашенными показаниями свидетеля ФИО72, данными в ходе предварительного расследования, согласно которым его мама ФИО15 №4 проживает по адресу: ....; в ее квартире установлен стационарный телефон с абонентским №; ДД.ММ.ГГГГ он находился в служебной командировке и ни в какое дорожно-транспортное происшествие не попадал, никого не сбивал и подобного с ним не происходило ранее; в этот день около 11 часов ему на сотовый телефон позвонила мама со своего сотого телефона и спросила, все ли с ним в порядке и где он находится; он ответил, что находится на работе; со слов матери он узнал, что она передала мошенникам денежные средства в сумме 175 000 рублей, чтобы за совершенное ДТП прекратили уголовное дело в отношении него; после чего он посоветовал маме обратиться в полицию; - показаниями свидетеля ФИО31 в судебном заседании, согласно которым ДД.ММ.ГГГГ с 05 часов 30 минут он работал в такси «&lt;данные изъяты&gt;»; около 06 часов 20 минут он принял заявку последовать по адресу: ....; в это же время ему через диспетчера службы такси «&lt;данные изъяты&gt;» поступил звонок от клиента, позвонил незнакомый парень, пояснил, что ему необходимо проследовать к отделению «&lt;данные изъяты&gt;»; при этом просил подъехать на ....; сказал, что из отделения «&lt;данные изъяты&gt;» выйдет женщина, якобы его мать, и передаст 175 000 рублей; также парень попросил назвать его номер сотового телефона, для того чтобы связываться с ним напрямую не через диспетчеров; он сообщил; подъехав на адрес, он припарковал автомобиль; в это время к нему подошла ранее незнакомая женщина, которая села в салон его автомобиля на переднее пассажирское сиденье; затем женщина передала ему денежные средства в сумме 175 550 рублей и спросила его фамилию, он показал ей свой паспорт, она записала его анкетные данные и вышла из салона его автомобиля; в это же время ему на сотовый телефон позвонил данный парень и спросил, забрал ли он деньги; он ответил, что деньги забрал; тогда парень попросил его доехать до ближайшего банкомата, чтобы перечислить денежные средства ему на счет; когда он находился в отделении «&lt;данные изъяты&gt;» ему вновь позвонил этот парень, попросил передать трубку консультанту; девушка-консультант по указанию парня перечислила денежные средства, после чего передала ему чеки по проведенным операциям, которые он не сохранил; в ходе допроса следователем ему была предъявлена фонограмма разговора оператора с клиентом при заказе такси, когда клиент объяснял, куда нужно ехать; прослушав ее, он уверенно узнал голос парня, который звонил ему на сотовый телефон ДД.ММ.ГГГГ и просил перечислить денежные средства; - оглашенными показаниями свидетеля ФИО73, данными в ходе предварительного расследования, согласно которым она состоит в должности продавца в офисе ООО «&lt;данные изъяты&gt;», расположенном по адресу: ....; ДД.ММ.ГГГГ около 10 часов ранее незнакомый ей мужчина попросил ее пополнить «&lt;данные изъяты&gt;», при этом передал ей трубку телефона и попросил поговорить; с ней стал разговаривать незнакомый парень, который продиктовал ей номера, на которые необходимо было перечислить деньги; она перевела на указанные номера деньги, чеки об операциях отдала мужчине; пояснила также, что на служебных компьютерах в отделении установлена программа «&lt;данные изъяты&gt;», при помощи которой видны время, дата и номер абонентского телефона, а так же суммы денежных средств после проведения операции; однако, если распечатать товарный чек с данной программы, то на чеки не видно времени проведенной операции; ввиду чего на чеках, которые были переданы сотрудникам полиции, время проведения операции написано ей от руки, которые перенесены на чеки, согласно дате и времени, указанных в программе их компьютера; - оглашенными показаниями свидетеля ФИО40, данными в ходе предварительного расследования, изложенными выше; - оглашенными показаниями свидетеля ФИО57, данными в ходе предварительного расследования, изложенными выше; - оглашенными показаниями свидетеля ФИО87, данными в ходе предварительного расследования, изложенными выше; - оглашенными показаниями свидетеля ФИО37, данными в ходе предварительного расследования, изложенными выше; - показаниями свидетеля ФИО59 в судебном заседании, а также оглашенными показаниями, данными им в ходе предварительного расследования, которые он подтвердил, изложенными выше; - оглашенными показаниями свидетеля ФИО41, данными в ходе предварительного расследования, изложенными выше; - оглашенными показаниями свидетеля ФИО42, данными в ходе предварительного расследования, изложенными выше; - показаниями свидетеля ФИО43 в судебном заседании, изложенными выше; - детализацией телефонных соединений абонентского №, находившегося в пользовании ФИО95, согласно которой ДД.ММ.ГГГГ в 08 часов 38 минут (по местному времени &lt;данные изъяты&gt;) с абонентского № поступил звонок на абонентский №, длительность разговора составила 889 секунд; - протоколом осмотра предметов (документов), согласно которому осмотрена данная детализация телефонных соединений; постановлением о признании и приобщении вещественных доказательств, согласно которому признана и приобщена в качестве вещественного доказательства указанная детализация; - детализацией телефонных соединений абонентского №, находившегося в пользовании ФИО95, согласно которой ДД.ММ.ГГГГ в 08:45, 09:47, 09:49, 09:51, 09:57, 09:59, 10:20, 10:23, 10:37 (по местному времени &lt;данные изъяты&gt;) с абонентского № имели место звонки на указанный выше абонентский номер; - протоколом осмотра предметов (документов), согласно которому осмотрена детализация телефонных соединений абонентского №; постановлением о признании и приобщении вещественных доказательств, согласно которому признана и приобщена в качестве вещественного доказательства данная детализация; - детализацией данных абонентского №, находившегося в пользовании ФИО259, согласно которой имели место телефонные соединения абонентского №, в том числе ДД.ММ.ГГГГ в 9:31, 9:35, 9:38, 9:45, 10:00, 10:01, 10:02, 10:04, 10:08, 10:10, 10:12, 10:16, 10:20, 10:21, 10:22, 10:28, 10:33, 10:40, 10:52, 10:56, 11:34, 11:38, 11:42, 12:01 (по времени &lt;данные изъяты&gt;) с абонентским №; - протоколом осмотра предметов (документов), согласно которому осмотрена указанная детализация; постановлением о признании и приобщении вещественных доказательств, согласно которому признана и приобщена в качестве вещественного доказательства указанная детализация данных абонентского №; - детализацией данных абонентского №, находившегося в пользовании ФИО4, согласно которой имели место телефонные соединения абонентского №, в том числе ДД.ММ.ГГГГ в 05:40 (по московскому времени) с абонентским № (ФИО95 стационарный), в 05:45, 06:07, 06:26, 06:31, 06:47, 06:49, 06:51, 06:57, 06:59, 07:20, 07:23, 07:37 (по московскому времени) с абонентским № ( ФИО95 сотовый), в 06:31, 06:35, 06:38, 06:45, 07:00, 07:02, 07:04, 07:08, 07:10, 07:12, 07:16, 07:28, 07:33, 07:34, 07:40, 07:52, 07:56, 08:34, 08:38, 08:42, 08:45, 09:01 (по московскому времени) с абонентским № (ФИО31), а также указаны базовые станции на стороне абонента №; - протоколом осмотра предметов (документов), согласно которому осмотрена детализация данных абонентского №, находившегося в пользовании ФИО4; постановлением о признании и приобщении вещественных доказательств, согласно которому признана и приобщена в качестве вещественного доказательства данная детализация; - товарными чеками ООО «&lt;данные изъяты&gt;», согласно которым имеют место транзакции, проведенные ДД.ММ.ГГГГ по учетным записям №, в том числе в 10:18 дважды проведен платеж на сумму 15 000 рублей, 15000 рублей - на №; в 10:19 проведен платеж на сумму 15000 рублей – на №; в 10:41 трижды проведены платежи в суммах 15000 рублей, 15000 рублей, 15000 рублей – на №, в 10:42 проведен платеж в сумме 15000 рублей – на №, в 11:34 проведен платеж в сумме 10000 рублей на №, в 11:42 проведен платеж в сумме 15000 рублей на №, в 11:44 проведен платеж в сумме 15000 рублей на №; - протоколом осмотра предметов (документов), согласно которому осмотрены товарные чеки, предоставленные ООО «&lt;данные изъяты&gt;» с информацией о движении денежных средств по абонентским №; постановлением о признании и приобщении вещественных доказательств, согласно которому признаны и приобщены в качестве вещественных доказательств указанные товарные чеки; - протоколом выемки, согласно которому у ФИО41 изъят оптический диск с видеозаписью с участием ФИО8; - протоколом выемки, согласно которому у ФИО42 изъят оптический диск с аудиозаписями телефонных разговоров службы такси «&lt;данные изъяты&gt;»; - протоколом осмотра предметов (документов), осмотра и прослушивания фонограммы, согласно которому осмотрен оптический диск, осмотрена и прослушана находящаяся на диске видеозапись, произведенная с участием ФИО4; осмотрен оптический диск, осмотрены и прослушаны фонограммы телефонных разговоров оператора службы такси «&lt;данные изъяты&gt;» при заказе автомобиля-такси; постановлением о признании и приобщении вещественных доказательств, согласно которому признаны и приобщены в качестве вещественных доказательств указанные оптические диски; - заключением экспертов №, согласно которому приведено дословное содержание разговоров, имеющихся на оптическом диске «&lt;данные изъяты&gt;», где установлено, что в разговорах, обозначенных экспертами как спорные фонограммы 2-4, 7-9, 10-12, 16, 18, 19 принимает участие ФИО4, в том числе в фонограммах 10, 18 – по эпизоду потерпевшей ФИО95; - сведениями из &lt;данные изъяты&gt;, согласно которым ФИО8 содержался в данном учреждении с ДД.ММ.ГГГГ по ДД.ММ.ГГГГ; - сообщением из &lt;данные изъяты&gt;, согласно которому следственные действия с ФИО37 проводились только с участием следователя ФИО43 ДД.ММ.ГГГГ в период времени с 14 часов 45 минут до 17 часов 05 минут в кабинете №. По факту совершения покушения на хищение денежных средств, принадлежащих ФИО15 №10, подтверждается следующими исследованными в судебном заседании доказательствами, а именно: - показаниями потерпевшей ФИО15 №10 в судебном заседании, согласно которым она проживает по ....; утром ДД.ММ.ГГГГ ей на стационарный телефон № позвонил мужчина, который назвался ее внуком, сообщил, что у него случилось несчастье и он находится в полиции, т.к. совершил ДТП, и для того, чтобы его отпустили, ему нужны денежные средства в размере 150 000 рублей; она ответила, что у нее имеется только 70 000 рублей; тогда якобы внук попросил ее занять деньги, она отказалась, после чего разговор был прерван; затем снова позвонил мужчина, как ей показалось по голосу, другой, который представился следователем; он стал ее убеждать, что она является свидетелем ДТП, начал ей диктовать объяснение, которое она записала; также якобы следователь спросил ее адрес, который она ему назвала, и сказал, что к ней домой приедет мужчина, которому она должна передать деньги; впоследствии она передала незнакомому мужчине денежные средства в размере 70 000 рублей, мужчина взял их, после чего вышел из квартиры; все это время связь с якобы следователем по телефону она не прерывала; около 08 часов ДД.ММ.ГГГГ она позвонила своему сыну ФИО74 и рассказала о произошедшем; спустя некоторое время ей перезвонил сын и сообщил, что с ее внуком ФИО261 все в порядке, и он находится дома, ДТП он не совершал; ущерб для нее является значительным; похищенные у нее денежные средства, были ей возвращены сотрудниками полиции; в судебном заседании в голосе подсудимого узнала голос мужчины, который звонил ей ДД.ММ.ГГГГ на стационарный телефон и представлялся следователем; - оглашенными показаниями свидетеля ФИО74, данными в ходе предварительного расследования, согласно которым по адресу: .... проживает его мама ФИО15 №10; в ее квартире установлен стационарный телефон с абонентским №; около 05 часов ДД.ММ.ГГГГ ему позвонила мать, которая сообщила, что его сын ФИО261, проживающий отдельно от них, якобы попал в дорожно-транспортное происшествие, в результате которого сбил человека на смерть, и она отдала деньги, для того чтобы ФИО261 не привлекли к уголовной ответственности; после чего он позвонил сыну, который пояснил, что с ним все в порядке, и он находится дома; впоследствии по факту мошенничества сам обратился в полицию; - оглашенными показаниями свидетеля ФИО75, данными в ходе предварительного расследования, согласно которым его бабушка ФИО15 №10, которая проживает по адресу: ....; в ее квартире установлен стационарный номер телефона №; ДД.ММ.ГГГГ около 09 часов ему на сотовый телефон позвонил отец и спросил, всего ли у него в порядке; он ответил, что находится дома, ДТП не совершал и бабушке не звонил; отец рассказал, что со слов его матери ФИО15 №10 ему стало известно, что ей на стационарный телефон звонили мошенники; - показаниями свидетеля ФИО27, водителя такси «&lt;данные изъяты&gt;», в судебном заседании, а также оглашенными показаниями, данными в ходе предварительного расследования, которые он подтвердил, согласно им утром ДД.ММ.ГГГГ ему позвонил парень, который ранее ему уже звонил, и спросил, работает ли он сегодня; он ответил утвердительно; тот сказал, что позже перезвонит; спустя небольшой промежуток времени он вновь позвонил и попросил его проехать к его бабушке по ...., для того чтобы забрать у нее денежные средства и перевести ему на абонентские номера, так как у него произошла какая-то проблема и ему срочно нужны деньги; он согласился; в квартире незнакомая женщина передала ему денежные средства, он пересчитал их, оказалось 70 000 рублей; когда он вышел из квартиры, ему на сотовый телефон позвонил этот же парень, который просил перевести денежные средства на абонентские номера; однако это все ему показалось странным и он поехал в отдел полиции, где рассказал о произошедшем и выдал деньги в сумме 70 000 рублей; впоследствии следователем ему был предъявлен видеофайл под названием «&lt;данные изъяты&gt;», прослушав запись голоса парня, который представился как ФИО4 он с уверенностью может утверждать, что именно с данным парнем он разговаривал по сотовому телефону ДД.ММ.ГГГГ, ДД.ММ.ГГГГ, ДД.ММ.ГГГГ, ДД.ММ.ГГГГ, ДД.ММ.ГГГГ, что именно этот парень просил его забирать денежные средства у его родственников в &lt;данные изъяты&gt; и переводить их на абонентские номера сотовых телефонов, которые он ему называл; - оглашенными показаниями свидетеля ФИО40, данными в ходе предварительного расследования, изложенными выше; - оглашенными показаниями свидетеля ФИО57, данными в ходе предварительного расследования, изложенными выше; - оглашенными показаниями свидетеля ФИО87, данными в ходе предварительного расследования, изложенными выше; - оглашенными показаниями свидетеля ФИО37, данными в ходе предварительного расследования, изложенными выше; - показаниями свидетеля ФИО59 в судебном заседании, а также оглашенными показаниями, данными им в ходе предварительного расследования, которые он подтвердил, изложенными выше; - оглашенными показаниями свидетеля ФИО41, данными в ходе предварительного расследования, изложенными выше; - оглашенными показаниями свидетеля ФИО42, данными в ходе предварительного расследования, изложенными выше; - показаниями свидетеля ФИО43 в судебном заседании, изложенными выше; - детализацией телефонных соединений абонентского №, находившегося в пользовании ФИО264, согласно которой ДД.ММ.ГГГГ в 05 часов 12 минут (по местному времени &lt;данные изъяты&gt;) с абонентского № поступил звонок на указанный абонентский номер, длительность разговора составила 2386 секунд; - протоколом осмотра предметов (документов), согласно которому осмотрена данная детализация телефонных соединений абонентского №; постановлением о признании и приобщении вещественных доказательств, согласно которому признана и приобщена в качестве вещественного доказательства указанная детализация; - детализацией данных абонентского №, находившегося в пользовании ФИО4, согласно которой имели место телефонные соединения абонентского №, в том числе ДД.ММ.ГГГГ в 02:14, 02:40, 02:46 (по московскому времени) с абонентским №, в 02:26, 02:36, 02:37, 02:38, 02:40, 02:41, 02:42, 02:53, 03:16, 03:19, (по московскому времени) с абонентским №, а также указаны базовые станции на стороне абонента №; - протоколом осмотра предметов (документов), согласно которому осмотрена детализация данных абонентского №; постановлением о признании и приобщении вещественных доказательств, согласно которому признана и приобщена в качестве вещественного доказательства указанная детализация; - детализацией №, находившегося в пользовании у ФИО11, согласно которой указаны соединения абонентского № с абонентским №, находившимся в пользовании ФИО4, в период с 04 часов 48 минут до 23 часов 09 минут ДД.ММ.ГГГГ (по местному времени &lt;данные изъяты&gt;); - протоколом осмотра предметов (документов), согласно которому осмотрена детализация №; постановлением о признании и приобщении вещественных доказательств, согласно которому, признана и приобщена в качестве вещественного доказательства данная детализация; - протоколом выемки, согласно которому у ФИО305 изъяты денежные средства в сумме 70000 рублей; - протоколом осмотра предметов, согласно которому осмотрены изъятые денежные средства в указанной сумме; постановлением о признании и приобщении вещественных доказательств, согласно которому признаны и приобщены в качестве вещественных доказательств указанные денежные средства; - протоколом выемки, согласно которому у ФИО41 изъят оптический диск с видеозаписью с участием ФИО8; - протоколом выемки, согласно которому у ФИО42 изъят оптический диск с аудиозаписями телефонных разговоров службы такси «&lt;данные изъяты&gt;»; - протоколом осмотра предметов (документов), осмотра и прослушивания фонограммы, согласно которому осмотрен оптический диск, осмотрена и прослушана находящаяся на диске видеозапись, произведенная с участием ФИО4; осмотрен оптический диск, осмотрены и прослушаны фонограммы телефонных разговоров оператора службы такси «&lt;данные изъяты&gt;» при заказе автомобиля-такси; постановлением о признании и приобщении вещественных доказательств, согласно которому признаны и приобщены в качестве вещественных доказательств оптический диск с видеозаписью следственного действия с участием ФИО8, оптический диск с аудиозаписями телефонных разговоров ООО «&lt;данные изъяты&gt;»; - заключением экспертов №, согласно которому приведено дословное содержание разговоров, имеющихся на оптическом диске «&lt;данные изъяты&gt;», где установлено, что в разговорах, обозначенных экспертами как спорные фонограммы 2-4, 7-9, 10-12, 16, 18, 19 принимает участие ФИО4, в том числе в фонограмме 16 – по эпизоду потерпевшей ФИО265; - сведениями из &lt;данные изъяты&gt;, согласно которым ФИО4 содержался в данном учреждении с ДД.ММ.ГГГГ по ДД.ММ.ГГГГ; - сообщением из &lt;данные изъяты&gt;, согласно которому следственные действия с ФИО37 проводились только с участием следователя ФИО43 ДД.ММ.ГГГГ в период времени с 14 часов 45 минут до 17 часов 05 минут в кабинете №. По факту совершения покушения на хищение денежных средств, принадлежащих ФИО15 №11, подтверждается следующими исследованными в судебном заседании доказательствами, а именно: - оглашенными показаниями потерпевшей ФИО15 №11, данными в ходе предварительного расследования, согласно которым она проживает со своим сыном ФИО76, ДД.ММ.ГГГГ года рождения по адресу: ....79, который часто уезжает в длительные командировки; при этом он два раза в неделю звонит ей на ее сотовый телефон, на стационарный телефон никогда не звонил; ДД.ММ.ГГГГ в 06 часов 03 минут на ее стационарный телефон с абонентским № с абонентского № позвонил мужчина, который сказал: «Это я»; в связи с чем она предположила, что звонит ее сын, который сообщил, что попал в ДТП, сбил человека и находится в полиции; далее трубку взял, как ей показалось по голосу, другой мужчина, который представился следователем, пояснил, что ситуация серьезная, однако есть выход и все можно решить, при этом предложил заплатить 500000 рублей, чтобы закрыть дело; она ответила, что у нее нет таких денег, в наличие только 40 000 рублей; на что якобы следователь сказал, что деньги необходимо занять у соседей; она ответила, что найдет деньги и после этого положила трубку телефона на стол, не прерывая связь, со своего сотового телефона позвонила на сотовый телефон сыну, от которого узнала, что с ним все в порядке и ДТП он не совершал; далее она по стационарному телефону продолжила разговор с якобы следователем, сказала, что подумает над его предложением и положила трубку, а затем позвонила в полицию; впоследствии ей на обозрение был предъявлен видеофайл с названием «Гусев2.avi», просмотрев который она увидела ранее неизвестного ей парня, который представился как ФИО4, в его голосе она узнала голос мужчины, который звонил ей и представлялся следователем; - оглашенными показаниями свидетеля ФИО76, данными в ходе предварительного расследования, согласно которым он проживает совместно с мамой ФИО15 №11 в квартире по адресу: ....; в квартире установлен стационарный телефон с абонентским №; он работает вахтовым методом, а именно уезжает в командировки на длительный срок; примерно ДД.ММ.ГГГГ он уехал в очередную командировку в ....; ДД.ММ.ГГГГ около 06 часов по времени ...., ему на сотовый телефон позвонила мама и спросила, все ли у него в порядке; он ответил, что у него все хорошо; со слов матери он узнал, что ей на стационарный телефон позвонил мужчина и от его имени сообщил, что он совершил ДТП, сбил человека; - оглашенными показаниями свидетеля ФИО40, данными в ходе предварительного расследования, изложенными выше; - оглашенными показаниями свидетеля ФИО57, данными в ходе предварительного расследования, изложенными выше; - оглашенными показаниями свидетеля ФИО87, данными в ходе предварительного расследования, изложенными выше; - оглашенными показаниями свидетеля ФИО37, данными в ходе предварительного расследования, изложенными выше; - показаниями свидетеля ФИО59 в судебном заседании, а также оглашенными показаниями, данными им в ходе предварительного расследования, которые он подтвердил, изложенными выше; - оглашенными показаниями свидетеля ФИО41, данными в ходе предварительного расследования, изложенными выше; - оглашенными показаниями свидетеля ФИО42, данными в ходе предварительного расследования, изложенными выше; - показаниями свидетеля ФИО43 в судебном заседании, изложенными выше; - детализацией телефонных соединений абонентского номера №, находившегося в пользовании ФИО15 №11, согласно которой ДД.ММ.ГГГГ в 06 часов 03 минуты (по местному времени &lt;данные изъяты&gt;) с абонентского № поступил звонок на указанный абонентский номер, длительность разговора составила 438 секунд; - протоколом осмотра предметов (документов), согласно которому осмотрена детализация телефонных соединений указанного абонентского номера; постановлением о признании и приобщении вещественных доказательств, согласно которому признана и приобщена в качестве вещественного доказательства данная детализация; - детализацией телефонных соединений абонентского №, находившегося в пользовании ФИО4, согласно которой имеют место соединения указанного абонентского номера, в том числе ДД.ММ.ГГГГ в 03 часа 04 минуты (по московскому времени) с абонентским №, а также указаны базовые станции на стороне абонента №; - протоколом осмотра предметов (документов), согласно которому осмотрена указанная детализация телефонных соединений; постановлением о признании и приобщении вещественных доказательств, согласно которому признана и приобщена в качестве вещественного доказательства данная детализация; - протоколом выемки, согласно которому у ФИО41 изъят оптический диск с видеозаписью с участием ФИО4; - протоколом выемки, согласно которому у ФИО42 изъят оптический диск с аудиозаписями телефонных разговоров службы такси «&lt;данные изъяты&gt;»; - протоколом осмотра предметов (документов), осмотра и прослушивания фонограммы, согласно которому осмотрен оптический диск, осмотрена и прослушана находящаяся на диске видеозапись, произведенная с участием ФИО8; осмотрен оптический диск, осмотрены и прослушаны фонограммы телефонных разговоров оператора службы такси «&lt;данные изъяты&gt;» при заказе автомобиля-такси; постановлением о признании и приобщении вещественных доказательств, согласно которому признаны и приобщены в качестве вещественных доказательств указанные оптические диски; - сведениями из &lt;данные изъяты&gt;, согласно которым ФИО8 содержался в данном учреждении с ДД.ММ.ГГГГ по ДД.ММ.ГГГГ; - сообщением из &lt;данные изъяты&gt;, согласно которому следственные действия с ФИО37 проводились только с участием следователя ФИО43 ДД.ММ.ГГГГ в период времени с 14 часов 45 минут до 17 часов 05 минут в кабинете №. По факту совершения хищения денежных средств, принадлежащих ФИО15 №17, подтверждается следующими исследованными в судебном заседании доказательствами, а именно: - оглашенными показаниями потерпевшей ФИО15 №17, данными в ходе предварительного расследования, согласно которым она проживает по ....; в 01 час 02 минуты ДД.ММ.ГГГГ на номер ее стационарного телефона № с абонентского номера № позвонил мужчина, который представился сотрудником полиции и сказал, что ее сын на автомобиле сбил девушку, и чтобы ему помочь нужны деньги в размере 100000 рублей; она ответила, что есть только 30 000 рублей; якобы следователь пояснил, что этой суммы будет недостаточно, но затем согласился и пояснил, что через несколько минут к ней домой придет человек, которому она должна передать деньги; она назвала свой адрес и положила трубку; спустя 15-20 минут она передала указанную денежную сумму ранее незнакомому мужчине, который пришел к ней домой; после того как он ушел, она позвонила сыну на сотовый телефон; он ответил, что находится дома, тогда она поняла, что ее обманули мошенники; ущерб для нее является значительным; впоследствии следователем ей была представлена видеозапись с названием «&lt;данные изъяты&gt;», при прослушивания записи, в голосе парня, который представился ФИО8, она узнала голос мужчины, который ДД.ММ.ГГГГ звонил ей и представлялся ее сыном, сообщил, что совершил ДТП и ему нужны деньги; - оглашенными показаниями свидетеля ФИО34, водителя такси, данными в ходе предварительного расследования, согласно которым ДД.ММ.ГГГГ он находился на работе, осуществлял перевозку людей; ДД.ММ.ГГГГ около 01 часа 25 минут ему поступил заказ проследовать по адресу: ...., а конечный адрес маршрута был ....; следуя на адрес, он через оператора службы связался с клиентом, чтобы уточнить адрес; клиент-мужчина ничего внятно объяснить не смог; однако попросил его назвать абонентский номер сотового телефона, чтобы самостоятельно связаться с ним без оператора; чуть позже мужчина перезвонил ему с абонентского № и сказал проследовать в подъезд № указанного в заявке дома и подняться на третий этаж, где его будет ждать бабушка, которая передаст ему денежные средства в сумме 30 000 рублей; он все так и сделал; незнакомая женщина передала ему деньги в сумме 30 000 рублей; при этом женщина с кем-то разговаривала по стационарному телефону и затем передала ему трубку; он услышал голос этого же мужчины, которому сообщил, что забрал деньги; он же его попросил проехать к терминалу и перечислить деньги на абонентский номер, который он ему отправит в смс-сообщении; после чего он отправился по адресу: ...., в отделение «&lt;данные изъяты&gt;»; по пути следования ему пришло смс-сообщение от абонентского №, в котором был указан №, на которой необходимо было перечислить денежные средства, что он и сделал двумя операциями по 14 000 рублей, перечислил 28000 рублей, а 2000 рублей оставил себе за услугу; сообщил об этом мужчине-клиенту; чеки от проведенных операций он выбросил; впоследствии следователем ему был предъявлен аудиофайл с названием «&lt;данные изъяты&gt;», прослушав данный файл он узнал голос мужчины, который звонил ему ДД.ММ.ГГГГ на сотовый телефон и просил перечислить на номер телефона денежные средства; - оглашенными показаниями свидетеля ФИО77, данными в ходе предварительного расследования, согласно которым его мать ФИО15 №17 проживает в квартире по адресу: ....; у нее в квартире установлен стационарный номер телефона с абонентским № около 01 часа 30 минут ДД.ММ.ГГГГ ему позвонила мать и стала спрашивать все ли с ним в порядке и где он находится в настоящее время; он ей ответил, что в настоящее время он находится дома и с ним все хорошо; с ее слов он узнал, что ей звонили мошенники, которым она передала деньги; он посоветовал вызвать полицию, и сам поехал к ней домой; - оглашенными показаниями свидетеля ФИО40, данными в ходе предварительного расследования, изложенными выше; - оглашенными показаниями свидетеля ФИО57, данными в ходе предварительного расследования, изложенными выше; - оглашенными показаниями свидетеля ФИО87, данными в ходе предварительного расследования, изложенными выше; - оглашенными показаниями свидетеля ФИО37, данными в ходе предварительного расследования, изложенными выше; - показаниями свидетеля ФИО59 в судебном заседании, а также оглашенными показаниями, данными им в ходе предварительного расследования, которые он подтвердил, изложенными выше; - оглашенными показаниями свидетеля ФИО79, данными в ходе предварительного расследования, согласно которым он трудоустроен неофициально агентом по распространению сим-карт ПАО «&lt;данные изъяты&gt;»; между ним, как индивидуальным предпринимателем, и ПАО «&lt;данные изъяты&gt;» заключен договор на распространение сим-карт, то есть сим-карты оформляются на его имя, как на ИП, затем он раздает сим-карты другим лицам, за что получает вознаграждение от организации; согласно представленного ему следователем ответу из ПАО «&lt;данные изъяты&gt;», сим-карта абонентский № была оформлена на его имя ДД.ММ.ГГГГ; однако сам он ей не пользовался; - оглашенными показаниями свидетеля ФИО41, данными в ходе предварительного расследования, изложенными выше; - оглашенными показаниями свидетеля ФИО42, данными в ходе предварительного расследования, изложенными выше; - показаниями свидетеля ФИО43 в судебном заседании, изложенными выше; - детализацией телефонных соединений абонентского №, находившегося в пользовании ФИО15 №17, согласно которой ДД.ММ.ГГГГ в 01:02, 01:09, 01:22, 02:00 (по местному времени &lt;данные изъяты&gt;) с абонентского № поступили звонки на указанный абонентский номер; - протоколом осмотра предметов (документов), согласно которому осмотрена детализация телефонных соединений абонентского №; постановлением о признании и приобщении вещественных доказательств, согласно которому признана и приобщена в качестве вещественного доказательства данная детализация; - детализацией телефонных соединений абонентского №, находившегося в пользовании ФИО4, согласно которой имели место телефонные соединения абонентского №, в том числе ДД.ММ.ГГГГ в 22:03, 22:10, 22:24 (дважды), 23:02 часов (по московскому времени) с абонентским №; - протоколом осмотра предметов (документов), согласно которому осмотрена детализация телефонных соединений абонентского №; постановлением о признании и приобщении вещественных доказательств, согласно которому признана и приобщена в качестве вещественного доказательства детализация телефонных соединений абонентского №, находившегося в пользовании ФИО4; - детализацией телефонных соединений абонентского №, находившегося в пользовании ФИО266, согласно которой имели место телефонные соединения абонентского №, в том числе ДД.ММ.ГГГГ в период с 01:25 до 01:30, с 01:37 до 01:54 (по местному времени &lt;данные изъяты&gt;) с абонентским №; - протоколом осмотра предметов (документов), согласно которому осмотрена детализация телефонных соединений абонентского №; постановлением о признании и приобщении вещественных доказательств, согласно которому признана и приобщена в качестве вещественного доказательства данная детализация; - информацией о движении денежных средств по учетной записи № на оптическом диске; - протоколом осмотра предметов (документов), согласно которому на данном оптическом диске имеют место сведения о транзакциях по учетной №, в том числе в 22:54 ООО «&lt;данные изъяты&gt;» проведен платеж на сумму 15 000 рублей - на №; в 22:58 ООО «&lt;данные изъяты&gt;» проведен платеж в сумме 13000 рублей – на №; постановлением о признании и приобщении вещественных доказательств, согласно которому признан и приобщен в качестве вещественного доказательства указанный оптический диск; - протоколом выемки, согласно которому у ФИО41 изъят оптический диск с видеозаписью с участием ФИО4; - протоколом выемки, согласно которому у ФИО42 изъят оптический диск с аудиозаписями телефонных разговоров службы такси «&lt;данные изъяты&gt;»; - протоколом осмотра предметов (документов), осмотра и прослушивания фонограммы, согласно которому осмотрен оптический диск, осмотрена и прослушана находящаяся на диске видеозапись, произведенная с участием ФИО8; осмотрен оптический диск, осмотрены и прослушаны фонограммы телефонных разговоров оператора службы такси «&lt;данные изъяты&gt;» при заказе автомобиля-такси; постановлением о признании и приобщении вещественных доказательств, согласно которому признаны и приобщены в качестве вещественных доказательств указанные оптические диски; - заключением экспертов №, согласно которому приведено дословное содержание разговоров, имеющихся на оптическом диске &lt;данные изъяты&gt;», где установлено, что в разговорах, обозначенных экспертами как спорные фонограммы 2-4, 7-9, 10-12, 16, 18, 19, принимает участие ФИО8, в том числе в фонограмме 8 – по эпизоду потерпевшей ФИО317; - сведениями из &lt;данные изъяты&gt;, согласно которым ФИО8 содержался в данном учреждении с ДД.ММ.ГГГГ по ДД.ММ.ГГГГ; - сообщением из &lt;данные изъяты&gt;, согласно которому следственные действия с ФИО37 проводились только с участием следователя ФИО43 ДД.ММ.ГГГГ в период времени с 14 часов 45 минут до 17 часов 05 минут в кабинете №. По факту совершения хищения денежных средств, принадлежащих ФИО15 №5, подтверждается следующими исследованными в судебном заседании доказательствами, а именно: - оглашенными показаниями потерпевшей ФИО15 №5, данными в ходе предварительного расследования, согласно которым она проживает в ....22; в ее квартире установлен стационарный телефон №; ДД.ММ.ГГГГ около 06 часов 22 минуты ей на домашний телефон позвонил ранее незнакомый мужчина, который представился сотрудником полиции и сказал, что ее сын сбил человека; затем, как ей показалось, трубку взял другой мужчина, голос которого был похож на голос ее сына; он пояснил, что сбил человека и ему нужны деньги; затем снова трубку взял якобы сотрудник полиции, пояснил, что ей необходимо написать объяснение по поводу ДТП и необходимо 500000 рублей, чтобы ее сына отпустили; она ответила, что у нее в наличие только 200 000 рублей; тогда якобы сотрудник полиции попросил назвать номер ее сотового телефона; она сообщила; далее в этот же день в 06 часов 45 минут ей на сотовый телефон позвонил все тот же мужчина - якобы сотрудник полиции с номера №; он сообщил, что передаст трубку якобы ее сыну, который снова сказал о том, что ему нужны деньги; после этого сотрудник полиции звонил еще несколько раз на ее сотовый телефон; затем он сказал, что за деньгами к ней приедет человек; после этого в дверь квартиры позвонили, она открыла двери и увидела ранее незнакомого мужчину, который сказал, что пришел от сотрудника полиции; тогда она в своей квартире передала данному мужчине денежные средства в сумме 200 000 рублей, после чего он ушел; затем она решила позвонить своему сыну, который пояснил, что с ним все хорошо и ДТП он не совершал; ущерб для нее является значительным; впоследствии следователем ей был предъявлен видеофайл с названием «&lt;данные изъяты&gt;», в ходе просмотра и прослушивания данной видеозаписи она узнала голос парня, который звонил ей ДД.ММ.ГГГГ, представляясь сотрудником полиции и требовал передать ему денежные средства в сумме 500 000 рублей; - оглашенными показаниями свидетеля ФИО80, данными в ходе предварительного расследования, согласно которым его мать ФИО15 №5 проживает по ....; в ее квартире установлен стационарный телефон; ДД.ММ.ГГГГ она позвонила ему на сотовый телефон и спросила, все ли с ним в порядке; он ответил, что у него все хорошо; с ее слов он узнал, что ей позвонили на телефон и сообщили, что якобы он совершил ДТП и ему нужны деньги, и она передала 200000 рублей незнакомому мужчине; по данному факту он посоветовал обратиться в полицию, поскольку ДТП он не совершал; - показаниями свидетеля ФИО35, водителя такси, в судебном заседании, а также оглашенными показаниями, данными в ходе предварительного расследования, которые он подтвердил, согласно им ДД.ММ.ГГГГ в 06 часов 40 минут ему поступила заявка проследовать на ....; подъехав к дому, около 06 часов 46 минут на его телефон № с абонентского № позвонил ранее незнакомый парень, который попросил поднять в квартиру № по вышеуказанному адресу, где якобы его мама должна передать ему деньги; он согласился и прошел в указанную квартиру, где увидел ранее незнакомую женщину, которая с кем-то разговаривала по сотовому телефону; женщина передала ему 200000 рублей различными купюрами; при этом он заметил, что женщина была напугана, взволнована; в это время, когда он с деньгами вернулся в автомобиль, ему снова позвонил тот же парень и попросил его проследовать в отделение &lt;данные изъяты&gt;, где перевести полученные у женщины деньги на абонентские номера, которые он ему укажет; он согласился; по пути следования ему неоднократно звонил данный парень; в «&lt;данные изъяты&gt;» ему снова позвонил этот парень и попросил перечислить полученные якобы от его мамы деньги на абонентские номера, назвав их; в настоящее время он их не помнит; после того как консультант отделения предупредил его, что здесь что-то не так, он позвонил парню и сказал, что отвезет деньги обратно его маме; тогда парень попросил его отвезти и передать деньги его брату по ФИО267; по его просьбе он проследовал на ...., где на автозаправке увидел автомобиль «&lt;данные изъяты&gt;», подошел к нему, спросил имя у водителя; мужчина назвался ФИО268; ему он пояснил, что брат просил передать деньги; затем в автомобиле ФИО269 он пересчитал деньги в сумме 200000 рублей, из указанной суммы он оставил себе 8 000 рублей за оказанную услугу, а 192000 рублей передал ФИО270; после чего вышел из машины и уехал; - показаниями свидетеля ФИО36, водителя такси, в судебном заседании, а также оглашенными показаниями, данными в ходе предварительного расследования, которые он подтвердил, согласно им ДД.ММ.ГГГГ около 02 часов он находился на работе, когда от службы такси «&lt;данные изъяты&gt;» получил заявку на адрес пересечение &lt;данные изъяты&gt; и выдвинулся по указанной заявке; в это время ему позвонил диспетчер службы такси и соединила его с клиентом; по телефону ему ответил парень, который пояснил, что отменяет заказ в настоящее время и сделает заказ через несколько дней, позвонит со своего телефона с просьбой проследовать к его родственникам, у которых необходимо будет забрать деньги, поскольку сам он находится в &lt;данные изъяты&gt;, у него возникли проблемы и ему необходимы деньги; затем парень попросил его сообщить абонентский номер, чтобы связаться с ним напрямую; он сообщил свой №; ДД.ММ.ГГГГ около 05 часов 12 минут ему на абонентский № с абонентского № поступил звонок от этого парня, который спросил, работает ли он; он ответил, что работает, и тот пообещал перезвонить ему позже; затем около 06 часов 35 минут ДД.ММ.ГГГГ ему поступил звонок с абонентского №, снова позвонил этот же парень и спросил, свободен ли он, но он был занят; в 07 часов 17 минут ДД.ММ.ГГГГ ему вновь позвонил парень с абонентского №, спросил свободен ли он и где находится, на что он ответил, что находится на пересечении &lt;данные изъяты&gt;; тогда он попросил его подождать в указанном месте некоторое время, поскольку к нему подъедет мужчина, который передаст ему денежные средства; при этом он пояснил, что деньги ему передают родственники; он согласился и стал ожидать; парень периодически звонил ему с абонентского № и спрашивал, не подъехал ли мужчина; спустя некоторое время к нему подъехал автомобиль, из которого вышел ранее незнакомый пожилой мужчина; в это время в салоне его автомобиля находились его дети; мужчина подошел к нему и спросил, не он ли Андрей; он представился; в салоне его автомобиля мужчина передал ему денежные средства в сумме 192000 рублей; с указанными деньгами он вернулся в свой автомобиль и поехал по делам; периодически ему продолжал звонить парень и просил перечислить полученные деньги на абонентские номера; около 09 часов 10 минут он приехал к отделению &lt;данные изъяты&gt;» на ...., ему позвонил парень и назвал абонентские номера, он их записал и перечислил 190000 рублей на абонентские номера: на № рублей, на № – 50000 рублей, на № – 25000 рублей, на № – 35000 рублей, на № рублей, а 2000 рублей оставил себе за услугу; чеки о переводе денег он оставил себе; после чего около 09 часов 56 минут ему позвонил парень, которому он сообщил, что перевел деньги; впоследствии следователем ему был представлен для прослушивания видеофайл с участием ФИО4, прослушав который, он уверенно узнал голос парня (ФИО4), который звонил ДД.ММ.ГГГГ, ДД.ММ.ГГГГ и ДД.ММ.ГГГГ заказывал его автомобиль-такси и по просьбе которого он дважды забирал денежные средства ДД.ММ.ГГГГ и ДД.ММ.ГГГГ и осуществлял переводы денег; - оглашенными показаниями свидетеля ФИО40, данными в ходе предварительного расследования, изложенными выше; - оглашенными показаниями свидетеля ФИО57, данными в ходе предварительного расследования, изложенными выше; - оглашенными показаниями свидетеля ФИО271, данными в ходе предварительного расследования, изложенными выше; - оглашенными показаниями свидетеля ФИО37, данными в ходе предварительного расследования, изложенными выше; - показаниями свидетеля ФИО59 в судебном заседании, а также оглашенными показаниями, данными им в ходе предварительного расследования, которые он подтвердил, изложенными выше; - оглашенными показаниями свидетеля ФИО88, данными в ходе предварительного расследования, изложенными выше; - оглашенными показаниями свидетеля ФИО60, данными в ходе предварительного расследования, изложенными выше; - оглашенными показаниями свидетеля ФИО41, данными в ходе предварительного расследования, изложенными выше; - оглашенными показаниями свидетеля ФИО42, данными в ходе предварительного расследования, изложенными выше; - показаниями свидетеля ФИО43 в судебном заседании, изложенными выше; - оглашенными показаниями свидетеля ФИО17, данными в ходе предварительного расследования, изложенными выше; - детализацией телефонных соединений абонентского № находившегося в пользовании ФИО96, согласно которой ДД.ММ.ГГГГ в 06:22, 06:28 (по местному времени &lt;данные изъяты&gt;) с абонентского № поступил звонок на указанный абонентский номер, продолжительность разговора составила 294 секунд и 1052 секунд; - протоколом осмотра предметов (документов), согласно которому осмотрена указанная детализация телефонных соединений абонентского номера № постановлением о признании и приобщении вещественных доказательств, согласно которому признана и приобщена в качестве вещественного доказательства детализация телефонных соединений абонентского номера №, находившегося в пользовании ФИО96; - детализацией телефонных соединений абонентского №, находившегося в пользовании ФИО96, согласно которой ДД.ММ.ГГГГ в 06:45, 06:48, 06:49, 06:51, 06:55 (по местному времени &lt;данные изъяты&gt;) с абонентского № поступили звонки на указанный абонентский номер ФИО96; - протоколом осмотра предметов (документов), согласно которому осмотрена детализация телефонных соединений абонентского №, находившегося в пользовании ФИО96; постановлением о признании и приобщении вещественных доказательств, согласно которому признана и приобщена в качестве вещественного доказательства детализация телефонных соединений абонентского №, находившегося в пользовании ФИО96; - детализацией данных абонентского №, находившегося в пользовании ФИО98, согласно которой имеют место телефонные соединения абонентского №, в том числе ДД.ММ.ГГГГ в 03:45, 03:48, 03:49, 03:51, 03:55, (по московскому времени) с абонентским №, а также указаны базовые станции на стороне абонента № - протоколом осмотра предметов (документов), согласно которому осмотрена указанная детализация данных абонентского № постановлением о признании и приобщении вещественных доказательств, согласно которому признана и приобщена в качестве вещественного доказательства указанная детализация; - детализацией данных абонентского №, находившегося в пользовании ФИО98; - протоколом осмотра предметов (документов), согласно которому осмотрен оптический диск, содержащий детализацию данных абонентского №, находившегося в пользовании ФИО98, в которой указаны телефонные соединения абонентского №, в том числе ДД.ММ.ГГГГ в 03:24, 03:29 (по московскому времени) с абонентским №, указаны базовые станции на стороне абонента №; постановлением о признании и приобщении вещественных доказательств, согласно которому признан и приобщен в качестве вещественного доказательства указанный оптический диск; - детализацией телефонных соединений абонентского № находившегося в пользовании ФИО272, согласно которой ДД.ММ.ГГГГ в период с 07 часов 16 минут до 09 часов 56 минут (по местному времени &lt;данные изъяты&gt;) с абонентских номеров № поступили звонки на указанный абонентский номер ФИО272; - протоколом осмотра предметов (документов), согласно которому осмотрена детализация телефонных соединений абонентского №, находившегося в пользовании ФИО272 постановлением о признании и приобщении вещественных доказательств, согласно которому признана и приобщена в качестве вещественного доказательства указанная детализация; - информация о движении денежных средств по учетным записям № на оптическом диске; - протоколом осмотра предметов (документов), согласно которому на данном оптическом диске имеют место сведения о транзакциях по учетным записям №, в том числе ДД.ММ.ГГГГ посредством ООО «№» в 06:31 (по московскому времени) проведен платеж на сумму 15 000 рублей - на №; в 06:32 проведен платеж в сумме 10000 рублей – на №; в 06:33 (по московскому времени) проведен платеж на сумму 15 000 рублей - на №; в 06:34 проведен платеж в сумме 15000 рублей – на №; в 06:26 проведен платеж в сумме 5000 рублей – на №; в 06:19 (по московскому времени) проведен платеж на сумму 15 000 рублей - на №; в 06:20 проведен платеж в сумме 15000 рублей – на №; в 06:21 проведен платеж в сумме 15000 рублей – на №; в 06:22 проведен платеж в сумме 15000 рублей – на №; в 06:37 (по московскому времени) проведен платеж на сумму 15 000 рублей - на №; в 06:38 проведен платеж в сумме 15000 рублей – на №; в 06:24 (по московскому времени) проведен платеж на сумму 15 000 рублей - на №; в 06:25 проведен платеж в сумме 15000 рублей – на №; в 06:26 проведен платеж в сумме 15000 рублей – на №; в 06:27 проведен платеж в сумме 5000 рублей – на №; постановлением о признании и приобщении вещественных доказательств, согласно которому признан и приобщен в качестве вещественного доказательства оптический диск с информацией о движении денежных средств по абонентским №; - протоколом выемки, согласно которому у ФИО36 изъяты кассовые чеки, подтверждающие указанные выше перечисления денежных средств; - протоколом осмотра предметов (документов), согласно которому осмотрены изъятые кассовые чеки; постановлением о признании и приобщении вещественных доказательств, согласно которому признаны и приобщены в качестве вещественного доказательства данные кассовые чеки; - выписками по счетам банковских карт «&lt;данные изъяты&gt;» №, открытой на имя ФИО87, и №, открытой на имя ФИО88, согласно которым на счет карты ФИО87 поступали денежные средства, в том числе ДД.ММ.ГГГГ различными суммами с абонентских №, на счет карты ФИО88 поступали денежные средства различными суммами, в том числе ДД.ММ.ГГГГ с абонентских №; - протоколом осмотра предметов (документов), согласно которому осмотрены данные выписки по счетам указанных банковских карт; постановлением о признании и приобщении вещественных доказательств, согласно которому осмотренное признано и приобщено в качестве вещественных доказательств; - протоколом выемки, согласно которому у ФИО41 изъят оптический диск с видеозаписью с участием ФИО4; - протоколом выемки, согласно которому у ФИО42 изъят оптический диск с аудиозаписями телефонных разговоров службы такси «&lt;данные изъяты&gt;»; - протоколом осмотра предметов (документов), осмотра и прослушивания фонограммы, согласно которому осмотрен оптический диск, осмотрена и прослушана находящаяся на диске видеозапись, произведенная с участием ФИО4; осмотрен оптический диск, осмотрены и прослушаны фонограммы телефонных разговоров оператора службы такси «&lt;данные изъяты&gt;» при заказе автомобиля-такси; постановлением о признании и приобщении вещественных доказательств, согласно которому признаны и приобщены в качестве вещественных доказательств указанные оптические диски; - заключением экспертов №, согласно которому приведено дословное содержание разговоров, имеющихся на оптическом диске «&lt;данные изъяты&gt;», где установлено, что в разговорах, обозначенных экспертами как спорные фонограммы 2-4, 7-9, 10-12, 16, 18, 19, принимает участие ФИО4, в том числе в фонограмме 7 – по эпизоду потерпевшей ФИО96; - сведениями из &lt;данные изъяты&gt;, согласно которым ФИО4 содержался в данном учреждении с ДД.ММ.ГГГГ по ДД.ММ.ГГГГ; - сообщением из &lt;данные изъяты&gt;, согласно которому следственные действия с ФИО37 проводились только с участием следователя ФИО43 ДД.ММ.ГГГГ в период времени с 14 часов 45 минут до 17 часов 05 минут в кабинете №. По факту совершения хищения денежных средств, принадлежащих ФИО15 №6, подтверждается следующими исследованными в судебном заседании доказательствами, а именно: - оглашенными показания потерпевшей ФИО15 №6, данными входе предварительного расследования, согласно которым она ранее проживала по ....; ДД.ММ.ГГГГ в 07 часов 15 минут ей на домашний номер телефона № позвонил мужчина, который представился ее сыном и сообщил, что попал в ДТП и что ему нужны денежные средства в сумме 300 000 рублей; она ответила, что у нее имеется денежная сумма на счете в банке в размере 200 000 рублей и проценты; якобы сын пояснил, что находится в отделе полиции; затем трубку взял, как ей показалось, другой мужчина, который представился сотрудником полиции и пояснил, что может помочь ее сыну избежать наказания, но для этого нужны денежные средства; после его попросил назвать ему номер ее сотового телефона; она сообщила, на этом разговор был окончен; в 08 часов 01 минуту ДД.ММ.ГГГГ ей на ее абонентский номер телефона № с абонентского номера № позвонил якобы сотрудник полиции и пояснил, чтобы она постоянно была с ним на связи, затем попросил написать ее заявление, сам диктовал, что необходимо было в нем указать, а именно обстоятельства произошедшего ДТП; затем по его указанию она проследовала в банк и сняла со своего счета денежные средства в сумме 252 411 рублей 65 копеек; при этом якобы сотрудник полиции постоянно звонил ей; сначала он говорил, что возле данного отделения банка ее будет ожидать автомобиль марки «&lt;данные изъяты&gt;» регистрационный №, затем – что к ней приедет автомобиль марки «&lt;данные изъяты&gt;» черного цвета, регистрационный №, и наконец, якобы сотрудник сказал, что деньги она должна передать парню, который ее ожидал в помещении банка; вскоре к ней подошел парень, которого она встретила ранее при выходе из банка; якобы сотрудник полиции попросил ее передать данному парню трубку телефона; парень стал разговаривать по телефону о том, что ему необходимо забрать у нее деньги; когда она снова взяла трубку, якобы сотрудник полиции сказал ей передать деньги парню; она выполнила указание и передала парню деньги, после чего он ушел в сторону ....; она же проследовала к припаркованному рядом автомобилю «&lt;данные изъяты&gt;» черного цвета регистрационный №, как ей и пояснял якобы сотрудник полиции, в котором ее будет ожидать ФИО275; он отвез ее на пересечение ...., она рассчиталась с ним за проезд и вышла из машины, поскольку якобы сотрудник полиции пояснил ей, что в указанном месте к ней подъедут сотрудники ДПС и отвезут ее в отдел полиции к сыну; она ожидала около 15 минут, однако никто не приехал; тогда она позвонила своей снохе ФИО81 и узнала, что у них все в порядке и ее сын в настоящее время находиться в командировке; снохе о произошедшем она ничего рассказывать не стала, сама поехала в отдел полиции на пересечении ....; уже в пути ей позвонил ее сын ФИО82 и сказал, что у него все хорошо; сыну она рассказала о произошедшем, на что он посоветовал ей обратиться в полицию; ущерб для нее является значительным; впоследствии следователем ей был предъявлен видеофайл с названием «&lt;данные изъяты&gt;», просмотрев данный видеофайл, она увидела на нем ранее незнакомого ей парня, который представился как ФИО4; прослушав запись, в голосе ФИО4 она уверенно узнала голос парня, который звонил ей на стационарный номер телефона и представлялся ее сыном; - оглашенными показаниями свидетеля ФИО81, данными в ходе предварительного расследования, согласно которым ранее ее свекровь ФИО15 №6 проживала отдельно от них по адресу: ...., в ее квартире был установлен стационарный номер телефона №; ФИО15 №6 проживала одна; ДД.ММ.ГГГГ около 11 часов ей на сотовый телефон позвонила ФИО15 №6 и спросила, как у них дела и где ее сын; она ответила, что ее сын находится в командировке; затем она позвонила своему супругу и попросила его позвонить ей; позднее от него она узнала, что свекровь обманули мошенники по телефону, поскольку она, поверив им, отдала свои деньги; - оглашенными показаниями свидетеля ФИО82, данными в ходе предварительного расследования, согласно которым ранее его мама проживала отдельно по адресу: ....; в ее квартире был установлен стационарный номер телефона №; ДД.ММ.ГГГГ около 11 часов ему на сотовый телефон позвонила его супруга и пояснила, что у его мамы, что-то произошло; после чего он позвонил на сотовый телефон своей мамы, которая в ходе разговора спросила его, что случилось с ним, и где он находится; он ответил, что находится в служебной командировке и у него все в порядке; далее с ее слов он узнал, что ей на телефон позвонил незнакомый парень, который представился от его имени и сообщил, что совершил дорожно-транспортное происшествие в ходе, которого сбил человека, и необходимы денежные средства в сумме 250 000 рублей, она была напугана и передала незнакомому мужчине деньги; - показаниями свидетеля ФИО36, водителя такси, в судебном заседании, а также оглашенными показаниями, данными в ходе предварительного расследования, которые он подтвердил, согласно им утром ДД.ММ.ГГГГ ему на сотовый телефон с абонентского № снова позвонил парень-клиент, по просьбе которого он уже забирал деньги у родственников парня и перечислял ему на указанные им абонентские номера; в этот раз этот парень попросил его проехать к отделению банка, расположенного по адресу: ....; при этом пояснил, что там к нему подойдет женщина и отдаст деньги; он согласился; приехав к банку по указанному адресу, он прошел к отделению банка, где к нему подошла незнакомая женщина и передала ему деньги; после чего он вернулся в автомобиль; в это время ему на сотовый телефон пришло сообщение от того парня с номерами сотовых телефонов, на которые необходимо перечислить деньги; в связи с чем он проехал в отделение «&lt;данные изъяты&gt;» по ...., где на указанные клиентом абонентские номера перечислил денежные средства, а именно на № сумму в 40000 рублей, № сумму в 40000 рублей, № сумму в 50000 рублей, № сумму в 50000 рублей, № сумму в 60000 рублей, 10 000 рублей он оставил себе; впоследствии следователем ему на обозрение был предъявлен фрагмент видеозаписи под названием «&lt;данные изъяты&gt;»; прослушав голос парня, который представился ФИО4, он уверенно узнал голос парня, по просьбе которого он ранее забирал у женщин деньги и перечислял их на номера; - оглашенными показаниями свидетеля ФИО40, данными в ходе предварительного расследования, изложенными выше; - оглашенными показаниями свидетеля ФИО57, данными в ходе предварительного расследования, изложенными выше; - оглашенными показаниями свидетеля ФИО87, данными в ходе предварительного расследования, изложенными выше; - оглашенными показаниями свидетеля ФИО37, данными в ходе предварительного расследования, изложенными выше; - показаниями свидетеля ФИО59 в судебном заседании, а также оглашенными показаниями, данными им в ходе предварительного расследования, которые он подтвердил, изложенными выше; - оглашенными показаниями свидетеля ФИО88, данными в ходе предварительного расследования, изложенными выше; - оглашенными показаниями свидетеля ФИО276, данными в ходе предварительного расследования, изложенными выше; - оглашенными показаниями свидетеля ФИО41, данными в ходе предварительного расследования, изложенными выше; - оглашенными показаниями свидетеля ФИО42, данными в ходе предварительного расследования, изложенными выше; - оглашенными показаниями свидетеля ФИО58, данными в ходе предварительного расследования, изложенными выше; - оглашенными показаниями свидетеля ФИО83, данными в ходе предварительного расследования, изложенными выше; - показаниями свидетеля ФИО43 в судебном заседании, изложенными выше; - детализацией телефонных соединений абонентского номера № находившегося в пользовании ФИО97, согласно которой ДД.ММ.ГГГГ в 07:15, 07:18 (по местному времени &lt;данные изъяты&gt;) с абонентского № поступили звонки на абонентский №, продолжительность разговора составила 214 секунд и 2543 секунды; - протоколом осмотра предметов (документов), согласно которому осмотрена детализация телефонных соединений абонентского номера &lt;данные изъяты&gt;, находившегося в пользовании ФИО97; постановлением о признании и приобщении вещественных доказательств, согласно которому признана и приобщена в качестве вещественного доказательства указанная детализация; - протоколом выемки, согласно которому у ФИО15 №6 изъят расходно-кассовый ордер, подтверждающий снятие денежных средств, рукописный текст объяснения, детализация абонентского №, находящегося в ее пользовании; - протоколом осмотра предметов (документов), согласно которому осмотрены расходно-кассовый ордер, детализация абонентского №, находящегося в пользовании ФИО97, в которой имеют место телефонные соединения данного абонентского номера, в том числе ДД.ММ.ГГГГ в 08:03, 08:44, 09:16 (по времени &lt;данные изъяты&gt;) с абонентским №; постановлением о признании и приобщении вещественных доказательств, согласно которому изъятое и осмотренное признано и приобщено в качестве вещественных доказательств; - протоколом выемки, согласно которому у ФИО36 изъят сотовый телефон «&lt;данные изъяты&gt;», кассовые чеки, подтверждающие переводы денежных средств полученных у ФИО97; - протоколом осмотра предметов (документов), согласно которому осмотрен сотовый телефон «&lt;данные изъяты&gt;», изъятый у ФИО277, в котором имеются смс-сообщения с указаниями номеров киви-кошельков и суммами, которые необходимо перечислить на указанные номера; постановлением о признании и приобщении вещественных доказательств, согласно которому признан и приобщен в качестве вещественного доказательства указанный сотовый телефон; - протоколом осмотра предметов (документов), согласно которому, осмотрены кассовые чеки, изъятые у ФИО36; постановлением о признании и приобщении вещественных доказательств, согласно которому признаны и приобщены в качестве вещественного доказательства указанные кассовые чеки; - детализацией данных абонентского №, находившегося в пользовании ФИО4, согласно которой имеют место телефонные соединения абонентского №, в том числе ДД.ММ.ГГГГ (по московскому времени) в 04:16, 04:10 с абонентским номером №, в 05:03, 05:44, 06:16 с абонентским номером &lt;***&gt;, в 05:06, 05:24, 07:17, 07:32, 07:36, 08:07, 09:53, 10:44, 11:19 с абонентским номером &lt;***&gt;, а также указаны базовые станции на стороне абонента №; - протоколом осмотра предметов (документов), согласно которому осмотрена указанная детализация данных абонентского №; постановлением о признании и приобщении вещественных доказательств, согласно которому признана и приобщена в качестве вещественного доказательства указанная детализация; - информацией АО «Киви Банк» о движении денежных средств по учетным записям № на оптическом диске; - протоколом осмотра предметов (документов), согласно которому на данном оптическом диске имеют место сведения о транзакциях по учетным записям № в том числе ДД.ММ.ГГГГ посредством ООО «&lt;данные изъяты&gt;» в 06:59 (по московскому времени) четырежды проведены платежи на суммы 15 000 рублей, 15000 рублей, 15000 рублей, 5000 рублей - на №; в 06:47 (по московскому времени) трижды проведены платежи на суммы 15 000 рублей, 15000 рублей, 10000 рублей - на №; в 06:49 (по московскому времени) проведен платеж на сумму 15 000 рублей - на №; в 06:50 дважды проведены платежи на суммы 15000 рублей, 10000 рублей – на №; в 07:02 (по московскому времени) дважды проведены платежи на суммы 15 000 рублей, 15000 рублей - на №; в 07:03 дважды проведены платежи на суммы 15000 рублей, 15000 рублей – на №; в 06:55 (по московскому времени) дважды проведены платежи на суммы 15 000 рублей, 15000 рублей - на №, в 06:56 дважды проведены платежи на суммы 15 000 рублей, 5000 рублей - на №; постановлением о признании и приобщении вещественных доказательств, согласно которому, признан и приобщен в качестве вещественного доказательства оптический диск, предоставленный &lt;данные изъяты&gt; с информацией о движении денежных средств по абонентским номерам №; - выписками по счетам банковских карт «&lt;данные изъяты&gt;» №, открытой на имя ФИО88, и №, открытой на имя ФИО87, за период с ДД.ММ.ГГГГ по ДД.ММ.ГГГГ, согласно которым на счет карты ФИО88 поступали денежные средства, в том числе ДД.ММ.ГГГГ различными суммами с абонентских номеров &lt;данные изъяты&gt;; на счет карты ФИО87 поступали денежные средства, в том числе ДД.ММ.ГГГГ различными суммами с абонентских номеров №; - протоколом осмотра предметов (документов), согласно которому осмотрены выписки по счетам банковских карт «&lt;данные изъяты&gt;» ФИО87 и ФИО88 за период с ДД.ММ.ГГГГ по ДД.ММ.ГГГГ; постановлением о признании и приобщении вещественных доказательств, согласно которому признаны и приобщены в качестве вещественных доказательств выписки по счетам указанных банковских карт; - протоколом выемки, согласно которому у ФИО41 изъят оптический диск с видеозаписью с участием ФИО4; - протоколом выемки, согласно которому у ФИО42 изъят оптический диск с аудиозаписями телефонных разговоров службы такси «&lt;данные изъяты&gt;»; - протоколом осмотра предметов (документов), осмотра и прослушивания фонограммы, согласно которому осмотрен оптический диск, осмотрена и прослушана находящаяся на диске видеозапись, произведенная с участием ФИО4; осмотрен оптический диск, осмотрены и прослушаны фонограммы телефонных разговоров оператора службы такси «&lt;данные изъяты&gt;» при заказе автомобиля-такси; постановлением о признании и приобщении вещественных доказательств, согласно которому признаны и приобщены в качестве вещественных доказательств указанные оптические диски; - сведениями из &lt;данные изъяты&gt;, согласно которым ФИО4 содержался в данном учреждении с ДД.ММ.ГГГГ по ДД.ММ.ГГГГ; - сообщением из &lt;данные изъяты&gt;, согласно которому следственные действия с ФИО306 проводились только с участием следователя ФИО307 ДД.ММ.ГГГГ в период времени с 14 часов 45 минут до 17 часов 05 минут в кабинете №. По факту совершения покушения на хищение денежных средств, принадлежащих ФИО15 №1, подтверждается следующими исследованными в судебном заседании доказательствами, а именно: - оглашенными показаниями потерпевшей ФИО15 №1, данными в ходе предварительного расследования, согласно которым ДД.ММ.ГГГГ около 23 часов она находилась у своей мамы ФИО86, которая проживает по адресу: ....; в 03 часа 19 минут ДД.ММ.ГГГГ на стационарный №, установленный в квартире ее мамы позвонил мужчина, голос которого показался ей похожим на голос ее сына ФИО85; якобы ее сын сообщил, что сбил человека на пешеходном переходе насмерть; далее он сказал, что ему могут помочь, и затем трубку взял, как ей показалось, другой мужчина, который представился сотрудником полиции и сообщил, что ее сын совершил ДТП, спросил, готова ли она помочь сыну; она ответила согласием; якобы сотрудник полиции попросил ее назвать ее абонентский номер сотового телефона; она сообщила; сразу же на ее сотовый телефон поступил звонок с абонентского №; звонил якобы сотрудник полиции и пояснил, чтобы помочь ее сыну необходима деньги в сумме 100 000 рублей; она ответила, что у нее имеется 80000 рублей на счете ее банковской карты и у ее супруга, и ей необходимо пройти домой и взять деньги; тогда якобы сотрудник полиции согласился с указанной суммой и посоветовал ей никому ничего не рассказывать о произошедшем; по пути следования до дома она продолжала разговаривать с якобы сотрудником полиции; дома находился ее супруг, она взяла банковские карты свою и супруга, а также деньги в сумме 20000 рублей; после чего она вышла из дома, продолжая разговаривать с якобы сотрудником полиции, который указал, что денежные средства необходимо перечислить на номер телефона в ближайшем круглосуточном банкомате; она пришла в отделение «&lt;данные изъяты&gt;» по ...., где подошла к одному из банкоматов, перевела на свою банковскую карту денежные средства в сумме 20 000 рублей, все время разговаривая с ним по телефону; далее мужчина продиктовал ей номер телефона, на который она по его указанию перевела со счета своей карты данные денежные средства; после этого операции по ее карте стали невозможны, о чем она сообщила якобы сотруднику полиции; он сказал, чтобы она шла в другое отделение банка; в это время на ее сотовый телефон позвонил мужчина, который представился сотрудником полиции и попросил ее не переводить никому деньги; тогда она положила трубку; затем ей позвонил ее сын и сказал, что с ним все в порядке, ДТП он не совершал, а ей звонили мошенники; вскоре к ней подъехали сотрудники полиции, которым она рассказала о случившемся; ущерб для нее является значительным, так как доход семьи составляет около 40 000 рублей, из которых 14 000 рублей она отдает сыну на кредит; впоследствии ей был предъявлен видеофайл с названием «&lt;данные изъяты&gt;»; на видео был ранее незнакомый парень, который представился как ФИО8; в его голосе она узнала голос мужчины, который представлялся сотрудником полиции, с которым она разговаривала ДД.ММ.ГГГГ и по его требованию перевела на продиктованный им № рублей; - оглашенными показаниями свидетеля ФИО84, данными в ходе предварительного расследования, согласно которым он проживает совместно с гражданской супругой ФИО15 №1, у которой имеется сын ФИО85; он проживает отдельно от них; около 23 часов ДД.ММ.ГГГГ ФИО15 №1 ушла из дома к своей матери, которая проживает по ....; около 03 часов 30 минут ДД.ММ.ГГГГ ему на сотовый телефон позвонила ФИО15 №1 и стала говорить ему, чтобы он собрал дома деньги и все карты, что она сейчас придет; спустя несколько минут, домой зашла ФИО92, которой он передал денежные средства в сумме 20 000 рублей и свою карту, на который были их общие накопления в сумме около 60 000 рублей; при этом он спросил у нее, что произошло, на что она пояснила, что ее сын попал в дорожно-транспортное происшествие; после чего она ушла из дома, а он позвонил ее сыну, который убедил его в том, с ним все в порядке; сын поехал к ближайшему банкомату, он позвонил в полицию, поскольку понял, что ФИО92 позвонили мошенники; - оглашенными показаниями свидетеля ФИО85, данными в ходе предварительного расследования, согласно которым он является сыном ФИО15 №1, которая проживает с гражданским супругом по адресу: ....; также у него есть бабушка ФИО86, которая проживает по адресу: ....; в ее квартире имеется телефон с абонентским №; ДД.ММ.ГГГГ около 03 часов 50 минут ему на сотовый телефон позвонил ФИО84, который спросил, где он находится и все ли с ним в порядке; он ему ответил, что с ним все хорошо, что он спит у себя дома; со слов Беспрозванных он узнал, что его маме позвонили неизвестные и сказали, что он попал в дорожно-транспортное происшествие; далее ФИО278 пояснил, что ФИО92 вероятно пошла к ближайшему банкомату, чтобы переводить деньги; тогда он предположил, что ближайший работающий банкомат, расположенный недалеко от места жительства мамы, находится на ....; он сразу поехал туда; возле отделения «&lt;данные изъяты&gt;» уже были сотрудники полиции; со слов матери он узнал, что ДД.ММ.ГГГГ она пришла к своей маме по ...., в ночное время на стационарный телефон бабушки позвонил мужчина, который от его имени сказал его маме, что попал в дорожно-транспортное происшествие, в результате которого сбил девушку; после чего с мамы стали требовать деньги, которые она в сумме 20 000 рублей перевела на номер, который ей называли мошенники; он в дорожно-транспортные происшествия, в результате которого сбил человека, не попадал, своей маме он в тот момент не звонил, кого-либо звонить своей маме он не просил; - оглашенными показаниями свидетеля ФИО40, данными в ходе предварительного расследования, изложенными выше; - оглашенными показаниями свидетеля ФИО57, данными в ходе предварительного расследования, изложенными выше; - оглашенными показаниями свидетеля ФИО87, данными в ходе предварительного расследования, изложенными выше; - оглашенными показаниями свидетеля ФИО37, данными в ходе предварительного расследования, изложенными выше; - показаниями свидетеля ФИО59 в судебном заседании, а также оглашенными показаниями, данными им в ходе предварительного расследования, которые он подтвердил, изложенными выше; - оглашенными показаниями свидетеля ФИО41, данными в ходе предварительного расследования, изложенными выше; - оглашенными показаниями свидетеля ФИО42, данными в ходе предварительного расследования, изложенными выше; - показаниями свидетеля ФИО43 в судебном заседании, изложенными выше; - отчетом по счету карты, оформленной на имя ФИО92, согласно которому ДД.ММ.ГГГГ в 04 часа 27 минут (по местному времени &lt;данные изъяты&gt;) со счета № был осуществлен перевод в сумме 20000 рублей на абонентский №; - детализацией телефонных соединений абонентского №, находившегося в пользовании ФИО92, согласно которой ДД.ММ.ГГГГ в 03:26, 03:30, 04:11, 04:17, 04:19, 04:20, 04:21, 04:23, 04:25, 04:27 (по местному времени &lt;данные изъяты&gt;) с абонентского № имели место звонки на ее абонентский номер; - протоколом осмотра предметов (документов), согласно которому осмотрена детализация телефонных соединений абонентского №, находившегося в пользовании ФИО92, осмотрена выписка по счету №, открытого на имя ФИО92; постановлением о признании и приобщении вещественных доказательств, согласно которому осмотренное признано и приобщено в качестве вещественных доказательств; - детализацией телефонных соединений абонентского №, находившегося в пользовании ФИО279, согласно которой ДД.ММ.ГГГГ в 03 часа 19 минут (по местному времени &lt;данные изъяты&gt;) с абонентского номера &lt;***&gt; имел место звонок на ее абонентский номер, продолжительность разговора составила 335 секунд; - протоколом осмотра предметов (документов), согласно которому осмотрена детализация телефонных соединений абонентского №, находившегося в пользовании ФИО18; постановлением о признании и приобщении вещественных доказательств, согласно которому признана и приобщена в качестве вещественного доказательства указанная детализация; - детализацией данных абонентского №, находившегося в пользовании ФИО4, на электронном носителе; - протоколом осмотра предметов (документов), согласно которому осмотрен оптический диск, содержащий детализацию данных абонентского №, находившегося в пользовании ФИО98, в которой имели место телефонные соединения абонентского №, в том числе ДД.ММ.ГГГГ в 00:21 (по московскому времени) с абонентским № ДД.ММ.ГГГГ в 00:26, 00:30, 01:11, 01:17, 01:19, 01:20, 01:21, 01:23, 01:25, 01:27 (по московскому времени) с абонентским №, а также указаны базовые станции на стороне №; постановлением о признании и приобщении вещественных доказательств, согласно которому признан и приобщен в качестве вещественного доказательства указанный оптический диск; - протоколом выемки, согласно которому у следователя ФИО41 изъят оптический диск с видеозаписью с участием ФИО8; - протоколом осмотра предметов (документов), осмотра и прослушивания фонограммы, согласно которому, осмотрен оптический диск, осмотрена и прослушана находящаяся на диске видеозапись, произведенная с участием ФИО8; постановлением о признании и приобщении вещественных доказательств, согласно которому признан и приобщен в качестве вещественного доказательства указанный оптический диск; - сведениями из &lt;данные изъяты&gt;, согласно которым ФИО8 содержался в данном учреждении с ДД.ММ.ГГГГ по ДД.ММ.ГГГГ; - сообщением из &lt;данные изъяты&gt;, согласно которому следственные действия с ФИО37 проводились только с участием следователя ФИО43 ДД.ММ.ГГГГ в период времени с 14 часов 45 минут до 17 часов 05 минут в кабинете №. Оценивая приведенные доказательства в их совокупности, суд приходит к выводу, что факт совершения ФИО8 преступлений при обстоятельствах, изложенных выше в приговоре, с достоверностью установлен. Так, его вина в содеянном подтверждается показаниями свидетелей ФИО57, ФИО87 о том, что ФИО4, находясь в местах лишения свободы, а именно в &lt;данные изъяты&gt;, что подтверждается в том числе ответом из указанного учреждения о периоде содержания ФИО4 в данном исправительном учреждении, активно пользовался сотовой связью, звонил им с различных абонентских номеров, а также показаниями ФИО87 о том, что только с ведома ФИО4 непосредственно по его указанию часть поступивших на ее карту денежных средств она переводила на абонентский номер ФИО4, на который в течение 2015 года неоднократно звонила, либо – на другие абонентские номера, продиктованные ФИО4, либо приобретала продукты для передачи в &lt;данные изъяты&gt; где он отбывал наказание, данный факт также был подтвержден показаниями свидетеля ФИО88; показаниями свидетеля ФИО40, подтвердившего то, что в камере, где отбывал наказание ФИО4, имелись средства сотовой связи, которые изымались, показаниями свидетелей ФИО37, ФИО59, сокамерников подсудимого, подтвердивших данное обстоятельство, а также показаниями свидетеля ФИО37 о том, что чаще других пользовался сотовым телефоном ФИО4, говорил в основном ночью, тихо и о способе совершения преступлений ФИО4; потерпевших об обстоятельствах совершенного в отношении них телефонного мошенничества по схеме « сын (внук) попал в ДТП», показаниями свидетелей ФИО280, водителей такси «&lt;данные изъяты&gt;», подтвердивших как факт передачи им денежных средств потерпевшими, так и – перевода ими посредством платежных терминалов денежных средств, принадлежащих потерпевшим, на абонентские номера сим-карт, указанные клиентом – мужчиной; детализациями абонентских номеров, подтверждающих осуществление звонков потерпевшим, а также таксистам в момент совершения в отношении потерпевших преступления с абонентских номеров, работающих в месте нахождения в данный период ФИО4 в &lt;данные изъяты&gt;; протоколами выемок чеков, выписками по счетам, отчетами по счету, их осмотра, подтверждающих перечисление денежных средств, произведенных потерпевшей ФИО15 №1 и водителями такси; показаниями ФИО87, ФИО58, ФИО88, подтверждающими обстоятельства поступления денежных средств на счета их банковских карт, а также факт того, что ФИО4 контролировал поступления денежных средств, распоряжался ими; заключением фоноскопической судебной экспертизы, установившей, что в разговорах с операторами такси «&lt;данные изъяты&gt;» при оформлении заявки на заказ автомобиля-такси по эпизодам в отношении потерпевших ФИО15 №2, ФИО15 №3, ФИО15 №17, ФИО15 №5, ФИО15 №4 в качестве мужчины-клиента принимает участие ФИО4 и другими доказательствами, подробно изложенными в приговоре и взятыми в основу обвинительного приговора. Суд полагает также необходимым отметить, что свидетели – водители такси, свидетели ФИО87, ФИО88 при прослушивании фонограмм, изъятых в ходе следствия из ООО «&lt;данные изъяты&gt;», и все потерпевшие, прослушавшие видеозапись следственного действия с участием ФИО4 с уверенностью узнали голос подсудимого, кроме потерпевшей ФИО15 №10, которая в судебном заседании показала, что именно голос подсудимого соответствует голосу звонившего ей следователя. Более того, анализ представленных стороной обвинения доказательств в их совокупности указывает, что по эпизодам покушения на хищение денежных средств у потерпевших ФИО15 №7, ФИО15 №18, ФИО15 №12, ФИО15 №8 им поступали звонки с абонентского №, с этого же номера ФИО4 звонил таксисту ФИО27 по эпизоду хищения имущества ФИО15 №2; по эпизоду покушения на хищение денежных средств ФИО15 №13, ФИО15 №14, ФИО28 он звонил с №, с указанного номера он также производил звонки на номер потерпевшей ФИО15 №3, при этом по данному эпизоду он звонил таксисту ФИО29 с абонентского №, этот же номер фигурирует в телефонных соединениях со стационарными номерами потерпевших ФИО15 №16, ФИО15 №9; по эпизодам покушения на хищение денежных средств ФИО15 №10, ФИО15 №11 на стационарные номера потерпевших ФИО8 звонил с абонентского №, с обозначенного номера последний звонил потерпевшей ФИО15 №5 на ее абонентский №. Анализ изложенного и установленного заключением фоноскопической судебной экспертизы с учетом совокупности представленных доказательств стороной обвинения, в том числе показаний потерпевших в деталях согласующихся между собой относительно обстоятельств совершенного в отношении каждого из них преступления, по мнению суда, опровергает доводы защиты о непричастности ФИО8 к инкриминируемым преступлениям по всем эпизодам покушения. Кроме того, по эпизоду хищения денежных средств потерпевшей ФИО15 №6 судом установлено, что денежные средства, принадлежащие последней, были перечислены водителем ФИО36, в том числе на абонентские номера №, и согласно выписке по счету банковской карты ФИО88 поступили ей на счет. К тому же на обозначенные выше абонентские номера поступали денежные средства, принадлежащие потерпевшим ФИО15 №3, ФИО15 №2 Давая оценку показаниям допрошенных по делу потерпевших и свидетелей стороны обвинения суд приходит к выводу, что данные доказательства являются относимыми, поскольку обстоятельства, которые они устанавливают, относятся к предмету доказывания по данному уголовному делу, допустимыми, поскольку указанные доказательства получены в соответствии с требованиями УПК РФ, достоверными, поскольку у суда не имеется оснований не доверять показаниям обозначенных выше лиц, которые уверенно рассказывали о произошедшем, их показания носят последовательный, взаимодополняющий характер, они являются подробными и обстоятельными, а имеющиеся противоречия, по мнению суда, связаны с прошествием времени с момента произошедших событий и естественным состоянием памяти человека, которые в суде были устранены и не повлияли на выводы и решение суда о виновности подсудимого в совершении преступлений, на правильность применения уголовного закона. Потерпевшие и свидетели были предупреждены об уголовной ответственности за дачу заведомо ложных показаний и как взрослые, адекватные граждане, уяснили значимость их пояснений для правильного разрешения дела и судьбы подсудимого. Оснований сомневаться в их объективности по делу у суда не имеется, так как мотивов для оговора ФИО4 указанными лицами, наличие неприязненных отношений между ними и подсудимым в судебном заседании не установлено, убедительных причин для этого не было указано. Показания потерпевших и свидетелей корреспондируются между собой и объективно подтверждаются исследованными протоколами следственных действий, иными документами, вещественными доказательствами. Подвергать сомнению изложенные ими обстоятельства у суда не имеется, суд полагает их соответствующими действительности, в связи с чем указанные выше доказательства кладет в основу обвинительного приговора. Таким образом, все положенные судом в основу приговора доказательства собраны в полном соответствии с требованиями уголовно-процессуального закона, в пределах установленных законом процессуального срока расследования, с соблюдением установленной процедуры его продления. В судебном заседании были осмотрены DVD диск с аудиозаписями телефонных разговоров ООО «&lt;данные изъяты&gt;», DVD диск с видеозаписью следственного действия – получения образцов голоса ФИО8, которые в соответствии с нормами уголовно-процессуального законодательства в ходе предварительного следствия были изъяты, осмотрены и приобщены к делу в качестве вещественных доказательств. Оснований сомневаться, что изъятые в ходе выемок указанные диски осмотрены следователем, признаны и приобщены в качестве вещественных доказательств не имеется, поскольку упакованы и опечатаны надлежащим образом, нарушений целостности упаковки участниками процесса не отмечено, в протоколе осмотра, а также осмотра и прослушивания фонограмм маркировочные обозначения дисков, название и форматы файлов, их количество, длительность видеозаписи соответствуют изъятым. Кроме того, на записи следственного действия – получения образцов голоса ФИО4 отчетливо виден сам подсудимый, идентифицировать личность которого участникам процесса не составило труда, факт присутствия ФИО4 на данной видеозаписи, процесс получения образцов его голоса посредством его ответов на поставленные специалистом вопросы не отрицался и самим подсудимым. Принимая во внимание отказ ФИО4 от добровольной дачи образцов голоса для сравнительного исследования как в ходе предварительного следствия, так и в ходе судебного заседания, по мнению суда, свидетельствующего об отсутствии сомнений в достоверности образцов его голоса, содержащихся на изъятой видеозаписи, пояснения в судебном заседании следователя ФИО43, суд приходит к твердому убеждению об отсутствии оснований для сомнений относительно достоверности проведенной судебной фоноскопической экспертизы № от ДД.ММ.ГГГГ. Судом установлено, что экспертиза проведена в соответствии с требованиями главы 27 УПК РФ, иных нормативно-правовых актов, соответствующих методических рекомендаций. Исследование проводилось квалифицированным экспертами, незаинтересованными в исходе дела, предупрежденными об уголовной ответственности за дачу заведомо ложного заключения, в пределах своей компетенции, имеющих высшее образование и длительный стаж работы – 7 лет. Выводы экспертов в заключении экспертизы мотивированы, обоснованы и аргументированы, сделаны на основе материалов, являющихся достаточными для проведения исследования. Ознакомившись с данным заключением ни от ФИО4, ни от его защитника каких-либо ходатайств по этому поводу не поступало. Вследствие чего оснований для признания заключения экспертов недопустимым доказательством, суд также не находит. К показаниям свидетеля ФИО37 в судебном заседании с учетом совокупности исследованных в судебном заседании доказательств, в том числе показаний свидетеля ФИО43, ответа из &lt;данные изъяты&gt;, суд относится критически, как способу помочь ФИО4 избежать наказания, в основу приговора суд кладет показания, признавая их достоверными, данные им в ходе предварительного следствия. Довод подсудимого о том, что он не причастен к совершению указанных преступлений, поскольку в период времени с ДД.ММ.ГГГГ по ДД.ММ.ГГГГ он не содержался в &lt;данные изъяты&gt;, признается судом ущербным, поскольку порождает сомнения в достоверности данных показаний подсудимого, опровергается материалами уголовного дела, в том числе ответом из данного учреждения о том, что осужденный ФИО4 с ДД.ММ.ГГГГ по ДД.ММ.ГГГГ содержался в &lt;данные изъяты&gt;. С учетом показаний свидетеля ФИО87 о том, что ДД.ММ.ГГГГ она неоднократно сама звонила на абонентский номер ФИО4, разговаривала непосредственно с ним, а оформив пластиковую карту на свое имя, привязала к ней два сотовых номера, свой и номер сотового телефона ФИО4, которым он пользовался в тот момент, а также принимая во внимание факт того, что так называемая «обратная связь» была реализована и потерпевшими ФИО15 №4, ФИО28, довод подсудимого о том, что личного номера у него не имелось, в том числе с учетом исследованных в судебном заседании доказательств, не может быть признан судом убедительным. Другие доводы подсудимого и защиты о том, что ни один из абонентских номеров, с которых поступали звонки потерпевшим, водителям такси, не зарегистрирован на его родных и знакомых, в материалах дела не имеется телефонных соединений с указанными лицами, денежные средства не были переведены им, нет ни одного зафиксированного разговора звонившего с потерпевшими, с его родными и им, не было изъято сотового телефона именно у него, он не знаком ни ФИО283 не могут рассматриваться судом в качестве безусловного основания для вывода о непричастности ФИО4 при наличии совокупности других доказательств, изложенных в приговоре, которую суд, вопреки мнению стороны защиты, находит достаточной для вывода суда о виновности подсудимого в совершении указанных преступлений. При установленных судом обстоятельствах суд не может признать убедительными показания подсудимого о непричастности последнего ко всем эпизодам инкриминируемых преступлений, расценивая их как реализованное право подсудимого на защиту. Показания подсудимого о том, что денежные средства на карту его знакомой ФИО87 поступали от сокамерников, проигравших в карты, при этом указание на обстоятельства того, что карточный долг остался только у ФИО37, и о причастности последнего при участии ФИО310 к совершению мошенничества, по мнению суда, вызваны его желанием избежать уголовной ответственности. Судом установлено, что ФИО4 совершал хищение денежных средств у потерпевших в форме мошенничества путем обмана, поскольку, дозвонившись до абонентов, он каждый раз сообщал потерпевшим заведомо ложные сведения, представлявшись то родственником, то сотрудником полиции, о совершенном якобы сыном либо внуком дорожно-транспортных происшествий и необходимости урегулирования вопроса об уголовной ответственности посредством перечисления денежных средств на счет абонентских номеров сим-карт, которые были заблаговременно известны ФИО4, что позволяло ему использовать и распоряжаться денежными средствами, принадлежащими потерпевшим, по своему усмотрению. Вместе с тем, исходя из положений действующего уголовного законодательства, покушением на преступление признаются умышленные действия (бездействия) лица, непосредственно направленные на совершение преступления, если при этом преступление не было доведено до конца по независящим от этого лица обстоятельствам. При оценке действий подсудимого по фактам преступлений в отношении потерпевших ФИО15 №14, ФИО28, ФИО15 №16, ФИО15 №9, ФИО15 №10, ФИО15 №11, ФИО15 №1, ФИО15 №7, ФИО15 №18, ФИО15 №12, ФИО15 №8, ФИО15 №13, суд исходит из того, что ФИО4 выполнил объективную сторону мошенничества, а именно ФИО4, используя средства мобильной связи, осуществлял телефонные звонки, дозвонившись до абонентов, изменяя голос, вел с потерпевшими телефонные переговоры, сознательно сообщал заведомо ложные, не соответствующие действительности сведения относительно происшествия с их близким родственником, вводя тем самым каждого их них в заблуждение, однако по разным причинам преступные действия стали очевидны потерпевшим, в связи с чем по всем указанным эпизодам ФИО4 не смог довести свой преступный умысел до конца по обстоятельствам, которые от него не зависели. Наличие квалифицирующих признаков хищений денежных средств «в значительном размере», «в крупном размере» следует из соответствующего критерия, предусмотренного п.п. 2,4 примечания к ст. 158 УК РФ , с учетом имущественного положения потерпевших, большая часть которых являются получателями трудовой пенсии по старости, размер дохода у ФИО15 №7, ФИО15 №18, ФИО15 №12, ФИО15 №8, ФИО15 №13, ФИО15 №2, ФИО15 №3, ФИО15 №4, ФИО15 №17, ФИО15 №5, ФИО15 №14 не превышает 15 000 рублей, у потерпевших ФИО15 №10 – составляет 18000 рублей, у ФИО15 №1 семейный доход – 40000 рублей. Фактические обстоятельства, установленные судом и изложенные выше, позволяют суду сделать вывод о том, что каждый раз у ФИО4 возникал умысел на совершение мошенничества в разных суммах и в отношении различных потерпевших. Несмотря на то, что свои преступные действия, направленные на хищение, т.е. изъятие, чужого имущества совершены подсудимым одним способом – путем обмана, содеянное ФИО4 не представляет собой изъятие чужого имущества из одного и того же источника, поскольку ущерб причинен не одному и тому же потерпевшему, а разным лицам, что является определяющим для суда при квалификации его действий. Таким образом, инкриминируемое органами следствия ФИО4 по эпизодам покушений на хищение от ДД.ММ.ГГГГ и ДД.ММ.ГГГГ не может расцениваться судом как продолжаемое преступление, его действия, по мнению суда, образуют совокупность преступлений. Учитывая изложенное, суд квалифицирует действия подсудимого ФИО4: 1) по ч.3 ст. , ч.2 ст. 159 УК РФ (по факту покушения на хищение денежных средств ФИО15 №7) – покушение на мошенничество, то есть умышленные действия лица, непосредственно направленные на хищение чужого имущества путем обмана, с причинением значительного ущерба гражданину, если при этом преступление не было доведено до конца по независящим от этого лица обстоятельствам; 2) по ч.3 ст. , ч.2 ст. 159 УК РФ (по факту покушения на хищение денежных средств ФИО15 №18) – покушение на мошенничество, то есть умышленные действия лица, непосредственно направленные на хищение чужого имущества путем обмана, с причинением значительного ущерба гражданину, если при этом преступление не было доведено до конца по независящим от этого лица обстоятельствам; 3) по ч.3 ст. , ч.2 ст. 159 УК РФ (по факту покушения на хищение денежных средств ФИО15 №12) – покушение на мошенничество, то есть умышленные действия лица, непосредственно направленные на хищение чужого имущества путем обмана, с причинением значительного ущерба гражданину, если при этом преступление не было доведено до конца по независящим от этого лица обстоятельствам; 4) по ч.3 ст. , ч.2 ст. 159 УК РФ (по факту покушения на хищение денежных средств ФИО15 №8) – покушение на мошенничество, то есть умышленные действия лица, непосредственно направленные на хищение чужого имущества путем обмана, с причинением значительного ущерба гражданину, если при этом преступление не было доведено до конца по независящим от этого лица обстоятельствам; 5) по ч.3 ст. , ч.2 ст. 159 УК РФ (по факту покушения на хищение денежных средств ФИО15 №13) – покушение на мошенничество, то есть умышленные действия лица, непосредственно направленные на хищение чужого имущества путем обмана, с причинением значительного ущерба гражданину, если при этом преступление не было доведено до конца по независящим от этого лица обстоятельствам; 6) по ч.2 ст. 159 УК РФ (по факту хищения денежных средств ФИО15 №2) – мошенничество, то есть хищение чужого имущества путем обмана, совершенное с причинением значительного ущерба гражданину; 7) по ч.3 ст. , ч.2 ст. 159 УК РФ (по факту покушения на хищение денежных средств ФИО15 №14) – покушение на мошенничество, то есть умышленные действия лица, непосредственно направленные на хищение чужого имущества путем обмана, с причинением значительного ущерба гражданину, если при этом преступление не было доведено до конца по независящим от этого лица обстоятельствам; 8) по ч.3 ст. , ч.3 ст. 159 УК РФ (по факту покушения на хищение денежных средств ФИО28) – покушение на мошенничество, то есть умышленные действия лица, непосредственно направленные на хищение чужого имущества путем обмана, в крупном размере, если при этом преступление не было доведено до конца по независящим от этого лица обстоятельствам; 9) по ч.2 ст. 159 УК РФ (по факту хищения денежных средств ФИО15 №3) – мошенничество, то есть хищение чужого имущества путем обмана, совершенное с причинением значительного ущерба гражданину; 10) по ч.3 ст. , ч.3 ст. 159 УК РФ (по факту покушения на хищение денежных средств ФИО15 №16) – покушение на мошенничество, то есть умышленные действия лица, непосредственно направленные на хищение чужого имущества путем обмана, в крупном размере, если при этом преступление не было доведено до конца по независящим от этого лица обстоятельствам; 11) по ч.3 ст. , ч.3 ст. 159 УК РФ (по факту покушения на хищение денежных средств ФИО15 №9) – покушение на мошенничество, то есть умышленные действия лица, непосредственно направленные на хищение чужого имущества путем обмана, в крупном размере, если при этом преступление не было доведено до конца по независящим от этого лица обстоятельствам; 12) по ч.2 ст. 159 УК РФ (по факту хищения денежных средств ФИО15 №4) – мошенничество, то есть хищение чужого имущества путем обмана, совершенное с причинением значительного ущерба гражданину; 13) по ч.3 ст. , ч.2 ст. 159 УК РФ (по факту покушения на хищение денежных средств ФИО15 №10) – покушение на мошенничество, то есть умышленные действия лица, непосредственно направленные на хищение чужого имущества путем обмана, с причинением значительного ущерба гражданину, если при этом преступление не было доведено до конца по независящим от этого лица обстоятельствам; 14) по ч.3 ст. , ч.3 ст. 159 УК РФ (по факту покушения на хищение денежных средств ФИО15 №11) – покушение на мошенничество, то есть умышленные действия лица, непосредственно направленные на хищение чужого имущества путем обмана, в крупном размере, если при этом преступление не было доведено до конца по независящим от этого лица обстоятельствам; 15) по ч.2 ст. 159 УК РФ (по факту хищения денежных средств ФИО15 №17)– мошенничество, то есть хищение чужого имущества путем обмана, совершенное с причинением значительного ущерба гражданину; 16) по ч.2 ст. 159 УК РФ (по факту хищения денежных средств ФИО15 №5) – мошенничество, то есть хищение чужого имущества путем обмана, совершенное с причинением значительного ущерба гражданину; 17) по ч. 3 ст. 159 УК РФ (по факту хищения денежных средств ФИО15 №6) – мошенничество, то есть хищение чужого имущества путем обмана, совершенное в крупном размере; 18) по ч.3 ст. , ч. 2 ст. 159 УК РФ (по факту покушения на хищение денежных средств ФИО15 №1) – покушение на мошенничество, то есть умышленные действия лица, непосредственно направленные на хищение чужого имущества путем обмана, с причинением значительного ущерба гражданину, если при этом преступление не было доведено до конца по независящим от этого лица обстоятельствам. Подсудимый в судебном процессе занимает активную защитную позицию, адекватную складывающейся судебной ситуации. Заключением комиссии экспертов № от ДД.ММ.ГГГГ подтверждается, что ФИО4 хроническим психическим расстройством, слабоумием не страдал ранее и не страдает в настоящее время; в исследуемый период он не обнаруживал признаков какого-либо временного психического расстройства, либо иного болезненного состояния психики, не был лишен способности осознавать фактический характер и общественную опасность своих действий и руководить ими; в настоящее время по психическому состоянию он также не лишен способности осознавать фактический характер своих действий и руководить ими; в применении принудительных мер медицинского характера не нуждается. На учете у врача психиатра ФИО4 не состоит. С учетом вышеизложенных обстоятельств суд признает подсудимого вменяемым по отношению к совершенным им преступлениям. Решая вопрос об определении вида и размера наказания, суд учитывает характер и степень общественной опасности преступлений, личность виновного, обстоятельства, смягчающие наказание ФИО4, наличие обстоятельства, отягчающего ему наказание, а также влияние назначенного наказания на его исправление и на условия жизни его семьи. Так, ФИО4 совершено восемнадцать преступлений, посягающих на отношения собственности, двенадцать из которых являются неоконченными, относящимися к категории тяжких – четыре, другие – к категории средней тяжести, шесть – оконченными, пять из которых законом отнесены к категории преступлений средней тяжести, другое – к категории тяжких, что свидетельствует о характере и степени общественной опасности данных деяний. Как личность ФИО4 характеризуется следующим образом: в настоящее время отбывает наказание в местах лишения свободы; ДД.ММ.ГГГГ состоял на учете в наркологическом диспансере с диагнозом «&lt;данные изъяты&gt;», снят с учета ДД.ММ.ГГГГ, в связи с отсутствием сведений; согласно выводам амбулаторной наркологической экспертизы № страдает синдромом зависимости от опиоидов (наркоманией), ремиссия с ДД.ММ.ГГГГ, поскольку находится в пенитенциарных условиях, в настоящее время в лечении у врача психиатра-нарколога не нуждается; по месту жительства со стороны соседей, классным руководителем &lt;данные изъяты&gt; характеризуется с положительной стороны. В качестве обстоятельств, смягчающих наказание ФИО4, суд признает и учитывает неудовлетворительное состояние здоровья подсудимого и его близких родственников, наличие положительных характеристик, трудоспособный возраст подсудимого, условия жизни и воспитания в детстве (воспитывался в неполной семье). Иных обстоятельств, смягчающих наказание подсудимого, прямо предусмотренных ч. 1 ст. 61 УК РФ , не имеется, в то же время признание в качестве таковых обстоятельств, не закрепленных данной нормой, в соответствии с ч. 2 ст. 61 УК РФ , является правом суда, а не его обязанностью. Обстоятельством, отягчающим наказание подсудимого ФИО4, суд признает и учитывает рецидив преступлений. Вид рецидива – особо опасный. В связи с чем при назначении подсудимому наказания применению положения ч.1 ст. 62 УК РФ не подлежат, оснований для изменения категории преступлений на менее тяжкие в соответствии с ч.6 ст. 15 УК РФ у суда не имеется. Судом не установлено оснований для применения положений ч. 3 ст. 68 УК РФ . Исключительных обстоятельств, связанных с целями и мотивами преступлений, ролью, поведением во время и после их совершения, других обстоятельств, существенно уменьшающих степень общественной опасности преступлений, предусмотренных ст. 64 УК РФ , суд не находит. При назначении подсудимому наказания суд, учитывая характер и степень общественной опасности совершенных им преступлений, в том числе относящихся к категории тяжких, направленных на отношения собственности, конкретные обстоятельства совершения преступлений, сведения о личности подсудимого, принимая во внимание криминальную направленность ФИО4, то обстоятельство, что он совершил преступления в период отбывания наказания за совершение аналогичных преступлений и в его действиях имеется особо опасный рецидив, считает необходимым назначить ему наказание в виде реального лишения свободы по всем эпизодам преступлений, с учетом требований ч.2 ст. 68 УК РФ , без дополнительных видов наказания, при этом по неоконченным составам преступлений применяя и положения ч.3 ст. 66 УК РФ . В силу закона положения ст. 73 УК РФ к подсудимому ФИО4 не применимы. Поскольку преступления по настоящему приговору совершены ФИО4 в период отбывания наказания по приговору от ДД.ММ.ГГГГ, суд считает необходимым окончательное наказание назначить ему по правилам ст. 70 УК РФ . Наказание подсудимому ФИО4 надлежит отбывать в исправительной колонии особого режима, поскольку в действиях его имеет место особо опасный рецидив. Рассматривая гражданские иски о возмещении материального вреда, причиненного в результате совершенных преступлений, суд исходит из того, что сумма похищенных денежных средств установлена приговором суда и подтверждается собранными доказательствами, гражданские иски по уголовному делу, заявленные ФИО15 №2 на сумму 70 000 рублей, ФИО15 №3 – 60 000 рублей, ФИО15 №4 – 175 000 рублей, ФИО15 №5 – 200 000 рублей, ФИО15 №6 – 250 000 рублей, ФИО15 №1 – 20 000 рублей подлежат удовлетворению в полном объеме. Судьба вещественных доказательств подлежит разрешению в соответствии с требованиями ст. 81 УПК РФ . В соответствии с пп. 1, 5 ч. 2 ст. 131 УПК РФ к процессуальным издержкам относятся суммы, выплачиваемые адвокатам за оказание юридической помощи, в случае участия адвоката в уголовном судопроизводстве по назначению. В соответствии с чч. 1, 2 ст. 132 УПК РФ процессуальные издержки взыскиваются с осужденных или возмещаются за счет средств федерального бюджета. В судебном заседании защиту интересов подсудимого ФИО4 осуществляла адвокат ФИО24 по назначению суда. Судом удовлетворено заявление адвоката об оплате ее труда за оказание юридической помощи подсудимому в размере 33 810 рублей за 30 дней участия в деле. Принимая то обстоятельство, что отказа от адвоката со стороны подсудимого не поступало, он находится в молодом, трудоспособном возрасте и имеет возможность погасить свою задолженность перед государством, суд не находит законных оснований для освобождения ФИО4 от взыскания с него процессуальных издержек за участие адвоката, участвовавшего в ходе предварительного следствия и в судебном заседании в сумме 60478 рублей 50 копеек. На основании изложенного, руководствуясь ст.ст. – , – , – 309 УПК РФ , суд П Р И Г О В О Р И Л: ФИО4 признать виновным в совершении преступлений, предусмотренных ч.3 ст. , ч.2 ст. 159 УК РФ (по факту покушения на хищение денежных средств ФИО15 №7), ч.3 ст. , ч.2 ст. 159 УК РФ (по факту покушения на хищение денежных средств ФИО15 №18), ч.3 ст. , ч.2 ст. 159 УК РФ (по факту покушения на хищение денежных средств ФИО15 №12), ч.3 ст. , ч.2 ст. 159 УК РФ (по факту покушения на хищение денежных средств ФИО15 №8), ч.3 ст. , ч.2 ст. 159 УК РФ (по факту покушения на хищение денежных средств ФИО15 №13), ч.2 ст. 159 УК РФ (по факту хищения денежных средств ФИО15 №2), ч.3 ст. , ч.2 ст. 159 УК РФ (по факту покушения на хищение денежных средств ФИО15 №14), ч.3 ст. , ч.3 ст. 159 УК РФ (по факту покушения на хищение денежных средств ФИО28), ч.2 ст. 159 УК РФ (по факту хищения денежных средств ФИО15 №3), ч.3 ст. , ч.3 ст. 159 УК РФ (по факту покушения на хищение денежных средств ФИО15 №16), ч.3 ст. , ч.3 ст. 159 УК РФ (по факту покушения на хищение денежных средств ФИО15 №9), ч.2 ст. 159 УК РФ (по факту хищения денежных средств ФИО15 №4), ч.3 ст. , ч.2 ст. 159 УК РФ (по факту покушения на хищение денежных средств ФИО15 №10), ч.3 ст. , ч.3 ст. 159 УК РФ (по факту покушения на хищение денежных средств ФИО15 №11), ч.2 ст. 159 УК РФ (по факту хищения денежных средств ФИО15 №17), ч.2 ст. 159 УК РФ (по факту хищения денежных средств ФИО15 №5), ч.3 ст. 159 УК РФ (по факту хищения денежных средств ФИО15 №6), ч.3 ст. , ч. 2 ст. 159 УК РФ (по факту покушения на хищение денежных средств ФИО15 №1) и назначить по ним наказание: 1) по ч.3 ст. , ч.2 ст. 159 УК РФ (по факту покушения на хищение денежных средств ФИО15 №7) – в виде 2 лет 6 месяцев лишения свободы; 2) по ч.3 ст. , ч.2 ст. 159 УК РФ (по факту покушения на хищение денежных средств ФИО15 №18) – в виде 2 лет 6 месяцев лишения свободы; 3) по ч.3 ст. , ч.2 ст. 159 УК РФ (по факту покушения на хищение денежных средств ФИО15 №12) – в виде 2 лет 6 месяцев лишения свободы; 4) по ч.3 ст. , ч.2 ст. 159 УК РФ (по факту покушения на хищение денежных средств ФИО15 №8) – в виде 2 лет 6 месяцев лишения свободы; 5) по ч.3 ст. , ч.2 ст. 159 УК РФ (по факту покушения на хищение денежных средств ФИО15 №13) – в виде 2 лет 6 месяцев лишения свободы; 6) по ч.2 ст. 159 УК РФ (по факту хищения денежных средств ФИО15 №2) – в виде 3 лет 2 месяцев лишения свободы; 7) по ч.3 ст. , ч.2 ст. 159 УК РФ (по факту покушения на хищение денежных средств ФИО15 №14) – в виде 2 лет 6 месяцев лишения свободы; 8) по ч.3 ст. , ч.3 ст. 159 УК РФ (по факту покушения на хищение денежных средств ФИО28) – в виде 3 лет лишения свободы; 9) по ч.2 ст. 159 УК РФ (по факту хищения денежных средств ФИО15 №3) – в виде 3 лет 2 месяцев лишения свободы; 10) по ч.3 ст. , ч.3 ст. 159 УК РФ (по факту покушения на хищение денежных средств ФИО15 №16) – в виде 3 лет лишения свободы; 11) по ч.3 ст. , ч.3 ст. 159 УК РФ (по факту покушения на хищение денежных средств ФИО15 №9) – в виде 3 лет лишения свободы; 12) по ч.2 ст. 159 УК РФ (по факту хищения денежных средств ФИО15 №4) – в виде 3 лет 2 месяцев лишения свободы; 13) по ч.3 ст. , ч.2 ст. 159 УК РФ (по факту покушения на хищение денежных средств ФИО15 №10) – в виде 2 лет 6 месяцев лишения свободы; 14) по ч.3 ст. , ч.3 ст. 159 УК РФ (по факту покушения на хищение денежных средств ФИО15 №11) – в виде 3 лет лишения свободы; 15) по ч.2 ст. 159 УК РФ (по факту хищения денежных средств ФИО15 №17) – в виде 3 лет 2 месяцев лишения свободы; 16) по ч.2 ст. 159 УК РФ (по факту хищения денежных средств ФИО15 №5) – в виде 3 лет 2 месяцев лишения свободы; 17) по ч. 3 ст. 159 УК РФ (по факту хищения денежных средств ФИО15 №6) – в виде 3 лет 6 месяцев лишения свободы; 18) по ч.3 ст. , ч. 2 ст. 159 УК РФ (по факту покушения на хищение денежных средств ФИО15 №1) – в виде 2 лет 6 месяцев лишения свободы. В соответствии с ч. 3 ст. 69 УК РФ по совокупности преступлений путем частичного сложения назначенных наказаний определить ФИО4 наказание в виде 5 лет (пяти) лишения свободы. На основании ст. 70 УК РФ по совокупности приговоров путем частичного присоединения к наказанию, назначенному по приговору суда, неотбытой части наказания по приговору от ДД.ММ.ГГГГ, окончательно определить ФИО4 наказание в виде 7 (семи) лет лишения свободы. Наказание в виде лишения свободы ФИО4 отбывать в исправительной колонии особого режима. Меру пресечения в отношении ФИО4 в виде подписки о невыезде и надлежащем поведении изменить на заключение под стражу. ФИО4 взять под стражу в зале суда. Срок наказания ФИО4 исчислять с ДД.ММ.ГГГГ. Взыскать с подсудимого ФИО4 в счет возмещения причиненного преступлениями материального ущерба 70 000 рублей в пользу ФИО15 №2, 60 000 рублей в пользу ФИО15 №3, 175 000 рублей в пользу ФИО15 №4, 200 000 рублей в пользу ФИО15 №5, 250 000 рублей в пользу ФИО15 №6, 20 000 рублей в пользу ФИО15 №1. Взыскать в доход федерального бюджета с ФИО4 расходы по оплате вознаграждения адвоката ФИО24 за участие в судебных заседаниях и на предварительном следствии в сумме 60 478 (шестьдесят тысяч четыреста семьдесят восемь) рублей 50 копеек. Вещественные доказательства по вступлении приговора в законную силу: детализацию соединений по абонентскому №, принадлежащему ФИО287, детализацию соединений по абонентскому №, детализацию соединений по абонентскому №, принадлежащему ФИО315, детализацию соединений по абонентскому №, принадлежащему ФИО311, детализацию соединений по абонентскому №, принадлежащему ФИО288, детализацию соединений по абонентскому №, принадлежащему ФИО289, детализацию соединений по абонентскому №, принадлежащему ФИО93, детализацию соединений по абонентскому №, детализацию соединений по абонентскому №, принадлежащему ФИО316, детализацию соединений по абонентскому №, детализацию соединений по абонентскому №, детализацию соединений по абонентскому №, принадлежащему ФИО290, детализацию соединений по абонентскому №, детализацию соединений по абонентскому №, принадлежащему ФИО94; детализацию соединений по абонентскому №; детализацию соединений по абонентскому №, принадлежащему ФИО293, детализацию соединений по абонентскому №, детализацию соединений по абонентскому №, принадлежащему ФИО291 детализацию соединений по абонентскому №, детализацию соединений по абонентскому №, принадлежащему ФИО95, детализацию соединений по абонентскому №, принадлежащему ФИО95, детализацию соединений по абонентскому №, детализацию соединений по абонентскому №, принадлежащему ФИО12, детализацию соединений по абонентскому №, детализацию соединений по абонентскому №, принадлежащему ФИО292, детализацию соединений по абонентскому №, принадлежащему ФИО312, детализацию соединений по абонентскому №, принадлежащему ФИО96, детализацию соединений по абонентскому №, принадлежащему ФИО96, детализацию соединений по абонентскому №, детализацию оказания услуг по абонентскому №, детализацию оказанных услуг по абонентскому №, детализацию соединений по абонентскому №, принадлежащему ФИО15 №6, детализацию соединений по абонентскому №, детализацию оказания услуг связи абонентского №, детализацию соединений по абонентскому №, принадлежащему ФИО313, детализацию соединений по абонентскому №, принадлежащему ФИО294, детализацию соединений по абонентскому №, принадлежащему ФИО314, детализацию соединений по абонентскому №, принадлежащему ФИО296, детализацию соединений по абонентскому №, принадлежащему ФИО297, детализацию соединений по абонентскому №, принадлежащему ФИО295, детализацию соединений по абонентскому №, принадлежащему ФИО298; выписку по счету № на имя ФИО15 №1, отчеты по банковским картам, оформленным на имя ФИО299; чеки о переводе денежных средств от ДД.ММ.ГГГГ в количестве 7 штук; чеки о переводе денежных средств от ДД.ММ.ГГГГ в количестве 4 штук, чеки о переводе денежных средств от ДД.ММ.ГГГГ в количестве 15 штук, чеки о переводе денежных средств от ДД.ММ.ГГГГ в количестве 18 штук, расходный кассовый ордер № от ДД.ММ.ГГГГ, рукописный текст на двух листах формата А4, товарные чеки о переводе денежных средств от ДД.ММ.ГГГГ в количестве 11 штук, товарные чеки о переводе денежных средств от ДД.ММ.ГГГГ в количестве 2 штук, находящиеся в материалах уголовного дела – хранить в уголовном деле; CD-R диск с информацией о движении денежных средств по абонентским №, CD-R диск с информацией о движении денежных средств по абонентским №, CD-R диск с информацией о движении денежных средств по абонентскому № CD-R диск с информацией о движении денежных средств по абонентским №, CD-R диск с информацией о движении денежных средств по абонентским №, три CD-R диска, содержащих сведения о телефонных соединениях абонентских №, CD-R диск, содержащий информацию о телефонных соединениях абонентских №, CD-R диск, содержащий информацию о телефонных соединениях абонентского №, DVD диск с аудиозаписями телефонных разговоров ООО «&lt;данные изъяты&gt;», DVD диск с видеозаписью следственного действия - получения образцов голоса ФИО4, находящиеся при уголовном деле – хранить при уголовном деле; денежные средства в сумме 70 000 рублей, возвращенные потерпевшей ФИО300 под сохранную расписку, а также сотовый телефон «&lt;данные изъяты&gt;», возвращенный ФИО36 под сохранную расписку, – оставить у последних по принадлежности. Приговор может быть обжалован в Алтайский краевой суд через Центральный районный суд г. Барнаула в течение 10 суток со дня провозглашения, осужденным, содержащимся под стражей, - в тот же срок со дня вручения ему копии приговора. Судом осужденному разъясняется право в течение 10 суток со дня вручения ему копии приговора ходатайствовать о своем участии при рассмотрении уголовного дела судом апелляционной инстанции, с указанием об этом в его апелляционной жалобе, либо в письменных возражениях осужденного на поданные другими лицами жалобы и представления, затрагивающие его интересы. Осужденный вправе не только заявлять ходатайство об участии в заседании суда апелляционной инстанции, но и поручать осуществление своей защиты избранному им защитнику либо ходатайствовать перед судом о назначении защитника; о своем желании иметь защитника в суде апелляционной инстанции или о рассмотрении дела без защитника осужденному необходимо сообщить в письменном виде в суд, постановивший приговор, до истечения срока, установленного этим судом для подачи возражений на принесенные жалобы и представления. Судья Н.М. Никитина Суд: Центральный районный суд г. Барнаула (Алтайский край) (подробнее) Судьи дела: Никитина Наталья Михайловна (судья) (подробнее) Последние документы по делу: Приговор от 22 декабря 2017 г. по делу № 1-15/2017 Приговор от 28 августа 2017 г. по делу № 1-15/2017 Приговор от 24 августа 2017 г. по делу № 1-15/2017 Приговор от 10 августа 2017 г. по делу № 1-15/2017 Приговор от 10 августа 2017 г. по делу № 1-15/2017 Приговор от 11 июля 2017 г. по делу № 1-15/2017 Постановление от 13 июня 2017 г. по делу № 1-15/2017 Приговор от 28 мая 2017 г. по делу № 1-15/2017 Приговор от 21 мая 2017 г. по делу № 1-15/2017 Приговор от 18 мая 2017 г. по делу № 1-15/2017 Постановление от 16 мая 2017 г. по делу № 1-15/2017 Приговор от 16 мая 2017 г. по делу № 1-15/2017 Приговор от 15 мая 2017 г. по делу № 1-15/2017 Постановление от 15 мая 2017 г. по делу № 1-15/2017 Приговор от 9 мая 2017 г. по делу № 1-15/2017 Постановление от 4 мая 2017 г. по делу № 1-15/2017 Постановление от 4 мая 2017 г. по делу № 1-15/2017 Приговор от 2 мая 2017 г. по делу № 1-15/2017 Приговор от 27 апреля 2017 г. по делу № 1-15/2017 Приговор от 25 апреля 2017 г. по делу № 1-15/2017 Показать все документы по этому делу Судебная практика по: По мошенничеству Судебная практика по применению нормы ст. 159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